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F7" w:rsidRDefault="00CA4524" w:rsidP="00CA4524">
      <w:pPr>
        <w:spacing w:after="0"/>
      </w:pPr>
      <w:r>
        <w:rPr>
          <w:color w:val="00FFCC"/>
        </w:rPr>
        <w:t xml:space="preserve">Mr. Jones </w:t>
      </w:r>
      <w:r>
        <w:rPr>
          <w:color w:val="000000"/>
        </w:rPr>
        <w:t xml:space="preserve">,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Manor Farm </w:t>
      </w:r>
      <w:r>
        <w:rPr>
          <w:color w:val="000000"/>
        </w:rPr>
        <w:t xml:space="preserve">, </w:t>
      </w:r>
      <w:r>
        <w:rPr>
          <w:color w:val="CC3399"/>
        </w:rPr>
        <w:t xml:space="preserve">had </w:t>
      </w:r>
      <w:bookmarkStart w:id="0" w:name="_GoBack"/>
      <w:bookmarkEnd w:id="0"/>
      <w:r>
        <w:rPr>
          <w:color w:val="CC3399"/>
        </w:rPr>
        <w:t xml:space="preserve">locked </w:t>
      </w:r>
      <w:r>
        <w:rPr>
          <w:color w:val="000000"/>
        </w:rPr>
        <w:t xml:space="preserve">the </w:t>
      </w:r>
      <w:r>
        <w:rPr>
          <w:color w:val="00FFCC"/>
        </w:rPr>
        <w:t xml:space="preserve">hen-houses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night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787F"/>
        </w:rPr>
        <w:t xml:space="preserve">too </w:t>
      </w:r>
      <w:r>
        <w:rPr>
          <w:color w:val="33CCFF"/>
        </w:rPr>
        <w:t xml:space="preserve">drunk </w:t>
      </w:r>
      <w:r>
        <w:rPr>
          <w:color w:val="000000"/>
        </w:rPr>
        <w:t xml:space="preserve">to </w:t>
      </w:r>
      <w:r>
        <w:rPr>
          <w:color w:val="CC3399"/>
        </w:rPr>
        <w:t xml:space="preserve">remember </w:t>
      </w:r>
      <w:r>
        <w:rPr>
          <w:color w:val="000000"/>
        </w:rPr>
        <w:t xml:space="preserve">to </w:t>
      </w:r>
      <w:r>
        <w:rPr>
          <w:color w:val="CC3399"/>
        </w:rPr>
        <w:t xml:space="preserve">shut </w:t>
      </w:r>
      <w:r>
        <w:rPr>
          <w:color w:val="000000"/>
        </w:rPr>
        <w:t xml:space="preserve">the </w:t>
      </w:r>
      <w:r>
        <w:rPr>
          <w:color w:val="00FFCC"/>
        </w:rPr>
        <w:t xml:space="preserve">pop-holes </w:t>
      </w:r>
      <w:r>
        <w:rPr>
          <w:color w:val="000000"/>
        </w:rPr>
        <w:t xml:space="preserve">.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ring </w:t>
      </w:r>
      <w:r>
        <w:rPr>
          <w:color w:val="FF6600"/>
        </w:rPr>
        <w:t xml:space="preserve">of </w:t>
      </w:r>
      <w:r>
        <w:rPr>
          <w:color w:val="00FFCC"/>
        </w:rPr>
        <w:t xml:space="preserve">light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from </w:t>
      </w:r>
      <w:r>
        <w:rPr>
          <w:color w:val="000000"/>
        </w:rPr>
        <w:t xml:space="preserve">his </w:t>
      </w:r>
      <w:r>
        <w:rPr>
          <w:color w:val="33CCFF"/>
        </w:rPr>
        <w:t xml:space="preserve">lantern </w:t>
      </w:r>
      <w:r>
        <w:rPr>
          <w:color w:val="00FFCC"/>
        </w:rPr>
        <w:t xml:space="preserve">dancing </w:t>
      </w:r>
      <w:r>
        <w:rPr>
          <w:color w:val="FF6600"/>
        </w:rPr>
        <w:t xml:space="preserve">from </w:t>
      </w:r>
      <w:r>
        <w:rPr>
          <w:color w:val="CC3399"/>
        </w:rPr>
        <w:t xml:space="preserve">side </w:t>
      </w:r>
      <w:r>
        <w:rPr>
          <w:color w:val="000000"/>
        </w:rPr>
        <w:t xml:space="preserve">to </w:t>
      </w:r>
      <w:r>
        <w:rPr>
          <w:color w:val="CC3399"/>
        </w:rPr>
        <w:t xml:space="preserve">side </w:t>
      </w:r>
      <w:r>
        <w:rPr>
          <w:color w:val="000000"/>
        </w:rPr>
        <w:t xml:space="preserve">, he </w:t>
      </w:r>
      <w:r>
        <w:rPr>
          <w:color w:val="CC3399"/>
        </w:rPr>
        <w:t xml:space="preserve">lurched </w:t>
      </w:r>
      <w:r>
        <w:rPr>
          <w:color w:val="FF6600"/>
        </w:rPr>
        <w:t xml:space="preserve">across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kicked </w:t>
      </w:r>
      <w:r>
        <w:rPr>
          <w:color w:val="000000"/>
        </w:rPr>
        <w:t xml:space="preserve">off his </w:t>
      </w:r>
      <w:r>
        <w:rPr>
          <w:color w:val="00FFCC"/>
        </w:rPr>
        <w:t xml:space="preserve">boots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back </w:t>
      </w:r>
      <w:r>
        <w:rPr>
          <w:color w:val="00FFCC"/>
        </w:rPr>
        <w:t xml:space="preserve">door </w:t>
      </w:r>
      <w:r>
        <w:rPr>
          <w:color w:val="000000"/>
        </w:rPr>
        <w:t xml:space="preserve">, </w:t>
      </w:r>
      <w:r>
        <w:rPr>
          <w:color w:val="CC3399"/>
        </w:rPr>
        <w:t xml:space="preserve">drew </w:t>
      </w:r>
      <w:r>
        <w:rPr>
          <w:color w:val="000000"/>
        </w:rPr>
        <w:t xml:space="preserve">himself a </w:t>
      </w:r>
      <w:r>
        <w:rPr>
          <w:color w:val="33CCFF"/>
        </w:rPr>
        <w:t xml:space="preserve">last </w:t>
      </w:r>
      <w:r>
        <w:rPr>
          <w:color w:val="00FFCC"/>
        </w:rPr>
        <w:t xml:space="preserve">glass </w:t>
      </w:r>
      <w:r>
        <w:rPr>
          <w:color w:val="FF6600"/>
        </w:rPr>
        <w:t xml:space="preserve">of </w:t>
      </w:r>
      <w:r>
        <w:rPr>
          <w:color w:val="00FFCC"/>
        </w:rPr>
        <w:t xml:space="preserve">beer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barrel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scullery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made </w:t>
      </w:r>
      <w:r>
        <w:rPr>
          <w:color w:val="000000"/>
        </w:rPr>
        <w:t xml:space="preserve">his </w:t>
      </w:r>
      <w:r>
        <w:rPr>
          <w:color w:val="00FFCC"/>
        </w:rPr>
        <w:t xml:space="preserve">way </w:t>
      </w:r>
      <w:r>
        <w:rPr>
          <w:color w:val="FF6600"/>
        </w:rPr>
        <w:t xml:space="preserve">up </w:t>
      </w:r>
      <w:r>
        <w:rPr>
          <w:color w:val="000000"/>
        </w:rPr>
        <w:t xml:space="preserve">to </w:t>
      </w:r>
      <w:r>
        <w:rPr>
          <w:color w:val="00FFCC"/>
        </w:rPr>
        <w:t xml:space="preserve">bed </w:t>
      </w:r>
      <w:r>
        <w:rPr>
          <w:color w:val="000000"/>
        </w:rPr>
        <w:t xml:space="preserve">, where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Mrs. Jones </w:t>
      </w:r>
      <w:r>
        <w:rPr>
          <w:color w:val="CC3399"/>
        </w:rPr>
        <w:t xml:space="preserve">was </w:t>
      </w:r>
      <w:r>
        <w:rPr>
          <w:color w:val="00787F"/>
        </w:rPr>
        <w:t xml:space="preserve">already </w:t>
      </w:r>
      <w:r>
        <w:rPr>
          <w:color w:val="CC3399"/>
        </w:rPr>
        <w:t xml:space="preserve">snoring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As soon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00FFCC"/>
        </w:rPr>
        <w:t xml:space="preserve">light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bedroom </w:t>
      </w:r>
      <w:r>
        <w:rPr>
          <w:color w:val="CC3399"/>
        </w:rPr>
        <w:t xml:space="preserve">went </w:t>
      </w:r>
      <w:r>
        <w:rPr>
          <w:color w:val="FF6600"/>
        </w:rPr>
        <w:t xml:space="preserve">out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stirring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fluttering </w:t>
      </w:r>
      <w:r>
        <w:rPr>
          <w:color w:val="000000"/>
        </w:rPr>
        <w:t xml:space="preserve">all </w:t>
      </w:r>
      <w:r>
        <w:rPr>
          <w:color w:val="FF6600"/>
        </w:rPr>
        <w:t xml:space="preserve">through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buildings </w:t>
      </w:r>
      <w:r>
        <w:rPr>
          <w:color w:val="000000"/>
        </w:rPr>
        <w:t xml:space="preserve">. </w:t>
      </w:r>
      <w:r>
        <w:rPr>
          <w:color w:val="00FFCC"/>
        </w:rPr>
        <w:t xml:space="preserve">Word </w:t>
      </w:r>
      <w:r>
        <w:rPr>
          <w:color w:val="CC3399"/>
        </w:rPr>
        <w:t xml:space="preserve">had gone </w:t>
      </w:r>
      <w:r>
        <w:rPr>
          <w:color w:val="00FFCC"/>
        </w:rPr>
        <w:t xml:space="preserve">round </w:t>
      </w:r>
      <w:r>
        <w:rPr>
          <w:color w:val="FF6600"/>
        </w:rPr>
        <w:t xml:space="preserve">during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day </w:t>
      </w:r>
      <w:r>
        <w:rPr>
          <w:color w:val="FF6600"/>
        </w:rPr>
        <w:t xml:space="preserve">that </w:t>
      </w:r>
      <w:r>
        <w:rPr>
          <w:color w:val="33CCFF"/>
        </w:rPr>
        <w:t xml:space="preserve">old </w:t>
      </w:r>
      <w:r>
        <w:rPr>
          <w:color w:val="00FFCC"/>
        </w:rPr>
        <w:t xml:space="preserve">Major </w:t>
      </w:r>
      <w:r>
        <w:rPr>
          <w:color w:val="000000"/>
        </w:rPr>
        <w:t xml:space="preserve">, the </w:t>
      </w:r>
      <w:r>
        <w:rPr>
          <w:color w:val="00FFCC"/>
        </w:rPr>
        <w:t xml:space="preserve">prize Middle White boar </w:t>
      </w:r>
      <w:r>
        <w:rPr>
          <w:color w:val="000000"/>
        </w:rPr>
        <w:t xml:space="preserve">, </w:t>
      </w:r>
      <w:r>
        <w:rPr>
          <w:color w:val="CC3399"/>
        </w:rPr>
        <w:t xml:space="preserve">had had </w:t>
      </w:r>
      <w:r>
        <w:rPr>
          <w:color w:val="000000"/>
        </w:rPr>
        <w:t xml:space="preserve">a </w:t>
      </w:r>
      <w:r>
        <w:rPr>
          <w:color w:val="33CCFF"/>
        </w:rPr>
        <w:t xml:space="preserve">strange </w:t>
      </w:r>
      <w:r>
        <w:rPr>
          <w:color w:val="00FFCC"/>
        </w:rPr>
        <w:t xml:space="preserve">dream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previous </w:t>
      </w:r>
      <w:r>
        <w:rPr>
          <w:color w:val="00FFCC"/>
        </w:rPr>
        <w:t xml:space="preserve">night </w:t>
      </w:r>
      <w:r>
        <w:rPr>
          <w:color w:val="FF0066"/>
        </w:rPr>
        <w:t xml:space="preserve">and </w:t>
      </w:r>
      <w:r>
        <w:rPr>
          <w:color w:val="CC3399"/>
        </w:rPr>
        <w:t xml:space="preserve">wished </w:t>
      </w:r>
      <w:r>
        <w:rPr>
          <w:color w:val="000000"/>
        </w:rPr>
        <w:t xml:space="preserve">to </w:t>
      </w:r>
      <w:r>
        <w:rPr>
          <w:color w:val="CC3399"/>
        </w:rPr>
        <w:t xml:space="preserve">communicate </w:t>
      </w:r>
      <w:r>
        <w:rPr>
          <w:color w:val="000000"/>
        </w:rPr>
        <w:t xml:space="preserve">it to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had been agreed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003E3E"/>
        </w:rPr>
        <w:t xml:space="preserve">should </w:t>
      </w:r>
      <w:r>
        <w:rPr>
          <w:color w:val="000000"/>
        </w:rPr>
        <w:t xml:space="preserve">all </w:t>
      </w:r>
      <w:r>
        <w:rPr>
          <w:color w:val="CC3399"/>
        </w:rPr>
        <w:t xml:space="preserve">meet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big </w:t>
      </w:r>
      <w:r>
        <w:rPr>
          <w:color w:val="00FFCC"/>
        </w:rPr>
        <w:t xml:space="preserve">barn </w:t>
      </w:r>
      <w:r>
        <w:rPr>
          <w:color w:val="FF6600"/>
        </w:rPr>
        <w:t xml:space="preserve">as </w:t>
      </w:r>
      <w:r>
        <w:rPr>
          <w:color w:val="00787F"/>
        </w:rPr>
        <w:t xml:space="preserve">soon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Mr. Jones </w:t>
      </w:r>
      <w:r>
        <w:rPr>
          <w:color w:val="CC3399"/>
        </w:rPr>
        <w:t xml:space="preserve">was </w:t>
      </w:r>
      <w:r>
        <w:rPr>
          <w:color w:val="00787F"/>
        </w:rPr>
        <w:t xml:space="preserve">safely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 </w:t>
      </w:r>
      <w:r>
        <w:rPr>
          <w:color w:val="00FFCC"/>
        </w:rPr>
        <w:t xml:space="preserve">way </w:t>
      </w:r>
      <w:r>
        <w:rPr>
          <w:color w:val="000000"/>
        </w:rPr>
        <w:t xml:space="preserve">. </w:t>
      </w:r>
      <w:r>
        <w:rPr>
          <w:color w:val="00FFCC"/>
        </w:rPr>
        <w:t xml:space="preserve">Old Major </w:t>
      </w:r>
      <w:r>
        <w:rPr>
          <w:color w:val="000000"/>
        </w:rPr>
        <w:t xml:space="preserve">( </w:t>
      </w:r>
      <w:r>
        <w:rPr>
          <w:color w:val="FF6600"/>
        </w:rPr>
        <w:t xml:space="preserve">so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00787F"/>
        </w:rPr>
        <w:t xml:space="preserve">always </w:t>
      </w:r>
      <w:r>
        <w:rPr>
          <w:color w:val="CC3399"/>
        </w:rPr>
        <w:t xml:space="preserve">called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though </w:t>
      </w:r>
      <w:r>
        <w:rPr>
          <w:color w:val="000000"/>
        </w:rPr>
        <w:t xml:space="preserve">the </w:t>
      </w:r>
      <w:r>
        <w:rPr>
          <w:color w:val="00FFCC"/>
        </w:rPr>
        <w:t xml:space="preserve">name </w:t>
      </w:r>
      <w:r>
        <w:rPr>
          <w:color w:val="FF6600"/>
        </w:rPr>
        <w:t xml:space="preserve">under </w:t>
      </w:r>
      <w:r>
        <w:rPr>
          <w:color w:val="000000"/>
        </w:rPr>
        <w:t xml:space="preserve">which he </w:t>
      </w:r>
      <w:r>
        <w:rPr>
          <w:color w:val="CC3399"/>
        </w:rPr>
        <w:t xml:space="preserve">had been exhibited was </w:t>
      </w:r>
      <w:r>
        <w:rPr>
          <w:color w:val="00FFCC"/>
        </w:rPr>
        <w:t xml:space="preserve">Willingdon Beauty </w:t>
      </w:r>
      <w:r>
        <w:rPr>
          <w:color w:val="000000"/>
        </w:rPr>
        <w:t xml:space="preserve">)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787F"/>
        </w:rPr>
        <w:t xml:space="preserve">so highly </w:t>
      </w:r>
      <w:r>
        <w:rPr>
          <w:color w:val="CC3399"/>
        </w:rPr>
        <w:t xml:space="preserve">regarded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FF6600"/>
        </w:rPr>
        <w:t xml:space="preserve">that </w:t>
      </w:r>
      <w:r>
        <w:rPr>
          <w:color w:val="00FFCC"/>
        </w:rPr>
        <w:t xml:space="preserve">everyone </w:t>
      </w:r>
      <w:r>
        <w:rPr>
          <w:color w:val="CC3399"/>
        </w:rPr>
        <w:t xml:space="preserve">was </w:t>
      </w:r>
      <w:r>
        <w:rPr>
          <w:color w:val="00787F"/>
        </w:rPr>
        <w:t xml:space="preserve">quite </w:t>
      </w:r>
      <w:r>
        <w:rPr>
          <w:color w:val="33CCFF"/>
        </w:rPr>
        <w:t xml:space="preserve">ready </w:t>
      </w:r>
      <w:r>
        <w:rPr>
          <w:color w:val="000000"/>
        </w:rPr>
        <w:t xml:space="preserve">to </w:t>
      </w:r>
      <w:r>
        <w:rPr>
          <w:color w:val="CC3399"/>
        </w:rPr>
        <w:t xml:space="preserve">lose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an </w:t>
      </w:r>
      <w:r>
        <w:rPr>
          <w:color w:val="00FFCC"/>
        </w:rPr>
        <w:t xml:space="preserve">hour </w:t>
      </w:r>
      <w:r>
        <w:rPr>
          <w:color w:val="000000"/>
        </w:rPr>
        <w:t xml:space="preserve">'s </w:t>
      </w:r>
      <w:r>
        <w:rPr>
          <w:color w:val="00FFCC"/>
        </w:rPr>
        <w:t xml:space="preserve">sleep </w:t>
      </w:r>
      <w:r>
        <w:rPr>
          <w:color w:val="FF6600"/>
        </w:rPr>
        <w:t xml:space="preserve">in </w:t>
      </w:r>
      <w:r>
        <w:rPr>
          <w:color w:val="00FFCC"/>
        </w:rPr>
        <w:t xml:space="preserve">order </w:t>
      </w:r>
      <w:r>
        <w:rPr>
          <w:color w:val="000000"/>
        </w:rPr>
        <w:t xml:space="preserve">to </w:t>
      </w:r>
      <w:r>
        <w:rPr>
          <w:color w:val="CC3399"/>
        </w:rPr>
        <w:t xml:space="preserve">hear </w:t>
      </w:r>
      <w:r>
        <w:rPr>
          <w:color w:val="000000"/>
        </w:rPr>
        <w:t xml:space="preserve">what he </w:t>
      </w:r>
      <w:r>
        <w:rPr>
          <w:color w:val="CC3399"/>
        </w:rPr>
        <w:t xml:space="preserve">had </w:t>
      </w:r>
      <w:r>
        <w:rPr>
          <w:color w:val="000000"/>
        </w:rPr>
        <w:t xml:space="preserve">to </w:t>
      </w:r>
      <w:r>
        <w:rPr>
          <w:color w:val="CC3399"/>
        </w:rPr>
        <w:t xml:space="preserve">say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At </w:t>
      </w:r>
      <w:r>
        <w:rPr>
          <w:color w:val="000000"/>
        </w:rPr>
        <w:t xml:space="preserve">one </w:t>
      </w:r>
      <w:r>
        <w:rPr>
          <w:color w:val="00FFCC"/>
        </w:rPr>
        <w:t xml:space="preserve">end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big </w:t>
      </w:r>
      <w:r>
        <w:rPr>
          <w:color w:val="00FFCC"/>
        </w:rPr>
        <w:t xml:space="preserve">barn </w:t>
      </w:r>
      <w:r>
        <w:rPr>
          <w:color w:val="000000"/>
        </w:rPr>
        <w:t xml:space="preserve">, </w:t>
      </w:r>
      <w:r>
        <w:rPr>
          <w:color w:val="FF6600"/>
        </w:rPr>
        <w:t xml:space="preserve">on </w:t>
      </w:r>
      <w:r>
        <w:rPr>
          <w:color w:val="000000"/>
        </w:rPr>
        <w:t xml:space="preserve">a </w:t>
      </w:r>
      <w:r>
        <w:rPr>
          <w:color w:val="00FFCC"/>
        </w:rPr>
        <w:t xml:space="preserve">sort </w:t>
      </w:r>
      <w:r>
        <w:rPr>
          <w:color w:val="FF6600"/>
        </w:rPr>
        <w:t xml:space="preserve">of </w:t>
      </w:r>
      <w:r>
        <w:rPr>
          <w:color w:val="CC3399"/>
        </w:rPr>
        <w:t xml:space="preserve">raised </w:t>
      </w:r>
      <w:r>
        <w:rPr>
          <w:color w:val="00FFCC"/>
        </w:rPr>
        <w:t xml:space="preserve">platform </w:t>
      </w:r>
      <w:r>
        <w:rPr>
          <w:color w:val="000000"/>
        </w:rPr>
        <w:t xml:space="preserve">, </w:t>
      </w:r>
      <w:r>
        <w:rPr>
          <w:color w:val="00FFCC"/>
        </w:rPr>
        <w:t xml:space="preserve">Major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already </w:t>
      </w:r>
      <w:r>
        <w:rPr>
          <w:color w:val="CC3399"/>
        </w:rPr>
        <w:t xml:space="preserve">ensconced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00FFCC"/>
        </w:rPr>
        <w:t xml:space="preserve">bed </w:t>
      </w:r>
      <w:r>
        <w:rPr>
          <w:color w:val="FF6600"/>
        </w:rPr>
        <w:t xml:space="preserve">of </w:t>
      </w:r>
      <w:r>
        <w:rPr>
          <w:color w:val="00FFCC"/>
        </w:rPr>
        <w:t xml:space="preserve">straw </w:t>
      </w:r>
      <w:r>
        <w:rPr>
          <w:color w:val="000000"/>
        </w:rPr>
        <w:t xml:space="preserve">, </w:t>
      </w:r>
      <w:r>
        <w:rPr>
          <w:color w:val="FF6600"/>
        </w:rPr>
        <w:t xml:space="preserve">under </w:t>
      </w:r>
      <w:r>
        <w:rPr>
          <w:color w:val="000000"/>
        </w:rPr>
        <w:t xml:space="preserve">a </w:t>
      </w:r>
      <w:r>
        <w:rPr>
          <w:color w:val="33CCFF"/>
        </w:rPr>
        <w:t xml:space="preserve">lantern </w:t>
      </w:r>
      <w:r>
        <w:rPr>
          <w:color w:val="000000"/>
        </w:rPr>
        <w:t xml:space="preserve">which </w:t>
      </w:r>
      <w:r>
        <w:rPr>
          <w:color w:val="CC3399"/>
        </w:rPr>
        <w:t xml:space="preserve">hung </w:t>
      </w:r>
      <w:r>
        <w:rPr>
          <w:color w:val="FF6600"/>
        </w:rPr>
        <w:t xml:space="preserve">from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beam </w:t>
      </w:r>
      <w:r>
        <w:rPr>
          <w:color w:val="000000"/>
        </w:rPr>
        <w:t xml:space="preserve">. He </w:t>
      </w:r>
      <w:r>
        <w:rPr>
          <w:color w:val="CC3399"/>
        </w:rPr>
        <w:t xml:space="preserve">was </w:t>
      </w:r>
      <w:r>
        <w:rPr>
          <w:color w:val="33CCFF"/>
        </w:rPr>
        <w:t xml:space="preserve">twelve </w:t>
      </w:r>
      <w:r>
        <w:rPr>
          <w:color w:val="00FFCC"/>
        </w:rPr>
        <w:t xml:space="preserve">years </w:t>
      </w:r>
      <w:r>
        <w:rPr>
          <w:color w:val="33CCFF"/>
        </w:rPr>
        <w:t xml:space="preserve">old </w:t>
      </w:r>
      <w:r>
        <w:rPr>
          <w:color w:val="FF0066"/>
        </w:rPr>
        <w:t xml:space="preserve">and </w:t>
      </w:r>
      <w:r>
        <w:rPr>
          <w:color w:val="CC3399"/>
        </w:rPr>
        <w:t xml:space="preserve">had </w:t>
      </w:r>
      <w:r>
        <w:rPr>
          <w:color w:val="00787F"/>
        </w:rPr>
        <w:t xml:space="preserve">lately </w:t>
      </w:r>
      <w:r>
        <w:rPr>
          <w:color w:val="CC3399"/>
        </w:rPr>
        <w:t xml:space="preserve">grown </w:t>
      </w:r>
      <w:r>
        <w:rPr>
          <w:color w:val="00787F"/>
        </w:rPr>
        <w:t xml:space="preserve">rather </w:t>
      </w:r>
      <w:r>
        <w:rPr>
          <w:color w:val="00FFCC"/>
        </w:rPr>
        <w:t>stout</w:t>
      </w:r>
      <w:r>
        <w:rPr>
          <w:color w:val="00FFCC"/>
        </w:rPr>
        <w:t xml:space="preserve">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787F"/>
        </w:rPr>
        <w:t xml:space="preserve">still </w:t>
      </w:r>
      <w:r>
        <w:rPr>
          <w:color w:val="000000"/>
        </w:rPr>
        <w:t xml:space="preserve">a </w:t>
      </w:r>
      <w:r>
        <w:rPr>
          <w:color w:val="33CCFF"/>
        </w:rPr>
        <w:t xml:space="preserve">majestic-looking </w:t>
      </w:r>
      <w:r>
        <w:rPr>
          <w:color w:val="00FFCC"/>
        </w:rPr>
        <w:t xml:space="preserve">pig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wise </w:t>
      </w:r>
      <w:r>
        <w:rPr>
          <w:color w:val="FF0066"/>
        </w:rPr>
        <w:t xml:space="preserve">and </w:t>
      </w:r>
      <w:r>
        <w:rPr>
          <w:color w:val="33CCFF"/>
        </w:rPr>
        <w:t xml:space="preserve">benevolent </w:t>
      </w:r>
      <w:r>
        <w:rPr>
          <w:color w:val="00FFCC"/>
        </w:rPr>
        <w:t xml:space="preserve">appearance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spite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fact </w:t>
      </w:r>
      <w:r>
        <w:rPr>
          <w:color w:val="FF6600"/>
        </w:rPr>
        <w:t xml:space="preserve">that </w:t>
      </w:r>
      <w:r>
        <w:rPr>
          <w:color w:val="000000"/>
        </w:rPr>
        <w:t xml:space="preserve">his </w:t>
      </w:r>
      <w:r>
        <w:rPr>
          <w:color w:val="00FFCC"/>
        </w:rPr>
        <w:t xml:space="preserve">tushes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CC3399"/>
        </w:rPr>
        <w:t xml:space="preserve">been cut </w:t>
      </w:r>
      <w:r>
        <w:rPr>
          <w:color w:val="000000"/>
        </w:rPr>
        <w:t xml:space="preserve">. </w:t>
      </w:r>
      <w:r>
        <w:rPr>
          <w:color w:val="FF6600"/>
        </w:rPr>
        <w:t xml:space="preserve">Before </w:t>
      </w:r>
      <w:r>
        <w:rPr>
          <w:color w:val="00787F"/>
        </w:rPr>
        <w:t xml:space="preserve">long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CC3399"/>
        </w:rPr>
        <w:t xml:space="preserve">began </w:t>
      </w:r>
      <w:r>
        <w:rPr>
          <w:color w:val="000000"/>
        </w:rPr>
        <w:t xml:space="preserve">to </w:t>
      </w:r>
      <w:r>
        <w:rPr>
          <w:color w:val="33CCFF"/>
        </w:rPr>
        <w:t xml:space="preserve">arrive </w:t>
      </w:r>
      <w:r>
        <w:rPr>
          <w:color w:val="FF0066"/>
        </w:rPr>
        <w:t xml:space="preserve">and </w:t>
      </w:r>
      <w:r>
        <w:rPr>
          <w:color w:val="CC3399"/>
        </w:rPr>
        <w:t xml:space="preserve">make </w:t>
      </w:r>
      <w:r>
        <w:rPr>
          <w:color w:val="000000"/>
        </w:rPr>
        <w:t xml:space="preserve">themselves </w:t>
      </w:r>
      <w:r>
        <w:rPr>
          <w:color w:val="33CCFF"/>
        </w:rPr>
        <w:t xml:space="preserve">comfortable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different </w:t>
      </w:r>
      <w:r>
        <w:rPr>
          <w:color w:val="00FFCC"/>
        </w:rPr>
        <w:t xml:space="preserve">fashions </w:t>
      </w:r>
      <w:r>
        <w:rPr>
          <w:color w:val="000000"/>
        </w:rPr>
        <w:t xml:space="preserve">. </w:t>
      </w:r>
      <w:r>
        <w:rPr>
          <w:color w:val="00FFCC"/>
        </w:rPr>
        <w:t xml:space="preserve">First </w:t>
      </w:r>
      <w:r>
        <w:rPr>
          <w:color w:val="CC3399"/>
        </w:rPr>
        <w:t xml:space="preserve">came </w:t>
      </w:r>
      <w:r>
        <w:rPr>
          <w:color w:val="000000"/>
        </w:rPr>
        <w:t xml:space="preserve">the three </w:t>
      </w:r>
      <w:r>
        <w:rPr>
          <w:color w:val="00FFCC"/>
        </w:rPr>
        <w:t xml:space="preserve">dogs </w:t>
      </w:r>
      <w:r>
        <w:rPr>
          <w:color w:val="000000"/>
        </w:rPr>
        <w:t xml:space="preserve">, </w:t>
      </w:r>
      <w:r>
        <w:rPr>
          <w:color w:val="00FFCC"/>
        </w:rPr>
        <w:t xml:space="preserve">Bluebell </w:t>
      </w:r>
      <w:r>
        <w:rPr>
          <w:color w:val="000000"/>
        </w:rPr>
        <w:t xml:space="preserve">, </w:t>
      </w:r>
      <w:r>
        <w:rPr>
          <w:color w:val="00FFCC"/>
        </w:rPr>
        <w:t xml:space="preserve">Jessie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Pincher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then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, who </w:t>
      </w:r>
      <w:r>
        <w:rPr>
          <w:color w:val="CC3399"/>
        </w:rPr>
        <w:t xml:space="preserve">settled </w:t>
      </w:r>
      <w:r>
        <w:rPr>
          <w:color w:val="00787F"/>
        </w:rPr>
        <w:t xml:space="preserve">down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straw </w:t>
      </w:r>
      <w:r>
        <w:rPr>
          <w:color w:val="00787F"/>
        </w:rPr>
        <w:t xml:space="preserve">immediately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front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platform </w:t>
      </w:r>
      <w:r>
        <w:rPr>
          <w:color w:val="000000"/>
        </w:rPr>
        <w:t xml:space="preserve">. The </w:t>
      </w:r>
      <w:r>
        <w:rPr>
          <w:color w:val="00FFCC"/>
        </w:rPr>
        <w:t xml:space="preserve">hens </w:t>
      </w:r>
      <w:r>
        <w:rPr>
          <w:color w:val="CC3399"/>
        </w:rPr>
        <w:t xml:space="preserve">perched </w:t>
      </w:r>
      <w:r>
        <w:rPr>
          <w:color w:val="000000"/>
        </w:rPr>
        <w:t xml:space="preserve">themselves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window-sills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pigeons </w:t>
      </w:r>
      <w:r>
        <w:rPr>
          <w:color w:val="CC3399"/>
        </w:rPr>
        <w:t xml:space="preserve">fluttered </w:t>
      </w:r>
      <w:r>
        <w:rPr>
          <w:color w:val="00787F"/>
        </w:rPr>
        <w:t xml:space="preserve">up </w:t>
      </w:r>
      <w:r>
        <w:rPr>
          <w:color w:val="000000"/>
        </w:rPr>
        <w:t xml:space="preserve">to the </w:t>
      </w:r>
      <w:r>
        <w:rPr>
          <w:color w:val="00FFCC"/>
        </w:rPr>
        <w:t xml:space="preserve">rafters </w:t>
      </w:r>
      <w:r>
        <w:rPr>
          <w:color w:val="000000"/>
        </w:rPr>
        <w:t xml:space="preserve">, the </w:t>
      </w:r>
      <w:r>
        <w:rPr>
          <w:color w:val="00FFCC"/>
        </w:rPr>
        <w:t xml:space="preserve">sheep </w:t>
      </w:r>
      <w:r>
        <w:rPr>
          <w:color w:val="FF0066"/>
        </w:rPr>
        <w:t xml:space="preserve">and </w:t>
      </w:r>
      <w:r>
        <w:rPr>
          <w:color w:val="00FFCC"/>
        </w:rPr>
        <w:t xml:space="preserve">cows </w:t>
      </w:r>
      <w:r>
        <w:rPr>
          <w:color w:val="CC3399"/>
        </w:rPr>
        <w:t xml:space="preserve">lay </w:t>
      </w:r>
      <w:r>
        <w:rPr>
          <w:color w:val="000000"/>
        </w:rPr>
        <w:t xml:space="preserve">down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behind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0066"/>
        </w:rPr>
        <w:t xml:space="preserve">and </w:t>
      </w:r>
      <w:r>
        <w:rPr>
          <w:color w:val="CC3399"/>
        </w:rPr>
        <w:t xml:space="preserve">began </w:t>
      </w:r>
      <w:r>
        <w:rPr>
          <w:color w:val="000000"/>
        </w:rPr>
        <w:t xml:space="preserve">to </w:t>
      </w:r>
      <w:r>
        <w:rPr>
          <w:color w:val="CC3399"/>
        </w:rPr>
        <w:t xml:space="preserve">chew </w:t>
      </w:r>
      <w:r>
        <w:rPr>
          <w:color w:val="000000"/>
        </w:rPr>
        <w:t xml:space="preserve">the </w:t>
      </w:r>
      <w:r>
        <w:rPr>
          <w:color w:val="00FFCC"/>
        </w:rPr>
        <w:t xml:space="preserve">cud </w:t>
      </w:r>
      <w:r>
        <w:rPr>
          <w:color w:val="000000"/>
        </w:rPr>
        <w:t xml:space="preserve">. The two </w:t>
      </w:r>
      <w:r>
        <w:rPr>
          <w:color w:val="00FFCC"/>
        </w:rPr>
        <w:t xml:space="preserve">cart-horses </w:t>
      </w:r>
      <w:r>
        <w:rPr>
          <w:color w:val="000000"/>
        </w:rPr>
        <w:t xml:space="preserve">, </w:t>
      </w:r>
      <w:r>
        <w:rPr>
          <w:color w:val="00FFCC"/>
        </w:rPr>
        <w:t xml:space="preserve">Boxer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Clover </w:t>
      </w:r>
      <w:r>
        <w:rPr>
          <w:color w:val="000000"/>
        </w:rPr>
        <w:t xml:space="preserve">, </w:t>
      </w:r>
      <w:r>
        <w:rPr>
          <w:color w:val="CC3399"/>
        </w:rPr>
        <w:t xml:space="preserve">came </w:t>
      </w:r>
      <w:r>
        <w:rPr>
          <w:color w:val="FF6600"/>
        </w:rPr>
        <w:t xml:space="preserve">in </w:t>
      </w:r>
      <w:r>
        <w:rPr>
          <w:color w:val="00787F"/>
        </w:rPr>
        <w:t xml:space="preserve">together </w:t>
      </w:r>
      <w:r>
        <w:rPr>
          <w:color w:val="000000"/>
        </w:rPr>
        <w:t xml:space="preserve">, </w:t>
      </w:r>
      <w:r>
        <w:rPr>
          <w:color w:val="CC3399"/>
        </w:rPr>
        <w:t xml:space="preserve">walking </w:t>
      </w:r>
      <w:r>
        <w:rPr>
          <w:color w:val="00787F"/>
        </w:rPr>
        <w:t xml:space="preserve">very slowly </w:t>
      </w:r>
      <w:r>
        <w:rPr>
          <w:color w:val="FF0066"/>
        </w:rPr>
        <w:t xml:space="preserve">and </w:t>
      </w:r>
      <w:r>
        <w:rPr>
          <w:color w:val="CC3399"/>
        </w:rPr>
        <w:t xml:space="preserve">setting </w:t>
      </w:r>
      <w:r>
        <w:rPr>
          <w:color w:val="000000"/>
        </w:rPr>
        <w:t xml:space="preserve">down their </w:t>
      </w:r>
      <w:r>
        <w:rPr>
          <w:color w:val="33CCFF"/>
        </w:rPr>
        <w:t xml:space="preserve">vast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hairy hoofs </w:t>
      </w:r>
      <w:r>
        <w:rPr>
          <w:color w:val="FF6600"/>
        </w:rPr>
        <w:t xml:space="preserve">with </w:t>
      </w:r>
      <w:r>
        <w:rPr>
          <w:color w:val="33CCFF"/>
        </w:rPr>
        <w:t xml:space="preserve">great </w:t>
      </w:r>
      <w:r>
        <w:rPr>
          <w:color w:val="00FFCC"/>
        </w:rPr>
        <w:t xml:space="preserve">care </w:t>
      </w:r>
      <w:r>
        <w:rPr>
          <w:color w:val="33CCFF"/>
        </w:rPr>
        <w:t xml:space="preserve">lest </w:t>
      </w:r>
      <w:r>
        <w:rPr>
          <w:color w:val="000000"/>
        </w:rPr>
        <w:t xml:space="preserve">there </w:t>
      </w:r>
      <w:r>
        <w:rPr>
          <w:color w:val="003E3E"/>
        </w:rPr>
        <w:t xml:space="preserve">should </w:t>
      </w:r>
      <w:r>
        <w:rPr>
          <w:color w:val="CC3399"/>
        </w:rPr>
        <w:t xml:space="preserve">be </w:t>
      </w:r>
      <w:r>
        <w:rPr>
          <w:color w:val="000000"/>
        </w:rPr>
        <w:t xml:space="preserve">some </w:t>
      </w:r>
      <w:r>
        <w:rPr>
          <w:color w:val="33CCFF"/>
        </w:rPr>
        <w:t xml:space="preserve">small </w:t>
      </w:r>
      <w:r>
        <w:rPr>
          <w:color w:val="00FFCC"/>
        </w:rPr>
        <w:t xml:space="preserve">animal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concealed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straw </w:t>
      </w:r>
      <w:r>
        <w:rPr>
          <w:color w:val="000000"/>
        </w:rPr>
        <w:t xml:space="preserve">. </w:t>
      </w:r>
      <w:r>
        <w:rPr>
          <w:color w:val="00FFCC"/>
        </w:rPr>
        <w:t xml:space="preserve">Clover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stout </w:t>
      </w:r>
      <w:r>
        <w:rPr>
          <w:color w:val="00787F"/>
        </w:rPr>
        <w:t xml:space="preserve">motherly </w:t>
      </w:r>
      <w:r>
        <w:rPr>
          <w:color w:val="00FFCC"/>
        </w:rPr>
        <w:t xml:space="preserve">mare </w:t>
      </w:r>
      <w:r>
        <w:rPr>
          <w:color w:val="CC3399"/>
        </w:rPr>
        <w:t xml:space="preserve">approaching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middle </w:t>
      </w:r>
      <w:r>
        <w:rPr>
          <w:color w:val="00FFCC"/>
        </w:rPr>
        <w:t xml:space="preserve">life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quite </w:t>
      </w:r>
      <w:r>
        <w:rPr>
          <w:color w:val="CC3399"/>
        </w:rPr>
        <w:t xml:space="preserve">got </w:t>
      </w:r>
      <w:r>
        <w:rPr>
          <w:color w:val="000000"/>
        </w:rPr>
        <w:t xml:space="preserve">her </w:t>
      </w:r>
      <w:r>
        <w:rPr>
          <w:color w:val="00FFCC"/>
        </w:rPr>
        <w:t xml:space="preserve">figure </w:t>
      </w:r>
      <w:r>
        <w:rPr>
          <w:color w:val="00787F"/>
        </w:rPr>
        <w:t xml:space="preserve">back </w:t>
      </w:r>
      <w:r>
        <w:rPr>
          <w:color w:val="FF6600"/>
        </w:rPr>
        <w:t xml:space="preserve">after </w:t>
      </w:r>
      <w:r>
        <w:rPr>
          <w:color w:val="000000"/>
        </w:rPr>
        <w:t xml:space="preserve">her </w:t>
      </w:r>
      <w:r>
        <w:rPr>
          <w:color w:val="33CCFF"/>
        </w:rPr>
        <w:t xml:space="preserve">fourth </w:t>
      </w:r>
      <w:r>
        <w:rPr>
          <w:color w:val="00FFCC"/>
        </w:rPr>
        <w:t xml:space="preserve">foal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Boxer </w:t>
      </w:r>
      <w:r>
        <w:rPr>
          <w:color w:val="CC3399"/>
        </w:rPr>
        <w:t xml:space="preserve">was </w:t>
      </w:r>
      <w:r>
        <w:rPr>
          <w:color w:val="000000"/>
        </w:rPr>
        <w:t xml:space="preserve">an </w:t>
      </w:r>
      <w:r>
        <w:rPr>
          <w:color w:val="33CCFF"/>
        </w:rPr>
        <w:t xml:space="preserve">enormous </w:t>
      </w:r>
      <w:r>
        <w:rPr>
          <w:color w:val="00FFCC"/>
        </w:rPr>
        <w:t xml:space="preserve">beast </w:t>
      </w:r>
      <w:r>
        <w:rPr>
          <w:color w:val="000000"/>
        </w:rPr>
        <w:t xml:space="preserve">, </w:t>
      </w:r>
      <w:r>
        <w:rPr>
          <w:color w:val="00787F"/>
        </w:rPr>
        <w:t xml:space="preserve">nearly </w:t>
      </w:r>
      <w:r>
        <w:rPr>
          <w:color w:val="33CCFF"/>
        </w:rPr>
        <w:t xml:space="preserve">eighteen </w:t>
      </w:r>
      <w:r>
        <w:rPr>
          <w:color w:val="00FFCC"/>
        </w:rPr>
        <w:t xml:space="preserve">hands </w:t>
      </w:r>
      <w:r>
        <w:rPr>
          <w:color w:val="33CCFF"/>
        </w:rPr>
        <w:t xml:space="preserve">high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as </w:t>
      </w:r>
      <w:r>
        <w:rPr>
          <w:color w:val="33CCFF"/>
        </w:rPr>
        <w:t xml:space="preserve">strong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any two </w:t>
      </w:r>
      <w:r>
        <w:rPr>
          <w:color w:val="33CCFF"/>
        </w:rPr>
        <w:t xml:space="preserve">ordinary </w:t>
      </w:r>
      <w:r>
        <w:rPr>
          <w:color w:val="00FFCC"/>
        </w:rPr>
        <w:t xml:space="preserve">horses </w:t>
      </w:r>
      <w:r>
        <w:rPr>
          <w:color w:val="CC3399"/>
        </w:rPr>
        <w:t xml:space="preserve">put </w:t>
      </w:r>
      <w:r>
        <w:rPr>
          <w:color w:val="00787F"/>
        </w:rPr>
        <w:t xml:space="preserve">together </w:t>
      </w:r>
      <w:r>
        <w:rPr>
          <w:color w:val="000000"/>
        </w:rPr>
        <w:t xml:space="preserve">. </w:t>
      </w:r>
      <w:r>
        <w:rPr>
          <w:color w:val="00FFCC"/>
        </w:rPr>
        <w:t xml:space="preserve">A </w:t>
      </w:r>
      <w:r>
        <w:rPr>
          <w:color w:val="33CCFF"/>
        </w:rPr>
        <w:t xml:space="preserve">white </w:t>
      </w:r>
      <w:r>
        <w:rPr>
          <w:color w:val="00FFCC"/>
        </w:rPr>
        <w:t xml:space="preserve">stripe </w:t>
      </w:r>
      <w:r>
        <w:rPr>
          <w:color w:val="000000"/>
        </w:rPr>
        <w:t xml:space="preserve">down his </w:t>
      </w:r>
      <w:r>
        <w:rPr>
          <w:color w:val="33CCFF"/>
        </w:rPr>
        <w:t xml:space="preserve">nose </w:t>
      </w:r>
      <w:r>
        <w:rPr>
          <w:color w:val="CC3399"/>
        </w:rPr>
        <w:t xml:space="preserve">gave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him a </w:t>
      </w:r>
      <w:r>
        <w:rPr>
          <w:color w:val="00787F"/>
        </w:rPr>
        <w:t xml:space="preserve">somewhat </w:t>
      </w:r>
      <w:r>
        <w:rPr>
          <w:color w:val="33CCFF"/>
        </w:rPr>
        <w:t xml:space="preserve">stupid </w:t>
      </w:r>
      <w:r>
        <w:rPr>
          <w:color w:val="00FFCC"/>
        </w:rPr>
        <w:t xml:space="preserve">appearance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FFCC"/>
        </w:rPr>
        <w:t xml:space="preserve">fact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FF6600"/>
        </w:rPr>
        <w:t xml:space="preserve">of </w:t>
      </w:r>
      <w:r>
        <w:rPr>
          <w:color w:val="00FFCC"/>
        </w:rPr>
        <w:t xml:space="preserve">first-rate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intelligence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00787F"/>
        </w:rPr>
        <w:t xml:space="preserve">universally </w:t>
      </w:r>
      <w:r>
        <w:rPr>
          <w:color w:val="CC3399"/>
        </w:rPr>
        <w:t xml:space="preserve">respected </w:t>
      </w:r>
      <w:r>
        <w:rPr>
          <w:color w:val="FF6600"/>
        </w:rPr>
        <w:t xml:space="preserve">for </w:t>
      </w:r>
      <w:r>
        <w:rPr>
          <w:color w:val="000000"/>
        </w:rPr>
        <w:t xml:space="preserve">his </w:t>
      </w:r>
      <w:r>
        <w:rPr>
          <w:color w:val="00FFCC"/>
        </w:rPr>
        <w:t xml:space="preserve">steadiness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character </w:t>
      </w:r>
      <w:r>
        <w:rPr>
          <w:color w:val="FF0066"/>
        </w:rPr>
        <w:t xml:space="preserve">and </w:t>
      </w:r>
      <w:r>
        <w:rPr>
          <w:color w:val="33CCFF"/>
        </w:rPr>
        <w:t xml:space="preserve">tremendous </w:t>
      </w:r>
      <w:r>
        <w:rPr>
          <w:color w:val="00FFCC"/>
        </w:rPr>
        <w:t xml:space="preserve">powers </w:t>
      </w:r>
      <w:r>
        <w:rPr>
          <w:color w:val="FF6600"/>
        </w:rPr>
        <w:t xml:space="preserve">of </w:t>
      </w:r>
      <w:r>
        <w:rPr>
          <w:color w:val="00FFCC"/>
        </w:rPr>
        <w:t xml:space="preserve">work </w:t>
      </w:r>
      <w:r>
        <w:rPr>
          <w:color w:val="000000"/>
        </w:rPr>
        <w:t xml:space="preserve">.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 </w:t>
      </w:r>
      <w:r>
        <w:rPr>
          <w:color w:val="00FFCC"/>
        </w:rPr>
        <w:t xml:space="preserve">horses </w:t>
      </w:r>
      <w:r>
        <w:rPr>
          <w:color w:val="CC3399"/>
        </w:rPr>
        <w:t xml:space="preserve">came </w:t>
      </w:r>
      <w:r>
        <w:rPr>
          <w:color w:val="00FFCC"/>
        </w:rPr>
        <w:t xml:space="preserve">Muriel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>w</w:t>
      </w:r>
      <w:r>
        <w:rPr>
          <w:color w:val="33CCFF"/>
        </w:rPr>
        <w:t xml:space="preserve">hite </w:t>
      </w:r>
      <w:r>
        <w:rPr>
          <w:color w:val="00FFCC"/>
        </w:rPr>
        <w:t xml:space="preserve">goat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Benjamin </w:t>
      </w:r>
      <w:r>
        <w:rPr>
          <w:color w:val="000000"/>
        </w:rPr>
        <w:t xml:space="preserve">, the </w:t>
      </w:r>
      <w:r>
        <w:rPr>
          <w:color w:val="00FFCC"/>
        </w:rPr>
        <w:t xml:space="preserve">donkey </w:t>
      </w:r>
      <w:r>
        <w:rPr>
          <w:color w:val="000000"/>
        </w:rPr>
        <w:t xml:space="preserve">.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33CCFF"/>
        </w:rPr>
        <w:t xml:space="preserve">oldest </w:t>
      </w:r>
      <w:r>
        <w:rPr>
          <w:color w:val="00FFCC"/>
        </w:rPr>
        <w:t xml:space="preserve">animal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worst tempered </w:t>
      </w:r>
      <w:r>
        <w:rPr>
          <w:color w:val="000000"/>
        </w:rPr>
        <w:t xml:space="preserve">. He </w:t>
      </w:r>
      <w:r>
        <w:rPr>
          <w:color w:val="00787F"/>
        </w:rPr>
        <w:t xml:space="preserve">seldom </w:t>
      </w:r>
      <w:r>
        <w:rPr>
          <w:color w:val="CC3399"/>
        </w:rPr>
        <w:t xml:space="preserve">talked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he </w:t>
      </w:r>
      <w:r>
        <w:rPr>
          <w:color w:val="CC3399"/>
        </w:rPr>
        <w:t xml:space="preserve">did </w:t>
      </w:r>
      <w:r>
        <w:rPr>
          <w:color w:val="000000"/>
        </w:rPr>
        <w:t xml:space="preserve">, it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787F"/>
        </w:rPr>
        <w:t xml:space="preserve">usually </w:t>
      </w:r>
      <w:r>
        <w:rPr>
          <w:color w:val="000000"/>
        </w:rPr>
        <w:t xml:space="preserve">to </w:t>
      </w:r>
      <w:r>
        <w:rPr>
          <w:color w:val="CC3399"/>
        </w:rPr>
        <w:t xml:space="preserve">make </w:t>
      </w:r>
      <w:r>
        <w:rPr>
          <w:color w:val="000000"/>
        </w:rPr>
        <w:t xml:space="preserve">some </w:t>
      </w:r>
      <w:r>
        <w:rPr>
          <w:color w:val="33CCFF"/>
        </w:rPr>
        <w:t xml:space="preserve">cynical </w:t>
      </w:r>
      <w:r>
        <w:rPr>
          <w:color w:val="00FFCC"/>
        </w:rPr>
        <w:t xml:space="preserve">remark </w:t>
      </w:r>
      <w:r>
        <w:rPr>
          <w:color w:val="000000"/>
        </w:rPr>
        <w:t xml:space="preserve">-- </w:t>
      </w:r>
      <w:r>
        <w:rPr>
          <w:color w:val="FF6600"/>
        </w:rPr>
        <w:t xml:space="preserve">for </w:t>
      </w:r>
      <w:r>
        <w:rPr>
          <w:color w:val="00FFCC"/>
        </w:rPr>
        <w:t xml:space="preserve">instance </w:t>
      </w:r>
      <w:r>
        <w:rPr>
          <w:color w:val="000000"/>
        </w:rPr>
        <w:t xml:space="preserve">, he </w:t>
      </w:r>
      <w:r>
        <w:rPr>
          <w:color w:val="003E3E"/>
        </w:rPr>
        <w:t xml:space="preserve">would </w:t>
      </w:r>
      <w:r>
        <w:rPr>
          <w:color w:val="CC3399"/>
        </w:rPr>
        <w:t xml:space="preserve">say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God </w:t>
      </w:r>
      <w:r>
        <w:rPr>
          <w:color w:val="CC3399"/>
        </w:rPr>
        <w:t xml:space="preserve">had given </w:t>
      </w:r>
      <w:r>
        <w:rPr>
          <w:color w:val="000000"/>
        </w:rPr>
        <w:t xml:space="preserve">him a </w:t>
      </w:r>
      <w:r>
        <w:rPr>
          <w:color w:val="00FFCC"/>
        </w:rPr>
        <w:t xml:space="preserve">tail </w:t>
      </w:r>
      <w:r>
        <w:rPr>
          <w:color w:val="000000"/>
        </w:rPr>
        <w:t xml:space="preserve">to </w:t>
      </w:r>
      <w:r>
        <w:rPr>
          <w:color w:val="CC3399"/>
        </w:rPr>
        <w:t xml:space="preserve">keep </w:t>
      </w:r>
      <w:r>
        <w:rPr>
          <w:color w:val="000000"/>
        </w:rPr>
        <w:t xml:space="preserve">the </w:t>
      </w:r>
      <w:r>
        <w:rPr>
          <w:color w:val="00FFCC"/>
        </w:rPr>
        <w:t xml:space="preserve">flies </w:t>
      </w:r>
      <w:r>
        <w:rPr>
          <w:color w:val="000000"/>
        </w:rPr>
        <w:t xml:space="preserve">off , </w:t>
      </w:r>
      <w:r>
        <w:rPr>
          <w:color w:val="FF0066"/>
        </w:rPr>
        <w:t xml:space="preserve">but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003E3E"/>
        </w:rPr>
        <w:t xml:space="preserve">would </w:t>
      </w:r>
      <w:r>
        <w:rPr>
          <w:color w:val="CC3399"/>
        </w:rPr>
        <w:t xml:space="preserve">sooner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have had </w:t>
      </w:r>
      <w:r>
        <w:rPr>
          <w:color w:val="000000"/>
        </w:rPr>
        <w:t xml:space="preserve">no </w:t>
      </w:r>
      <w:r>
        <w:rPr>
          <w:color w:val="00FFCC"/>
        </w:rPr>
        <w:t xml:space="preserve">tail </w:t>
      </w:r>
      <w:r>
        <w:rPr>
          <w:color w:val="FF0066"/>
        </w:rPr>
        <w:t xml:space="preserve">and </w:t>
      </w:r>
      <w:r>
        <w:rPr>
          <w:color w:val="000000"/>
        </w:rPr>
        <w:t xml:space="preserve">no </w:t>
      </w:r>
      <w:r>
        <w:rPr>
          <w:color w:val="00FFCC"/>
        </w:rPr>
        <w:t xml:space="preserve">flies </w:t>
      </w:r>
      <w:r>
        <w:rPr>
          <w:color w:val="000000"/>
        </w:rPr>
        <w:t xml:space="preserve">. </w:t>
      </w:r>
      <w:r>
        <w:rPr>
          <w:color w:val="00787F"/>
        </w:rPr>
        <w:t xml:space="preserve">Alone </w:t>
      </w:r>
      <w:r>
        <w:rPr>
          <w:color w:val="FF6600"/>
        </w:rPr>
        <w:t xml:space="preserve">among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he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never </w:t>
      </w:r>
      <w:r>
        <w:rPr>
          <w:color w:val="CC3399"/>
        </w:rPr>
        <w:t xml:space="preserve">laughed </w:t>
      </w:r>
      <w:r>
        <w:rPr>
          <w:color w:val="000000"/>
        </w:rPr>
        <w:t xml:space="preserve">. </w:t>
      </w:r>
      <w:r>
        <w:rPr>
          <w:color w:val="FF6600"/>
        </w:rPr>
        <w:t xml:space="preserve">If </w:t>
      </w:r>
      <w:r>
        <w:rPr>
          <w:color w:val="CC3399"/>
        </w:rPr>
        <w:t xml:space="preserve">asked </w:t>
      </w:r>
      <w:r>
        <w:rPr>
          <w:color w:val="000000"/>
        </w:rPr>
        <w:t xml:space="preserve">why , he </w:t>
      </w:r>
      <w:r>
        <w:rPr>
          <w:color w:val="003E3E"/>
        </w:rPr>
        <w:t xml:space="preserve">would </w:t>
      </w:r>
      <w:r>
        <w:rPr>
          <w:color w:val="CC3399"/>
        </w:rPr>
        <w:t xml:space="preserve">say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saw </w:t>
      </w:r>
      <w:r>
        <w:rPr>
          <w:color w:val="00FFCC"/>
        </w:rPr>
        <w:t xml:space="preserve">nothing </w:t>
      </w:r>
      <w:r>
        <w:rPr>
          <w:color w:val="000000"/>
        </w:rPr>
        <w:t xml:space="preserve">to </w:t>
      </w:r>
      <w:r>
        <w:rPr>
          <w:color w:val="00FFCC"/>
        </w:rPr>
        <w:t xml:space="preserve">laugh </w:t>
      </w:r>
      <w:r>
        <w:rPr>
          <w:color w:val="FF6600"/>
        </w:rPr>
        <w:t xml:space="preserve">at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787F"/>
        </w:rPr>
        <w:lastRenderedPageBreak/>
        <w:t xml:space="preserve">Nevertheless </w:t>
      </w:r>
      <w:r>
        <w:rPr>
          <w:color w:val="000000"/>
        </w:rPr>
        <w:t xml:space="preserve">, </w:t>
      </w:r>
      <w:r>
        <w:rPr>
          <w:color w:val="FF6600"/>
        </w:rPr>
        <w:t xml:space="preserve">without </w:t>
      </w:r>
      <w:r>
        <w:rPr>
          <w:color w:val="00787F"/>
        </w:rPr>
        <w:t xml:space="preserve">openly </w:t>
      </w:r>
      <w:r>
        <w:rPr>
          <w:color w:val="CC3399"/>
        </w:rPr>
        <w:t xml:space="preserve">admitting </w:t>
      </w:r>
      <w:r>
        <w:rPr>
          <w:color w:val="000000"/>
        </w:rPr>
        <w:t xml:space="preserve">it , he </w:t>
      </w:r>
      <w:r>
        <w:rPr>
          <w:color w:val="CC3399"/>
        </w:rPr>
        <w:t>was dev</w:t>
      </w:r>
      <w:r>
        <w:rPr>
          <w:color w:val="CC3399"/>
        </w:rPr>
        <w:t xml:space="preserve">oted </w:t>
      </w:r>
      <w:r>
        <w:rPr>
          <w:color w:val="000000"/>
        </w:rPr>
        <w:t xml:space="preserve">to </w:t>
      </w:r>
      <w:r>
        <w:rPr>
          <w:color w:val="00FFCC"/>
        </w:rPr>
        <w:t xml:space="preserve">Boxer </w:t>
      </w:r>
      <w:r>
        <w:rPr>
          <w:color w:val="000000"/>
        </w:rPr>
        <w:t xml:space="preserve">; the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two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00787F"/>
        </w:rPr>
        <w:t xml:space="preserve">usually </w:t>
      </w:r>
      <w:r>
        <w:rPr>
          <w:color w:val="CC3399"/>
        </w:rPr>
        <w:t xml:space="preserve">spent </w:t>
      </w:r>
      <w:r>
        <w:rPr>
          <w:color w:val="000000"/>
        </w:rPr>
        <w:t xml:space="preserve">their </w:t>
      </w:r>
      <w:r>
        <w:rPr>
          <w:color w:val="00FFCC"/>
        </w:rPr>
        <w:t xml:space="preserve">Sundays </w:t>
      </w:r>
      <w:r>
        <w:rPr>
          <w:color w:val="00787F"/>
        </w:rPr>
        <w:t xml:space="preserve">together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small </w:t>
      </w:r>
      <w:r>
        <w:rPr>
          <w:color w:val="00FFCC"/>
        </w:rPr>
        <w:t xml:space="preserve">paddock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beyond </w:t>
      </w:r>
      <w:r>
        <w:rPr>
          <w:color w:val="000000"/>
        </w:rPr>
        <w:t xml:space="preserve">the </w:t>
      </w:r>
      <w:r>
        <w:rPr>
          <w:color w:val="00FFCC"/>
        </w:rPr>
        <w:t xml:space="preserve">orchard </w:t>
      </w:r>
      <w:r>
        <w:rPr>
          <w:color w:val="000000"/>
        </w:rPr>
        <w:t xml:space="preserve">, </w:t>
      </w:r>
      <w:r>
        <w:rPr>
          <w:color w:val="CC3399"/>
        </w:rPr>
        <w:t xml:space="preserve">grazing </w:t>
      </w:r>
      <w:r>
        <w:rPr>
          <w:color w:val="00FFCC"/>
        </w:rPr>
        <w:t xml:space="preserve">side </w:t>
      </w:r>
      <w:r>
        <w:rPr>
          <w:color w:val="FF6600"/>
        </w:rPr>
        <w:t xml:space="preserve">by </w:t>
      </w:r>
      <w:r>
        <w:rPr>
          <w:color w:val="00FFCC"/>
        </w:rPr>
        <w:t xml:space="preserve">side </w:t>
      </w:r>
      <w:r>
        <w:rPr>
          <w:color w:val="FF0066"/>
        </w:rPr>
        <w:t xml:space="preserve">and </w:t>
      </w:r>
      <w:r>
        <w:rPr>
          <w:color w:val="00787F"/>
        </w:rPr>
        <w:t xml:space="preserve">never </w:t>
      </w:r>
      <w:r>
        <w:rPr>
          <w:color w:val="00FFCC"/>
        </w:rPr>
        <w:t xml:space="preserve">speaking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two </w:t>
      </w:r>
      <w:r>
        <w:rPr>
          <w:color w:val="00FFCC"/>
        </w:rPr>
        <w:t xml:space="preserve">horses </w:t>
      </w:r>
      <w:r>
        <w:rPr>
          <w:color w:val="CC3399"/>
        </w:rPr>
        <w:t xml:space="preserve">had </w:t>
      </w:r>
      <w:r>
        <w:rPr>
          <w:color w:val="00787F"/>
        </w:rPr>
        <w:t xml:space="preserve">just </w:t>
      </w:r>
      <w:r>
        <w:rPr>
          <w:color w:val="CC3399"/>
        </w:rPr>
        <w:t xml:space="preserve">lain </w:t>
      </w:r>
      <w:r>
        <w:rPr>
          <w:color w:val="000000"/>
        </w:rPr>
        <w:t xml:space="preserve">down when a </w:t>
      </w:r>
      <w:r>
        <w:rPr>
          <w:color w:val="00FFCC"/>
        </w:rPr>
        <w:t xml:space="preserve">brood </w:t>
      </w:r>
      <w:r>
        <w:rPr>
          <w:color w:val="FF6600"/>
        </w:rPr>
        <w:t xml:space="preserve">of </w:t>
      </w:r>
      <w:r>
        <w:rPr>
          <w:color w:val="00FFCC"/>
        </w:rPr>
        <w:t xml:space="preserve">ducklings </w:t>
      </w:r>
      <w:r>
        <w:rPr>
          <w:color w:val="000000"/>
        </w:rPr>
        <w:t xml:space="preserve">, which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lost </w:t>
      </w:r>
      <w:r>
        <w:rPr>
          <w:color w:val="000000"/>
        </w:rPr>
        <w:t xml:space="preserve">their </w:t>
      </w:r>
      <w:r>
        <w:rPr>
          <w:color w:val="00FFCC"/>
        </w:rPr>
        <w:t xml:space="preserve">mother </w:t>
      </w:r>
      <w:r>
        <w:rPr>
          <w:color w:val="000000"/>
        </w:rPr>
        <w:t xml:space="preserve">, </w:t>
      </w:r>
      <w:r>
        <w:rPr>
          <w:color w:val="CC3399"/>
        </w:rPr>
        <w:t xml:space="preserve">filed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000000"/>
        </w:rPr>
        <w:t xml:space="preserve">, </w:t>
      </w:r>
      <w:r>
        <w:rPr>
          <w:color w:val="CC3399"/>
        </w:rPr>
        <w:t xml:space="preserve">cheeping </w:t>
      </w:r>
      <w:r>
        <w:rPr>
          <w:color w:val="00787F"/>
        </w:rPr>
        <w:t xml:space="preserve">feebly </w:t>
      </w:r>
      <w:r>
        <w:rPr>
          <w:color w:val="FF0066"/>
        </w:rPr>
        <w:t xml:space="preserve">and </w:t>
      </w:r>
      <w:r>
        <w:rPr>
          <w:color w:val="CC3399"/>
        </w:rPr>
        <w:t xml:space="preserve">wandering </w:t>
      </w:r>
      <w:r>
        <w:rPr>
          <w:color w:val="FF6600"/>
        </w:rPr>
        <w:t xml:space="preserve">from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side </w:t>
      </w:r>
      <w:r>
        <w:rPr>
          <w:color w:val="000000"/>
        </w:rPr>
        <w:t xml:space="preserve">to </w:t>
      </w:r>
      <w:r>
        <w:rPr>
          <w:color w:val="CC3399"/>
        </w:rPr>
        <w:t xml:space="preserve">side </w:t>
      </w:r>
      <w:r>
        <w:rPr>
          <w:color w:val="000000"/>
        </w:rPr>
        <w:t xml:space="preserve">to </w:t>
      </w:r>
      <w:r>
        <w:rPr>
          <w:color w:val="CC3399"/>
        </w:rPr>
        <w:t xml:space="preserve">find </w:t>
      </w:r>
      <w:r>
        <w:rPr>
          <w:color w:val="000000"/>
        </w:rPr>
        <w:t xml:space="preserve">some </w:t>
      </w:r>
      <w:r>
        <w:rPr>
          <w:color w:val="00FFCC"/>
        </w:rPr>
        <w:t xml:space="preserve">place </w:t>
      </w:r>
      <w:r>
        <w:rPr>
          <w:color w:val="000000"/>
        </w:rPr>
        <w:t xml:space="preserve">where they </w:t>
      </w:r>
      <w:r>
        <w:rPr>
          <w:color w:val="003E3E"/>
        </w:rPr>
        <w:t xml:space="preserve">would </w:t>
      </w:r>
      <w:r>
        <w:rPr>
          <w:color w:val="00787F"/>
        </w:rPr>
        <w:t xml:space="preserve">not </w:t>
      </w:r>
      <w:r>
        <w:rPr>
          <w:color w:val="CC3399"/>
        </w:rPr>
        <w:t xml:space="preserve">be trodden </w:t>
      </w:r>
      <w:r>
        <w:rPr>
          <w:color w:val="FF6600"/>
        </w:rPr>
        <w:t xml:space="preserve">on </w:t>
      </w:r>
      <w:r>
        <w:rPr>
          <w:color w:val="000000"/>
        </w:rPr>
        <w:t xml:space="preserve">. </w:t>
      </w:r>
      <w:r>
        <w:rPr>
          <w:color w:val="00FFCC"/>
        </w:rPr>
        <w:t xml:space="preserve">Clover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made </w:t>
      </w:r>
      <w:r>
        <w:rPr>
          <w:color w:val="000000"/>
        </w:rPr>
        <w:t xml:space="preserve">a </w:t>
      </w:r>
      <w:r>
        <w:rPr>
          <w:color w:val="00FFCC"/>
        </w:rPr>
        <w:t xml:space="preserve">sort </w:t>
      </w:r>
      <w:r>
        <w:rPr>
          <w:color w:val="FF6600"/>
        </w:rPr>
        <w:t xml:space="preserve">of </w:t>
      </w:r>
      <w:r>
        <w:rPr>
          <w:color w:val="00FFCC"/>
        </w:rPr>
        <w:t xml:space="preserve">wall </w:t>
      </w:r>
      <w:r>
        <w:rPr>
          <w:color w:val="CC3399"/>
        </w:rPr>
        <w:t xml:space="preserve">round </w:t>
      </w:r>
      <w:r>
        <w:rPr>
          <w:color w:val="000000"/>
        </w:rPr>
        <w:t xml:space="preserve">them </w:t>
      </w:r>
      <w:r>
        <w:rPr>
          <w:color w:val="FF6600"/>
        </w:rPr>
        <w:t xml:space="preserve">with </w:t>
      </w:r>
      <w:r>
        <w:rPr>
          <w:color w:val="000000"/>
        </w:rPr>
        <w:t xml:space="preserve">her </w:t>
      </w:r>
      <w:r>
        <w:rPr>
          <w:color w:val="33CCFF"/>
        </w:rPr>
        <w:t xml:space="preserve">great </w:t>
      </w:r>
      <w:r>
        <w:rPr>
          <w:color w:val="00FFCC"/>
        </w:rPr>
        <w:t xml:space="preserve">foreleg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ducklings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nestled </w:t>
      </w:r>
      <w:r>
        <w:rPr>
          <w:color w:val="000000"/>
        </w:rPr>
        <w:t xml:space="preserve">down </w:t>
      </w:r>
      <w:r>
        <w:rPr>
          <w:color w:val="FF6600"/>
        </w:rPr>
        <w:t xml:space="preserve">inside </w:t>
      </w:r>
      <w:r>
        <w:rPr>
          <w:color w:val="000000"/>
        </w:rPr>
        <w:t xml:space="preserve">it </w:t>
      </w:r>
      <w:r>
        <w:rPr>
          <w:color w:val="FF0066"/>
        </w:rPr>
        <w:t xml:space="preserve">and </w:t>
      </w:r>
      <w:r>
        <w:rPr>
          <w:color w:val="00787F"/>
        </w:rPr>
        <w:t xml:space="preserve">promptly </w:t>
      </w:r>
      <w:r>
        <w:rPr>
          <w:color w:val="CC3399"/>
        </w:rPr>
        <w:t xml:space="preserve">fell </w:t>
      </w:r>
      <w:r>
        <w:rPr>
          <w:color w:val="00787F"/>
        </w:rPr>
        <w:t xml:space="preserve">asleep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last </w:t>
      </w:r>
      <w:r>
        <w:rPr>
          <w:color w:val="00FFCC"/>
        </w:rPr>
        <w:t xml:space="preserve">moment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Mollie </w:t>
      </w:r>
      <w:r>
        <w:rPr>
          <w:color w:val="000000"/>
        </w:rPr>
        <w:t xml:space="preserve">, the </w:t>
      </w:r>
      <w:r>
        <w:rPr>
          <w:color w:val="33CCFF"/>
        </w:rPr>
        <w:t xml:space="preserve">foolish </w:t>
      </w:r>
      <w:r>
        <w:rPr>
          <w:color w:val="000000"/>
        </w:rPr>
        <w:t xml:space="preserve">, </w:t>
      </w:r>
      <w:r>
        <w:rPr>
          <w:color w:val="33CCFF"/>
        </w:rPr>
        <w:t xml:space="preserve">pretty white </w:t>
      </w:r>
      <w:r>
        <w:rPr>
          <w:color w:val="00FFCC"/>
        </w:rPr>
        <w:t xml:space="preserve">mare </w:t>
      </w:r>
      <w:r>
        <w:rPr>
          <w:color w:val="000000"/>
        </w:rPr>
        <w:t xml:space="preserve">who </w:t>
      </w:r>
      <w:r>
        <w:rPr>
          <w:color w:val="CC3399"/>
        </w:rPr>
        <w:t xml:space="preserve">drew </w:t>
      </w:r>
      <w:r>
        <w:rPr>
          <w:color w:val="00FFCC"/>
        </w:rPr>
        <w:t xml:space="preserve">Mr. Jones </w:t>
      </w:r>
      <w:r>
        <w:rPr>
          <w:color w:val="000000"/>
        </w:rPr>
        <w:t xml:space="preserve">'s </w:t>
      </w:r>
      <w:r>
        <w:rPr>
          <w:color w:val="00FFCC"/>
        </w:rPr>
        <w:t xml:space="preserve">trap </w:t>
      </w:r>
      <w:r>
        <w:rPr>
          <w:color w:val="000000"/>
        </w:rPr>
        <w:t xml:space="preserve">, </w:t>
      </w:r>
      <w:r>
        <w:rPr>
          <w:color w:val="CC3399"/>
        </w:rPr>
        <w:t xml:space="preserve">came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mincing </w:t>
      </w:r>
      <w:r>
        <w:rPr>
          <w:color w:val="00787F"/>
        </w:rPr>
        <w:t xml:space="preserve">daintily </w:t>
      </w:r>
      <w:r>
        <w:rPr>
          <w:color w:val="FF6600"/>
        </w:rPr>
        <w:t xml:space="preserve">in </w:t>
      </w:r>
      <w:r>
        <w:rPr>
          <w:color w:val="000000"/>
        </w:rPr>
        <w:t xml:space="preserve">, </w:t>
      </w:r>
      <w:r>
        <w:rPr>
          <w:color w:val="CC3399"/>
        </w:rPr>
        <w:t xml:space="preserve">chewing </w:t>
      </w:r>
      <w:r>
        <w:rPr>
          <w:color w:val="FF6600"/>
        </w:rPr>
        <w:t xml:space="preserve">at </w:t>
      </w:r>
      <w:r>
        <w:rPr>
          <w:color w:val="000000"/>
        </w:rPr>
        <w:t xml:space="preserve">a </w:t>
      </w:r>
      <w:r>
        <w:rPr>
          <w:color w:val="00FFCC"/>
        </w:rPr>
        <w:t xml:space="preserve">lump </w:t>
      </w:r>
      <w:r>
        <w:rPr>
          <w:color w:val="FF6600"/>
        </w:rPr>
        <w:t xml:space="preserve">of </w:t>
      </w:r>
      <w:r>
        <w:rPr>
          <w:color w:val="00FFCC"/>
        </w:rPr>
        <w:t xml:space="preserve">sugar </w:t>
      </w:r>
      <w:r>
        <w:rPr>
          <w:color w:val="000000"/>
        </w:rPr>
        <w:t xml:space="preserve">. She </w:t>
      </w:r>
      <w:r>
        <w:rPr>
          <w:color w:val="CC3399"/>
        </w:rPr>
        <w:t xml:space="preserve">took </w:t>
      </w:r>
      <w:r>
        <w:rPr>
          <w:color w:val="000000"/>
        </w:rPr>
        <w:t xml:space="preserve">a </w:t>
      </w:r>
      <w:r>
        <w:rPr>
          <w:color w:val="00FFCC"/>
        </w:rPr>
        <w:t xml:space="preserve">place </w:t>
      </w:r>
      <w:r>
        <w:rPr>
          <w:color w:val="FF6600"/>
        </w:rPr>
        <w:t xml:space="preserve">near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front </w:t>
      </w:r>
      <w:r>
        <w:rPr>
          <w:color w:val="FF0066"/>
        </w:rPr>
        <w:t xml:space="preserve">and </w:t>
      </w:r>
      <w:r>
        <w:rPr>
          <w:color w:val="CC3399"/>
        </w:rPr>
        <w:t xml:space="preserve">began flirting </w:t>
      </w:r>
      <w:r>
        <w:rPr>
          <w:color w:val="000000"/>
        </w:rPr>
        <w:t xml:space="preserve">her </w:t>
      </w:r>
      <w:r>
        <w:rPr>
          <w:color w:val="33CCFF"/>
        </w:rPr>
        <w:t xml:space="preserve">white </w:t>
      </w:r>
      <w:r>
        <w:rPr>
          <w:color w:val="00FFCC"/>
        </w:rPr>
        <w:t xml:space="preserve">mane </w:t>
      </w:r>
      <w:r>
        <w:rPr>
          <w:color w:val="000000"/>
        </w:rPr>
        <w:t xml:space="preserve">, </w:t>
      </w:r>
      <w:r>
        <w:rPr>
          <w:color w:val="CC3399"/>
        </w:rPr>
        <w:t xml:space="preserve">hoping </w:t>
      </w:r>
      <w:r>
        <w:rPr>
          <w:color w:val="000000"/>
        </w:rPr>
        <w:t xml:space="preserve">to </w:t>
      </w:r>
      <w:r>
        <w:rPr>
          <w:color w:val="CC3399"/>
        </w:rPr>
        <w:t xml:space="preserve">draw </w:t>
      </w:r>
      <w:r>
        <w:rPr>
          <w:color w:val="00FFCC"/>
        </w:rPr>
        <w:t xml:space="preserve">attention </w:t>
      </w:r>
      <w:r>
        <w:rPr>
          <w:color w:val="000000"/>
        </w:rPr>
        <w:t xml:space="preserve">to 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red </w:t>
      </w:r>
      <w:r>
        <w:rPr>
          <w:color w:val="00FFCC"/>
        </w:rPr>
        <w:t>rib</w:t>
      </w:r>
      <w:r>
        <w:rPr>
          <w:color w:val="00FFCC"/>
        </w:rPr>
        <w:t xml:space="preserve">bons </w:t>
      </w:r>
      <w:r>
        <w:rPr>
          <w:color w:val="000000"/>
        </w:rPr>
        <w:t xml:space="preserve">it </w:t>
      </w:r>
      <w:r>
        <w:rPr>
          <w:color w:val="CC3399"/>
        </w:rPr>
        <w:t xml:space="preserve">was plaited </w:t>
      </w:r>
      <w:r>
        <w:rPr>
          <w:color w:val="FF6600"/>
        </w:rPr>
        <w:t xml:space="preserve">with </w:t>
      </w:r>
      <w:r>
        <w:rPr>
          <w:color w:val="000000"/>
        </w:rPr>
        <w:t xml:space="preserve">. </w:t>
      </w:r>
      <w:r>
        <w:rPr>
          <w:color w:val="33CCFF"/>
        </w:rPr>
        <w:t xml:space="preserve">Last </w:t>
      </w:r>
      <w:r>
        <w:rPr>
          <w:color w:val="FF6600"/>
        </w:rPr>
        <w:t xml:space="preserve">of </w:t>
      </w:r>
      <w:r>
        <w:rPr>
          <w:color w:val="000000"/>
        </w:rPr>
        <w:t xml:space="preserve">all </w:t>
      </w:r>
      <w:r>
        <w:rPr>
          <w:color w:val="CC3399"/>
        </w:rPr>
        <w:t xml:space="preserve">came </w:t>
      </w:r>
      <w:r>
        <w:rPr>
          <w:color w:val="000000"/>
        </w:rPr>
        <w:t xml:space="preserve">the </w:t>
      </w:r>
      <w:r>
        <w:rPr>
          <w:color w:val="00FFCC"/>
        </w:rPr>
        <w:t xml:space="preserve">cat </w:t>
      </w:r>
      <w:r>
        <w:rPr>
          <w:color w:val="000000"/>
        </w:rPr>
        <w:t xml:space="preserve">, who </w:t>
      </w:r>
      <w:r>
        <w:rPr>
          <w:color w:val="CC3399"/>
        </w:rPr>
        <w:t xml:space="preserve">looked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round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33CCFF"/>
        </w:rPr>
        <w:t xml:space="preserve">usual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33CCFF"/>
        </w:rPr>
        <w:t xml:space="preserve">warmest </w:t>
      </w:r>
      <w:r>
        <w:rPr>
          <w:color w:val="00FFCC"/>
        </w:rPr>
        <w:t xml:space="preserve">place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finally </w:t>
      </w:r>
      <w:r>
        <w:rPr>
          <w:color w:val="CC3399"/>
        </w:rPr>
        <w:t xml:space="preserve">squeezed </w:t>
      </w:r>
      <w:r>
        <w:rPr>
          <w:color w:val="00FFCC"/>
        </w:rPr>
        <w:t xml:space="preserve">herself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between </w:t>
      </w:r>
      <w:r>
        <w:rPr>
          <w:color w:val="00FFCC"/>
        </w:rPr>
        <w:t xml:space="preserve">Boxer </w:t>
      </w:r>
      <w:r>
        <w:rPr>
          <w:color w:val="FF0066"/>
        </w:rPr>
        <w:t xml:space="preserve">and </w:t>
      </w:r>
      <w:r>
        <w:rPr>
          <w:color w:val="00FFCC"/>
        </w:rPr>
        <w:t xml:space="preserve">Clover </w:t>
      </w:r>
      <w:r>
        <w:rPr>
          <w:color w:val="000000"/>
        </w:rPr>
        <w:t xml:space="preserve">; there she </w:t>
      </w:r>
      <w:r>
        <w:rPr>
          <w:color w:val="CC3399"/>
        </w:rPr>
        <w:t xml:space="preserve">purred </w:t>
      </w:r>
      <w:r>
        <w:rPr>
          <w:color w:val="00787F"/>
        </w:rPr>
        <w:t xml:space="preserve">contentedly </w:t>
      </w:r>
      <w:r>
        <w:rPr>
          <w:color w:val="FF6600"/>
        </w:rPr>
        <w:t xml:space="preserve">throughout </w:t>
      </w:r>
      <w:r>
        <w:rPr>
          <w:color w:val="00FFCC"/>
        </w:rPr>
        <w:t xml:space="preserve">Major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speech </w:t>
      </w:r>
      <w:r>
        <w:rPr>
          <w:color w:val="FF6600"/>
        </w:rPr>
        <w:t xml:space="preserve">without </w:t>
      </w:r>
      <w:r>
        <w:rPr>
          <w:color w:val="CC3399"/>
        </w:rPr>
        <w:t xml:space="preserve">listening </w:t>
      </w:r>
      <w:r>
        <w:rPr>
          <w:color w:val="000000"/>
        </w:rPr>
        <w:t xml:space="preserve">to a </w:t>
      </w:r>
      <w:r>
        <w:rPr>
          <w:color w:val="00FFCC"/>
        </w:rPr>
        <w:t xml:space="preserve">word </w:t>
      </w:r>
      <w:r>
        <w:rPr>
          <w:color w:val="FF6600"/>
        </w:rPr>
        <w:t xml:space="preserve">of </w:t>
      </w:r>
      <w:r>
        <w:rPr>
          <w:color w:val="000000"/>
        </w:rPr>
        <w:t xml:space="preserve">what he </w:t>
      </w:r>
      <w:r>
        <w:rPr>
          <w:color w:val="CC3399"/>
        </w:rPr>
        <w:t xml:space="preserve">was saying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All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787F"/>
        </w:rPr>
        <w:t xml:space="preserve">now </w:t>
      </w:r>
      <w:r>
        <w:rPr>
          <w:color w:val="33CCFF"/>
        </w:rPr>
        <w:t xml:space="preserve">present </w:t>
      </w:r>
      <w:r>
        <w:rPr>
          <w:color w:val="FF6600"/>
        </w:rPr>
        <w:t xml:space="preserve">except </w:t>
      </w:r>
      <w:r>
        <w:rPr>
          <w:color w:val="00FFCC"/>
        </w:rPr>
        <w:t xml:space="preserve">Moses </w:t>
      </w:r>
      <w:r>
        <w:rPr>
          <w:color w:val="000000"/>
        </w:rPr>
        <w:t xml:space="preserve">, the </w:t>
      </w:r>
      <w:r>
        <w:rPr>
          <w:color w:val="00FFCC"/>
        </w:rPr>
        <w:t xml:space="preserve">tame </w:t>
      </w:r>
      <w:r>
        <w:rPr>
          <w:color w:val="00787F"/>
        </w:rPr>
        <w:t xml:space="preserve">raven </w:t>
      </w:r>
      <w:r>
        <w:rPr>
          <w:color w:val="000000"/>
        </w:rPr>
        <w:t xml:space="preserve">, who </w:t>
      </w:r>
      <w:r>
        <w:rPr>
          <w:color w:val="CC3399"/>
        </w:rPr>
        <w:t xml:space="preserve">slept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0000"/>
        </w:rPr>
        <w:t xml:space="preserve">a </w:t>
      </w:r>
      <w:r>
        <w:rPr>
          <w:color w:val="00FFCC"/>
        </w:rPr>
        <w:t xml:space="preserve">perch </w:t>
      </w:r>
      <w:r>
        <w:rPr>
          <w:color w:val="FF6600"/>
        </w:rPr>
        <w:t xml:space="preserve">behind </w:t>
      </w:r>
      <w:r>
        <w:rPr>
          <w:color w:val="000000"/>
        </w:rPr>
        <w:t xml:space="preserve">the </w:t>
      </w:r>
      <w:r>
        <w:rPr>
          <w:color w:val="33CCFF"/>
        </w:rPr>
        <w:t xml:space="preserve">back </w:t>
      </w:r>
      <w:r>
        <w:rPr>
          <w:color w:val="00FFCC"/>
        </w:rPr>
        <w:t xml:space="preserve">door </w:t>
      </w:r>
      <w:r>
        <w:rPr>
          <w:color w:val="000000"/>
        </w:rPr>
        <w:t xml:space="preserve">. When </w:t>
      </w:r>
      <w:r>
        <w:rPr>
          <w:color w:val="00FFCC"/>
        </w:rPr>
        <w:t xml:space="preserve">Major </w:t>
      </w:r>
      <w:r>
        <w:rPr>
          <w:color w:val="CC3399"/>
        </w:rPr>
        <w:t xml:space="preserve">saw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0000"/>
        </w:rPr>
        <w:t xml:space="preserve">all </w:t>
      </w:r>
      <w:r>
        <w:rPr>
          <w:color w:val="CC3399"/>
        </w:rPr>
        <w:t xml:space="preserve">made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themselves </w:t>
      </w:r>
      <w:r>
        <w:rPr>
          <w:color w:val="33CCFF"/>
        </w:rPr>
        <w:t xml:space="preserve">comfortable </w:t>
      </w:r>
      <w:r>
        <w:rPr>
          <w:color w:val="FF0066"/>
        </w:rPr>
        <w:t xml:space="preserve">and </w:t>
      </w:r>
      <w:r>
        <w:rPr>
          <w:color w:val="CC3399"/>
        </w:rPr>
        <w:t xml:space="preserve">were waiting </w:t>
      </w:r>
      <w:r>
        <w:rPr>
          <w:color w:val="00787F"/>
        </w:rPr>
        <w:t xml:space="preserve">attentively </w:t>
      </w:r>
      <w:r>
        <w:rPr>
          <w:color w:val="000000"/>
        </w:rPr>
        <w:t xml:space="preserve">, he </w:t>
      </w:r>
      <w:r>
        <w:rPr>
          <w:color w:val="CC3399"/>
        </w:rPr>
        <w:t xml:space="preserve">cleared </w:t>
      </w:r>
      <w:r>
        <w:rPr>
          <w:color w:val="000000"/>
        </w:rPr>
        <w:t xml:space="preserve">his </w:t>
      </w:r>
      <w:r>
        <w:rPr>
          <w:color w:val="00FFCC"/>
        </w:rPr>
        <w:t xml:space="preserve">throat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began </w:t>
      </w:r>
      <w:r>
        <w:rPr>
          <w:color w:val="000000"/>
        </w:rPr>
        <w:t xml:space="preserve">: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you </w:t>
      </w:r>
      <w:r>
        <w:rPr>
          <w:color w:val="CC3399"/>
        </w:rPr>
        <w:t xml:space="preserve">have heard </w:t>
      </w:r>
      <w:r>
        <w:rPr>
          <w:color w:val="00787F"/>
        </w:rPr>
        <w:t xml:space="preserve">already </w:t>
      </w:r>
      <w:r>
        <w:rPr>
          <w:color w:val="FF6600"/>
        </w:rPr>
        <w:t xml:space="preserve">about </w:t>
      </w:r>
      <w:r>
        <w:rPr>
          <w:color w:val="000000"/>
        </w:rPr>
        <w:t xml:space="preserve">the </w:t>
      </w:r>
      <w:r>
        <w:rPr>
          <w:color w:val="33CCFF"/>
        </w:rPr>
        <w:t xml:space="preserve">strange </w:t>
      </w:r>
      <w:r>
        <w:rPr>
          <w:color w:val="00FFCC"/>
        </w:rPr>
        <w:t xml:space="preserve">dream </w:t>
      </w:r>
      <w:r>
        <w:rPr>
          <w:color w:val="FF6600"/>
        </w:rPr>
        <w:t xml:space="preserve">that </w:t>
      </w:r>
      <w:r>
        <w:rPr>
          <w:color w:val="000000"/>
        </w:rPr>
        <w:t xml:space="preserve">I </w:t>
      </w:r>
      <w:r>
        <w:rPr>
          <w:color w:val="CC3399"/>
        </w:rPr>
        <w:t xml:space="preserve">had </w:t>
      </w:r>
      <w:r>
        <w:rPr>
          <w:color w:val="33CCFF"/>
        </w:rPr>
        <w:t xml:space="preserve">last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night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I </w:t>
      </w:r>
      <w:r>
        <w:rPr>
          <w:color w:val="003E3E"/>
        </w:rPr>
        <w:t xml:space="preserve">will </w:t>
      </w:r>
      <w:r>
        <w:rPr>
          <w:color w:val="CC3399"/>
        </w:rPr>
        <w:t xml:space="preserve">come </w:t>
      </w:r>
      <w:r>
        <w:rPr>
          <w:color w:val="000000"/>
        </w:rPr>
        <w:t xml:space="preserve">to the </w:t>
      </w:r>
      <w:r>
        <w:rPr>
          <w:color w:val="00FFCC"/>
        </w:rPr>
        <w:t xml:space="preserve">dream </w:t>
      </w:r>
      <w:r>
        <w:rPr>
          <w:color w:val="00787F"/>
        </w:rPr>
        <w:t xml:space="preserve">later </w:t>
      </w:r>
      <w:r>
        <w:rPr>
          <w:color w:val="000000"/>
        </w:rPr>
        <w:t xml:space="preserve">. I </w:t>
      </w:r>
      <w:r>
        <w:rPr>
          <w:color w:val="CC3399"/>
        </w:rPr>
        <w:t xml:space="preserve">have </w:t>
      </w:r>
      <w:r>
        <w:rPr>
          <w:color w:val="00FFCC"/>
        </w:rPr>
        <w:t xml:space="preserve">something </w:t>
      </w:r>
      <w:r>
        <w:rPr>
          <w:color w:val="00787F"/>
        </w:rPr>
        <w:t xml:space="preserve">else </w:t>
      </w:r>
      <w:r>
        <w:rPr>
          <w:color w:val="000000"/>
        </w:rPr>
        <w:t xml:space="preserve">to </w:t>
      </w:r>
      <w:r>
        <w:rPr>
          <w:color w:val="CC3399"/>
        </w:rPr>
        <w:t xml:space="preserve">say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first </w:t>
      </w:r>
      <w:r>
        <w:rPr>
          <w:color w:val="000000"/>
        </w:rPr>
        <w:t xml:space="preserve">. I </w:t>
      </w:r>
      <w:r>
        <w:rPr>
          <w:color w:val="CC3399"/>
        </w:rPr>
        <w:t xml:space="preserve">do </w:t>
      </w:r>
      <w:r>
        <w:rPr>
          <w:color w:val="00787F"/>
        </w:rPr>
        <w:t xml:space="preserve">not </w:t>
      </w:r>
      <w:r>
        <w:rPr>
          <w:color w:val="CC3399"/>
        </w:rPr>
        <w:t xml:space="preserve">think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I </w:t>
      </w:r>
      <w:r>
        <w:rPr>
          <w:color w:val="003E3E"/>
        </w:rPr>
        <w:t xml:space="preserve">shall </w:t>
      </w:r>
      <w:r>
        <w:rPr>
          <w:color w:val="CC3399"/>
        </w:rPr>
        <w:t xml:space="preserve">be </w:t>
      </w:r>
      <w:r>
        <w:rPr>
          <w:color w:val="FF6600"/>
        </w:rPr>
        <w:t xml:space="preserve">with </w:t>
      </w:r>
      <w:r>
        <w:rPr>
          <w:color w:val="000000"/>
        </w:rPr>
        <w:t xml:space="preserve">you </w:t>
      </w:r>
      <w:r>
        <w:rPr>
          <w:color w:val="FF6600"/>
        </w:rPr>
        <w:t xml:space="preserve">for </w:t>
      </w:r>
      <w:r>
        <w:rPr>
          <w:color w:val="33CCFF"/>
        </w:rPr>
        <w:t xml:space="preserve">many </w:t>
      </w:r>
      <w:r>
        <w:rPr>
          <w:color w:val="00FFCC"/>
        </w:rPr>
        <w:t xml:space="preserve">months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longer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before </w:t>
      </w:r>
      <w:r>
        <w:rPr>
          <w:color w:val="000000"/>
        </w:rPr>
        <w:t xml:space="preserve">I </w:t>
      </w:r>
      <w:r>
        <w:rPr>
          <w:color w:val="CC3399"/>
        </w:rPr>
        <w:t xml:space="preserve">die </w:t>
      </w:r>
      <w:r>
        <w:rPr>
          <w:color w:val="000000"/>
        </w:rPr>
        <w:t xml:space="preserve">, I </w:t>
      </w:r>
      <w:r>
        <w:rPr>
          <w:color w:val="CC3399"/>
        </w:rPr>
        <w:t xml:space="preserve">feel </w:t>
      </w:r>
      <w:r>
        <w:rPr>
          <w:color w:val="000000"/>
        </w:rPr>
        <w:t xml:space="preserve">it my </w:t>
      </w:r>
      <w:r>
        <w:rPr>
          <w:color w:val="00FFCC"/>
        </w:rPr>
        <w:t xml:space="preserve">duty </w:t>
      </w:r>
      <w:r>
        <w:rPr>
          <w:color w:val="000000"/>
        </w:rPr>
        <w:t xml:space="preserve">to </w:t>
      </w:r>
      <w:r>
        <w:rPr>
          <w:color w:val="CC3399"/>
        </w:rPr>
        <w:t xml:space="preserve">pass </w:t>
      </w:r>
      <w:r>
        <w:rPr>
          <w:color w:val="FF6600"/>
        </w:rPr>
        <w:t xml:space="preserve">on </w:t>
      </w:r>
      <w:r>
        <w:rPr>
          <w:color w:val="000000"/>
        </w:rPr>
        <w:t xml:space="preserve">to you </w:t>
      </w:r>
      <w:r>
        <w:rPr>
          <w:color w:val="33CCFF"/>
        </w:rPr>
        <w:t xml:space="preserve">such </w:t>
      </w:r>
      <w:r>
        <w:rPr>
          <w:color w:val="00FFCC"/>
        </w:rPr>
        <w:t xml:space="preserve">wisdom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as </w:t>
      </w:r>
      <w:r>
        <w:rPr>
          <w:color w:val="000000"/>
        </w:rPr>
        <w:t xml:space="preserve">I </w:t>
      </w:r>
      <w:r>
        <w:rPr>
          <w:color w:val="CC3399"/>
        </w:rPr>
        <w:t xml:space="preserve">have acquired </w:t>
      </w:r>
      <w:r>
        <w:rPr>
          <w:color w:val="000000"/>
        </w:rPr>
        <w:t xml:space="preserve">. I </w:t>
      </w:r>
      <w:r>
        <w:rPr>
          <w:color w:val="CC3399"/>
        </w:rPr>
        <w:t xml:space="preserve">have had </w:t>
      </w:r>
      <w:r>
        <w:rPr>
          <w:color w:val="000000"/>
        </w:rPr>
        <w:t xml:space="preserve">a </w:t>
      </w:r>
      <w:r>
        <w:rPr>
          <w:color w:val="33CCFF"/>
        </w:rPr>
        <w:t xml:space="preserve">long </w:t>
      </w:r>
      <w:r>
        <w:rPr>
          <w:color w:val="00FFCC"/>
        </w:rPr>
        <w:t xml:space="preserve">life </w:t>
      </w:r>
      <w:r>
        <w:rPr>
          <w:color w:val="000000"/>
        </w:rPr>
        <w:t xml:space="preserve">, I </w:t>
      </w:r>
      <w:r>
        <w:rPr>
          <w:color w:val="CC3399"/>
        </w:rPr>
        <w:t xml:space="preserve">have had </w:t>
      </w:r>
      <w:r>
        <w:rPr>
          <w:color w:val="33CCFF"/>
        </w:rPr>
        <w:t xml:space="preserve">much </w:t>
      </w:r>
      <w:r>
        <w:rPr>
          <w:color w:val="00FFCC"/>
        </w:rPr>
        <w:t xml:space="preserve">time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thought </w:t>
      </w:r>
      <w:r>
        <w:rPr>
          <w:color w:val="FF6600"/>
        </w:rPr>
        <w:t xml:space="preserve">as </w:t>
      </w:r>
      <w:r>
        <w:rPr>
          <w:color w:val="000000"/>
        </w:rPr>
        <w:t xml:space="preserve">I </w:t>
      </w:r>
      <w:r>
        <w:rPr>
          <w:color w:val="CC3399"/>
        </w:rPr>
        <w:t xml:space="preserve">lay </w:t>
      </w:r>
      <w:r>
        <w:rPr>
          <w:color w:val="00787F"/>
        </w:rPr>
        <w:t xml:space="preserve">alone </w:t>
      </w:r>
      <w:r>
        <w:rPr>
          <w:color w:val="FF6600"/>
        </w:rPr>
        <w:t xml:space="preserve">in </w:t>
      </w:r>
      <w:r>
        <w:rPr>
          <w:color w:val="000000"/>
        </w:rPr>
        <w:t xml:space="preserve">my </w:t>
      </w:r>
      <w:r>
        <w:rPr>
          <w:color w:val="00FFCC"/>
        </w:rPr>
        <w:t xml:space="preserve">stall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I </w:t>
      </w:r>
      <w:r>
        <w:rPr>
          <w:color w:val="CC3399"/>
        </w:rPr>
        <w:t xml:space="preserve">think </w:t>
      </w:r>
      <w:r>
        <w:rPr>
          <w:color w:val="000000"/>
        </w:rPr>
        <w:t xml:space="preserve">I </w:t>
      </w:r>
      <w:r>
        <w:rPr>
          <w:color w:val="003E3E"/>
        </w:rPr>
        <w:t xml:space="preserve">may </w:t>
      </w:r>
      <w:r>
        <w:rPr>
          <w:color w:val="CC3399"/>
        </w:rPr>
        <w:t xml:space="preserve">say </w:t>
      </w:r>
      <w:r>
        <w:rPr>
          <w:color w:val="FF6600"/>
        </w:rPr>
        <w:t xml:space="preserve">that </w:t>
      </w:r>
      <w:r>
        <w:rPr>
          <w:color w:val="000000"/>
        </w:rPr>
        <w:t xml:space="preserve">I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understand </w:t>
      </w:r>
      <w:r>
        <w:rPr>
          <w:color w:val="000000"/>
        </w:rPr>
        <w:t xml:space="preserve">the </w:t>
      </w:r>
      <w:r>
        <w:rPr>
          <w:color w:val="00FFCC"/>
        </w:rPr>
        <w:t xml:space="preserve">nature </w:t>
      </w:r>
      <w:r>
        <w:rPr>
          <w:color w:val="FF6600"/>
        </w:rPr>
        <w:t xml:space="preserve">of </w:t>
      </w:r>
      <w:r>
        <w:rPr>
          <w:color w:val="00FFCC"/>
        </w:rPr>
        <w:t xml:space="preserve">life </w:t>
      </w:r>
      <w:r>
        <w:rPr>
          <w:color w:val="FF6600"/>
        </w:rPr>
        <w:t xml:space="preserve">on </w:t>
      </w:r>
      <w:r>
        <w:rPr>
          <w:color w:val="000000"/>
        </w:rPr>
        <w:t xml:space="preserve">this </w:t>
      </w:r>
      <w:r>
        <w:rPr>
          <w:color w:val="00FFCC"/>
        </w:rPr>
        <w:t xml:space="preserve">earth </w:t>
      </w:r>
      <w:r>
        <w:rPr>
          <w:color w:val="FF6600"/>
        </w:rPr>
        <w:t xml:space="preserve">as </w:t>
      </w:r>
      <w:r>
        <w:rPr>
          <w:color w:val="00787F"/>
        </w:rPr>
        <w:t xml:space="preserve">well </w:t>
      </w:r>
      <w:r>
        <w:rPr>
          <w:color w:val="FF6600"/>
        </w:rPr>
        <w:t xml:space="preserve">as </w:t>
      </w:r>
      <w:r>
        <w:rPr>
          <w:color w:val="000000"/>
        </w:rPr>
        <w:t xml:space="preserve">any </w:t>
      </w:r>
      <w:r>
        <w:rPr>
          <w:color w:val="00FFCC"/>
        </w:rPr>
        <w:t xml:space="preserve">animal </w:t>
      </w:r>
      <w:r>
        <w:rPr>
          <w:color w:val="00787F"/>
        </w:rPr>
        <w:t xml:space="preserve">now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living </w:t>
      </w:r>
      <w:r>
        <w:rPr>
          <w:color w:val="000000"/>
        </w:rPr>
        <w:t xml:space="preserve">. It </w:t>
      </w:r>
      <w:r>
        <w:rPr>
          <w:color w:val="CC3399"/>
        </w:rPr>
        <w:t xml:space="preserve">is </w:t>
      </w:r>
      <w:r>
        <w:rPr>
          <w:color w:val="FF6600"/>
        </w:rPr>
        <w:t xml:space="preserve">about </w:t>
      </w:r>
      <w:r>
        <w:rPr>
          <w:color w:val="000000"/>
        </w:rPr>
        <w:t xml:space="preserve">this that I </w:t>
      </w:r>
      <w:r>
        <w:rPr>
          <w:color w:val="CC3399"/>
        </w:rPr>
        <w:t xml:space="preserve">wish </w:t>
      </w:r>
      <w:r>
        <w:rPr>
          <w:color w:val="000000"/>
        </w:rPr>
        <w:t xml:space="preserve">to </w:t>
      </w:r>
      <w:r>
        <w:rPr>
          <w:color w:val="CC3399"/>
        </w:rPr>
        <w:t xml:space="preserve">speak </w:t>
      </w:r>
      <w:r>
        <w:rPr>
          <w:color w:val="000000"/>
        </w:rPr>
        <w:t xml:space="preserve">to you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787F"/>
        </w:rPr>
        <w:t xml:space="preserve">Now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what </w:t>
      </w:r>
      <w:r>
        <w:rPr>
          <w:color w:val="CC3399"/>
        </w:rPr>
        <w:t xml:space="preserve">is </w:t>
      </w:r>
      <w:r>
        <w:rPr>
          <w:color w:val="000000"/>
        </w:rPr>
        <w:t xml:space="preserve">the </w:t>
      </w:r>
      <w:r>
        <w:rPr>
          <w:color w:val="00FFCC"/>
        </w:rPr>
        <w:t xml:space="preserve">nature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00FFCC"/>
        </w:rPr>
        <w:t xml:space="preserve">life </w:t>
      </w:r>
      <w:r>
        <w:rPr>
          <w:color w:val="FF6600"/>
        </w:rPr>
        <w:t xml:space="preserve">of </w:t>
      </w:r>
      <w:r>
        <w:rPr>
          <w:color w:val="00FFCC"/>
        </w:rPr>
        <w:t xml:space="preserve">ours </w:t>
      </w:r>
      <w:r>
        <w:rPr>
          <w:color w:val="000000"/>
        </w:rPr>
        <w:t xml:space="preserve">? </w:t>
      </w:r>
      <w:r>
        <w:rPr>
          <w:color w:val="CC3399"/>
        </w:rPr>
        <w:t xml:space="preserve">Let </w:t>
      </w:r>
      <w:r>
        <w:rPr>
          <w:color w:val="000000"/>
        </w:rPr>
        <w:t xml:space="preserve">us </w:t>
      </w:r>
      <w:r>
        <w:rPr>
          <w:color w:val="CC3399"/>
        </w:rPr>
        <w:t xml:space="preserve">face </w:t>
      </w:r>
      <w:r>
        <w:rPr>
          <w:color w:val="000000"/>
        </w:rPr>
        <w:t xml:space="preserve">it :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our </w:t>
      </w:r>
      <w:r>
        <w:rPr>
          <w:color w:val="00FFCC"/>
        </w:rPr>
        <w:t xml:space="preserve">lives </w:t>
      </w:r>
      <w:r>
        <w:rPr>
          <w:color w:val="CC3399"/>
        </w:rPr>
        <w:t xml:space="preserve">are </w:t>
      </w:r>
      <w:r>
        <w:rPr>
          <w:color w:val="33CCFF"/>
        </w:rPr>
        <w:t xml:space="preserve">miserable </w:t>
      </w:r>
      <w:r>
        <w:rPr>
          <w:color w:val="000000"/>
        </w:rPr>
        <w:t xml:space="preserve">, </w:t>
      </w:r>
      <w:r>
        <w:rPr>
          <w:color w:val="33CCFF"/>
        </w:rPr>
        <w:t xml:space="preserve">laborious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33CCFF"/>
        </w:rPr>
        <w:t xml:space="preserve">short </w:t>
      </w:r>
      <w:r>
        <w:rPr>
          <w:color w:val="000000"/>
        </w:rPr>
        <w:t xml:space="preserve">. We </w:t>
      </w:r>
      <w:r>
        <w:rPr>
          <w:color w:val="CC3399"/>
        </w:rPr>
        <w:t xml:space="preserve">are born </w:t>
      </w:r>
      <w:r>
        <w:rPr>
          <w:color w:val="000000"/>
        </w:rPr>
        <w:t xml:space="preserve">, we </w:t>
      </w:r>
      <w:r>
        <w:rPr>
          <w:color w:val="CC3399"/>
        </w:rPr>
        <w:t xml:space="preserve">are given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just so </w:t>
      </w:r>
      <w:r>
        <w:rPr>
          <w:color w:val="33CCFF"/>
        </w:rPr>
        <w:t xml:space="preserve">much </w:t>
      </w:r>
      <w:r>
        <w:rPr>
          <w:color w:val="00FFCC"/>
        </w:rPr>
        <w:t xml:space="preserve">food </w:t>
      </w:r>
      <w:r>
        <w:rPr>
          <w:color w:val="FF6600"/>
        </w:rPr>
        <w:t xml:space="preserve">as </w:t>
      </w:r>
      <w:r>
        <w:rPr>
          <w:color w:val="003E3E"/>
        </w:rPr>
        <w:t xml:space="preserve">will </w:t>
      </w:r>
      <w:r>
        <w:rPr>
          <w:color w:val="CC3399"/>
        </w:rPr>
        <w:t xml:space="preserve">keep </w:t>
      </w:r>
      <w:r>
        <w:rPr>
          <w:color w:val="000000"/>
        </w:rPr>
        <w:t xml:space="preserve">the </w:t>
      </w:r>
      <w:r>
        <w:rPr>
          <w:color w:val="00FFCC"/>
        </w:rPr>
        <w:t xml:space="preserve">breath </w:t>
      </w:r>
      <w:r>
        <w:rPr>
          <w:color w:val="FF6600"/>
        </w:rPr>
        <w:t xml:space="preserve">in </w:t>
      </w:r>
      <w:r>
        <w:rPr>
          <w:color w:val="000000"/>
        </w:rPr>
        <w:t xml:space="preserve">our </w:t>
      </w:r>
      <w:r>
        <w:rPr>
          <w:color w:val="00FFCC"/>
        </w:rPr>
        <w:t xml:space="preserve">bodies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those </w:t>
      </w:r>
      <w:r>
        <w:rPr>
          <w:color w:val="FF6600"/>
        </w:rPr>
        <w:t xml:space="preserve">of </w:t>
      </w:r>
      <w:r>
        <w:rPr>
          <w:color w:val="000000"/>
        </w:rPr>
        <w:t xml:space="preserve">us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who </w:t>
      </w:r>
      <w:r>
        <w:rPr>
          <w:color w:val="CC3399"/>
        </w:rPr>
        <w:t xml:space="preserve">are </w:t>
      </w:r>
      <w:r>
        <w:rPr>
          <w:color w:val="33CCFF"/>
        </w:rPr>
        <w:t xml:space="preserve">capable </w:t>
      </w:r>
      <w:r>
        <w:rPr>
          <w:color w:val="FF6600"/>
        </w:rPr>
        <w:t xml:space="preserve">of </w:t>
      </w:r>
      <w:r>
        <w:rPr>
          <w:color w:val="000000"/>
        </w:rPr>
        <w:t xml:space="preserve">it </w:t>
      </w:r>
      <w:r>
        <w:rPr>
          <w:color w:val="CC3399"/>
        </w:rPr>
        <w:t xml:space="preserve">are forced </w:t>
      </w:r>
      <w:r>
        <w:rPr>
          <w:color w:val="000000"/>
        </w:rPr>
        <w:t xml:space="preserve">to </w:t>
      </w:r>
      <w:r>
        <w:rPr>
          <w:color w:val="CC3399"/>
        </w:rPr>
        <w:t xml:space="preserve">work </w:t>
      </w:r>
      <w:r>
        <w:rPr>
          <w:color w:val="000000"/>
        </w:rPr>
        <w:t xml:space="preserve">to the </w:t>
      </w:r>
      <w:r>
        <w:rPr>
          <w:color w:val="33CCFF"/>
        </w:rPr>
        <w:t xml:space="preserve">last </w:t>
      </w:r>
      <w:r>
        <w:rPr>
          <w:color w:val="00FFCC"/>
        </w:rPr>
        <w:t xml:space="preserve">atom </w:t>
      </w:r>
      <w:r>
        <w:rPr>
          <w:color w:val="FF6600"/>
        </w:rPr>
        <w:t xml:space="preserve">of </w:t>
      </w:r>
      <w:r>
        <w:rPr>
          <w:color w:val="000000"/>
        </w:rPr>
        <w:t xml:space="preserve">our </w:t>
      </w:r>
      <w:r>
        <w:rPr>
          <w:color w:val="00FFCC"/>
        </w:rPr>
        <w:t xml:space="preserve">strength </w:t>
      </w:r>
      <w:r>
        <w:rPr>
          <w:color w:val="000000"/>
        </w:rPr>
        <w:t xml:space="preserve">;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787F"/>
        </w:rPr>
        <w:t xml:space="preserve">very </w:t>
      </w:r>
      <w:r>
        <w:rPr>
          <w:color w:val="33CCFF"/>
        </w:rPr>
        <w:t xml:space="preserve">instant </w:t>
      </w:r>
      <w:r>
        <w:rPr>
          <w:color w:val="FF6600"/>
        </w:rPr>
        <w:t xml:space="preserve">that </w:t>
      </w:r>
      <w:r>
        <w:rPr>
          <w:color w:val="000000"/>
        </w:rPr>
        <w:t xml:space="preserve">our </w:t>
      </w:r>
      <w:r>
        <w:rPr>
          <w:color w:val="00FFCC"/>
        </w:rPr>
        <w:t xml:space="preserve">usefulness </w:t>
      </w:r>
      <w:r>
        <w:rPr>
          <w:color w:val="CC3399"/>
        </w:rPr>
        <w:t xml:space="preserve">has come </w:t>
      </w:r>
      <w:r>
        <w:rPr>
          <w:color w:val="000000"/>
        </w:rPr>
        <w:t xml:space="preserve">to an </w:t>
      </w:r>
      <w:r>
        <w:rPr>
          <w:color w:val="00FFCC"/>
        </w:rPr>
        <w:t xml:space="preserve">end </w:t>
      </w:r>
      <w:r>
        <w:rPr>
          <w:color w:val="000000"/>
        </w:rPr>
        <w:t xml:space="preserve">we </w:t>
      </w:r>
      <w:r>
        <w:rPr>
          <w:color w:val="CC3399"/>
        </w:rPr>
        <w:t xml:space="preserve">are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slaughtered </w:t>
      </w:r>
      <w:r>
        <w:rPr>
          <w:color w:val="FF6600"/>
        </w:rPr>
        <w:t xml:space="preserve">with </w:t>
      </w:r>
      <w:r>
        <w:rPr>
          <w:color w:val="33CCFF"/>
        </w:rPr>
        <w:t xml:space="preserve">hideous </w:t>
      </w:r>
      <w:r>
        <w:rPr>
          <w:color w:val="00FFCC"/>
        </w:rPr>
        <w:t xml:space="preserve">cruelty </w:t>
      </w:r>
      <w:r>
        <w:rPr>
          <w:color w:val="000000"/>
        </w:rPr>
        <w:t xml:space="preserve">. No </w:t>
      </w:r>
      <w:r>
        <w:rPr>
          <w:color w:val="00FFCC"/>
        </w:rPr>
        <w:t xml:space="preserve">animal </w:t>
      </w:r>
      <w:r>
        <w:rPr>
          <w:color w:val="FF6600"/>
        </w:rPr>
        <w:t xml:space="preserve">in </w:t>
      </w:r>
      <w:r>
        <w:rPr>
          <w:color w:val="00FFCC"/>
        </w:rPr>
        <w:t xml:space="preserve">England </w:t>
      </w:r>
      <w:r>
        <w:rPr>
          <w:color w:val="CC3399"/>
        </w:rPr>
        <w:t xml:space="preserve">knows </w:t>
      </w:r>
      <w:r>
        <w:rPr>
          <w:color w:val="000000"/>
        </w:rPr>
        <w:t xml:space="preserve">the </w:t>
      </w:r>
      <w:r>
        <w:rPr>
          <w:color w:val="00FFCC"/>
        </w:rPr>
        <w:t xml:space="preserve">meaning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happiness </w:t>
      </w:r>
      <w:r>
        <w:rPr>
          <w:color w:val="FF0066"/>
        </w:rPr>
        <w:t xml:space="preserve">or </w:t>
      </w:r>
      <w:r>
        <w:rPr>
          <w:color w:val="00FFCC"/>
        </w:rPr>
        <w:t xml:space="preserve">leisure </w:t>
      </w:r>
      <w:r>
        <w:rPr>
          <w:color w:val="FF6600"/>
        </w:rPr>
        <w:t xml:space="preserve">after </w:t>
      </w:r>
      <w:r>
        <w:rPr>
          <w:color w:val="000000"/>
        </w:rPr>
        <w:t xml:space="preserve">he </w:t>
      </w:r>
      <w:r>
        <w:rPr>
          <w:color w:val="CC3399"/>
        </w:rPr>
        <w:t xml:space="preserve">is </w:t>
      </w:r>
      <w:r>
        <w:rPr>
          <w:color w:val="000000"/>
        </w:rPr>
        <w:t xml:space="preserve">a </w:t>
      </w:r>
      <w:r>
        <w:rPr>
          <w:color w:val="00FFCC"/>
        </w:rPr>
        <w:t xml:space="preserve">year </w:t>
      </w:r>
      <w:r>
        <w:rPr>
          <w:color w:val="33CCFF"/>
        </w:rPr>
        <w:t xml:space="preserve">old </w:t>
      </w:r>
      <w:r>
        <w:rPr>
          <w:color w:val="000000"/>
        </w:rPr>
        <w:t xml:space="preserve">. No </w:t>
      </w:r>
      <w:r>
        <w:rPr>
          <w:color w:val="00FFCC"/>
        </w:rPr>
        <w:t xml:space="preserve">animal </w:t>
      </w:r>
      <w:r>
        <w:rPr>
          <w:color w:val="FF6600"/>
        </w:rPr>
        <w:t xml:space="preserve">in </w:t>
      </w:r>
      <w:r>
        <w:rPr>
          <w:color w:val="00FFCC"/>
        </w:rPr>
        <w:t xml:space="preserve">England </w:t>
      </w:r>
      <w:r>
        <w:rPr>
          <w:color w:val="CC3399"/>
        </w:rPr>
        <w:t xml:space="preserve">is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free </w:t>
      </w:r>
      <w:r>
        <w:rPr>
          <w:color w:val="000000"/>
        </w:rPr>
        <w:t xml:space="preserve">. The </w:t>
      </w:r>
      <w:r>
        <w:rPr>
          <w:color w:val="00FFCC"/>
        </w:rPr>
        <w:t xml:space="preserve">life </w:t>
      </w:r>
      <w:r>
        <w:rPr>
          <w:color w:val="FF6600"/>
        </w:rPr>
        <w:t xml:space="preserve">of </w:t>
      </w:r>
      <w:r>
        <w:rPr>
          <w:color w:val="000000"/>
        </w:rPr>
        <w:t xml:space="preserve">an </w:t>
      </w:r>
      <w:r>
        <w:rPr>
          <w:color w:val="00FFCC"/>
        </w:rPr>
        <w:t xml:space="preserve">animal </w:t>
      </w:r>
      <w:r>
        <w:rPr>
          <w:color w:val="CC3399"/>
        </w:rPr>
        <w:t xml:space="preserve">is </w:t>
      </w:r>
      <w:r>
        <w:rPr>
          <w:color w:val="33CCFF"/>
        </w:rPr>
        <w:t xml:space="preserve">misery </w:t>
      </w:r>
      <w:r>
        <w:rPr>
          <w:color w:val="FF0066"/>
        </w:rPr>
        <w:t xml:space="preserve">and </w:t>
      </w:r>
      <w:r>
        <w:rPr>
          <w:color w:val="00FFCC"/>
        </w:rPr>
        <w:t xml:space="preserve">slavery </w:t>
      </w:r>
      <w:r>
        <w:rPr>
          <w:color w:val="000000"/>
        </w:rPr>
        <w:t xml:space="preserve">: that </w:t>
      </w:r>
      <w:r>
        <w:rPr>
          <w:color w:val="CC3399"/>
        </w:rPr>
        <w:t xml:space="preserve">is </w:t>
      </w:r>
      <w:r>
        <w:rPr>
          <w:color w:val="000000"/>
        </w:rPr>
        <w:t xml:space="preserve">the </w:t>
      </w:r>
      <w:r>
        <w:rPr>
          <w:color w:val="00FFCC"/>
        </w:rPr>
        <w:t xml:space="preserve">plain truth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FF0066"/>
        </w:rPr>
        <w:t xml:space="preserve">But </w:t>
      </w:r>
      <w:r>
        <w:rPr>
          <w:color w:val="CC3399"/>
        </w:rPr>
        <w:t xml:space="preserve">is </w:t>
      </w:r>
      <w:r>
        <w:rPr>
          <w:color w:val="000000"/>
        </w:rPr>
        <w:t xml:space="preserve">this </w:t>
      </w:r>
      <w:r>
        <w:rPr>
          <w:color w:val="00787F"/>
        </w:rPr>
        <w:t xml:space="preserve">simply </w:t>
      </w:r>
      <w:r>
        <w:rPr>
          <w:color w:val="00FFCC"/>
        </w:rPr>
        <w:t xml:space="preserve">part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order </w:t>
      </w:r>
      <w:r>
        <w:rPr>
          <w:color w:val="FF6600"/>
        </w:rPr>
        <w:t xml:space="preserve">of </w:t>
      </w:r>
      <w:r>
        <w:rPr>
          <w:color w:val="00FFCC"/>
        </w:rPr>
        <w:t xml:space="preserve">nature </w:t>
      </w:r>
      <w:r>
        <w:rPr>
          <w:color w:val="000000"/>
        </w:rPr>
        <w:t xml:space="preserve">? </w:t>
      </w:r>
      <w:r>
        <w:rPr>
          <w:color w:val="CC3399"/>
        </w:rPr>
        <w:t xml:space="preserve">Is </w:t>
      </w:r>
      <w:r>
        <w:rPr>
          <w:color w:val="000000"/>
        </w:rPr>
        <w:t xml:space="preserve">it </w:t>
      </w:r>
      <w:r>
        <w:rPr>
          <w:color w:val="FF6600"/>
        </w:rPr>
        <w:t xml:space="preserve">because </w:t>
      </w:r>
      <w:r>
        <w:rPr>
          <w:color w:val="000000"/>
        </w:rPr>
        <w:t xml:space="preserve">this </w:t>
      </w:r>
      <w:r>
        <w:rPr>
          <w:color w:val="00FFCC"/>
        </w:rPr>
        <w:t xml:space="preserve">land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>ou</w:t>
      </w:r>
      <w:r>
        <w:rPr>
          <w:color w:val="00FFCC"/>
        </w:rPr>
        <w:t xml:space="preserve">rs </w:t>
      </w:r>
      <w:r>
        <w:rPr>
          <w:color w:val="CC3399"/>
        </w:rPr>
        <w:t xml:space="preserve">is </w:t>
      </w:r>
      <w:r>
        <w:rPr>
          <w:color w:val="00787F"/>
        </w:rPr>
        <w:t xml:space="preserve">so </w:t>
      </w:r>
      <w:r>
        <w:rPr>
          <w:color w:val="33CCFF"/>
        </w:rPr>
        <w:t xml:space="preserve">poor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003E3E"/>
        </w:rPr>
        <w:t xml:space="preserve">can </w:t>
      </w:r>
      <w:r>
        <w:rPr>
          <w:color w:val="00787F"/>
        </w:rPr>
        <w:t xml:space="preserve">not </w:t>
      </w:r>
      <w:r>
        <w:rPr>
          <w:color w:val="CC3399"/>
        </w:rPr>
        <w:t xml:space="preserve">afford </w:t>
      </w:r>
      <w:r>
        <w:rPr>
          <w:color w:val="000000"/>
        </w:rPr>
        <w:t xml:space="preserve">a </w:t>
      </w:r>
      <w:r>
        <w:rPr>
          <w:color w:val="33CCFF"/>
        </w:rPr>
        <w:t xml:space="preserve">decent </w:t>
      </w:r>
      <w:r>
        <w:rPr>
          <w:color w:val="00FFCC"/>
        </w:rPr>
        <w:t xml:space="preserve">life </w:t>
      </w:r>
      <w:r>
        <w:rPr>
          <w:color w:val="000000"/>
        </w:rPr>
        <w:t xml:space="preserve">to those who </w:t>
      </w:r>
      <w:r>
        <w:rPr>
          <w:color w:val="CC3399"/>
        </w:rPr>
        <w:t xml:space="preserve">dwell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upon </w:t>
      </w:r>
      <w:r>
        <w:rPr>
          <w:color w:val="000000"/>
        </w:rPr>
        <w:t xml:space="preserve">it ? No 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a thousand </w:t>
      </w:r>
      <w:r>
        <w:rPr>
          <w:color w:val="00FFCC"/>
        </w:rPr>
        <w:t xml:space="preserve">times </w:t>
      </w:r>
      <w:r>
        <w:rPr>
          <w:color w:val="000000"/>
        </w:rPr>
        <w:t xml:space="preserve">no ! The </w:t>
      </w:r>
      <w:r>
        <w:rPr>
          <w:color w:val="00FFCC"/>
        </w:rPr>
        <w:t xml:space="preserve">soil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CC3399"/>
        </w:rPr>
        <w:t xml:space="preserve">is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fertile </w:t>
      </w:r>
      <w:r>
        <w:rPr>
          <w:color w:val="000000"/>
        </w:rPr>
        <w:t xml:space="preserve">, its </w:t>
      </w:r>
      <w:r>
        <w:rPr>
          <w:color w:val="00FFCC"/>
        </w:rPr>
        <w:t xml:space="preserve">climate </w:t>
      </w:r>
      <w:r>
        <w:rPr>
          <w:color w:val="CC3399"/>
        </w:rPr>
        <w:t xml:space="preserve">is </w:t>
      </w:r>
      <w:r>
        <w:rPr>
          <w:color w:val="33CCFF"/>
        </w:rPr>
        <w:t xml:space="preserve">good </w:t>
      </w:r>
      <w:r>
        <w:rPr>
          <w:color w:val="000000"/>
        </w:rPr>
        <w:t xml:space="preserve">, it </w:t>
      </w:r>
      <w:r>
        <w:rPr>
          <w:color w:val="CC3399"/>
        </w:rPr>
        <w:t xml:space="preserve">is </w:t>
      </w:r>
      <w:r>
        <w:rPr>
          <w:color w:val="33CCFF"/>
        </w:rPr>
        <w:t xml:space="preserve">capable </w:t>
      </w:r>
      <w:r>
        <w:rPr>
          <w:color w:val="FF6600"/>
        </w:rPr>
        <w:t xml:space="preserve">of </w:t>
      </w:r>
      <w:r>
        <w:rPr>
          <w:color w:val="CC3399"/>
        </w:rPr>
        <w:t xml:space="preserve">affording </w:t>
      </w:r>
      <w:r>
        <w:rPr>
          <w:color w:val="00FFCC"/>
        </w:rPr>
        <w:t xml:space="preserve">food </w:t>
      </w:r>
      <w:r>
        <w:rPr>
          <w:color w:val="FF6600"/>
        </w:rPr>
        <w:t xml:space="preserve">in </w:t>
      </w:r>
      <w:r>
        <w:rPr>
          <w:color w:val="00FFCC"/>
        </w:rPr>
        <w:t xml:space="preserve">abundance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an </w:t>
      </w:r>
      <w:r>
        <w:rPr>
          <w:color w:val="00787F"/>
        </w:rPr>
        <w:t xml:space="preserve">enormously </w:t>
      </w:r>
      <w:r>
        <w:rPr>
          <w:color w:val="33CCFF"/>
        </w:rPr>
        <w:t xml:space="preserve">greater </w:t>
      </w:r>
      <w:r>
        <w:rPr>
          <w:color w:val="00FFCC"/>
        </w:rPr>
        <w:t xml:space="preserve">number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animals </w:t>
      </w:r>
      <w:r>
        <w:rPr>
          <w:color w:val="FF6600"/>
        </w:rPr>
        <w:t xml:space="preserve">than </w:t>
      </w:r>
      <w:r>
        <w:rPr>
          <w:color w:val="00787F"/>
        </w:rPr>
        <w:t xml:space="preserve">now </w:t>
      </w:r>
      <w:r>
        <w:rPr>
          <w:color w:val="CC3399"/>
        </w:rPr>
        <w:t xml:space="preserve">inhabit </w:t>
      </w:r>
      <w:r>
        <w:rPr>
          <w:color w:val="000000"/>
        </w:rPr>
        <w:t xml:space="preserve">it . This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single </w:t>
      </w:r>
      <w:r>
        <w:rPr>
          <w:color w:val="00FFCC"/>
        </w:rPr>
        <w:t xml:space="preserve">farm </w:t>
      </w:r>
      <w:r>
        <w:rPr>
          <w:color w:val="FF6600"/>
        </w:rPr>
        <w:t xml:space="preserve">of </w:t>
      </w:r>
      <w:r>
        <w:rPr>
          <w:color w:val="00FFCC"/>
        </w:rPr>
        <w:t xml:space="preserve">ours </w:t>
      </w:r>
      <w:r>
        <w:rPr>
          <w:color w:val="003E3E"/>
        </w:rPr>
        <w:t xml:space="preserve">would </w:t>
      </w:r>
      <w:r>
        <w:rPr>
          <w:color w:val="CC3399"/>
        </w:rPr>
        <w:t xml:space="preserve">support </w:t>
      </w:r>
      <w:r>
        <w:rPr>
          <w:color w:val="000000"/>
        </w:rPr>
        <w:t xml:space="preserve">a </w:t>
      </w:r>
      <w:r>
        <w:rPr>
          <w:color w:val="00FFCC"/>
        </w:rPr>
        <w:t xml:space="preserve">dozen horses </w:t>
      </w:r>
      <w:r>
        <w:rPr>
          <w:color w:val="000000"/>
        </w:rPr>
        <w:t xml:space="preserve">, </w:t>
      </w:r>
      <w:r>
        <w:rPr>
          <w:color w:val="00FFCC"/>
        </w:rPr>
        <w:t xml:space="preserve">twenty cows </w:t>
      </w:r>
      <w:r>
        <w:rPr>
          <w:color w:val="000000"/>
        </w:rPr>
        <w:t xml:space="preserve">, </w:t>
      </w:r>
      <w:r>
        <w:rPr>
          <w:color w:val="00FFCC"/>
        </w:rPr>
        <w:t xml:space="preserve">hundreds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sheep </w:t>
      </w:r>
      <w:r>
        <w:rPr>
          <w:color w:val="000000"/>
        </w:rPr>
        <w:t xml:space="preserve">-- </w:t>
      </w:r>
      <w:r>
        <w:rPr>
          <w:color w:val="FF0066"/>
        </w:rPr>
        <w:t xml:space="preserve">and </w:t>
      </w:r>
      <w:r>
        <w:rPr>
          <w:color w:val="000000"/>
        </w:rPr>
        <w:t xml:space="preserve">all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living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comfort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00FFCC"/>
        </w:rPr>
        <w:t xml:space="preserve">dignity </w:t>
      </w:r>
      <w:r>
        <w:rPr>
          <w:color w:val="000000"/>
        </w:rPr>
        <w:t xml:space="preserve">that </w:t>
      </w:r>
      <w:r>
        <w:rPr>
          <w:color w:val="CC3399"/>
        </w:rPr>
        <w:t xml:space="preserve">are </w:t>
      </w:r>
      <w:r>
        <w:rPr>
          <w:color w:val="00787F"/>
        </w:rPr>
        <w:t xml:space="preserve">now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almost </w:t>
      </w:r>
      <w:r>
        <w:rPr>
          <w:color w:val="FF6600"/>
        </w:rPr>
        <w:t xml:space="preserve">beyond </w:t>
      </w:r>
      <w:r>
        <w:rPr>
          <w:color w:val="000000"/>
        </w:rPr>
        <w:t xml:space="preserve">our </w:t>
      </w:r>
      <w:r>
        <w:rPr>
          <w:color w:val="00FFCC"/>
        </w:rPr>
        <w:t xml:space="preserve">imagining </w:t>
      </w:r>
      <w:r>
        <w:rPr>
          <w:color w:val="000000"/>
        </w:rPr>
        <w:t xml:space="preserve">. Why </w:t>
      </w:r>
      <w:r>
        <w:rPr>
          <w:color w:val="00787F"/>
        </w:rPr>
        <w:t xml:space="preserve">then </w:t>
      </w:r>
      <w:r>
        <w:rPr>
          <w:color w:val="CC3399"/>
        </w:rPr>
        <w:t xml:space="preserve">do </w:t>
      </w:r>
      <w:r>
        <w:rPr>
          <w:color w:val="000000"/>
        </w:rPr>
        <w:t xml:space="preserve">we </w:t>
      </w:r>
      <w:r>
        <w:rPr>
          <w:color w:val="CC3399"/>
        </w:rPr>
        <w:t xml:space="preserve">continue </w:t>
      </w:r>
      <w:r>
        <w:rPr>
          <w:color w:val="FF6600"/>
        </w:rPr>
        <w:t xml:space="preserve">in </w:t>
      </w:r>
      <w:r>
        <w:rPr>
          <w:color w:val="000000"/>
        </w:rPr>
        <w:t xml:space="preserve">this </w:t>
      </w:r>
      <w:r>
        <w:rPr>
          <w:color w:val="33CCFF"/>
        </w:rPr>
        <w:t xml:space="preserve">miserable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condition </w:t>
      </w:r>
      <w:r>
        <w:rPr>
          <w:color w:val="000000"/>
        </w:rPr>
        <w:t xml:space="preserve">? </w:t>
      </w:r>
      <w:r>
        <w:rPr>
          <w:color w:val="FF6600"/>
        </w:rPr>
        <w:t xml:space="preserve">Because </w:t>
      </w:r>
      <w:r>
        <w:rPr>
          <w:color w:val="00787F"/>
        </w:rPr>
        <w:t xml:space="preserve">nearly </w:t>
      </w:r>
      <w:r>
        <w:rPr>
          <w:color w:val="000000"/>
        </w:rPr>
        <w:t xml:space="preserve">the </w:t>
      </w:r>
      <w:r>
        <w:rPr>
          <w:color w:val="00FFCC"/>
        </w:rPr>
        <w:t xml:space="preserve">whole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produce </w:t>
      </w:r>
      <w:r>
        <w:rPr>
          <w:color w:val="FF6600"/>
        </w:rPr>
        <w:t xml:space="preserve">of </w:t>
      </w:r>
      <w:r>
        <w:rPr>
          <w:color w:val="000000"/>
        </w:rPr>
        <w:t xml:space="preserve">our </w:t>
      </w:r>
      <w:r>
        <w:rPr>
          <w:color w:val="00FFCC"/>
        </w:rPr>
        <w:t xml:space="preserve">labour </w:t>
      </w:r>
      <w:r>
        <w:rPr>
          <w:color w:val="CC3399"/>
        </w:rPr>
        <w:t xml:space="preserve">is stolen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from </w:t>
      </w:r>
      <w:r>
        <w:rPr>
          <w:color w:val="000000"/>
        </w:rPr>
        <w:t xml:space="preserve">us </w:t>
      </w:r>
      <w:r>
        <w:rPr>
          <w:color w:val="FF6600"/>
        </w:rPr>
        <w:t xml:space="preserve">by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000000"/>
        </w:rPr>
        <w:t xml:space="preserve">. There 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  <w:r>
        <w:rPr>
          <w:color w:val="CC3399"/>
        </w:rPr>
        <w:t xml:space="preserve">is </w:t>
      </w:r>
      <w:r>
        <w:rPr>
          <w:color w:val="000000"/>
        </w:rPr>
        <w:t xml:space="preserve">the </w:t>
      </w:r>
      <w:r>
        <w:rPr>
          <w:color w:val="00FFCC"/>
        </w:rPr>
        <w:t xml:space="preserve">answer </w:t>
      </w:r>
      <w:r>
        <w:rPr>
          <w:color w:val="000000"/>
        </w:rPr>
        <w:t xml:space="preserve">to all our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problems </w:t>
      </w:r>
      <w:r>
        <w:rPr>
          <w:color w:val="000000"/>
        </w:rPr>
        <w:t xml:space="preserve">. It </w:t>
      </w:r>
      <w:r>
        <w:rPr>
          <w:color w:val="CC3399"/>
        </w:rPr>
        <w:t xml:space="preserve">is summed </w:t>
      </w:r>
      <w:r>
        <w:rPr>
          <w:color w:val="000000"/>
        </w:rPr>
        <w:t xml:space="preserve">up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single </w:t>
      </w:r>
      <w:r>
        <w:rPr>
          <w:color w:val="00FFCC"/>
        </w:rPr>
        <w:t xml:space="preserve">word </w:t>
      </w:r>
      <w:r>
        <w:rPr>
          <w:color w:val="000000"/>
        </w:rPr>
        <w:t xml:space="preserve">-- </w:t>
      </w:r>
      <w:r>
        <w:rPr>
          <w:color w:val="00FFCC"/>
        </w:rPr>
        <w:t xml:space="preserve">Man </w:t>
      </w:r>
      <w:r>
        <w:rPr>
          <w:color w:val="000000"/>
        </w:rPr>
        <w:t xml:space="preserve">. </w:t>
      </w:r>
      <w:r>
        <w:rPr>
          <w:color w:val="00FFCC"/>
        </w:rPr>
        <w:t xml:space="preserve">Man </w:t>
      </w:r>
      <w:r>
        <w:rPr>
          <w:color w:val="CC3399"/>
        </w:rPr>
        <w:t xml:space="preserve">is </w:t>
      </w:r>
      <w:r>
        <w:rPr>
          <w:color w:val="000000"/>
        </w:rPr>
        <w:t xml:space="preserve">the </w:t>
      </w:r>
      <w:r>
        <w:rPr>
          <w:color w:val="33CCFF"/>
        </w:rPr>
        <w:t xml:space="preserve">only real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enemy </w:t>
      </w:r>
      <w:r>
        <w:rPr>
          <w:color w:val="000000"/>
        </w:rPr>
        <w:t xml:space="preserve">we </w:t>
      </w:r>
      <w:r>
        <w:rPr>
          <w:color w:val="CC3399"/>
        </w:rPr>
        <w:t xml:space="preserve">have </w:t>
      </w:r>
      <w:r>
        <w:rPr>
          <w:color w:val="000000"/>
        </w:rPr>
        <w:t xml:space="preserve">. </w:t>
      </w:r>
      <w:r>
        <w:rPr>
          <w:color w:val="CC3399"/>
        </w:rPr>
        <w:t>Remove</w:t>
      </w:r>
      <w:r>
        <w:rPr>
          <w:color w:val="CC3399"/>
        </w:rPr>
        <w:t xml:space="preserve"> </w:t>
      </w:r>
      <w:r>
        <w:rPr>
          <w:color w:val="00FFCC"/>
        </w:rPr>
        <w:t xml:space="preserve">Man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scene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root cause </w:t>
      </w:r>
      <w:r>
        <w:rPr>
          <w:color w:val="FF6600"/>
        </w:rPr>
        <w:t xml:space="preserve">of </w:t>
      </w:r>
      <w:r>
        <w:rPr>
          <w:color w:val="00FFCC"/>
        </w:rPr>
        <w:t xml:space="preserve">hunger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overwork </w:t>
      </w:r>
      <w:r>
        <w:rPr>
          <w:color w:val="CC3399"/>
        </w:rPr>
        <w:t xml:space="preserve">is abolished </w:t>
      </w:r>
      <w:r>
        <w:rPr>
          <w:color w:val="FF6600"/>
        </w:rPr>
        <w:t xml:space="preserve">for </w:t>
      </w:r>
      <w:r>
        <w:rPr>
          <w:color w:val="00787F"/>
        </w:rPr>
        <w:t xml:space="preserve">ever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Man </w:t>
      </w:r>
      <w:r>
        <w:rPr>
          <w:color w:val="CC3399"/>
        </w:rPr>
        <w:t xml:space="preserve">is </w:t>
      </w:r>
      <w:r>
        <w:rPr>
          <w:color w:val="000000"/>
        </w:rPr>
        <w:t xml:space="preserve">the </w:t>
      </w:r>
      <w:r>
        <w:rPr>
          <w:color w:val="33CCFF"/>
        </w:rPr>
        <w:t xml:space="preserve">only </w:t>
      </w:r>
      <w:r>
        <w:rPr>
          <w:color w:val="00FFCC"/>
        </w:rPr>
        <w:t xml:space="preserve">creature </w:t>
      </w:r>
      <w:r>
        <w:rPr>
          <w:color w:val="000000"/>
        </w:rPr>
        <w:t xml:space="preserve">that </w:t>
      </w:r>
      <w:r>
        <w:rPr>
          <w:color w:val="CC3399"/>
        </w:rPr>
        <w:t xml:space="preserve">consumes </w:t>
      </w:r>
      <w:r>
        <w:rPr>
          <w:color w:val="FF6600"/>
        </w:rPr>
        <w:t xml:space="preserve">without </w:t>
      </w:r>
      <w:r>
        <w:rPr>
          <w:color w:val="CC3399"/>
        </w:rPr>
        <w:t xml:space="preserve">producing </w:t>
      </w:r>
      <w:r>
        <w:rPr>
          <w:color w:val="000000"/>
        </w:rPr>
        <w:t xml:space="preserve">. He </w:t>
      </w:r>
      <w:r>
        <w:rPr>
          <w:color w:val="CC3399"/>
        </w:rPr>
        <w:t xml:space="preserve">does </w:t>
      </w:r>
      <w:r>
        <w:rPr>
          <w:color w:val="00787F"/>
        </w:rPr>
        <w:t xml:space="preserve">not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give </w:t>
      </w:r>
      <w:r>
        <w:rPr>
          <w:color w:val="00FFCC"/>
        </w:rPr>
        <w:t xml:space="preserve">milk </w:t>
      </w:r>
      <w:r>
        <w:rPr>
          <w:color w:val="000000"/>
        </w:rPr>
        <w:t xml:space="preserve">, he </w:t>
      </w:r>
      <w:r>
        <w:rPr>
          <w:color w:val="CC3399"/>
        </w:rPr>
        <w:t xml:space="preserve">does </w:t>
      </w:r>
      <w:r>
        <w:rPr>
          <w:color w:val="00787F"/>
        </w:rPr>
        <w:t xml:space="preserve">not </w:t>
      </w:r>
      <w:r>
        <w:rPr>
          <w:color w:val="CC3399"/>
        </w:rPr>
        <w:t xml:space="preserve">lay </w:t>
      </w:r>
      <w:r>
        <w:rPr>
          <w:color w:val="00FFCC"/>
        </w:rPr>
        <w:t xml:space="preserve">eggs </w:t>
      </w:r>
      <w:r>
        <w:rPr>
          <w:color w:val="000000"/>
        </w:rPr>
        <w:t xml:space="preserve">, he </w:t>
      </w:r>
      <w:r>
        <w:rPr>
          <w:color w:val="CC3399"/>
        </w:rPr>
        <w:t xml:space="preserve">is </w:t>
      </w:r>
      <w:r>
        <w:rPr>
          <w:color w:val="00787F"/>
        </w:rPr>
        <w:t xml:space="preserve">too </w:t>
      </w:r>
      <w:r>
        <w:rPr>
          <w:color w:val="33CCFF"/>
        </w:rPr>
        <w:t xml:space="preserve">weak </w:t>
      </w:r>
      <w:r>
        <w:rPr>
          <w:color w:val="000000"/>
        </w:rPr>
        <w:t xml:space="preserve">to </w:t>
      </w:r>
      <w:r>
        <w:rPr>
          <w:color w:val="CC3399"/>
        </w:rPr>
        <w:t xml:space="preserve">pull </w:t>
      </w:r>
      <w:r>
        <w:rPr>
          <w:color w:val="000000"/>
        </w:rPr>
        <w:t xml:space="preserve">the </w:t>
      </w:r>
      <w:r>
        <w:rPr>
          <w:color w:val="00FFCC"/>
        </w:rPr>
        <w:t xml:space="preserve">plough </w:t>
      </w:r>
      <w:r>
        <w:rPr>
          <w:color w:val="000000"/>
        </w:rPr>
        <w:t xml:space="preserve">, he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can </w:t>
      </w:r>
      <w:r>
        <w:rPr>
          <w:color w:val="00787F"/>
        </w:rPr>
        <w:t xml:space="preserve">not </w:t>
      </w:r>
      <w:r>
        <w:rPr>
          <w:color w:val="CC3399"/>
        </w:rPr>
        <w:t xml:space="preserve">run </w:t>
      </w:r>
      <w:r>
        <w:rPr>
          <w:color w:val="00787F"/>
        </w:rPr>
        <w:t xml:space="preserve">fast enough </w:t>
      </w:r>
      <w:r>
        <w:rPr>
          <w:color w:val="000000"/>
        </w:rPr>
        <w:t xml:space="preserve">to </w:t>
      </w:r>
      <w:r>
        <w:rPr>
          <w:color w:val="CC3399"/>
        </w:rPr>
        <w:t xml:space="preserve">catch </w:t>
      </w:r>
      <w:r>
        <w:rPr>
          <w:color w:val="00FFCC"/>
        </w:rPr>
        <w:t xml:space="preserve">rabbits </w:t>
      </w:r>
      <w:r>
        <w:rPr>
          <w:color w:val="000000"/>
        </w:rPr>
        <w:t xml:space="preserve">. </w:t>
      </w:r>
      <w:r>
        <w:rPr>
          <w:color w:val="FF0066"/>
        </w:rPr>
        <w:t xml:space="preserve">Yet </w:t>
      </w:r>
      <w:r>
        <w:rPr>
          <w:color w:val="000000"/>
        </w:rPr>
        <w:t xml:space="preserve">he </w:t>
      </w:r>
      <w:r>
        <w:rPr>
          <w:color w:val="CC3399"/>
        </w:rPr>
        <w:t xml:space="preserve">is </w:t>
      </w:r>
      <w:r>
        <w:rPr>
          <w:color w:val="00FFCC"/>
        </w:rPr>
        <w:t xml:space="preserve">lord </w:t>
      </w:r>
      <w:r>
        <w:rPr>
          <w:color w:val="FF6600"/>
        </w:rPr>
        <w:t xml:space="preserve">of </w:t>
      </w:r>
      <w:r>
        <w:rPr>
          <w:color w:val="000000"/>
        </w:rPr>
        <w:t xml:space="preserve">all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000000"/>
        </w:rPr>
        <w:t xml:space="preserve">. He </w:t>
      </w:r>
      <w:r>
        <w:rPr>
          <w:color w:val="CC3399"/>
        </w:rPr>
        <w:t xml:space="preserve">sets </w:t>
      </w:r>
      <w:r>
        <w:rPr>
          <w:color w:val="000000"/>
        </w:rPr>
        <w:t xml:space="preserve">them to </w:t>
      </w:r>
      <w:r>
        <w:rPr>
          <w:color w:val="CC3399"/>
        </w:rPr>
        <w:t xml:space="preserve">work </w:t>
      </w:r>
      <w:r>
        <w:rPr>
          <w:color w:val="000000"/>
        </w:rPr>
        <w:t xml:space="preserve">, he </w:t>
      </w:r>
      <w:r>
        <w:rPr>
          <w:color w:val="CC3399"/>
        </w:rPr>
        <w:t xml:space="preserve">gives </w:t>
      </w:r>
      <w:r>
        <w:rPr>
          <w:color w:val="00787F"/>
        </w:rPr>
        <w:t xml:space="preserve">back </w:t>
      </w:r>
      <w:r>
        <w:rPr>
          <w:color w:val="000000"/>
        </w:rPr>
        <w:t xml:space="preserve">to them the </w:t>
      </w:r>
      <w:r>
        <w:rPr>
          <w:color w:val="00FFCC"/>
        </w:rPr>
        <w:t xml:space="preserve">bare minimum </w:t>
      </w:r>
      <w:r>
        <w:rPr>
          <w:color w:val="0000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will </w:t>
      </w:r>
      <w:r>
        <w:rPr>
          <w:color w:val="CC3399"/>
        </w:rPr>
        <w:t xml:space="preserve">prevent </w:t>
      </w:r>
      <w:r>
        <w:rPr>
          <w:color w:val="000000"/>
        </w:rPr>
        <w:t xml:space="preserve">them </w:t>
      </w:r>
      <w:r>
        <w:rPr>
          <w:color w:val="FF6600"/>
        </w:rPr>
        <w:t xml:space="preserve">from </w:t>
      </w:r>
      <w:r>
        <w:rPr>
          <w:color w:val="CC3399"/>
        </w:rPr>
        <w:t xml:space="preserve">starving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rest </w:t>
      </w:r>
      <w:r>
        <w:rPr>
          <w:color w:val="000000"/>
        </w:rPr>
        <w:t xml:space="preserve">he </w:t>
      </w:r>
      <w:r>
        <w:rPr>
          <w:color w:val="CC3399"/>
        </w:rPr>
        <w:t xml:space="preserve">keeps </w:t>
      </w:r>
      <w:r>
        <w:rPr>
          <w:color w:val="FF6600"/>
        </w:rPr>
        <w:t xml:space="preserve">for </w:t>
      </w:r>
      <w:r>
        <w:rPr>
          <w:color w:val="000000"/>
        </w:rPr>
        <w:t xml:space="preserve">himself . Our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labour </w:t>
      </w:r>
      <w:r>
        <w:rPr>
          <w:color w:val="CC3399"/>
        </w:rPr>
        <w:t xml:space="preserve">tills </w:t>
      </w:r>
      <w:r>
        <w:rPr>
          <w:color w:val="000000"/>
        </w:rPr>
        <w:t xml:space="preserve">the </w:t>
      </w:r>
      <w:r>
        <w:rPr>
          <w:color w:val="00FFCC"/>
        </w:rPr>
        <w:t xml:space="preserve">soil </w:t>
      </w:r>
      <w:r>
        <w:rPr>
          <w:color w:val="000000"/>
        </w:rPr>
        <w:t xml:space="preserve">, our </w:t>
      </w:r>
      <w:r>
        <w:rPr>
          <w:color w:val="00FFCC"/>
        </w:rPr>
        <w:t xml:space="preserve">dung </w:t>
      </w:r>
      <w:r>
        <w:rPr>
          <w:color w:val="CC3399"/>
        </w:rPr>
        <w:t xml:space="preserve">fertilises </w:t>
      </w:r>
      <w:r>
        <w:rPr>
          <w:color w:val="000000"/>
        </w:rPr>
        <w:t>i</w:t>
      </w:r>
      <w:r>
        <w:rPr>
          <w:color w:val="000000"/>
        </w:rPr>
        <w:t xml:space="preserve">t , </w:t>
      </w:r>
      <w:r>
        <w:rPr>
          <w:color w:val="FF0066"/>
        </w:rPr>
        <w:t xml:space="preserve">and </w:t>
      </w:r>
      <w:r>
        <w:rPr>
          <w:color w:val="00787F"/>
        </w:rPr>
        <w:t xml:space="preserve">yet </w:t>
      </w:r>
      <w:r>
        <w:rPr>
          <w:color w:val="000000"/>
        </w:rPr>
        <w:t xml:space="preserve">there </w:t>
      </w:r>
      <w:r>
        <w:rPr>
          <w:color w:val="CC3399"/>
        </w:rPr>
        <w:t xml:space="preserve">is </w:t>
      </w:r>
      <w:r>
        <w:rPr>
          <w:color w:val="00787F"/>
        </w:rPr>
        <w:t xml:space="preserve">not </w:t>
      </w: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us </w:t>
      </w:r>
      <w:r>
        <w:rPr>
          <w:color w:val="FF6600"/>
        </w:rPr>
        <w:t xml:space="preserve">that </w:t>
      </w:r>
      <w:r>
        <w:rPr>
          <w:color w:val="CC3399"/>
        </w:rPr>
        <w:t xml:space="preserve">owns </w:t>
      </w:r>
      <w:r>
        <w:rPr>
          <w:color w:val="33CCFF"/>
        </w:rPr>
        <w:t xml:space="preserve">more </w:t>
      </w:r>
      <w:r>
        <w:rPr>
          <w:color w:val="FF6600"/>
        </w:rPr>
        <w:t xml:space="preserve">than </w:t>
      </w:r>
      <w:r>
        <w:rPr>
          <w:color w:val="000000"/>
        </w:rPr>
        <w:t xml:space="preserve">his </w:t>
      </w:r>
      <w:r>
        <w:rPr>
          <w:color w:val="00FFCC"/>
        </w:rPr>
        <w:t xml:space="preserve">bare skin </w:t>
      </w:r>
      <w:r>
        <w:rPr>
          <w:color w:val="000000"/>
        </w:rPr>
        <w:t xml:space="preserve">. You </w:t>
      </w:r>
      <w:r>
        <w:rPr>
          <w:color w:val="CC3399"/>
        </w:rPr>
        <w:t xml:space="preserve">cows </w:t>
      </w:r>
      <w:r>
        <w:rPr>
          <w:color w:val="FF6600"/>
        </w:rPr>
        <w:t xml:space="preserve">that </w:t>
      </w:r>
      <w:r>
        <w:rPr>
          <w:color w:val="000000"/>
        </w:rPr>
        <w:t xml:space="preserve">I </w:t>
      </w:r>
      <w:r>
        <w:rPr>
          <w:color w:val="CC3399"/>
        </w:rPr>
        <w:t xml:space="preserve">see </w:t>
      </w:r>
      <w:r>
        <w:rPr>
          <w:color w:val="FF6600"/>
        </w:rPr>
        <w:t xml:space="preserve">before </w:t>
      </w:r>
      <w:r>
        <w:rPr>
          <w:color w:val="000000"/>
        </w:rPr>
        <w:t xml:space="preserve">me , how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many </w:t>
      </w:r>
      <w:r>
        <w:rPr>
          <w:color w:val="00FFCC"/>
        </w:rPr>
        <w:t xml:space="preserve">thousands </w:t>
      </w:r>
      <w:r>
        <w:rPr>
          <w:color w:val="FF6600"/>
        </w:rPr>
        <w:t xml:space="preserve">of </w:t>
      </w:r>
      <w:r>
        <w:rPr>
          <w:color w:val="00FFCC"/>
        </w:rPr>
        <w:t xml:space="preserve">gallons </w:t>
      </w:r>
      <w:r>
        <w:rPr>
          <w:color w:val="FF6600"/>
        </w:rPr>
        <w:t xml:space="preserve">of </w:t>
      </w:r>
      <w:r>
        <w:rPr>
          <w:color w:val="00FFCC"/>
        </w:rPr>
        <w:t xml:space="preserve">milk </w:t>
      </w:r>
      <w:r>
        <w:rPr>
          <w:color w:val="CC3399"/>
        </w:rPr>
        <w:t xml:space="preserve">have </w:t>
      </w:r>
      <w:r>
        <w:rPr>
          <w:color w:val="000000"/>
        </w:rPr>
        <w:t xml:space="preserve">you </w:t>
      </w:r>
      <w:r>
        <w:rPr>
          <w:color w:val="CC3399"/>
        </w:rPr>
        <w:t xml:space="preserve">given </w:t>
      </w:r>
      <w:r>
        <w:rPr>
          <w:color w:val="FF6600"/>
        </w:rPr>
        <w:t xml:space="preserve">during </w:t>
      </w:r>
      <w:r>
        <w:rPr>
          <w:color w:val="000000"/>
        </w:rPr>
        <w:t xml:space="preserve">this </w:t>
      </w:r>
      <w:r>
        <w:rPr>
          <w:color w:val="33CCFF"/>
        </w:rPr>
        <w:t xml:space="preserve">last </w:t>
      </w:r>
      <w:r>
        <w:rPr>
          <w:color w:val="00FFCC"/>
        </w:rPr>
        <w:t xml:space="preserve">year </w:t>
      </w:r>
      <w:r>
        <w:rPr>
          <w:color w:val="000000"/>
        </w:rPr>
        <w:t xml:space="preserve">?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what </w:t>
      </w:r>
      <w:r>
        <w:rPr>
          <w:color w:val="CC3399"/>
        </w:rPr>
        <w:t xml:space="preserve">has happened </w:t>
      </w:r>
      <w:r>
        <w:rPr>
          <w:color w:val="000000"/>
        </w:rPr>
        <w:t xml:space="preserve">to that </w:t>
      </w:r>
      <w:r>
        <w:rPr>
          <w:color w:val="00FFCC"/>
        </w:rPr>
        <w:t xml:space="preserve">milk </w:t>
      </w:r>
      <w:r>
        <w:rPr>
          <w:color w:val="000000"/>
        </w:rPr>
        <w:t xml:space="preserve">which </w:t>
      </w:r>
      <w:r>
        <w:rPr>
          <w:color w:val="003E3E"/>
        </w:rPr>
        <w:t xml:space="preserve">should </w:t>
      </w:r>
      <w:r>
        <w:rPr>
          <w:color w:val="CC3399"/>
        </w:rPr>
        <w:t xml:space="preserve">have been breeding </w:t>
      </w:r>
      <w:r>
        <w:rPr>
          <w:color w:val="000000"/>
        </w:rPr>
        <w:t xml:space="preserve">up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sturdy </w:t>
      </w:r>
      <w:r>
        <w:rPr>
          <w:color w:val="00FFCC"/>
        </w:rPr>
        <w:t xml:space="preserve">calves </w:t>
      </w:r>
      <w:r>
        <w:rPr>
          <w:color w:val="000000"/>
        </w:rPr>
        <w:t xml:space="preserve">? Every </w:t>
      </w:r>
      <w:r>
        <w:rPr>
          <w:color w:val="00FFCC"/>
        </w:rPr>
        <w:t xml:space="preserve">drop </w:t>
      </w:r>
      <w:r>
        <w:rPr>
          <w:color w:val="FF6600"/>
        </w:rPr>
        <w:t xml:space="preserve">of </w:t>
      </w:r>
      <w:r>
        <w:rPr>
          <w:color w:val="000000"/>
        </w:rPr>
        <w:t xml:space="preserve">it </w:t>
      </w:r>
      <w:r>
        <w:rPr>
          <w:color w:val="CC3399"/>
        </w:rPr>
        <w:t xml:space="preserve">has gone </w:t>
      </w:r>
      <w:r>
        <w:rPr>
          <w:color w:val="000000"/>
        </w:rPr>
        <w:t xml:space="preserve">down the </w:t>
      </w:r>
      <w:r>
        <w:rPr>
          <w:color w:val="00FFCC"/>
        </w:rPr>
        <w:t xml:space="preserve">throats </w:t>
      </w:r>
      <w:r>
        <w:rPr>
          <w:color w:val="FF6600"/>
        </w:rPr>
        <w:t xml:space="preserve">of </w:t>
      </w:r>
      <w:r>
        <w:rPr>
          <w:color w:val="000000"/>
        </w:rPr>
        <w:t xml:space="preserve">our </w:t>
      </w:r>
      <w:r>
        <w:rPr>
          <w:color w:val="00FFCC"/>
        </w:rPr>
        <w:t xml:space="preserve">enemies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you </w:t>
      </w:r>
      <w:r>
        <w:rPr>
          <w:color w:val="CC3399"/>
        </w:rPr>
        <w:t xml:space="preserve">hens </w:t>
      </w:r>
      <w:r>
        <w:rPr>
          <w:color w:val="000000"/>
        </w:rPr>
        <w:t xml:space="preserve">, how </w:t>
      </w:r>
      <w:r>
        <w:rPr>
          <w:color w:val="33CCFF"/>
        </w:rPr>
        <w:t xml:space="preserve">many </w:t>
      </w:r>
      <w:r>
        <w:rPr>
          <w:color w:val="00FFCC"/>
        </w:rPr>
        <w:t xml:space="preserve">eggs </w:t>
      </w:r>
      <w:r>
        <w:rPr>
          <w:color w:val="CC3399"/>
        </w:rPr>
        <w:t xml:space="preserve">have </w:t>
      </w:r>
      <w:r>
        <w:rPr>
          <w:color w:val="000000"/>
        </w:rPr>
        <w:t xml:space="preserve">you </w:t>
      </w:r>
      <w:r>
        <w:rPr>
          <w:color w:val="CC3399"/>
        </w:rPr>
        <w:t xml:space="preserve">laid </w:t>
      </w:r>
      <w:r>
        <w:rPr>
          <w:color w:val="FF6600"/>
        </w:rPr>
        <w:t xml:space="preserve">in </w:t>
      </w:r>
      <w:r>
        <w:rPr>
          <w:color w:val="000000"/>
        </w:rPr>
        <w:t xml:space="preserve">this </w:t>
      </w:r>
      <w:r>
        <w:rPr>
          <w:color w:val="33CCFF"/>
        </w:rPr>
        <w:t xml:space="preserve">last </w:t>
      </w:r>
      <w:r>
        <w:rPr>
          <w:color w:val="00FFCC"/>
        </w:rPr>
        <w:t xml:space="preserve">year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how </w:t>
      </w:r>
      <w:r>
        <w:rPr>
          <w:color w:val="33CCFF"/>
        </w:rPr>
        <w:t xml:space="preserve">many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those </w:t>
      </w:r>
      <w:r>
        <w:rPr>
          <w:color w:val="00FFCC"/>
        </w:rPr>
        <w:t xml:space="preserve">eggs </w:t>
      </w:r>
      <w:r>
        <w:rPr>
          <w:color w:val="00787F"/>
        </w:rPr>
        <w:t xml:space="preserve">ever </w:t>
      </w:r>
      <w:r>
        <w:rPr>
          <w:color w:val="CC3399"/>
        </w:rPr>
        <w:t xml:space="preserve">hatched </w:t>
      </w:r>
      <w:r>
        <w:rPr>
          <w:color w:val="FF6600"/>
        </w:rPr>
        <w:t xml:space="preserve">into </w:t>
      </w:r>
      <w:r>
        <w:rPr>
          <w:color w:val="00FFCC"/>
        </w:rPr>
        <w:t xml:space="preserve">chickens </w:t>
      </w:r>
      <w:r>
        <w:rPr>
          <w:color w:val="000000"/>
        </w:rPr>
        <w:t xml:space="preserve">? The </w:t>
      </w:r>
      <w:r>
        <w:rPr>
          <w:color w:val="00FFCC"/>
        </w:rPr>
        <w:t xml:space="preserve">rest </w:t>
      </w:r>
      <w:r>
        <w:rPr>
          <w:color w:val="CC3399"/>
        </w:rPr>
        <w:t xml:space="preserve">have </w:t>
      </w:r>
      <w:r>
        <w:rPr>
          <w:color w:val="000000"/>
        </w:rPr>
        <w:t xml:space="preserve">all </w:t>
      </w:r>
      <w:r>
        <w:rPr>
          <w:color w:val="CC3399"/>
        </w:rPr>
        <w:t xml:space="preserve">gone </w:t>
      </w:r>
      <w:r>
        <w:rPr>
          <w:color w:val="000000"/>
        </w:rPr>
        <w:t xml:space="preserve">to </w:t>
      </w:r>
      <w:r>
        <w:rPr>
          <w:color w:val="00FFCC"/>
        </w:rPr>
        <w:t xml:space="preserve">market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bring </w:t>
      </w:r>
      <w:r>
        <w:rPr>
          <w:color w:val="FF6600"/>
        </w:rPr>
        <w:t xml:space="preserve">in </w:t>
      </w:r>
      <w:r>
        <w:rPr>
          <w:color w:val="00FFCC"/>
        </w:rPr>
        <w:t xml:space="preserve">money </w:t>
      </w:r>
      <w:r>
        <w:rPr>
          <w:color w:val="FF6600"/>
        </w:rPr>
        <w:t xml:space="preserve">for </w:t>
      </w:r>
      <w:r>
        <w:rPr>
          <w:color w:val="00FFCC"/>
        </w:rPr>
        <w:t xml:space="preserve">Jones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men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you , </w:t>
      </w:r>
      <w:r>
        <w:rPr>
          <w:color w:val="00FFCC"/>
        </w:rPr>
        <w:t xml:space="preserve">Clover </w:t>
      </w:r>
      <w:r>
        <w:rPr>
          <w:color w:val="000000"/>
        </w:rPr>
        <w:t xml:space="preserve">, where </w:t>
      </w:r>
      <w:r>
        <w:rPr>
          <w:color w:val="CC3399"/>
        </w:rPr>
        <w:t xml:space="preserve">are </w:t>
      </w:r>
      <w:r>
        <w:rPr>
          <w:color w:val="000000"/>
        </w:rPr>
        <w:t xml:space="preserve">those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four </w:t>
      </w:r>
      <w:r>
        <w:rPr>
          <w:color w:val="00FFCC"/>
        </w:rPr>
        <w:t xml:space="preserve">foals </w:t>
      </w:r>
      <w:r>
        <w:rPr>
          <w:color w:val="000000"/>
        </w:rPr>
        <w:t xml:space="preserve">you </w:t>
      </w:r>
      <w:r>
        <w:rPr>
          <w:color w:val="CC3399"/>
        </w:rPr>
        <w:t xml:space="preserve">bore </w:t>
      </w:r>
      <w:r>
        <w:rPr>
          <w:color w:val="000000"/>
        </w:rPr>
        <w:t xml:space="preserve">, who </w:t>
      </w:r>
      <w:r>
        <w:rPr>
          <w:color w:val="003E3E"/>
        </w:rPr>
        <w:t xml:space="preserve">should </w:t>
      </w:r>
      <w:r>
        <w:rPr>
          <w:color w:val="CC3399"/>
        </w:rPr>
        <w:t xml:space="preserve">have been </w:t>
      </w:r>
      <w:r>
        <w:rPr>
          <w:color w:val="000000"/>
        </w:rPr>
        <w:t xml:space="preserve">the </w:t>
      </w:r>
      <w:r>
        <w:rPr>
          <w:color w:val="00FFCC"/>
        </w:rPr>
        <w:t xml:space="preserve">support </w:t>
      </w:r>
      <w:r>
        <w:rPr>
          <w:color w:val="FF0066"/>
        </w:rPr>
        <w:t xml:space="preserve">and </w:t>
      </w:r>
      <w:r>
        <w:rPr>
          <w:color w:val="00FFCC"/>
        </w:rPr>
        <w:t xml:space="preserve">pleasure </w:t>
      </w:r>
      <w:r>
        <w:rPr>
          <w:color w:val="FF6600"/>
        </w:rPr>
        <w:t xml:space="preserve">of </w:t>
      </w:r>
      <w:r>
        <w:rPr>
          <w:color w:val="000000"/>
        </w:rPr>
        <w:t xml:space="preserve">your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old </w:t>
      </w:r>
      <w:r>
        <w:rPr>
          <w:color w:val="00FFCC"/>
        </w:rPr>
        <w:t xml:space="preserve">age </w:t>
      </w:r>
      <w:r>
        <w:rPr>
          <w:color w:val="000000"/>
        </w:rPr>
        <w:t xml:space="preserve">? Each </w:t>
      </w:r>
      <w:r>
        <w:rPr>
          <w:color w:val="CC3399"/>
        </w:rPr>
        <w:t xml:space="preserve">was sold </w:t>
      </w:r>
      <w:r>
        <w:rPr>
          <w:color w:val="FF6600"/>
        </w:rPr>
        <w:t xml:space="preserve">at </w:t>
      </w:r>
      <w:r>
        <w:rPr>
          <w:color w:val="000000"/>
        </w:rPr>
        <w:t xml:space="preserve">a </w:t>
      </w:r>
      <w:r>
        <w:rPr>
          <w:color w:val="00FFCC"/>
        </w:rPr>
        <w:t xml:space="preserve">year </w:t>
      </w:r>
      <w:r>
        <w:rPr>
          <w:color w:val="33CCFF"/>
        </w:rPr>
        <w:t xml:space="preserve">old </w:t>
      </w:r>
      <w:r>
        <w:rPr>
          <w:color w:val="000000"/>
        </w:rPr>
        <w:t xml:space="preserve">-- you </w:t>
      </w:r>
      <w:r>
        <w:rPr>
          <w:color w:val="003E3E"/>
        </w:rPr>
        <w:t xml:space="preserve">will </w:t>
      </w:r>
      <w:r>
        <w:rPr>
          <w:color w:val="00787F"/>
        </w:rPr>
        <w:t xml:space="preserve">never </w:t>
      </w:r>
      <w:r>
        <w:rPr>
          <w:color w:val="CC3399"/>
        </w:rPr>
        <w:t xml:space="preserve">see </w:t>
      </w: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again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FFCC"/>
        </w:rPr>
        <w:t xml:space="preserve">return </w:t>
      </w:r>
      <w:r>
        <w:rPr>
          <w:color w:val="FF6600"/>
        </w:rPr>
        <w:t xml:space="preserve">for </w:t>
      </w:r>
      <w:r>
        <w:rPr>
          <w:color w:val="000000"/>
        </w:rPr>
        <w:t xml:space="preserve">your four </w:t>
      </w:r>
      <w:r>
        <w:rPr>
          <w:color w:val="00FFCC"/>
        </w:rPr>
        <w:t xml:space="preserve">confinements </w:t>
      </w:r>
      <w:r>
        <w:rPr>
          <w:color w:val="FF0066"/>
        </w:rPr>
        <w:t xml:space="preserve">and </w:t>
      </w:r>
      <w:r>
        <w:rPr>
          <w:color w:val="000000"/>
        </w:rPr>
        <w:t>a</w:t>
      </w:r>
      <w:r>
        <w:rPr>
          <w:color w:val="000000"/>
        </w:rPr>
        <w:t xml:space="preserve">ll your </w:t>
      </w:r>
      <w:r>
        <w:rPr>
          <w:color w:val="00FFCC"/>
        </w:rPr>
        <w:t xml:space="preserve">labour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fields </w:t>
      </w:r>
      <w:r>
        <w:rPr>
          <w:color w:val="000000"/>
        </w:rPr>
        <w:t xml:space="preserve">, what </w:t>
      </w:r>
      <w:r>
        <w:rPr>
          <w:color w:val="CC3399"/>
        </w:rPr>
        <w:t xml:space="preserve">have </w:t>
      </w:r>
      <w:r>
        <w:rPr>
          <w:color w:val="000000"/>
        </w:rPr>
        <w:t xml:space="preserve">you </w:t>
      </w:r>
      <w:r>
        <w:rPr>
          <w:color w:val="00787F"/>
        </w:rPr>
        <w:t xml:space="preserve">ever </w:t>
      </w:r>
      <w:r>
        <w:rPr>
          <w:color w:val="CC3399"/>
        </w:rPr>
        <w:t xml:space="preserve">had </w:t>
      </w:r>
      <w:r>
        <w:rPr>
          <w:color w:val="FF6600"/>
        </w:rPr>
        <w:t xml:space="preserve">except </w:t>
      </w:r>
      <w:r>
        <w:rPr>
          <w:color w:val="000000"/>
        </w:rPr>
        <w:t xml:space="preserve">your </w:t>
      </w:r>
      <w:r>
        <w:rPr>
          <w:color w:val="00FFCC"/>
        </w:rPr>
        <w:t xml:space="preserve">bare rations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00FFCC"/>
        </w:rPr>
        <w:t xml:space="preserve">stall </w:t>
      </w:r>
      <w:r>
        <w:rPr>
          <w:color w:val="000000"/>
        </w:rPr>
        <w:t xml:space="preserve">?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FF0066"/>
        </w:rPr>
        <w:t xml:space="preserve">And </w:t>
      </w:r>
      <w:r>
        <w:rPr>
          <w:color w:val="00787F"/>
        </w:rPr>
        <w:t xml:space="preserve">even </w:t>
      </w:r>
      <w:r>
        <w:rPr>
          <w:color w:val="000000"/>
        </w:rPr>
        <w:t xml:space="preserve">the </w:t>
      </w:r>
      <w:r>
        <w:rPr>
          <w:color w:val="33CCFF"/>
        </w:rPr>
        <w:t xml:space="preserve">miserable </w:t>
      </w:r>
      <w:r>
        <w:rPr>
          <w:color w:val="CC3399"/>
        </w:rPr>
        <w:t xml:space="preserve">lives </w:t>
      </w:r>
      <w:r>
        <w:rPr>
          <w:color w:val="000000"/>
        </w:rPr>
        <w:t xml:space="preserve">we </w:t>
      </w:r>
      <w:r>
        <w:rPr>
          <w:color w:val="CC3399"/>
        </w:rPr>
        <w:t xml:space="preserve">lead are </w:t>
      </w:r>
      <w:r>
        <w:rPr>
          <w:color w:val="00787F"/>
        </w:rPr>
        <w:t xml:space="preserve">not </w:t>
      </w:r>
      <w:r>
        <w:rPr>
          <w:color w:val="CC3399"/>
        </w:rPr>
        <w:t xml:space="preserve">allowed </w:t>
      </w:r>
      <w:r>
        <w:rPr>
          <w:color w:val="000000"/>
        </w:rPr>
        <w:t xml:space="preserve">to </w:t>
      </w:r>
      <w:r>
        <w:rPr>
          <w:color w:val="CC3399"/>
        </w:rPr>
        <w:t xml:space="preserve">reach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natural </w:t>
      </w:r>
      <w:r>
        <w:rPr>
          <w:color w:val="00FFCC"/>
        </w:rPr>
        <w:t xml:space="preserve">span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myself I </w:t>
      </w:r>
      <w:r>
        <w:rPr>
          <w:color w:val="CC3399"/>
        </w:rPr>
        <w:t xml:space="preserve">do </w:t>
      </w:r>
      <w:r>
        <w:rPr>
          <w:color w:val="00787F"/>
        </w:rPr>
        <w:t xml:space="preserve">not </w:t>
      </w:r>
      <w:r>
        <w:rPr>
          <w:color w:val="CC3399"/>
        </w:rPr>
        <w:t xml:space="preserve">grumble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0000"/>
        </w:rPr>
        <w:t xml:space="preserve">I </w:t>
      </w:r>
      <w:r>
        <w:rPr>
          <w:color w:val="CC3399"/>
        </w:rPr>
        <w:t xml:space="preserve">am </w:t>
      </w: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lucky </w:t>
      </w:r>
      <w:r>
        <w:rPr>
          <w:color w:val="00FFCC"/>
        </w:rPr>
        <w:t xml:space="preserve">ones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 </w:t>
      </w:r>
      <w:r>
        <w:rPr>
          <w:color w:val="CC3399"/>
        </w:rPr>
        <w:t xml:space="preserve">am </w:t>
      </w:r>
      <w:r>
        <w:rPr>
          <w:color w:val="000000"/>
        </w:rPr>
        <w:t xml:space="preserve">twelve </w:t>
      </w:r>
      <w:r>
        <w:rPr>
          <w:color w:val="00FFCC"/>
        </w:rPr>
        <w:t xml:space="preserve">years </w:t>
      </w:r>
      <w:r>
        <w:rPr>
          <w:color w:val="33CCFF"/>
        </w:rPr>
        <w:t xml:space="preserve">old </w:t>
      </w:r>
      <w:r>
        <w:rPr>
          <w:color w:val="FF0066"/>
        </w:rPr>
        <w:t xml:space="preserve">and </w:t>
      </w:r>
      <w:r>
        <w:rPr>
          <w:color w:val="CC3399"/>
        </w:rPr>
        <w:t xml:space="preserve">have had </w:t>
      </w:r>
      <w:r>
        <w:rPr>
          <w:color w:val="FF6600"/>
        </w:rPr>
        <w:t xml:space="preserve">over </w:t>
      </w:r>
      <w:r>
        <w:rPr>
          <w:color w:val="000000"/>
        </w:rPr>
        <w:t xml:space="preserve">four </w:t>
      </w:r>
      <w:r>
        <w:rPr>
          <w:color w:val="33CCFF"/>
        </w:rPr>
        <w:t xml:space="preserve">hundred </w:t>
      </w:r>
      <w:r>
        <w:rPr>
          <w:color w:val="00FFCC"/>
        </w:rPr>
        <w:t xml:space="preserve">children </w:t>
      </w:r>
      <w:r>
        <w:rPr>
          <w:color w:val="000000"/>
        </w:rPr>
        <w:t xml:space="preserve">. </w:t>
      </w:r>
      <w:r>
        <w:rPr>
          <w:color w:val="33CCFF"/>
        </w:rPr>
        <w:t xml:space="preserve">Such </w:t>
      </w:r>
      <w:r>
        <w:rPr>
          <w:color w:val="CC3399"/>
        </w:rPr>
        <w:t xml:space="preserve">is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natural </w:t>
      </w:r>
      <w:r>
        <w:rPr>
          <w:color w:val="00FFCC"/>
        </w:rPr>
        <w:t xml:space="preserve">life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pig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no </w:t>
      </w:r>
      <w:r>
        <w:rPr>
          <w:color w:val="33CCFF"/>
        </w:rPr>
        <w:t xml:space="preserve">animal </w:t>
      </w:r>
      <w:r>
        <w:rPr>
          <w:color w:val="CC3399"/>
        </w:rPr>
        <w:t xml:space="preserve">escapes </w:t>
      </w:r>
      <w:r>
        <w:rPr>
          <w:color w:val="000000"/>
        </w:rPr>
        <w:t xml:space="preserve">the </w:t>
      </w:r>
      <w:r>
        <w:rPr>
          <w:color w:val="33CCFF"/>
        </w:rPr>
        <w:t xml:space="preserve">cruel </w:t>
      </w:r>
      <w:r>
        <w:rPr>
          <w:color w:val="00FFCC"/>
        </w:rPr>
        <w:t xml:space="preserve">knife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end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You </w:t>
      </w:r>
      <w:r>
        <w:rPr>
          <w:color w:val="33CCFF"/>
        </w:rPr>
        <w:t xml:space="preserve">young </w:t>
      </w:r>
      <w:r>
        <w:rPr>
          <w:color w:val="00FFCC"/>
        </w:rPr>
        <w:t xml:space="preserve">porkers </w:t>
      </w:r>
      <w:r>
        <w:rPr>
          <w:color w:val="000000"/>
        </w:rPr>
        <w:t xml:space="preserve">who </w:t>
      </w:r>
      <w:r>
        <w:rPr>
          <w:color w:val="CC3399"/>
        </w:rPr>
        <w:t xml:space="preserve">are sitting </w:t>
      </w:r>
      <w:r>
        <w:rPr>
          <w:color w:val="FF6600"/>
        </w:rPr>
        <w:t xml:space="preserve">in </w:t>
      </w:r>
      <w:r>
        <w:rPr>
          <w:color w:val="00FFCC"/>
        </w:rPr>
        <w:t xml:space="preserve">front </w:t>
      </w:r>
      <w:r>
        <w:rPr>
          <w:color w:val="FF6600"/>
        </w:rPr>
        <w:t xml:space="preserve">of </w:t>
      </w:r>
      <w:r>
        <w:rPr>
          <w:color w:val="000000"/>
        </w:rPr>
        <w:t xml:space="preserve">me , every one </w:t>
      </w:r>
      <w:r>
        <w:rPr>
          <w:color w:val="FF6600"/>
        </w:rPr>
        <w:t xml:space="preserve">of </w:t>
      </w:r>
      <w:r>
        <w:rPr>
          <w:color w:val="000000"/>
        </w:rPr>
        <w:t xml:space="preserve">you </w:t>
      </w:r>
      <w:r>
        <w:rPr>
          <w:color w:val="003E3E"/>
        </w:rPr>
        <w:t xml:space="preserve">will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scream </w:t>
      </w:r>
      <w:r>
        <w:rPr>
          <w:color w:val="000000"/>
        </w:rPr>
        <w:t xml:space="preserve">your </w:t>
      </w:r>
      <w:r>
        <w:rPr>
          <w:color w:val="00FFCC"/>
        </w:rPr>
        <w:t xml:space="preserve">lives </w:t>
      </w:r>
      <w:r>
        <w:rPr>
          <w:color w:val="000000"/>
        </w:rPr>
        <w:t xml:space="preserve">out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>block</w:t>
      </w:r>
      <w:r>
        <w:rPr>
          <w:color w:val="00FFCC"/>
        </w:rPr>
        <w:t xml:space="preserve"> </w:t>
      </w:r>
      <w:r>
        <w:rPr>
          <w:color w:val="FF6600"/>
        </w:rPr>
        <w:t xml:space="preserve">within </w:t>
      </w:r>
      <w:r>
        <w:rPr>
          <w:color w:val="000000"/>
        </w:rPr>
        <w:t xml:space="preserve">a </w:t>
      </w:r>
      <w:r>
        <w:rPr>
          <w:color w:val="00FFCC"/>
        </w:rPr>
        <w:t xml:space="preserve">year </w:t>
      </w:r>
      <w:r>
        <w:rPr>
          <w:color w:val="000000"/>
        </w:rPr>
        <w:t xml:space="preserve">. To that </w:t>
      </w:r>
      <w:r>
        <w:rPr>
          <w:color w:val="00FFCC"/>
        </w:rPr>
        <w:t xml:space="preserve">horror </w:t>
      </w:r>
      <w:r>
        <w:rPr>
          <w:color w:val="000000"/>
        </w:rPr>
        <w:t xml:space="preserve">we all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must </w:t>
      </w:r>
      <w:r>
        <w:rPr>
          <w:color w:val="CC3399"/>
        </w:rPr>
        <w:t xml:space="preserve">come </w:t>
      </w:r>
      <w:r>
        <w:rPr>
          <w:color w:val="000000"/>
        </w:rPr>
        <w:t xml:space="preserve">-- </w:t>
      </w:r>
      <w:r>
        <w:rPr>
          <w:color w:val="00FFCC"/>
        </w:rPr>
        <w:t xml:space="preserve">cows </w:t>
      </w:r>
      <w:r>
        <w:rPr>
          <w:color w:val="000000"/>
        </w:rPr>
        <w:t xml:space="preserve">, </w:t>
      </w:r>
      <w:r>
        <w:rPr>
          <w:color w:val="00FFCC"/>
        </w:rPr>
        <w:t xml:space="preserve">pigs </w:t>
      </w:r>
      <w:r>
        <w:rPr>
          <w:color w:val="000000"/>
        </w:rPr>
        <w:t xml:space="preserve">, </w:t>
      </w:r>
      <w:r>
        <w:rPr>
          <w:color w:val="00FFCC"/>
        </w:rPr>
        <w:t xml:space="preserve">hens </w:t>
      </w:r>
      <w:r>
        <w:rPr>
          <w:color w:val="000000"/>
        </w:rPr>
        <w:t xml:space="preserve">, </w:t>
      </w:r>
      <w:r>
        <w:rPr>
          <w:color w:val="00FFCC"/>
        </w:rPr>
        <w:t xml:space="preserve">sheep </w:t>
      </w:r>
      <w:r>
        <w:rPr>
          <w:color w:val="000000"/>
        </w:rPr>
        <w:t xml:space="preserve">, </w:t>
      </w:r>
      <w:r>
        <w:rPr>
          <w:color w:val="00FFCC"/>
        </w:rPr>
        <w:t xml:space="preserve">everyone </w:t>
      </w:r>
      <w:r>
        <w:rPr>
          <w:color w:val="000000"/>
        </w:rPr>
        <w:t xml:space="preserve">. </w:t>
      </w:r>
      <w:r>
        <w:rPr>
          <w:color w:val="00787F"/>
        </w:rPr>
        <w:t xml:space="preserve">Even </w:t>
      </w:r>
      <w:r>
        <w:rPr>
          <w:color w:val="000000"/>
        </w:rPr>
        <w:t xml:space="preserve">the </w:t>
      </w:r>
      <w:r>
        <w:rPr>
          <w:color w:val="00FFCC"/>
        </w:rPr>
        <w:t xml:space="preserve">horses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have </w:t>
      </w:r>
      <w:r>
        <w:rPr>
          <w:color w:val="000000"/>
        </w:rPr>
        <w:t xml:space="preserve">no </w:t>
      </w:r>
      <w:r>
        <w:rPr>
          <w:color w:val="33CCFF"/>
        </w:rPr>
        <w:t xml:space="preserve">better </w:t>
      </w:r>
      <w:r>
        <w:rPr>
          <w:color w:val="00FFCC"/>
        </w:rPr>
        <w:t xml:space="preserve">fate </w:t>
      </w:r>
      <w:r>
        <w:rPr>
          <w:color w:val="000000"/>
        </w:rPr>
        <w:t xml:space="preserve">. You , </w:t>
      </w:r>
      <w:r>
        <w:rPr>
          <w:color w:val="00FFCC"/>
        </w:rPr>
        <w:t xml:space="preserve">Boxer </w:t>
      </w:r>
      <w:r>
        <w:rPr>
          <w:color w:val="000000"/>
        </w:rPr>
        <w:t xml:space="preserve">, the </w:t>
      </w:r>
      <w:r>
        <w:rPr>
          <w:color w:val="00787F"/>
        </w:rPr>
        <w:t xml:space="preserve">very </w:t>
      </w:r>
      <w:r>
        <w:rPr>
          <w:color w:val="00FFCC"/>
        </w:rPr>
        <w:t xml:space="preserve">day </w:t>
      </w:r>
      <w:r>
        <w:rPr>
          <w:color w:val="FF6600"/>
        </w:rPr>
        <w:t xml:space="preserve">that </w:t>
      </w:r>
      <w:r>
        <w:rPr>
          <w:color w:val="000000"/>
        </w:rPr>
        <w:t xml:space="preserve">those </w:t>
      </w:r>
      <w:r>
        <w:rPr>
          <w:color w:val="33CCFF"/>
        </w:rPr>
        <w:t xml:space="preserve">great </w:t>
      </w:r>
      <w:r>
        <w:rPr>
          <w:color w:val="00FFCC"/>
        </w:rPr>
        <w:t xml:space="preserve">muscles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yours </w:t>
      </w:r>
      <w:r>
        <w:rPr>
          <w:color w:val="CC3399"/>
        </w:rPr>
        <w:t xml:space="preserve">lose </w:t>
      </w:r>
      <w:r>
        <w:rPr>
          <w:color w:val="000000"/>
        </w:rPr>
        <w:t xml:space="preserve">their </w:t>
      </w:r>
      <w:r>
        <w:rPr>
          <w:color w:val="00FFCC"/>
        </w:rPr>
        <w:t xml:space="preserve">power </w:t>
      </w:r>
      <w:r>
        <w:rPr>
          <w:color w:val="000000"/>
        </w:rPr>
        <w:t xml:space="preserve">, </w:t>
      </w:r>
      <w:r>
        <w:rPr>
          <w:color w:val="00FFCC"/>
        </w:rPr>
        <w:t xml:space="preserve">Jones </w:t>
      </w:r>
      <w:r>
        <w:rPr>
          <w:color w:val="003E3E"/>
        </w:rPr>
        <w:t xml:space="preserve">will </w:t>
      </w:r>
      <w:r>
        <w:rPr>
          <w:color w:val="CC3399"/>
        </w:rPr>
        <w:t xml:space="preserve">sell </w:t>
      </w:r>
      <w:r>
        <w:rPr>
          <w:color w:val="000000"/>
        </w:rPr>
        <w:t xml:space="preserve">you to the </w:t>
      </w:r>
      <w:r>
        <w:rPr>
          <w:color w:val="00FFCC"/>
        </w:rPr>
        <w:t xml:space="preserve">knacker </w:t>
      </w:r>
      <w:r>
        <w:rPr>
          <w:color w:val="000000"/>
        </w:rPr>
        <w:t xml:space="preserve">, who </w:t>
      </w:r>
      <w:r>
        <w:rPr>
          <w:color w:val="003E3E"/>
        </w:rPr>
        <w:t xml:space="preserve">will </w:t>
      </w:r>
      <w:r>
        <w:rPr>
          <w:color w:val="CC3399"/>
        </w:rPr>
        <w:t xml:space="preserve">cut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your </w:t>
      </w:r>
      <w:r>
        <w:rPr>
          <w:color w:val="00FFCC"/>
        </w:rPr>
        <w:t xml:space="preserve">throat </w:t>
      </w:r>
      <w:r>
        <w:rPr>
          <w:color w:val="FF0066"/>
        </w:rPr>
        <w:t xml:space="preserve">and </w:t>
      </w:r>
      <w:r>
        <w:rPr>
          <w:color w:val="00FFCC"/>
        </w:rPr>
        <w:t xml:space="preserve">boil </w:t>
      </w:r>
      <w:r>
        <w:rPr>
          <w:color w:val="000000"/>
        </w:rPr>
        <w:t xml:space="preserve">you down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foxhounds </w:t>
      </w:r>
      <w:r>
        <w:rPr>
          <w:color w:val="000000"/>
        </w:rPr>
        <w:t xml:space="preserve">. </w:t>
      </w:r>
      <w:r>
        <w:rPr>
          <w:color w:val="FF6600"/>
        </w:rPr>
        <w:t xml:space="preserve">As for </w:t>
      </w: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000000"/>
        </w:rPr>
        <w:t xml:space="preserve">, when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grow </w:t>
      </w:r>
      <w:r>
        <w:rPr>
          <w:color w:val="33CCFF"/>
        </w:rPr>
        <w:t xml:space="preserve">old </w:t>
      </w:r>
      <w:r>
        <w:rPr>
          <w:color w:val="FF0066"/>
        </w:rPr>
        <w:t xml:space="preserve">and </w:t>
      </w:r>
      <w:r>
        <w:rPr>
          <w:color w:val="00FFCC"/>
        </w:rPr>
        <w:t xml:space="preserve">toothless </w:t>
      </w:r>
      <w:r>
        <w:rPr>
          <w:color w:val="000000"/>
        </w:rPr>
        <w:t xml:space="preserve">, </w:t>
      </w:r>
      <w:r>
        <w:rPr>
          <w:color w:val="00FFCC"/>
        </w:rPr>
        <w:t xml:space="preserve">Jones </w:t>
      </w:r>
      <w:r>
        <w:rPr>
          <w:color w:val="CC3399"/>
        </w:rPr>
        <w:t xml:space="preserve">ties </w:t>
      </w:r>
      <w:r>
        <w:rPr>
          <w:color w:val="000000"/>
        </w:rPr>
        <w:t xml:space="preserve">a </w:t>
      </w:r>
      <w:r>
        <w:rPr>
          <w:color w:val="00FFCC"/>
        </w:rPr>
        <w:t xml:space="preserve">brick </w:t>
      </w:r>
      <w:r>
        <w:rPr>
          <w:color w:val="000000"/>
        </w:rPr>
        <w:t xml:space="preserve">round their </w:t>
      </w:r>
      <w:r>
        <w:rPr>
          <w:color w:val="00FFCC"/>
        </w:rPr>
        <w:t xml:space="preserve">necks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drowns </w:t>
      </w:r>
      <w:r>
        <w:rPr>
          <w:color w:val="000000"/>
        </w:rPr>
        <w:t xml:space="preserve">them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nearest </w:t>
      </w:r>
      <w:r>
        <w:rPr>
          <w:color w:val="00FFCC"/>
        </w:rPr>
        <w:t xml:space="preserve">pond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CC3399"/>
        </w:rPr>
        <w:t xml:space="preserve">Is </w:t>
      </w:r>
      <w:r>
        <w:rPr>
          <w:color w:val="000000"/>
        </w:rPr>
        <w:t xml:space="preserve">it </w:t>
      </w:r>
      <w:r>
        <w:rPr>
          <w:color w:val="00787F"/>
        </w:rPr>
        <w:t xml:space="preserve">not </w:t>
      </w:r>
      <w:r>
        <w:rPr>
          <w:color w:val="33CCFF"/>
        </w:rPr>
        <w:t xml:space="preserve">crystal clear </w:t>
      </w:r>
      <w:r>
        <w:rPr>
          <w:color w:val="000000"/>
        </w:rPr>
        <w:t xml:space="preserve">, </w:t>
      </w:r>
      <w:r>
        <w:rPr>
          <w:color w:val="00787F"/>
        </w:rPr>
        <w:t xml:space="preserve">then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all the </w:t>
      </w:r>
      <w:r>
        <w:rPr>
          <w:color w:val="00FFCC"/>
        </w:rPr>
        <w:t xml:space="preserve">evils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00FFCC"/>
        </w:rPr>
        <w:t xml:space="preserve">life </w:t>
      </w:r>
    </w:p>
    <w:p w:rsidR="00D83EF7" w:rsidRDefault="00CA4524" w:rsidP="00CA4524">
      <w:pPr>
        <w:spacing w:after="0"/>
      </w:pPr>
      <w:r>
        <w:rPr>
          <w:color w:val="FF6600"/>
        </w:rPr>
        <w:lastRenderedPageBreak/>
        <w:t xml:space="preserve">of </w:t>
      </w:r>
      <w:r>
        <w:rPr>
          <w:color w:val="00FFCC"/>
        </w:rPr>
        <w:t xml:space="preserve">ours </w:t>
      </w:r>
      <w:r>
        <w:rPr>
          <w:color w:val="CC3399"/>
        </w:rPr>
        <w:t xml:space="preserve">spring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tyranny </w:t>
      </w:r>
      <w:r>
        <w:rPr>
          <w:color w:val="FF6600"/>
        </w:rPr>
        <w:t xml:space="preserve">of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000000"/>
        </w:rPr>
        <w:t xml:space="preserve">? </w:t>
      </w:r>
      <w:r>
        <w:rPr>
          <w:color w:val="00787F"/>
        </w:rPr>
        <w:t xml:space="preserve">Only </w:t>
      </w:r>
      <w:r>
        <w:rPr>
          <w:color w:val="CC3399"/>
        </w:rPr>
        <w:t xml:space="preserve">get </w:t>
      </w:r>
      <w:r>
        <w:rPr>
          <w:color w:val="33CCFF"/>
        </w:rPr>
        <w:t xml:space="preserve">rid </w:t>
      </w:r>
      <w:r>
        <w:rPr>
          <w:color w:val="FF6600"/>
        </w:rPr>
        <w:t xml:space="preserve">of </w:t>
      </w:r>
      <w:r>
        <w:rPr>
          <w:color w:val="00FFCC"/>
        </w:rPr>
        <w:t xml:space="preserve">Man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produce </w:t>
      </w:r>
      <w:r>
        <w:rPr>
          <w:color w:val="FF6600"/>
        </w:rPr>
        <w:t xml:space="preserve">of </w:t>
      </w:r>
      <w:r>
        <w:rPr>
          <w:color w:val="000000"/>
        </w:rPr>
        <w:t xml:space="preserve">our </w:t>
      </w:r>
      <w:r>
        <w:rPr>
          <w:color w:val="00FFCC"/>
        </w:rPr>
        <w:t xml:space="preserve">labour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000000"/>
        </w:rPr>
        <w:t xml:space="preserve">our </w:t>
      </w:r>
      <w:r>
        <w:rPr>
          <w:color w:val="33CCFF"/>
        </w:rPr>
        <w:t xml:space="preserve">own </w:t>
      </w:r>
      <w:r>
        <w:rPr>
          <w:color w:val="000000"/>
        </w:rPr>
        <w:t xml:space="preserve">. </w:t>
      </w:r>
      <w:r>
        <w:rPr>
          <w:color w:val="00787F"/>
        </w:rPr>
        <w:t xml:space="preserve">Almost </w:t>
      </w:r>
      <w:r>
        <w:rPr>
          <w:color w:val="FF6600"/>
        </w:rPr>
        <w:t xml:space="preserve">overnight </w:t>
      </w:r>
      <w:r>
        <w:rPr>
          <w:color w:val="000000"/>
        </w:rPr>
        <w:t xml:space="preserve">we </w:t>
      </w:r>
      <w:r>
        <w:rPr>
          <w:color w:val="003E3E"/>
        </w:rPr>
        <w:t xml:space="preserve">could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become </w:t>
      </w:r>
      <w:r>
        <w:rPr>
          <w:color w:val="33CCFF"/>
        </w:rPr>
        <w:t xml:space="preserve">rich </w:t>
      </w:r>
      <w:r>
        <w:rPr>
          <w:color w:val="FF0066"/>
        </w:rPr>
        <w:t xml:space="preserve">and </w:t>
      </w:r>
      <w:r>
        <w:rPr>
          <w:color w:val="33CCFF"/>
        </w:rPr>
        <w:t xml:space="preserve">free </w:t>
      </w:r>
      <w:r>
        <w:rPr>
          <w:color w:val="000000"/>
        </w:rPr>
        <w:t xml:space="preserve">. What </w:t>
      </w:r>
      <w:r>
        <w:rPr>
          <w:color w:val="00787F"/>
        </w:rPr>
        <w:t xml:space="preserve">then </w:t>
      </w:r>
      <w:r>
        <w:rPr>
          <w:color w:val="003E3E"/>
        </w:rPr>
        <w:t xml:space="preserve">must </w:t>
      </w:r>
      <w:r>
        <w:rPr>
          <w:color w:val="000000"/>
        </w:rPr>
        <w:t xml:space="preserve">we </w:t>
      </w:r>
      <w:r>
        <w:rPr>
          <w:color w:val="CC3399"/>
        </w:rPr>
        <w:t xml:space="preserve">do </w:t>
      </w:r>
      <w:r>
        <w:rPr>
          <w:color w:val="000000"/>
        </w:rPr>
        <w:t xml:space="preserve">? Why , </w:t>
      </w:r>
      <w:r>
        <w:rPr>
          <w:color w:val="00FFCC"/>
        </w:rPr>
        <w:t xml:space="preserve">work night </w:t>
      </w:r>
      <w:r>
        <w:rPr>
          <w:color w:val="FF0066"/>
        </w:rPr>
        <w:t xml:space="preserve">and </w:t>
      </w:r>
      <w:r>
        <w:rPr>
          <w:color w:val="00FFCC"/>
        </w:rPr>
        <w:t xml:space="preserve">day </w:t>
      </w:r>
      <w:r>
        <w:rPr>
          <w:color w:val="000000"/>
        </w:rPr>
        <w:t xml:space="preserve">, </w:t>
      </w:r>
      <w:r>
        <w:rPr>
          <w:color w:val="00FFCC"/>
        </w:rPr>
        <w:t>b</w:t>
      </w:r>
      <w:r>
        <w:rPr>
          <w:color w:val="00FFCC"/>
        </w:rPr>
        <w:t xml:space="preserve">ody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FFCC"/>
        </w:rPr>
        <w:t xml:space="preserve">soul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overthrow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race </w:t>
      </w:r>
      <w:r>
        <w:rPr>
          <w:color w:val="000000"/>
        </w:rPr>
        <w:t xml:space="preserve">! That </w:t>
      </w:r>
      <w:r>
        <w:rPr>
          <w:color w:val="CC3399"/>
        </w:rPr>
        <w:t xml:space="preserve">is </w:t>
      </w:r>
      <w:r>
        <w:rPr>
          <w:color w:val="000000"/>
        </w:rPr>
        <w:t xml:space="preserve">my </w:t>
      </w:r>
      <w:r>
        <w:rPr>
          <w:color w:val="00FFCC"/>
        </w:rPr>
        <w:t xml:space="preserve">message </w:t>
      </w:r>
      <w:r>
        <w:rPr>
          <w:color w:val="000000"/>
        </w:rPr>
        <w:t xml:space="preserve">to you 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comrades </w:t>
      </w:r>
      <w:r>
        <w:rPr>
          <w:color w:val="000000"/>
        </w:rPr>
        <w:t xml:space="preserve">: </w:t>
      </w:r>
      <w:r>
        <w:rPr>
          <w:color w:val="00FFCC"/>
        </w:rPr>
        <w:t xml:space="preserve">Rebellion </w:t>
      </w:r>
      <w:r>
        <w:rPr>
          <w:color w:val="000000"/>
        </w:rPr>
        <w:t xml:space="preserve">! I </w:t>
      </w:r>
      <w:r>
        <w:rPr>
          <w:color w:val="CC3399"/>
        </w:rPr>
        <w:t xml:space="preserve">do </w:t>
      </w:r>
      <w:r>
        <w:rPr>
          <w:color w:val="00787F"/>
        </w:rPr>
        <w:t xml:space="preserve">not </w:t>
      </w:r>
      <w:r>
        <w:rPr>
          <w:color w:val="CC3399"/>
        </w:rPr>
        <w:t xml:space="preserve">know </w:t>
      </w:r>
      <w:r>
        <w:rPr>
          <w:color w:val="000000"/>
        </w:rPr>
        <w:t xml:space="preserve">when that </w:t>
      </w:r>
      <w:r>
        <w:rPr>
          <w:color w:val="00FFCC"/>
        </w:rPr>
        <w:t xml:space="preserve">Rebellion </w:t>
      </w:r>
      <w:r>
        <w:rPr>
          <w:color w:val="003E3E"/>
        </w:rPr>
        <w:t xml:space="preserve">will </w:t>
      </w:r>
      <w:r>
        <w:rPr>
          <w:color w:val="CC3399"/>
        </w:rPr>
        <w:t xml:space="preserve">come </w:t>
      </w:r>
      <w:r>
        <w:rPr>
          <w:color w:val="000000"/>
        </w:rPr>
        <w:t xml:space="preserve">, it </w:t>
      </w:r>
      <w:r>
        <w:rPr>
          <w:color w:val="003E3E"/>
        </w:rPr>
        <w:t xml:space="preserve">might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week </w:t>
      </w:r>
      <w:r>
        <w:rPr>
          <w:color w:val="FF0066"/>
        </w:rPr>
        <w:t xml:space="preserve">or </w:t>
      </w:r>
      <w:r>
        <w:rPr>
          <w:color w:val="FF6600"/>
        </w:rPr>
        <w:t xml:space="preserve">in </w:t>
      </w:r>
      <w:r>
        <w:rPr>
          <w:color w:val="000000"/>
        </w:rPr>
        <w:t xml:space="preserve">a hundred </w:t>
      </w:r>
      <w:r>
        <w:rPr>
          <w:color w:val="00FFCC"/>
        </w:rPr>
        <w:t xml:space="preserve">years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I </w:t>
      </w:r>
      <w:r>
        <w:rPr>
          <w:color w:val="CC3399"/>
        </w:rPr>
        <w:t xml:space="preserve">know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787F"/>
        </w:rPr>
        <w:t xml:space="preserve">surely </w:t>
      </w:r>
      <w:r>
        <w:rPr>
          <w:color w:val="FF6600"/>
        </w:rPr>
        <w:t xml:space="preserve">as </w:t>
      </w:r>
      <w:r>
        <w:rPr>
          <w:color w:val="000000"/>
        </w:rPr>
        <w:t xml:space="preserve">I </w:t>
      </w:r>
      <w:r>
        <w:rPr>
          <w:color w:val="CC3399"/>
        </w:rPr>
        <w:t xml:space="preserve">see </w:t>
      </w:r>
      <w:r>
        <w:rPr>
          <w:color w:val="000000"/>
        </w:rPr>
        <w:t xml:space="preserve">this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straw </w:t>
      </w:r>
      <w:r>
        <w:rPr>
          <w:color w:val="00FFCC"/>
        </w:rPr>
        <w:t xml:space="preserve">beneath </w:t>
      </w:r>
      <w:r>
        <w:rPr>
          <w:color w:val="000000"/>
        </w:rPr>
        <w:t xml:space="preserve">my </w:t>
      </w:r>
      <w:r>
        <w:rPr>
          <w:color w:val="00FFCC"/>
        </w:rPr>
        <w:t xml:space="preserve">feet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FFCC"/>
        </w:rPr>
        <w:t xml:space="preserve">sooner </w:t>
      </w:r>
      <w:r>
        <w:rPr>
          <w:color w:val="FF0066"/>
        </w:rPr>
        <w:t xml:space="preserve">or </w:t>
      </w:r>
      <w:r>
        <w:rPr>
          <w:color w:val="33CCFF"/>
        </w:rPr>
        <w:t xml:space="preserve">later </w:t>
      </w:r>
      <w:r>
        <w:rPr>
          <w:color w:val="00FFCC"/>
        </w:rPr>
        <w:t xml:space="preserve">justice </w:t>
      </w:r>
      <w:r>
        <w:rPr>
          <w:color w:val="003E3E"/>
        </w:rPr>
        <w:t xml:space="preserve">will </w:t>
      </w:r>
      <w:r>
        <w:rPr>
          <w:color w:val="CC3399"/>
        </w:rPr>
        <w:t xml:space="preserve">be done </w:t>
      </w:r>
      <w:r>
        <w:rPr>
          <w:color w:val="000000"/>
        </w:rPr>
        <w:t xml:space="preserve">. Fix your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eyes </w:t>
      </w:r>
      <w:r>
        <w:rPr>
          <w:color w:val="FF6600"/>
        </w:rPr>
        <w:t xml:space="preserve">on </w:t>
      </w:r>
      <w:r>
        <w:rPr>
          <w:color w:val="000000"/>
        </w:rPr>
        <w:t xml:space="preserve">that 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  <w:r>
        <w:rPr>
          <w:color w:val="FF6600"/>
        </w:rPr>
        <w:t xml:space="preserve">throughout </w:t>
      </w:r>
      <w:r>
        <w:rPr>
          <w:color w:val="000000"/>
        </w:rPr>
        <w:t xml:space="preserve">the </w:t>
      </w:r>
      <w:r>
        <w:rPr>
          <w:color w:val="33CCFF"/>
        </w:rPr>
        <w:t xml:space="preserve">short </w:t>
      </w:r>
      <w:r>
        <w:rPr>
          <w:color w:val="00FFCC"/>
        </w:rPr>
        <w:t xml:space="preserve">remainder </w:t>
      </w:r>
      <w:r>
        <w:rPr>
          <w:color w:val="FF6600"/>
        </w:rPr>
        <w:t xml:space="preserve">of </w:t>
      </w:r>
      <w:r>
        <w:rPr>
          <w:color w:val="000000"/>
        </w:rPr>
        <w:t xml:space="preserve">your </w:t>
      </w:r>
      <w:r>
        <w:rPr>
          <w:color w:val="00FFCC"/>
        </w:rPr>
        <w:t xml:space="preserve">lives </w:t>
      </w:r>
      <w:r>
        <w:rPr>
          <w:color w:val="000000"/>
        </w:rPr>
        <w:t xml:space="preserve">!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above </w:t>
      </w:r>
      <w:r>
        <w:rPr>
          <w:color w:val="000000"/>
        </w:rPr>
        <w:t xml:space="preserve">all , </w:t>
      </w:r>
      <w:r>
        <w:rPr>
          <w:color w:val="00FFCC"/>
        </w:rPr>
        <w:t xml:space="preserve">pass </w:t>
      </w:r>
      <w:r>
        <w:rPr>
          <w:color w:val="FF6600"/>
        </w:rPr>
        <w:t xml:space="preserve">on </w:t>
      </w:r>
      <w:r>
        <w:rPr>
          <w:color w:val="000000"/>
        </w:rPr>
        <w:t xml:space="preserve">this </w:t>
      </w:r>
      <w:r>
        <w:rPr>
          <w:color w:val="00FFCC"/>
        </w:rPr>
        <w:t xml:space="preserve">message </w:t>
      </w:r>
      <w:r>
        <w:rPr>
          <w:color w:val="FF6600"/>
        </w:rPr>
        <w:t xml:space="preserve">of </w:t>
      </w:r>
      <w:r>
        <w:rPr>
          <w:color w:val="00FFCC"/>
        </w:rPr>
        <w:t xml:space="preserve">mine </w:t>
      </w:r>
      <w:r>
        <w:rPr>
          <w:color w:val="000000"/>
        </w:rPr>
        <w:t xml:space="preserve">to those who </w:t>
      </w:r>
      <w:r>
        <w:rPr>
          <w:color w:val="CC3399"/>
        </w:rPr>
        <w:t xml:space="preserve">come </w:t>
      </w:r>
      <w:r>
        <w:rPr>
          <w:color w:val="FF6600"/>
        </w:rPr>
        <w:t xml:space="preserve">after </w:t>
      </w:r>
      <w:r>
        <w:rPr>
          <w:color w:val="000000"/>
        </w:rPr>
        <w:t xml:space="preserve">you , </w:t>
      </w:r>
      <w:r>
        <w:rPr>
          <w:color w:val="00787F"/>
        </w:rPr>
        <w:t xml:space="preserve">so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that </w:t>
      </w:r>
      <w:r>
        <w:rPr>
          <w:color w:val="00FFCC"/>
        </w:rPr>
        <w:t xml:space="preserve">future generations </w:t>
      </w:r>
      <w:r>
        <w:rPr>
          <w:color w:val="003E3E"/>
        </w:rPr>
        <w:t xml:space="preserve">shall </w:t>
      </w:r>
      <w:r>
        <w:rPr>
          <w:color w:val="CC3399"/>
        </w:rPr>
        <w:t xml:space="preserve">carry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struggle </w:t>
      </w:r>
      <w:r>
        <w:rPr>
          <w:color w:val="FF6600"/>
        </w:rPr>
        <w:t xml:space="preserve">until </w:t>
      </w:r>
      <w:r>
        <w:rPr>
          <w:color w:val="000000"/>
        </w:rPr>
        <w:t xml:space="preserve">it </w:t>
      </w:r>
      <w:r>
        <w:rPr>
          <w:color w:val="CC3399"/>
        </w:rPr>
        <w:t xml:space="preserve">is </w:t>
      </w:r>
      <w:r>
        <w:rPr>
          <w:color w:val="33CCFF"/>
        </w:rPr>
        <w:t xml:space="preserve">victorious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FF0066"/>
        </w:rPr>
        <w:t xml:space="preserve">And </w:t>
      </w:r>
      <w:r>
        <w:rPr>
          <w:color w:val="CC3399"/>
        </w:rPr>
        <w:t xml:space="preserve">remember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your </w:t>
      </w:r>
      <w:r>
        <w:rPr>
          <w:color w:val="00FFCC"/>
        </w:rPr>
        <w:t xml:space="preserve">resolution </w:t>
      </w:r>
      <w:r>
        <w:rPr>
          <w:color w:val="003E3E"/>
        </w:rPr>
        <w:t xml:space="preserve">must </w:t>
      </w:r>
      <w:r>
        <w:rPr>
          <w:color w:val="00787F"/>
        </w:rPr>
        <w:t xml:space="preserve">never </w:t>
      </w:r>
      <w:r>
        <w:rPr>
          <w:color w:val="CC3399"/>
        </w:rPr>
        <w:t xml:space="preserve">falter </w:t>
      </w:r>
      <w:r>
        <w:rPr>
          <w:color w:val="000000"/>
        </w:rPr>
        <w:t xml:space="preserve">. No </w:t>
      </w:r>
      <w:r>
        <w:rPr>
          <w:color w:val="00FFCC"/>
        </w:rPr>
        <w:t xml:space="preserve">argument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must </w:t>
      </w:r>
      <w:r>
        <w:rPr>
          <w:color w:val="CC3399"/>
        </w:rPr>
        <w:t xml:space="preserve">lead </w:t>
      </w:r>
      <w:r>
        <w:rPr>
          <w:color w:val="000000"/>
        </w:rPr>
        <w:t xml:space="preserve">you </w:t>
      </w:r>
      <w:r>
        <w:rPr>
          <w:color w:val="33CCFF"/>
        </w:rPr>
        <w:t xml:space="preserve">astray </w:t>
      </w:r>
      <w:r>
        <w:rPr>
          <w:color w:val="000000"/>
        </w:rPr>
        <w:t xml:space="preserve">. </w:t>
      </w:r>
      <w:r>
        <w:rPr>
          <w:color w:val="00787F"/>
        </w:rPr>
        <w:t xml:space="preserve">Never </w:t>
      </w:r>
      <w:r>
        <w:rPr>
          <w:color w:val="CC3399"/>
        </w:rPr>
        <w:t xml:space="preserve">listen </w:t>
      </w:r>
      <w:r>
        <w:rPr>
          <w:color w:val="000000"/>
        </w:rPr>
        <w:t xml:space="preserve">when they </w:t>
      </w:r>
      <w:r>
        <w:rPr>
          <w:color w:val="CC3399"/>
        </w:rPr>
        <w:t xml:space="preserve">tell </w:t>
      </w:r>
      <w:r>
        <w:rPr>
          <w:color w:val="000000"/>
        </w:rPr>
        <w:t xml:space="preserve">you </w:t>
      </w:r>
      <w:r>
        <w:rPr>
          <w:color w:val="FF6600"/>
        </w:rPr>
        <w:t xml:space="preserve">that </w:t>
      </w:r>
      <w:r>
        <w:rPr>
          <w:color w:val="00FFCC"/>
        </w:rPr>
        <w:t xml:space="preserve">Man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have </w:t>
      </w:r>
      <w:r>
        <w:rPr>
          <w:color w:val="000000"/>
        </w:rPr>
        <w:t xml:space="preserve">a </w:t>
      </w:r>
      <w:r>
        <w:rPr>
          <w:color w:val="33CCFF"/>
        </w:rPr>
        <w:t xml:space="preserve">common </w:t>
      </w:r>
      <w:r>
        <w:rPr>
          <w:color w:val="00FFCC"/>
        </w:rPr>
        <w:t xml:space="preserve">interest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prosperity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one </w:t>
      </w:r>
      <w:r>
        <w:rPr>
          <w:color w:val="CC3399"/>
        </w:rPr>
        <w:t>i</w:t>
      </w:r>
      <w:r>
        <w:rPr>
          <w:color w:val="CC3399"/>
        </w:rPr>
        <w:t xml:space="preserve">s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prosperity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others </w:t>
      </w:r>
      <w:r>
        <w:rPr>
          <w:color w:val="000000"/>
        </w:rPr>
        <w:t xml:space="preserve">. It </w:t>
      </w:r>
      <w:r>
        <w:rPr>
          <w:color w:val="CC3399"/>
        </w:rPr>
        <w:t xml:space="preserve">is </w:t>
      </w:r>
      <w:r>
        <w:rPr>
          <w:color w:val="000000"/>
        </w:rPr>
        <w:t xml:space="preserve">all </w:t>
      </w:r>
      <w:r>
        <w:rPr>
          <w:color w:val="00FFCC"/>
        </w:rPr>
        <w:t xml:space="preserve">lies </w:t>
      </w:r>
      <w:r>
        <w:rPr>
          <w:color w:val="000000"/>
        </w:rPr>
        <w:t xml:space="preserve">. </w:t>
      </w:r>
      <w:r>
        <w:rPr>
          <w:color w:val="00FFCC"/>
        </w:rPr>
        <w:t xml:space="preserve">Man </w:t>
      </w:r>
      <w:r>
        <w:rPr>
          <w:color w:val="CC3399"/>
        </w:rPr>
        <w:t xml:space="preserve">serves </w:t>
      </w:r>
      <w:r>
        <w:rPr>
          <w:color w:val="000000"/>
        </w:rPr>
        <w:t xml:space="preserve">the </w:t>
      </w:r>
      <w:r>
        <w:rPr>
          <w:color w:val="00FFCC"/>
        </w:rPr>
        <w:t xml:space="preserve">interests </w:t>
      </w:r>
      <w:r>
        <w:rPr>
          <w:color w:val="FF6600"/>
        </w:rPr>
        <w:t xml:space="preserve">of </w:t>
      </w:r>
      <w:r>
        <w:rPr>
          <w:color w:val="000000"/>
        </w:rPr>
        <w:t xml:space="preserve">no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creature </w:t>
      </w:r>
      <w:r>
        <w:rPr>
          <w:color w:val="FF6600"/>
        </w:rPr>
        <w:t xml:space="preserve">except </w:t>
      </w:r>
      <w:r>
        <w:rPr>
          <w:color w:val="000000"/>
        </w:rPr>
        <w:t xml:space="preserve">himself . </w:t>
      </w:r>
      <w:r>
        <w:rPr>
          <w:color w:val="FF0066"/>
        </w:rPr>
        <w:t xml:space="preserve">And </w:t>
      </w:r>
      <w:r>
        <w:rPr>
          <w:color w:val="FF6600"/>
        </w:rPr>
        <w:t xml:space="preserve">among </w:t>
      </w:r>
      <w:r>
        <w:rPr>
          <w:color w:val="000000"/>
        </w:rPr>
        <w:t xml:space="preserve">us </w:t>
      </w:r>
      <w:r>
        <w:rPr>
          <w:color w:val="00FFCC"/>
        </w:rPr>
        <w:t xml:space="preserve">animals </w:t>
      </w:r>
      <w:r>
        <w:rPr>
          <w:color w:val="CC3399"/>
        </w:rPr>
        <w:t xml:space="preserve">let </w:t>
      </w:r>
      <w:r>
        <w:rPr>
          <w:color w:val="00787F"/>
        </w:rPr>
        <w:t xml:space="preserve">there </w:t>
      </w:r>
      <w:r>
        <w:rPr>
          <w:color w:val="CC3399"/>
        </w:rPr>
        <w:t xml:space="preserve">be </w:t>
      </w:r>
      <w:r>
        <w:rPr>
          <w:color w:val="33CCFF"/>
        </w:rPr>
        <w:t xml:space="preserve">perfect </w:t>
      </w:r>
      <w:r>
        <w:rPr>
          <w:color w:val="00FFCC"/>
        </w:rPr>
        <w:t xml:space="preserve">unity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perfect </w:t>
      </w:r>
      <w:r>
        <w:rPr>
          <w:color w:val="00FFCC"/>
        </w:rPr>
        <w:t xml:space="preserve">comradeship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struggle </w:t>
      </w:r>
      <w:r>
        <w:rPr>
          <w:color w:val="000000"/>
        </w:rPr>
        <w:t xml:space="preserve">. All </w:t>
      </w:r>
      <w:r>
        <w:rPr>
          <w:color w:val="00FFCC"/>
        </w:rPr>
        <w:t xml:space="preserve">men </w:t>
      </w:r>
      <w:r>
        <w:rPr>
          <w:color w:val="CC3399"/>
        </w:rPr>
        <w:t xml:space="preserve">are </w:t>
      </w:r>
      <w:r>
        <w:rPr>
          <w:color w:val="00FFCC"/>
        </w:rPr>
        <w:t xml:space="preserve">enemies </w:t>
      </w:r>
      <w:r>
        <w:rPr>
          <w:color w:val="000000"/>
        </w:rPr>
        <w:t xml:space="preserve">. All </w:t>
      </w:r>
      <w:r>
        <w:rPr>
          <w:color w:val="00FFCC"/>
        </w:rPr>
        <w:t xml:space="preserve">animals </w:t>
      </w:r>
      <w:r>
        <w:rPr>
          <w:color w:val="CC3399"/>
        </w:rPr>
        <w:t xml:space="preserve">are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comrades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At </w:t>
      </w:r>
      <w:r>
        <w:rPr>
          <w:color w:val="000000"/>
        </w:rPr>
        <w:t xml:space="preserve">this </w:t>
      </w:r>
      <w:r>
        <w:rPr>
          <w:color w:val="00FFCC"/>
        </w:rPr>
        <w:t xml:space="preserve">moment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tremendous </w:t>
      </w:r>
      <w:r>
        <w:rPr>
          <w:color w:val="00FFCC"/>
        </w:rPr>
        <w:t xml:space="preserve">uproar </w:t>
      </w:r>
      <w:r>
        <w:rPr>
          <w:color w:val="000000"/>
        </w:rPr>
        <w:t xml:space="preserve">. </w:t>
      </w:r>
      <w:r>
        <w:rPr>
          <w:color w:val="FF6600"/>
        </w:rPr>
        <w:t xml:space="preserve">While </w:t>
      </w:r>
      <w:r>
        <w:rPr>
          <w:color w:val="00FFCC"/>
        </w:rPr>
        <w:t xml:space="preserve">Major </w:t>
      </w:r>
      <w:r>
        <w:rPr>
          <w:color w:val="CC3399"/>
        </w:rPr>
        <w:t xml:space="preserve">was speaking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four </w:t>
      </w:r>
      <w:r>
        <w:rPr>
          <w:color w:val="33CCFF"/>
        </w:rPr>
        <w:t xml:space="preserve">large </w:t>
      </w:r>
      <w:r>
        <w:rPr>
          <w:color w:val="00FFCC"/>
        </w:rPr>
        <w:t xml:space="preserve">rats </w:t>
      </w:r>
      <w:r>
        <w:rPr>
          <w:color w:val="CC3399"/>
        </w:rPr>
        <w:t xml:space="preserve">had crept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their </w:t>
      </w:r>
      <w:r>
        <w:rPr>
          <w:color w:val="00FFCC"/>
        </w:rPr>
        <w:t xml:space="preserve">holes </w:t>
      </w:r>
      <w:r>
        <w:rPr>
          <w:color w:val="FF0066"/>
        </w:rPr>
        <w:t xml:space="preserve">and </w:t>
      </w:r>
      <w:r>
        <w:rPr>
          <w:color w:val="CC3399"/>
        </w:rPr>
        <w:t xml:space="preserve">were sitting </w:t>
      </w:r>
      <w:r>
        <w:rPr>
          <w:color w:val="FF6600"/>
        </w:rPr>
        <w:t xml:space="preserve">on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hindquarters </w:t>
      </w:r>
      <w:r>
        <w:rPr>
          <w:color w:val="000000"/>
        </w:rPr>
        <w:t xml:space="preserve">, </w:t>
      </w:r>
      <w:r>
        <w:rPr>
          <w:color w:val="CC3399"/>
        </w:rPr>
        <w:t xml:space="preserve">listening </w:t>
      </w:r>
      <w:r>
        <w:rPr>
          <w:color w:val="000000"/>
        </w:rPr>
        <w:t xml:space="preserve">to him . The </w:t>
      </w:r>
      <w:r>
        <w:rPr>
          <w:color w:val="00FFCC"/>
        </w:rPr>
        <w:t xml:space="preserve">dogs </w:t>
      </w:r>
      <w:r>
        <w:rPr>
          <w:color w:val="CC3399"/>
        </w:rPr>
        <w:t xml:space="preserve">had </w:t>
      </w:r>
      <w:r>
        <w:rPr>
          <w:color w:val="00787F"/>
        </w:rPr>
        <w:t xml:space="preserve">suddenly </w:t>
      </w:r>
      <w:r>
        <w:rPr>
          <w:color w:val="CC3399"/>
        </w:rPr>
        <w:t xml:space="preserve">caught </w:t>
      </w:r>
      <w:r>
        <w:rPr>
          <w:color w:val="00FFCC"/>
        </w:rPr>
        <w:t xml:space="preserve">sight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, </w:t>
      </w:r>
      <w:r>
        <w:rPr>
          <w:color w:val="FF0066"/>
        </w:rPr>
        <w:t xml:space="preserve">and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787F"/>
        </w:rPr>
        <w:t xml:space="preserve">only </w:t>
      </w: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  <w:r>
        <w:rPr>
          <w:color w:val="33CCFF"/>
        </w:rPr>
        <w:t xml:space="preserve">swift </w:t>
      </w:r>
      <w:r>
        <w:rPr>
          <w:color w:val="00FFCC"/>
        </w:rPr>
        <w:t xml:space="preserve">dash </w:t>
      </w:r>
      <w:r>
        <w:rPr>
          <w:color w:val="FF6600"/>
        </w:rPr>
        <w:t>fo</w:t>
      </w:r>
      <w:r>
        <w:rPr>
          <w:color w:val="FF6600"/>
        </w:rPr>
        <w:t xml:space="preserve">r </w:t>
      </w:r>
      <w:r>
        <w:rPr>
          <w:color w:val="000000"/>
        </w:rPr>
        <w:t xml:space="preserve">their </w:t>
      </w:r>
      <w:r>
        <w:rPr>
          <w:color w:val="00FFCC"/>
        </w:rPr>
        <w:t xml:space="preserve">holes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rats </w:t>
      </w:r>
      <w:r>
        <w:rPr>
          <w:color w:val="CC3399"/>
        </w:rPr>
        <w:t xml:space="preserve">saved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their </w:t>
      </w:r>
      <w:r>
        <w:rPr>
          <w:color w:val="00FFCC"/>
        </w:rPr>
        <w:t xml:space="preserve">lives </w:t>
      </w:r>
      <w:r>
        <w:rPr>
          <w:color w:val="000000"/>
        </w:rPr>
        <w:t xml:space="preserve">. </w:t>
      </w:r>
      <w:r>
        <w:rPr>
          <w:color w:val="00FFCC"/>
        </w:rPr>
        <w:t xml:space="preserve">Major </w:t>
      </w:r>
      <w:r>
        <w:rPr>
          <w:color w:val="CC3399"/>
        </w:rPr>
        <w:t xml:space="preserve">raised </w:t>
      </w:r>
      <w:r>
        <w:rPr>
          <w:color w:val="000000"/>
        </w:rPr>
        <w:t xml:space="preserve">his </w:t>
      </w:r>
      <w:r>
        <w:rPr>
          <w:color w:val="00FFCC"/>
        </w:rPr>
        <w:t xml:space="preserve">trotter </w:t>
      </w:r>
      <w:r>
        <w:rPr>
          <w:color w:val="FF6600"/>
        </w:rPr>
        <w:t xml:space="preserve">for </w:t>
      </w:r>
      <w:r>
        <w:rPr>
          <w:color w:val="00FFCC"/>
        </w:rPr>
        <w:t xml:space="preserve">silence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''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`` </w:t>
      </w:r>
      <w:r>
        <w:rPr>
          <w:color w:val="00787F"/>
        </w:rPr>
        <w:t xml:space="preserve">here </w:t>
      </w:r>
      <w:r>
        <w:rPr>
          <w:color w:val="CC3399"/>
        </w:rPr>
        <w:t xml:space="preserve">is </w:t>
      </w:r>
      <w:r>
        <w:rPr>
          <w:color w:val="000000"/>
        </w:rPr>
        <w:t xml:space="preserve">a </w:t>
      </w:r>
      <w:r>
        <w:rPr>
          <w:color w:val="00FFCC"/>
        </w:rPr>
        <w:t xml:space="preserve">point </w:t>
      </w:r>
      <w:r>
        <w:rPr>
          <w:color w:val="000000"/>
        </w:rPr>
        <w:t xml:space="preserve">that </w:t>
      </w:r>
      <w:r>
        <w:rPr>
          <w:color w:val="003E3E"/>
        </w:rPr>
        <w:t xml:space="preserve">must </w:t>
      </w:r>
      <w:r>
        <w:rPr>
          <w:color w:val="CC3399"/>
        </w:rPr>
        <w:t xml:space="preserve">be settled </w:t>
      </w:r>
      <w:r>
        <w:rPr>
          <w:color w:val="000000"/>
        </w:rPr>
        <w:t xml:space="preserve">. The </w:t>
      </w:r>
      <w:r>
        <w:rPr>
          <w:color w:val="33CCFF"/>
        </w:rPr>
        <w:t xml:space="preserve">wild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creatures </w:t>
      </w:r>
      <w:r>
        <w:rPr>
          <w:color w:val="000000"/>
        </w:rPr>
        <w:t xml:space="preserve">, </w:t>
      </w:r>
      <w:r>
        <w:rPr>
          <w:color w:val="33CCFF"/>
        </w:rPr>
        <w:t xml:space="preserve">such </w:t>
      </w:r>
      <w:r>
        <w:rPr>
          <w:color w:val="FF6600"/>
        </w:rPr>
        <w:t xml:space="preserve">as </w:t>
      </w:r>
      <w:r>
        <w:rPr>
          <w:color w:val="00FFCC"/>
        </w:rPr>
        <w:t xml:space="preserve">rats </w:t>
      </w:r>
      <w:r>
        <w:rPr>
          <w:color w:val="FF0066"/>
        </w:rPr>
        <w:t xml:space="preserve">and </w:t>
      </w:r>
      <w:r>
        <w:rPr>
          <w:color w:val="00FFCC"/>
        </w:rPr>
        <w:t xml:space="preserve">rabbits </w:t>
      </w:r>
      <w:r>
        <w:rPr>
          <w:color w:val="000000"/>
        </w:rPr>
        <w:t xml:space="preserve">-- </w:t>
      </w:r>
      <w:r>
        <w:rPr>
          <w:color w:val="CC3399"/>
        </w:rPr>
        <w:t xml:space="preserve">are </w:t>
      </w:r>
      <w:r>
        <w:rPr>
          <w:color w:val="000000"/>
        </w:rPr>
        <w:t xml:space="preserve">they our </w:t>
      </w:r>
      <w:r>
        <w:rPr>
          <w:color w:val="00FFCC"/>
        </w:rPr>
        <w:t xml:space="preserve">friends </w:t>
      </w:r>
      <w:r>
        <w:rPr>
          <w:color w:val="FF0066"/>
        </w:rPr>
        <w:t xml:space="preserve">or </w:t>
      </w:r>
      <w:r>
        <w:rPr>
          <w:color w:val="000000"/>
        </w:rPr>
        <w:t xml:space="preserve">our </w:t>
      </w:r>
      <w:r>
        <w:rPr>
          <w:color w:val="00FFCC"/>
        </w:rPr>
        <w:t xml:space="preserve">enemies </w:t>
      </w:r>
      <w:r>
        <w:rPr>
          <w:color w:val="000000"/>
        </w:rPr>
        <w:t xml:space="preserve">?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Let </w:t>
      </w:r>
      <w:r>
        <w:rPr>
          <w:color w:val="000000"/>
        </w:rPr>
        <w:t xml:space="preserve">us </w:t>
      </w:r>
      <w:r>
        <w:rPr>
          <w:color w:val="CC3399"/>
        </w:rPr>
        <w:t xml:space="preserve">put </w:t>
      </w:r>
      <w:r>
        <w:rPr>
          <w:color w:val="000000"/>
        </w:rPr>
        <w:t xml:space="preserve">it to the </w:t>
      </w:r>
      <w:r>
        <w:rPr>
          <w:color w:val="00FFCC"/>
        </w:rPr>
        <w:t xml:space="preserve">vote </w:t>
      </w:r>
      <w:r>
        <w:rPr>
          <w:color w:val="000000"/>
        </w:rPr>
        <w:t xml:space="preserve">. I </w:t>
      </w:r>
      <w:r>
        <w:rPr>
          <w:color w:val="CC3399"/>
        </w:rPr>
        <w:t xml:space="preserve">propose </w:t>
      </w:r>
      <w:r>
        <w:rPr>
          <w:color w:val="000000"/>
        </w:rPr>
        <w:t xml:space="preserve">this </w:t>
      </w:r>
      <w:r>
        <w:rPr>
          <w:color w:val="00FFCC"/>
        </w:rPr>
        <w:t xml:space="preserve">question </w:t>
      </w:r>
      <w:r>
        <w:rPr>
          <w:color w:val="000000"/>
        </w:rPr>
        <w:t xml:space="preserve">to the </w:t>
      </w:r>
      <w:r>
        <w:rPr>
          <w:color w:val="00FFCC"/>
        </w:rPr>
        <w:t xml:space="preserve">meeting </w:t>
      </w:r>
      <w:r>
        <w:rPr>
          <w:color w:val="000000"/>
        </w:rPr>
        <w:t xml:space="preserve">: </w:t>
      </w:r>
      <w:r>
        <w:rPr>
          <w:color w:val="00FFCC"/>
        </w:rPr>
        <w:t xml:space="preserve">Are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rats comrades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vote </w:t>
      </w:r>
      <w:r>
        <w:rPr>
          <w:color w:val="CC3399"/>
        </w:rPr>
        <w:t xml:space="preserve">was taken </w:t>
      </w:r>
      <w:r>
        <w:rPr>
          <w:color w:val="FF6600"/>
        </w:rPr>
        <w:t xml:space="preserve">at </w:t>
      </w:r>
      <w:r>
        <w:rPr>
          <w:color w:val="00787F"/>
        </w:rPr>
        <w:t xml:space="preserve">once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it </w:t>
      </w:r>
      <w:r>
        <w:rPr>
          <w:color w:val="CC3399"/>
        </w:rPr>
        <w:t xml:space="preserve">was agreed </w:t>
      </w:r>
      <w:r>
        <w:rPr>
          <w:color w:val="FF6600"/>
        </w:rPr>
        <w:t xml:space="preserve">by </w:t>
      </w:r>
      <w:r>
        <w:rPr>
          <w:color w:val="000000"/>
        </w:rPr>
        <w:t xml:space="preserve">an </w:t>
      </w:r>
      <w:r>
        <w:rPr>
          <w:color w:val="33CCFF"/>
        </w:rPr>
        <w:t xml:space="preserve">overwhelming </w:t>
      </w:r>
      <w:r>
        <w:rPr>
          <w:color w:val="00FFCC"/>
        </w:rPr>
        <w:t xml:space="preserve">majority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that </w:t>
      </w:r>
      <w:r>
        <w:rPr>
          <w:color w:val="00FFCC"/>
        </w:rPr>
        <w:t xml:space="preserve">rats </w:t>
      </w:r>
      <w:r>
        <w:rPr>
          <w:color w:val="CC3399"/>
        </w:rPr>
        <w:t xml:space="preserve">were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were </w:t>
      </w:r>
      <w:r>
        <w:rPr>
          <w:color w:val="00787F"/>
        </w:rPr>
        <w:t xml:space="preserve">only </w:t>
      </w:r>
      <w:r>
        <w:rPr>
          <w:color w:val="000000"/>
        </w:rPr>
        <w:t xml:space="preserve">four </w:t>
      </w:r>
      <w:r>
        <w:rPr>
          <w:color w:val="00FFCC"/>
        </w:rPr>
        <w:t xml:space="preserve">dissentients </w:t>
      </w:r>
      <w:r>
        <w:rPr>
          <w:color w:val="000000"/>
        </w:rPr>
        <w:t xml:space="preserve">, the three </w:t>
      </w:r>
      <w:r>
        <w:rPr>
          <w:color w:val="00FFCC"/>
        </w:rPr>
        <w:t xml:space="preserve">dogs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cat </w:t>
      </w:r>
      <w:r>
        <w:rPr>
          <w:color w:val="000000"/>
        </w:rPr>
        <w:t xml:space="preserve">, </w:t>
      </w:r>
      <w:r>
        <w:rPr>
          <w:color w:val="000000"/>
        </w:rPr>
        <w:t xml:space="preserve">who </w:t>
      </w:r>
      <w:r>
        <w:rPr>
          <w:color w:val="CC3399"/>
        </w:rPr>
        <w:t xml:space="preserve">was </w:t>
      </w:r>
      <w:r>
        <w:rPr>
          <w:color w:val="00787F"/>
        </w:rPr>
        <w:t xml:space="preserve">afterwards </w:t>
      </w:r>
      <w:r>
        <w:rPr>
          <w:color w:val="CC3399"/>
        </w:rPr>
        <w:t xml:space="preserve">discovered </w:t>
      </w:r>
      <w:r>
        <w:rPr>
          <w:color w:val="000000"/>
        </w:rPr>
        <w:t xml:space="preserve">to </w:t>
      </w:r>
      <w:r>
        <w:rPr>
          <w:color w:val="CC3399"/>
        </w:rPr>
        <w:t xml:space="preserve">have voted </w:t>
      </w:r>
      <w:r>
        <w:rPr>
          <w:color w:val="FF6600"/>
        </w:rPr>
        <w:t xml:space="preserve">on </w:t>
      </w:r>
      <w:r>
        <w:rPr>
          <w:color w:val="000000"/>
        </w:rPr>
        <w:t xml:space="preserve">both </w:t>
      </w:r>
      <w:r>
        <w:rPr>
          <w:color w:val="00FFCC"/>
        </w:rPr>
        <w:t xml:space="preserve">sides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Major </w:t>
      </w:r>
      <w:r>
        <w:rPr>
          <w:color w:val="CC3399"/>
        </w:rPr>
        <w:t xml:space="preserve">continued </w:t>
      </w:r>
      <w:r>
        <w:rPr>
          <w:color w:val="000000"/>
        </w:rPr>
        <w:t xml:space="preserve">: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I </w:t>
      </w:r>
      <w:r>
        <w:rPr>
          <w:color w:val="CC3399"/>
        </w:rPr>
        <w:t xml:space="preserve">have </w:t>
      </w:r>
      <w:r>
        <w:rPr>
          <w:color w:val="00787F"/>
        </w:rPr>
        <w:t xml:space="preserve">little </w:t>
      </w:r>
      <w:r>
        <w:rPr>
          <w:color w:val="33CCFF"/>
        </w:rPr>
        <w:t xml:space="preserve">more </w:t>
      </w:r>
      <w:r>
        <w:rPr>
          <w:color w:val="000000"/>
        </w:rPr>
        <w:t xml:space="preserve">to </w:t>
      </w:r>
      <w:r>
        <w:rPr>
          <w:color w:val="CC3399"/>
        </w:rPr>
        <w:t xml:space="preserve">say </w:t>
      </w:r>
      <w:r>
        <w:rPr>
          <w:color w:val="000000"/>
        </w:rPr>
        <w:t xml:space="preserve">. I </w:t>
      </w:r>
      <w:r>
        <w:rPr>
          <w:color w:val="00787F"/>
        </w:rPr>
        <w:t xml:space="preserve">merely </w:t>
      </w:r>
      <w:r>
        <w:rPr>
          <w:color w:val="00FFCC"/>
        </w:rPr>
        <w:t xml:space="preserve">repeat </w:t>
      </w:r>
      <w:r>
        <w:rPr>
          <w:color w:val="000000"/>
        </w:rPr>
        <w:t xml:space="preserve">, </w:t>
      </w:r>
      <w:r>
        <w:rPr>
          <w:color w:val="CC3399"/>
        </w:rPr>
        <w:t xml:space="preserve">remember </w:t>
      </w:r>
      <w:r>
        <w:rPr>
          <w:color w:val="00787F"/>
        </w:rPr>
        <w:t xml:space="preserve">always </w:t>
      </w:r>
      <w:r>
        <w:rPr>
          <w:color w:val="000000"/>
        </w:rPr>
        <w:t xml:space="preserve">your </w:t>
      </w:r>
      <w:r>
        <w:rPr>
          <w:color w:val="00FFCC"/>
        </w:rPr>
        <w:t xml:space="preserve">duty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enmity towards Man </w:t>
      </w:r>
      <w:r>
        <w:rPr>
          <w:color w:val="FF0066"/>
        </w:rPr>
        <w:t xml:space="preserve">and </w:t>
      </w:r>
      <w:r>
        <w:rPr>
          <w:color w:val="000000"/>
        </w:rPr>
        <w:t xml:space="preserve">all his </w:t>
      </w:r>
      <w:r>
        <w:rPr>
          <w:color w:val="00FFCC"/>
        </w:rPr>
        <w:t xml:space="preserve">ways </w:t>
      </w:r>
      <w:r>
        <w:rPr>
          <w:color w:val="000000"/>
        </w:rPr>
        <w:t xml:space="preserve">. Whatever </w:t>
      </w:r>
      <w:r>
        <w:rPr>
          <w:color w:val="CC3399"/>
        </w:rPr>
        <w:t xml:space="preserve">goes </w:t>
      </w:r>
      <w:r>
        <w:rPr>
          <w:color w:val="FF6600"/>
        </w:rPr>
        <w:t xml:space="preserve">upon </w:t>
      </w:r>
      <w:r>
        <w:rPr>
          <w:color w:val="000000"/>
        </w:rPr>
        <w:t xml:space="preserve">two </w:t>
      </w:r>
      <w:r>
        <w:rPr>
          <w:color w:val="00FFCC"/>
        </w:rPr>
        <w:t xml:space="preserve">legs </w:t>
      </w:r>
      <w:r>
        <w:rPr>
          <w:color w:val="CC3399"/>
        </w:rPr>
        <w:t xml:space="preserve">is </w:t>
      </w:r>
      <w:r>
        <w:rPr>
          <w:color w:val="000000"/>
        </w:rPr>
        <w:t xml:space="preserve">an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enemy </w:t>
      </w:r>
      <w:r>
        <w:rPr>
          <w:color w:val="000000"/>
        </w:rPr>
        <w:t xml:space="preserve">. Whatever </w:t>
      </w:r>
      <w:r>
        <w:rPr>
          <w:color w:val="CC3399"/>
        </w:rPr>
        <w:t xml:space="preserve">goes </w:t>
      </w:r>
      <w:r>
        <w:rPr>
          <w:color w:val="FF6600"/>
        </w:rPr>
        <w:t xml:space="preserve">upon </w:t>
      </w:r>
      <w:r>
        <w:rPr>
          <w:color w:val="000000"/>
        </w:rPr>
        <w:t xml:space="preserve">four </w:t>
      </w:r>
      <w:r>
        <w:rPr>
          <w:color w:val="00FFCC"/>
        </w:rPr>
        <w:t xml:space="preserve">legs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CC3399"/>
        </w:rPr>
        <w:t xml:space="preserve">has </w:t>
      </w:r>
      <w:r>
        <w:rPr>
          <w:color w:val="00FFCC"/>
        </w:rPr>
        <w:t xml:space="preserve">wings </w:t>
      </w:r>
      <w:r>
        <w:rPr>
          <w:color w:val="000000"/>
        </w:rPr>
        <w:t xml:space="preserve">, </w:t>
      </w:r>
      <w:r>
        <w:rPr>
          <w:color w:val="CC3399"/>
        </w:rPr>
        <w:t xml:space="preserve">is </w:t>
      </w:r>
      <w:r>
        <w:rPr>
          <w:color w:val="000000"/>
        </w:rPr>
        <w:t xml:space="preserve">a </w:t>
      </w:r>
      <w:r>
        <w:rPr>
          <w:color w:val="00FFCC"/>
        </w:rPr>
        <w:t xml:space="preserve">friend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remember </w:t>
      </w:r>
      <w:r>
        <w:rPr>
          <w:color w:val="00787F"/>
        </w:rPr>
        <w:t xml:space="preserve">also </w:t>
      </w:r>
      <w:r>
        <w:rPr>
          <w:color w:val="FF6600"/>
        </w:rPr>
        <w:t xml:space="preserve">that in </w:t>
      </w:r>
      <w:r>
        <w:rPr>
          <w:color w:val="CC3399"/>
        </w:rPr>
        <w:t xml:space="preserve">fighting </w:t>
      </w:r>
      <w:r>
        <w:rPr>
          <w:color w:val="FF6600"/>
        </w:rPr>
        <w:t xml:space="preserve">against </w:t>
      </w:r>
      <w:r>
        <w:rPr>
          <w:color w:val="00FFCC"/>
        </w:rPr>
        <w:t xml:space="preserve">Man </w:t>
      </w:r>
      <w:r>
        <w:rPr>
          <w:color w:val="000000"/>
        </w:rPr>
        <w:t xml:space="preserve">, we </w:t>
      </w:r>
      <w:r>
        <w:rPr>
          <w:color w:val="003E3E"/>
        </w:rPr>
        <w:t xml:space="preserve">must </w:t>
      </w:r>
      <w:r>
        <w:rPr>
          <w:color w:val="00787F"/>
        </w:rPr>
        <w:t xml:space="preserve">not </w:t>
      </w:r>
      <w:r>
        <w:rPr>
          <w:color w:val="CC3399"/>
        </w:rPr>
        <w:t xml:space="preserve">come </w:t>
      </w:r>
      <w:r>
        <w:rPr>
          <w:color w:val="000000"/>
        </w:rPr>
        <w:t xml:space="preserve">to </w:t>
      </w:r>
      <w:r>
        <w:rPr>
          <w:color w:val="CC3399"/>
        </w:rPr>
        <w:t xml:space="preserve">resemble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him . </w:t>
      </w:r>
      <w:r>
        <w:rPr>
          <w:color w:val="00787F"/>
        </w:rPr>
        <w:t xml:space="preserve">Even </w:t>
      </w:r>
      <w:r>
        <w:rPr>
          <w:color w:val="000000"/>
        </w:rPr>
        <w:t xml:space="preserve">when you </w:t>
      </w:r>
      <w:r>
        <w:rPr>
          <w:color w:val="CC3399"/>
        </w:rPr>
        <w:t xml:space="preserve">have conquered </w:t>
      </w:r>
      <w:r>
        <w:rPr>
          <w:color w:val="000000"/>
        </w:rPr>
        <w:t xml:space="preserve">him , </w:t>
      </w:r>
      <w:r>
        <w:rPr>
          <w:color w:val="CC3399"/>
        </w:rPr>
        <w:t xml:space="preserve">do </w:t>
      </w:r>
      <w:r>
        <w:rPr>
          <w:color w:val="00787F"/>
        </w:rPr>
        <w:t xml:space="preserve">not </w:t>
      </w:r>
      <w:r>
        <w:rPr>
          <w:color w:val="CC3399"/>
        </w:rPr>
        <w:t xml:space="preserve">adopt </w:t>
      </w:r>
      <w:r>
        <w:rPr>
          <w:color w:val="000000"/>
        </w:rPr>
        <w:t xml:space="preserve">his </w:t>
      </w:r>
      <w:r>
        <w:rPr>
          <w:color w:val="00FFCC"/>
        </w:rPr>
        <w:t xml:space="preserve">vices </w:t>
      </w:r>
      <w:r>
        <w:rPr>
          <w:color w:val="000000"/>
        </w:rPr>
        <w:t xml:space="preserve">. No </w:t>
      </w:r>
      <w:r>
        <w:rPr>
          <w:color w:val="00FFCC"/>
        </w:rPr>
        <w:t xml:space="preserve">animal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must </w:t>
      </w:r>
      <w:r>
        <w:rPr>
          <w:color w:val="00787F"/>
        </w:rPr>
        <w:t xml:space="preserve">ever </w:t>
      </w:r>
      <w:r>
        <w:rPr>
          <w:color w:val="CC3399"/>
        </w:rPr>
        <w:t xml:space="preserve">live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house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CC3399"/>
        </w:rPr>
        <w:t xml:space="preserve">sleep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bed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33CCFF"/>
        </w:rPr>
        <w:t xml:space="preserve">wear </w:t>
      </w:r>
      <w:r>
        <w:rPr>
          <w:color w:val="00FFCC"/>
        </w:rPr>
        <w:t xml:space="preserve">clothes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CC3399"/>
        </w:rPr>
        <w:t xml:space="preserve">drink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alcohol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00FFCC"/>
        </w:rPr>
        <w:t xml:space="preserve">smoke tobacco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33CCFF"/>
        </w:rPr>
        <w:t xml:space="preserve">touch </w:t>
      </w:r>
      <w:r>
        <w:rPr>
          <w:color w:val="00FFCC"/>
        </w:rPr>
        <w:t xml:space="preserve">money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00FFCC"/>
        </w:rPr>
        <w:t xml:space="preserve">engage </w:t>
      </w:r>
      <w:r>
        <w:rPr>
          <w:color w:val="FF6600"/>
        </w:rPr>
        <w:t xml:space="preserve">in </w:t>
      </w:r>
      <w:r>
        <w:rPr>
          <w:color w:val="00FFCC"/>
        </w:rPr>
        <w:t xml:space="preserve">trade </w:t>
      </w:r>
      <w:r>
        <w:rPr>
          <w:color w:val="000000"/>
        </w:rPr>
        <w:t xml:space="preserve">. All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habits </w:t>
      </w:r>
      <w:r>
        <w:rPr>
          <w:color w:val="FF6600"/>
        </w:rPr>
        <w:t xml:space="preserve">of </w:t>
      </w:r>
      <w:r>
        <w:rPr>
          <w:color w:val="00FFCC"/>
        </w:rPr>
        <w:t xml:space="preserve">Man </w:t>
      </w:r>
      <w:r>
        <w:rPr>
          <w:color w:val="CC3399"/>
        </w:rPr>
        <w:t xml:space="preserve">are </w:t>
      </w:r>
      <w:r>
        <w:rPr>
          <w:color w:val="33CCFF"/>
        </w:rPr>
        <w:t xml:space="preserve">evil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, </w:t>
      </w:r>
      <w:r>
        <w:rPr>
          <w:color w:val="FF6600"/>
        </w:rPr>
        <w:t xml:space="preserve">above </w:t>
      </w:r>
      <w:r>
        <w:rPr>
          <w:color w:val="000000"/>
        </w:rPr>
        <w:t xml:space="preserve">all , no </w:t>
      </w:r>
      <w:r>
        <w:rPr>
          <w:color w:val="00FFCC"/>
        </w:rPr>
        <w:t xml:space="preserve">animal </w:t>
      </w:r>
      <w:r>
        <w:rPr>
          <w:color w:val="003E3E"/>
        </w:rPr>
        <w:t xml:space="preserve">must </w:t>
      </w:r>
      <w:r>
        <w:rPr>
          <w:color w:val="00787F"/>
        </w:rPr>
        <w:t xml:space="preserve">ever </w:t>
      </w:r>
      <w:r>
        <w:rPr>
          <w:color w:val="CC3399"/>
        </w:rPr>
        <w:t xml:space="preserve">tyrannise </w:t>
      </w:r>
      <w:r>
        <w:rPr>
          <w:color w:val="000000"/>
        </w:rPr>
        <w:t xml:space="preserve">over </w:t>
      </w: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his </w:t>
      </w:r>
      <w:r>
        <w:rPr>
          <w:color w:val="33CCFF"/>
        </w:rPr>
        <w:t xml:space="preserve">own </w:t>
      </w:r>
      <w:r>
        <w:rPr>
          <w:color w:val="00FFCC"/>
        </w:rPr>
        <w:t xml:space="preserve">kind </w:t>
      </w:r>
      <w:r>
        <w:rPr>
          <w:color w:val="000000"/>
        </w:rPr>
        <w:t xml:space="preserve">. </w:t>
      </w:r>
      <w:r>
        <w:rPr>
          <w:color w:val="00FFCC"/>
        </w:rPr>
        <w:t xml:space="preserve">Weak </w:t>
      </w:r>
      <w:r>
        <w:rPr>
          <w:color w:val="FF0066"/>
        </w:rPr>
        <w:t xml:space="preserve">or </w:t>
      </w:r>
      <w:r>
        <w:rPr>
          <w:color w:val="33CCFF"/>
        </w:rPr>
        <w:t xml:space="preserve">strong </w:t>
      </w:r>
      <w:r>
        <w:rPr>
          <w:color w:val="000000"/>
        </w:rPr>
        <w:t xml:space="preserve">, </w:t>
      </w:r>
      <w:r>
        <w:rPr>
          <w:color w:val="00FFCC"/>
        </w:rPr>
        <w:t xml:space="preserve">clever </w:t>
      </w:r>
      <w:r>
        <w:rPr>
          <w:color w:val="FF0066"/>
        </w:rPr>
        <w:t xml:space="preserve">or </w:t>
      </w:r>
      <w:r>
        <w:rPr>
          <w:color w:val="00FFCC"/>
        </w:rPr>
        <w:t xml:space="preserve">simple </w:t>
      </w:r>
      <w:r>
        <w:rPr>
          <w:color w:val="000000"/>
        </w:rPr>
        <w:t xml:space="preserve">, we </w:t>
      </w:r>
      <w:r>
        <w:rPr>
          <w:color w:val="CC3399"/>
        </w:rPr>
        <w:t xml:space="preserve">are </w:t>
      </w:r>
      <w:r>
        <w:rPr>
          <w:color w:val="000000"/>
        </w:rPr>
        <w:t xml:space="preserve">all </w:t>
      </w:r>
      <w:r>
        <w:rPr>
          <w:color w:val="00FFCC"/>
        </w:rPr>
        <w:t xml:space="preserve">brothers </w:t>
      </w:r>
      <w:r>
        <w:rPr>
          <w:color w:val="000000"/>
        </w:rPr>
        <w:t xml:space="preserve">. No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 </w:t>
      </w:r>
      <w:r>
        <w:rPr>
          <w:color w:val="003E3E"/>
        </w:rPr>
        <w:t xml:space="preserve">must </w:t>
      </w:r>
      <w:r>
        <w:rPr>
          <w:color w:val="00787F"/>
        </w:rPr>
        <w:t xml:space="preserve">ever </w:t>
      </w:r>
      <w:r>
        <w:rPr>
          <w:color w:val="CC3399"/>
        </w:rPr>
        <w:t xml:space="preserve">kill </w:t>
      </w:r>
      <w:r>
        <w:rPr>
          <w:color w:val="000000"/>
        </w:rPr>
        <w:t xml:space="preserve">any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 </w:t>
      </w:r>
      <w:r>
        <w:rPr>
          <w:color w:val="000000"/>
        </w:rPr>
        <w:t xml:space="preserve">. All </w:t>
      </w:r>
      <w:r>
        <w:rPr>
          <w:color w:val="00FFCC"/>
        </w:rPr>
        <w:t xml:space="preserve">animals </w:t>
      </w:r>
      <w:r>
        <w:rPr>
          <w:color w:val="CC3399"/>
        </w:rPr>
        <w:t xml:space="preserve">are </w:t>
      </w:r>
      <w:r>
        <w:rPr>
          <w:color w:val="33CCFF"/>
        </w:rPr>
        <w:t xml:space="preserve">equal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FF0066"/>
        </w:rPr>
        <w:t xml:space="preserve">And </w:t>
      </w:r>
      <w:r>
        <w:rPr>
          <w:color w:val="00787F"/>
        </w:rPr>
        <w:t xml:space="preserve">now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I </w:t>
      </w:r>
      <w:r>
        <w:rPr>
          <w:color w:val="003E3E"/>
        </w:rPr>
        <w:t xml:space="preserve">will </w:t>
      </w:r>
      <w:r>
        <w:rPr>
          <w:color w:val="CC3399"/>
        </w:rPr>
        <w:t xml:space="preserve">tell </w:t>
      </w:r>
      <w:r>
        <w:rPr>
          <w:color w:val="000000"/>
        </w:rPr>
        <w:t xml:space="preserve">you </w:t>
      </w:r>
      <w:r>
        <w:rPr>
          <w:color w:val="FF6600"/>
        </w:rPr>
        <w:t xml:space="preserve">about </w:t>
      </w:r>
      <w:r>
        <w:rPr>
          <w:color w:val="000000"/>
        </w:rPr>
        <w:t xml:space="preserve">my </w:t>
      </w:r>
      <w:r>
        <w:rPr>
          <w:color w:val="00FFCC"/>
        </w:rPr>
        <w:t xml:space="preserve">dream </w:t>
      </w:r>
      <w:r>
        <w:rPr>
          <w:color w:val="FF6600"/>
        </w:rPr>
        <w:t xml:space="preserve">of </w:t>
      </w:r>
      <w:r>
        <w:rPr>
          <w:color w:val="33CCFF"/>
        </w:rPr>
        <w:t xml:space="preserve">last </w:t>
      </w:r>
      <w:r>
        <w:rPr>
          <w:color w:val="00FFCC"/>
        </w:rPr>
        <w:t xml:space="preserve">night </w:t>
      </w:r>
      <w:r>
        <w:rPr>
          <w:color w:val="000000"/>
        </w:rPr>
        <w:t xml:space="preserve">. I </w:t>
      </w:r>
      <w:r>
        <w:rPr>
          <w:color w:val="003E3E"/>
        </w:rPr>
        <w:t xml:space="preserve">can </w:t>
      </w:r>
      <w:r>
        <w:rPr>
          <w:color w:val="00787F"/>
        </w:rPr>
        <w:t xml:space="preserve">not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describe </w:t>
      </w:r>
      <w:r>
        <w:rPr>
          <w:color w:val="000000"/>
        </w:rPr>
        <w:t xml:space="preserve">that </w:t>
      </w:r>
      <w:r>
        <w:rPr>
          <w:color w:val="00FFCC"/>
        </w:rPr>
        <w:t xml:space="preserve">dream </w:t>
      </w:r>
      <w:r>
        <w:rPr>
          <w:color w:val="000000"/>
        </w:rPr>
        <w:t xml:space="preserve">to you . 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dream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earth </w:t>
      </w:r>
      <w:r>
        <w:rPr>
          <w:color w:val="FF6600"/>
        </w:rPr>
        <w:t xml:space="preserve">as </w:t>
      </w:r>
      <w:r>
        <w:rPr>
          <w:color w:val="000000"/>
        </w:rPr>
        <w:t xml:space="preserve">it </w:t>
      </w:r>
      <w:r>
        <w:rPr>
          <w:color w:val="003E3E"/>
        </w:rPr>
        <w:t xml:space="preserve">will </w:t>
      </w:r>
      <w:r>
        <w:rPr>
          <w:color w:val="CC3399"/>
        </w:rPr>
        <w:t xml:space="preserve">be </w:t>
      </w:r>
      <w:r>
        <w:rPr>
          <w:color w:val="000000"/>
        </w:rPr>
        <w:t xml:space="preserve">when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Man </w:t>
      </w:r>
      <w:r>
        <w:rPr>
          <w:color w:val="CC3399"/>
        </w:rPr>
        <w:t xml:space="preserve">has vanished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it </w:t>
      </w:r>
      <w:r>
        <w:rPr>
          <w:color w:val="CC3399"/>
        </w:rPr>
        <w:t xml:space="preserve">reminded </w:t>
      </w:r>
      <w:r>
        <w:rPr>
          <w:color w:val="000000"/>
        </w:rPr>
        <w:t xml:space="preserve">me </w:t>
      </w:r>
      <w:r>
        <w:rPr>
          <w:color w:val="FF6600"/>
        </w:rPr>
        <w:t xml:space="preserve">of </w:t>
      </w:r>
      <w:r>
        <w:rPr>
          <w:color w:val="00FFCC"/>
        </w:rPr>
        <w:t xml:space="preserve">something </w:t>
      </w:r>
      <w:r>
        <w:rPr>
          <w:color w:val="FF6600"/>
        </w:rPr>
        <w:t xml:space="preserve">that </w:t>
      </w:r>
      <w:r>
        <w:rPr>
          <w:color w:val="000000"/>
        </w:rPr>
        <w:t xml:space="preserve">I </w:t>
      </w:r>
      <w:r>
        <w:rPr>
          <w:color w:val="CC3399"/>
        </w:rPr>
        <w:t xml:space="preserve">had </w:t>
      </w:r>
      <w:r>
        <w:rPr>
          <w:color w:val="33CCFF"/>
        </w:rPr>
        <w:t xml:space="preserve">long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forgotten </w:t>
      </w:r>
      <w:r>
        <w:rPr>
          <w:color w:val="000000"/>
        </w:rPr>
        <w:t xml:space="preserve">. </w:t>
      </w:r>
      <w:r>
        <w:rPr>
          <w:color w:val="33CCFF"/>
        </w:rPr>
        <w:t xml:space="preserve">Many </w:t>
      </w:r>
      <w:r>
        <w:rPr>
          <w:color w:val="00FFCC"/>
        </w:rPr>
        <w:t xml:space="preserve">years </w:t>
      </w:r>
      <w:r>
        <w:rPr>
          <w:color w:val="00787F"/>
        </w:rPr>
        <w:t xml:space="preserve">ago </w:t>
      </w:r>
      <w:r>
        <w:rPr>
          <w:color w:val="000000"/>
        </w:rPr>
        <w:t xml:space="preserve">, when I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</w:t>
      </w:r>
      <w:r>
        <w:rPr>
          <w:color w:val="00FFCC"/>
        </w:rPr>
        <w:t xml:space="preserve">pig </w:t>
      </w:r>
      <w:r>
        <w:rPr>
          <w:color w:val="000000"/>
        </w:rPr>
        <w:t xml:space="preserve">, my </w:t>
      </w:r>
      <w:r>
        <w:rPr>
          <w:color w:val="00FFCC"/>
        </w:rPr>
        <w:t xml:space="preserve">mother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other </w:t>
      </w:r>
      <w:r>
        <w:rPr>
          <w:color w:val="00FFCC"/>
        </w:rPr>
        <w:t xml:space="preserve">sows </w:t>
      </w:r>
      <w:r>
        <w:rPr>
          <w:color w:val="CC3399"/>
        </w:rPr>
        <w:t xml:space="preserve">used </w:t>
      </w:r>
      <w:r>
        <w:rPr>
          <w:color w:val="000000"/>
        </w:rPr>
        <w:t xml:space="preserve">to </w:t>
      </w:r>
      <w:r>
        <w:rPr>
          <w:color w:val="CC3399"/>
        </w:rPr>
        <w:t xml:space="preserve">sing </w:t>
      </w:r>
      <w:r>
        <w:rPr>
          <w:color w:val="000000"/>
        </w:rPr>
        <w:t xml:space="preserve">an </w:t>
      </w:r>
      <w:r>
        <w:rPr>
          <w:color w:val="33CCFF"/>
        </w:rPr>
        <w:t xml:space="preserve">old </w:t>
      </w:r>
      <w:r>
        <w:rPr>
          <w:color w:val="00FFCC"/>
        </w:rPr>
        <w:t xml:space="preserve">song </w:t>
      </w:r>
      <w:r>
        <w:rPr>
          <w:color w:val="FF6600"/>
        </w:rPr>
        <w:t xml:space="preserve">of </w:t>
      </w:r>
      <w:r>
        <w:rPr>
          <w:color w:val="000000"/>
        </w:rPr>
        <w:t xml:space="preserve">which they </w:t>
      </w:r>
      <w:r>
        <w:rPr>
          <w:color w:val="CC3399"/>
        </w:rPr>
        <w:t xml:space="preserve">knew </w:t>
      </w:r>
      <w:r>
        <w:rPr>
          <w:color w:val="00787F"/>
        </w:rPr>
        <w:t xml:space="preserve">only </w:t>
      </w:r>
      <w:r>
        <w:rPr>
          <w:color w:val="000000"/>
        </w:rPr>
        <w:t xml:space="preserve">the </w:t>
      </w:r>
      <w:r>
        <w:rPr>
          <w:color w:val="00FFCC"/>
        </w:rPr>
        <w:t xml:space="preserve">tune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first </w:t>
      </w:r>
      <w:r>
        <w:rPr>
          <w:color w:val="000000"/>
        </w:rPr>
        <w:t xml:space="preserve">three </w:t>
      </w:r>
      <w:r>
        <w:rPr>
          <w:color w:val="00FFCC"/>
        </w:rPr>
        <w:t xml:space="preserve">words </w:t>
      </w:r>
      <w:r>
        <w:rPr>
          <w:color w:val="000000"/>
        </w:rPr>
        <w:t xml:space="preserve">. I </w:t>
      </w:r>
      <w:r>
        <w:rPr>
          <w:color w:val="CC3399"/>
        </w:rPr>
        <w:t xml:space="preserve">had known </w:t>
      </w:r>
      <w:r>
        <w:rPr>
          <w:color w:val="FF6600"/>
        </w:rPr>
        <w:t xml:space="preserve">that </w:t>
      </w:r>
      <w:r>
        <w:rPr>
          <w:color w:val="00FFCC"/>
        </w:rPr>
        <w:t xml:space="preserve">tune </w:t>
      </w:r>
      <w:r>
        <w:rPr>
          <w:color w:val="FF6600"/>
        </w:rPr>
        <w:t xml:space="preserve">in </w:t>
      </w:r>
      <w:r>
        <w:rPr>
          <w:color w:val="000000"/>
        </w:rPr>
        <w:t xml:space="preserve">my </w:t>
      </w:r>
      <w:r>
        <w:rPr>
          <w:color w:val="00FFCC"/>
        </w:rPr>
        <w:t xml:space="preserve">infancy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it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long </w:t>
      </w:r>
      <w:r>
        <w:rPr>
          <w:color w:val="FF6600"/>
        </w:rPr>
        <w:t xml:space="preserve">since </w:t>
      </w:r>
      <w:r>
        <w:rPr>
          <w:color w:val="CC3399"/>
        </w:rPr>
        <w:t xml:space="preserve">passed </w:t>
      </w:r>
      <w:r>
        <w:rPr>
          <w:color w:val="FF6600"/>
        </w:rPr>
        <w:t xml:space="preserve">out of </w:t>
      </w:r>
      <w:r>
        <w:rPr>
          <w:color w:val="000000"/>
        </w:rPr>
        <w:t xml:space="preserve">my </w:t>
      </w:r>
      <w:r>
        <w:rPr>
          <w:color w:val="00FFCC"/>
        </w:rPr>
        <w:t xml:space="preserve">mind </w:t>
      </w:r>
      <w:r>
        <w:rPr>
          <w:color w:val="000000"/>
        </w:rPr>
        <w:t xml:space="preserve">. </w:t>
      </w:r>
      <w:r>
        <w:rPr>
          <w:color w:val="33CCFF"/>
        </w:rPr>
        <w:t xml:space="preserve">Last </w:t>
      </w:r>
      <w:r>
        <w:rPr>
          <w:color w:val="00FFCC"/>
        </w:rPr>
        <w:t xml:space="preserve">night </w:t>
      </w:r>
      <w:r>
        <w:rPr>
          <w:color w:val="000000"/>
        </w:rPr>
        <w:t xml:space="preserve">, </w:t>
      </w:r>
      <w:r>
        <w:rPr>
          <w:color w:val="00787F"/>
        </w:rPr>
        <w:t xml:space="preserve">however </w:t>
      </w:r>
      <w:r>
        <w:rPr>
          <w:color w:val="000000"/>
        </w:rPr>
        <w:t xml:space="preserve">, it </w:t>
      </w:r>
      <w:r>
        <w:rPr>
          <w:color w:val="CC3399"/>
        </w:rPr>
        <w:t xml:space="preserve">came </w:t>
      </w:r>
      <w:r>
        <w:rPr>
          <w:color w:val="00787F"/>
        </w:rPr>
        <w:t xml:space="preserve">back </w:t>
      </w:r>
      <w:r>
        <w:rPr>
          <w:color w:val="000000"/>
        </w:rPr>
        <w:t xml:space="preserve">to me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my </w:t>
      </w:r>
      <w:r>
        <w:rPr>
          <w:color w:val="00FFCC"/>
        </w:rPr>
        <w:t xml:space="preserve">dream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what </w:t>
      </w:r>
      <w:r>
        <w:rPr>
          <w:color w:val="CC3399"/>
        </w:rPr>
        <w:t xml:space="preserve">is </w:t>
      </w:r>
      <w:r>
        <w:rPr>
          <w:color w:val="33CCFF"/>
        </w:rPr>
        <w:t xml:space="preserve">more </w:t>
      </w:r>
      <w:r>
        <w:rPr>
          <w:color w:val="000000"/>
        </w:rPr>
        <w:t xml:space="preserve">, the </w:t>
      </w:r>
      <w:r>
        <w:rPr>
          <w:color w:val="00FFCC"/>
        </w:rPr>
        <w:t xml:space="preserve">words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song </w:t>
      </w:r>
      <w:r>
        <w:rPr>
          <w:color w:val="00787F"/>
        </w:rPr>
        <w:t xml:space="preserve">also </w:t>
      </w:r>
      <w:r>
        <w:rPr>
          <w:color w:val="CC3399"/>
        </w:rPr>
        <w:t xml:space="preserve">came </w:t>
      </w:r>
      <w:r>
        <w:rPr>
          <w:color w:val="00FFCC"/>
        </w:rPr>
        <w:t xml:space="preserve">back-words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 </w:t>
      </w:r>
      <w:r>
        <w:rPr>
          <w:color w:val="CC3399"/>
        </w:rPr>
        <w:t xml:space="preserve">am </w:t>
      </w:r>
      <w:r>
        <w:rPr>
          <w:color w:val="33CCFF"/>
        </w:rPr>
        <w:t xml:space="preserve">certain </w:t>
      </w:r>
      <w:r>
        <w:rPr>
          <w:color w:val="000000"/>
        </w:rPr>
        <w:t xml:space="preserve">, which </w:t>
      </w:r>
      <w:r>
        <w:rPr>
          <w:color w:val="CC3399"/>
        </w:rPr>
        <w:t xml:space="preserve">were sung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of </w:t>
      </w:r>
      <w:r>
        <w:rPr>
          <w:color w:val="33CCFF"/>
        </w:rPr>
        <w:t xml:space="preserve">long </w:t>
      </w:r>
      <w:r>
        <w:rPr>
          <w:color w:val="00787F"/>
        </w:rPr>
        <w:t xml:space="preserve">ago </w:t>
      </w:r>
      <w:r>
        <w:rPr>
          <w:color w:val="FF0066"/>
        </w:rPr>
        <w:t xml:space="preserve">and </w:t>
      </w:r>
      <w:r>
        <w:rPr>
          <w:color w:val="CC3399"/>
        </w:rPr>
        <w:t xml:space="preserve">have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lost </w:t>
      </w:r>
      <w:r>
        <w:rPr>
          <w:color w:val="000000"/>
        </w:rPr>
        <w:t xml:space="preserve">to </w:t>
      </w:r>
      <w:r>
        <w:rPr>
          <w:color w:val="00FFCC"/>
        </w:rPr>
        <w:t xml:space="preserve">memory </w:t>
      </w:r>
      <w:r>
        <w:rPr>
          <w:color w:val="FF6600"/>
        </w:rPr>
        <w:t xml:space="preserve">for </w:t>
      </w:r>
      <w:r>
        <w:rPr>
          <w:color w:val="00FFCC"/>
        </w:rPr>
        <w:t xml:space="preserve">generations </w:t>
      </w:r>
      <w:r>
        <w:rPr>
          <w:color w:val="000000"/>
        </w:rPr>
        <w:t xml:space="preserve">. I </w:t>
      </w:r>
      <w:r>
        <w:rPr>
          <w:color w:val="003E3E"/>
        </w:rPr>
        <w:t xml:space="preserve">will </w:t>
      </w:r>
      <w:r>
        <w:rPr>
          <w:color w:val="CC3399"/>
        </w:rPr>
        <w:t xml:space="preserve">sing </w:t>
      </w:r>
      <w:r>
        <w:rPr>
          <w:color w:val="000000"/>
        </w:rPr>
        <w:t xml:space="preserve">you </w:t>
      </w:r>
      <w:r>
        <w:rPr>
          <w:color w:val="FF6600"/>
        </w:rPr>
        <w:t xml:space="preserve">that </w:t>
      </w:r>
      <w:r>
        <w:rPr>
          <w:color w:val="00FFCC"/>
        </w:rPr>
        <w:t xml:space="preserve">song </w:t>
      </w:r>
      <w:r>
        <w:rPr>
          <w:color w:val="00787F"/>
        </w:rPr>
        <w:t xml:space="preserve">now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 </w:t>
      </w:r>
      <w:r>
        <w:rPr>
          <w:color w:val="CC3399"/>
        </w:rPr>
        <w:t xml:space="preserve">am </w:t>
      </w:r>
      <w:r>
        <w:rPr>
          <w:color w:val="33CCFF"/>
        </w:rPr>
        <w:t xml:space="preserve">old </w:t>
      </w:r>
      <w:r>
        <w:rPr>
          <w:color w:val="FF0066"/>
        </w:rPr>
        <w:t xml:space="preserve">and </w:t>
      </w:r>
      <w:r>
        <w:rPr>
          <w:color w:val="000000"/>
        </w:rPr>
        <w:t xml:space="preserve">my </w:t>
      </w:r>
      <w:r>
        <w:rPr>
          <w:color w:val="00FFCC"/>
        </w:rPr>
        <w:t xml:space="preserve">voice </w:t>
      </w:r>
      <w:r>
        <w:rPr>
          <w:color w:val="CC3399"/>
        </w:rPr>
        <w:t xml:space="preserve">is </w:t>
      </w:r>
      <w:r>
        <w:rPr>
          <w:color w:val="33CCFF"/>
        </w:rPr>
        <w:t xml:space="preserve">hoarse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when I </w:t>
      </w:r>
      <w:r>
        <w:rPr>
          <w:color w:val="CC3399"/>
        </w:rPr>
        <w:t xml:space="preserve">have taught </w:t>
      </w:r>
      <w:r>
        <w:rPr>
          <w:color w:val="000000"/>
        </w:rPr>
        <w:t xml:space="preserve">you the </w:t>
      </w:r>
      <w:r>
        <w:rPr>
          <w:color w:val="00FFCC"/>
        </w:rPr>
        <w:t xml:space="preserve">tune </w:t>
      </w:r>
      <w:r>
        <w:rPr>
          <w:color w:val="000000"/>
        </w:rPr>
        <w:t xml:space="preserve">, you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can </w:t>
      </w:r>
      <w:r>
        <w:rPr>
          <w:color w:val="CC3399"/>
        </w:rPr>
        <w:t xml:space="preserve">sing </w:t>
      </w:r>
      <w:r>
        <w:rPr>
          <w:color w:val="000000"/>
        </w:rPr>
        <w:t xml:space="preserve">it </w:t>
      </w:r>
      <w:r>
        <w:rPr>
          <w:color w:val="33CCFF"/>
        </w:rPr>
        <w:t xml:space="preserve">better </w:t>
      </w:r>
      <w:r>
        <w:rPr>
          <w:color w:val="FF6600"/>
        </w:rPr>
        <w:t xml:space="preserve">for </w:t>
      </w:r>
      <w:r>
        <w:rPr>
          <w:color w:val="00FFCC"/>
        </w:rPr>
        <w:t xml:space="preserve">yourselves </w:t>
      </w:r>
      <w:r>
        <w:rPr>
          <w:color w:val="000000"/>
        </w:rPr>
        <w:t xml:space="preserve">. It </w:t>
      </w:r>
      <w:r>
        <w:rPr>
          <w:color w:val="CC3399"/>
        </w:rPr>
        <w:t xml:space="preserve">is called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Old Major </w:t>
      </w:r>
      <w:r>
        <w:rPr>
          <w:color w:val="CC3399"/>
        </w:rPr>
        <w:t xml:space="preserve">cleared </w:t>
      </w:r>
      <w:r>
        <w:rPr>
          <w:color w:val="000000"/>
        </w:rPr>
        <w:t xml:space="preserve">his </w:t>
      </w:r>
      <w:r>
        <w:rPr>
          <w:color w:val="00FFCC"/>
        </w:rPr>
        <w:t xml:space="preserve">throat </w:t>
      </w:r>
      <w:r>
        <w:rPr>
          <w:color w:val="FF0066"/>
        </w:rPr>
        <w:t xml:space="preserve">and </w:t>
      </w:r>
      <w:r>
        <w:rPr>
          <w:color w:val="CC3399"/>
        </w:rPr>
        <w:t xml:space="preserve">began </w:t>
      </w:r>
      <w:r>
        <w:rPr>
          <w:color w:val="000000"/>
        </w:rPr>
        <w:t xml:space="preserve">to </w:t>
      </w:r>
      <w:r>
        <w:rPr>
          <w:color w:val="CC3399"/>
        </w:rPr>
        <w:t xml:space="preserve">sing </w:t>
      </w:r>
      <w:r>
        <w:rPr>
          <w:color w:val="000000"/>
        </w:rPr>
        <w:t xml:space="preserve">. </w:t>
      </w:r>
      <w:r>
        <w:rPr>
          <w:color w:val="FF6600"/>
        </w:rPr>
        <w:t xml:space="preserve">As </w:t>
      </w:r>
      <w:r>
        <w:rPr>
          <w:color w:val="000000"/>
        </w:rPr>
        <w:t xml:space="preserve">he </w:t>
      </w:r>
      <w:r>
        <w:rPr>
          <w:color w:val="CC3399"/>
        </w:rPr>
        <w:t xml:space="preserve">had said </w:t>
      </w:r>
      <w:r>
        <w:rPr>
          <w:color w:val="000000"/>
        </w:rPr>
        <w:t xml:space="preserve">, his </w:t>
      </w:r>
      <w:r>
        <w:rPr>
          <w:color w:val="00FFCC"/>
        </w:rPr>
        <w:t xml:space="preserve">voice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FFCC"/>
        </w:rPr>
        <w:t xml:space="preserve">hoarse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he </w:t>
      </w:r>
      <w:r>
        <w:rPr>
          <w:color w:val="00787F"/>
        </w:rPr>
        <w:t xml:space="preserve">sang well enough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stirring </w:t>
      </w:r>
      <w:r>
        <w:rPr>
          <w:color w:val="00FFCC"/>
        </w:rPr>
        <w:t xml:space="preserve">tune </w:t>
      </w:r>
      <w:r>
        <w:rPr>
          <w:color w:val="000000"/>
        </w:rPr>
        <w:t xml:space="preserve">, </w:t>
      </w:r>
      <w:r>
        <w:rPr>
          <w:color w:val="00FFCC"/>
        </w:rPr>
        <w:t xml:space="preserve">something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between </w:t>
      </w:r>
      <w:r>
        <w:rPr>
          <w:color w:val="00FFCC"/>
        </w:rPr>
        <w:t xml:space="preserve">'Clementine </w:t>
      </w:r>
      <w:r>
        <w:rPr>
          <w:color w:val="000000"/>
        </w:rPr>
        <w:t xml:space="preserve">' </w:t>
      </w:r>
      <w:r>
        <w:rPr>
          <w:color w:val="FF0066"/>
        </w:rPr>
        <w:t xml:space="preserve">and </w:t>
      </w:r>
      <w:r>
        <w:rPr>
          <w:color w:val="000000"/>
        </w:rPr>
        <w:t xml:space="preserve">'La </w:t>
      </w:r>
      <w:r>
        <w:rPr>
          <w:color w:val="00FFCC"/>
        </w:rPr>
        <w:t xml:space="preserve">Cucaracha </w:t>
      </w:r>
      <w:r>
        <w:rPr>
          <w:color w:val="000000"/>
        </w:rPr>
        <w:t xml:space="preserve">' . The </w:t>
      </w:r>
      <w:r>
        <w:rPr>
          <w:color w:val="00FFCC"/>
        </w:rPr>
        <w:t xml:space="preserve">words </w:t>
      </w:r>
      <w:r>
        <w:rPr>
          <w:color w:val="CC3399"/>
        </w:rPr>
        <w:t xml:space="preserve">ran </w:t>
      </w:r>
      <w:r>
        <w:rPr>
          <w:color w:val="000000"/>
        </w:rPr>
        <w:t xml:space="preserve">: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, </w:t>
      </w:r>
      <w:r>
        <w:rPr>
          <w:color w:val="00FFCC"/>
        </w:rPr>
        <w:t xml:space="preserve">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Ireland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Beasts </w:t>
      </w:r>
      <w:r>
        <w:rPr>
          <w:color w:val="FF6600"/>
        </w:rPr>
        <w:t xml:space="preserve">of </w:t>
      </w:r>
      <w:r>
        <w:rPr>
          <w:color w:val="000000"/>
        </w:rPr>
        <w:t xml:space="preserve">every </w:t>
      </w:r>
      <w:r>
        <w:rPr>
          <w:color w:val="00FFCC"/>
        </w:rPr>
        <w:t xml:space="preserve">land </w:t>
      </w:r>
      <w:r>
        <w:rPr>
          <w:color w:val="FF0066"/>
        </w:rPr>
        <w:t xml:space="preserve">and </w:t>
      </w:r>
      <w:r>
        <w:rPr>
          <w:color w:val="00FFCC"/>
        </w:rPr>
        <w:t xml:space="preserve">clime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>He</w:t>
      </w:r>
      <w:r>
        <w:rPr>
          <w:color w:val="00FFCC"/>
        </w:rPr>
        <w:t xml:space="preserve">arken </w:t>
      </w:r>
      <w:r>
        <w:rPr>
          <w:color w:val="000000"/>
        </w:rPr>
        <w:t xml:space="preserve">to my </w:t>
      </w:r>
      <w:r>
        <w:rPr>
          <w:color w:val="33CCFF"/>
        </w:rPr>
        <w:t xml:space="preserve">joyful </w:t>
      </w:r>
      <w:r>
        <w:rPr>
          <w:color w:val="00FFCC"/>
        </w:rPr>
        <w:t xml:space="preserve">tidings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golden </w:t>
      </w:r>
      <w:r>
        <w:rPr>
          <w:color w:val="00FFCC"/>
        </w:rPr>
        <w:t xml:space="preserve">future time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Soon </w:t>
      </w:r>
      <w:r>
        <w:rPr>
          <w:color w:val="FF0066"/>
        </w:rPr>
        <w:t xml:space="preserve">or </w:t>
      </w:r>
      <w:r>
        <w:rPr>
          <w:color w:val="CC3399"/>
        </w:rPr>
        <w:t xml:space="preserve">late </w:t>
      </w:r>
      <w:r>
        <w:rPr>
          <w:color w:val="000000"/>
        </w:rPr>
        <w:t xml:space="preserve">the </w:t>
      </w:r>
      <w:r>
        <w:rPr>
          <w:color w:val="00FFCC"/>
        </w:rPr>
        <w:t xml:space="preserve">day </w:t>
      </w:r>
      <w:r>
        <w:rPr>
          <w:color w:val="CC3399"/>
        </w:rPr>
        <w:t xml:space="preserve">is coming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Tyrant </w:t>
      </w:r>
      <w:r>
        <w:rPr>
          <w:color w:val="00FFCC"/>
        </w:rPr>
        <w:t xml:space="preserve">Man </w:t>
      </w:r>
      <w:r>
        <w:rPr>
          <w:color w:val="003E3E"/>
        </w:rPr>
        <w:t xml:space="preserve">shall </w:t>
      </w:r>
      <w:r>
        <w:rPr>
          <w:color w:val="CC3399"/>
        </w:rPr>
        <w:t xml:space="preserve">be o'erthrown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fruitful </w:t>
      </w:r>
      <w:r>
        <w:rPr>
          <w:color w:val="00FFCC"/>
        </w:rPr>
        <w:t xml:space="preserve">fields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Shall </w:t>
      </w:r>
      <w:r>
        <w:rPr>
          <w:color w:val="CC3399"/>
        </w:rPr>
        <w:t xml:space="preserve">be trod </w:t>
      </w:r>
      <w:r>
        <w:rPr>
          <w:color w:val="FF6600"/>
        </w:rPr>
        <w:t xml:space="preserve">by </w:t>
      </w:r>
      <w:r>
        <w:rPr>
          <w:color w:val="00FFCC"/>
        </w:rPr>
        <w:t xml:space="preserve">beasts </w:t>
      </w:r>
      <w:r>
        <w:rPr>
          <w:color w:val="00787F"/>
        </w:rPr>
        <w:t xml:space="preserve">alone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Rings </w:t>
      </w:r>
      <w:r>
        <w:rPr>
          <w:color w:val="003E3E"/>
        </w:rPr>
        <w:t xml:space="preserve">shall </w:t>
      </w:r>
      <w:r>
        <w:rPr>
          <w:color w:val="CC3399"/>
        </w:rPr>
        <w:t xml:space="preserve">vanish </w:t>
      </w:r>
      <w:r>
        <w:rPr>
          <w:color w:val="FF6600"/>
        </w:rPr>
        <w:t xml:space="preserve">from </w:t>
      </w:r>
      <w:r>
        <w:rPr>
          <w:color w:val="000000"/>
        </w:rPr>
        <w:t xml:space="preserve">our </w:t>
      </w:r>
      <w:r>
        <w:rPr>
          <w:color w:val="00FFCC"/>
        </w:rPr>
        <w:t xml:space="preserve">noses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harness </w:t>
      </w:r>
      <w:r>
        <w:rPr>
          <w:color w:val="FF6600"/>
        </w:rPr>
        <w:t xml:space="preserve">from </w:t>
      </w:r>
      <w:r>
        <w:rPr>
          <w:color w:val="000000"/>
        </w:rPr>
        <w:t xml:space="preserve">our </w:t>
      </w:r>
      <w:r>
        <w:rPr>
          <w:color w:val="00FFCC"/>
        </w:rPr>
        <w:t xml:space="preserve">back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Bit </w:t>
      </w:r>
      <w:r>
        <w:rPr>
          <w:color w:val="FF0066"/>
        </w:rPr>
        <w:t xml:space="preserve">and </w:t>
      </w:r>
      <w:r>
        <w:rPr>
          <w:color w:val="CC3399"/>
        </w:rPr>
        <w:t xml:space="preserve">spur </w:t>
      </w:r>
      <w:r>
        <w:rPr>
          <w:color w:val="003E3E"/>
        </w:rPr>
        <w:t xml:space="preserve">shall </w:t>
      </w:r>
      <w:r>
        <w:rPr>
          <w:color w:val="CC3399"/>
        </w:rPr>
        <w:t xml:space="preserve">rust </w:t>
      </w:r>
      <w:r>
        <w:rPr>
          <w:color w:val="00787F"/>
        </w:rPr>
        <w:t xml:space="preserve">forever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Cruel </w:t>
      </w:r>
      <w:r>
        <w:rPr>
          <w:color w:val="CC3399"/>
        </w:rPr>
        <w:t xml:space="preserve">whips </w:t>
      </w:r>
      <w:r>
        <w:rPr>
          <w:color w:val="000000"/>
        </w:rPr>
        <w:t xml:space="preserve">no </w:t>
      </w:r>
      <w:r>
        <w:rPr>
          <w:color w:val="00787F"/>
        </w:rPr>
        <w:t xml:space="preserve">more </w:t>
      </w:r>
      <w:r>
        <w:rPr>
          <w:color w:val="003E3E"/>
        </w:rPr>
        <w:t xml:space="preserve">shall </w:t>
      </w:r>
      <w:r>
        <w:rPr>
          <w:color w:val="CC3399"/>
        </w:rPr>
        <w:t xml:space="preserve">crack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Riches </w:t>
      </w:r>
      <w:r>
        <w:rPr>
          <w:color w:val="33CCFF"/>
        </w:rPr>
        <w:t xml:space="preserve">more </w:t>
      </w:r>
      <w:r>
        <w:rPr>
          <w:color w:val="FF6600"/>
        </w:rPr>
        <w:t xml:space="preserve">than </w:t>
      </w:r>
      <w:r>
        <w:rPr>
          <w:color w:val="00FFCC"/>
        </w:rPr>
        <w:t xml:space="preserve">mind </w:t>
      </w:r>
      <w:r>
        <w:rPr>
          <w:color w:val="003E3E"/>
        </w:rPr>
        <w:t xml:space="preserve">can </w:t>
      </w:r>
      <w:r>
        <w:rPr>
          <w:color w:val="CC3399"/>
        </w:rPr>
        <w:t xml:space="preserve">picture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Wheat </w:t>
      </w:r>
      <w:r>
        <w:rPr>
          <w:color w:val="FF0066"/>
        </w:rPr>
        <w:t xml:space="preserve">and </w:t>
      </w:r>
      <w:r>
        <w:rPr>
          <w:color w:val="00FFCC"/>
        </w:rPr>
        <w:t xml:space="preserve">barley </w:t>
      </w:r>
      <w:r>
        <w:rPr>
          <w:color w:val="000000"/>
        </w:rPr>
        <w:t xml:space="preserve">, </w:t>
      </w:r>
      <w:r>
        <w:rPr>
          <w:color w:val="00FFCC"/>
        </w:rPr>
        <w:t xml:space="preserve">oats </w:t>
      </w:r>
      <w:r>
        <w:rPr>
          <w:color w:val="FF0066"/>
        </w:rPr>
        <w:t xml:space="preserve">and </w:t>
      </w:r>
      <w:r>
        <w:rPr>
          <w:color w:val="00FFCC"/>
        </w:rPr>
        <w:t xml:space="preserve">hay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Clover </w:t>
      </w:r>
      <w:r>
        <w:rPr>
          <w:color w:val="000000"/>
        </w:rPr>
        <w:t xml:space="preserve">, </w:t>
      </w:r>
      <w:r>
        <w:rPr>
          <w:color w:val="00FFCC"/>
        </w:rPr>
        <w:t xml:space="preserve">beans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mangel-wurzels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Shall </w:t>
      </w:r>
      <w:r>
        <w:rPr>
          <w:color w:val="CC3399"/>
        </w:rPr>
        <w:t xml:space="preserve">be ours </w:t>
      </w:r>
      <w:r>
        <w:rPr>
          <w:color w:val="FF6600"/>
        </w:rPr>
        <w:t xml:space="preserve">upon </w:t>
      </w:r>
      <w:r>
        <w:rPr>
          <w:color w:val="000000"/>
        </w:rPr>
        <w:t xml:space="preserve">that </w:t>
      </w:r>
      <w:r>
        <w:rPr>
          <w:color w:val="00FFCC"/>
        </w:rPr>
        <w:t xml:space="preserve">day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Bright </w:t>
      </w:r>
      <w:r>
        <w:rPr>
          <w:color w:val="003E3E"/>
        </w:rPr>
        <w:t xml:space="preserve">will </w:t>
      </w:r>
      <w:r>
        <w:rPr>
          <w:color w:val="CC3399"/>
        </w:rPr>
        <w:t xml:space="preserve">shine </w:t>
      </w:r>
      <w:r>
        <w:rPr>
          <w:color w:val="000000"/>
        </w:rPr>
        <w:t xml:space="preserve">the </w:t>
      </w:r>
      <w:r>
        <w:rPr>
          <w:color w:val="00FFCC"/>
        </w:rPr>
        <w:t xml:space="preserve">fields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Purer </w:t>
      </w:r>
      <w:r>
        <w:rPr>
          <w:color w:val="003E3E"/>
        </w:rPr>
        <w:t xml:space="preserve">shall </w:t>
      </w:r>
      <w:r>
        <w:rPr>
          <w:color w:val="000000"/>
        </w:rPr>
        <w:t xml:space="preserve">its </w:t>
      </w:r>
      <w:r>
        <w:rPr>
          <w:color w:val="00FFCC"/>
        </w:rPr>
        <w:t xml:space="preserve">waters </w:t>
      </w:r>
      <w:r>
        <w:rPr>
          <w:color w:val="CC3399"/>
        </w:rPr>
        <w:t xml:space="preserve">be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Sweeter </w:t>
      </w:r>
      <w:r>
        <w:rPr>
          <w:color w:val="00787F"/>
        </w:rPr>
        <w:t xml:space="preserve">yet </w:t>
      </w:r>
      <w:r>
        <w:rPr>
          <w:color w:val="003E3E"/>
        </w:rPr>
        <w:t xml:space="preserve">shall </w:t>
      </w:r>
      <w:r>
        <w:rPr>
          <w:color w:val="CC3399"/>
        </w:rPr>
        <w:t xml:space="preserve">blow </w:t>
      </w:r>
      <w:r>
        <w:rPr>
          <w:color w:val="000000"/>
        </w:rPr>
        <w:t xml:space="preserve">its </w:t>
      </w:r>
      <w:r>
        <w:rPr>
          <w:color w:val="00FFCC"/>
        </w:rPr>
        <w:t xml:space="preserve">breezes </w:t>
      </w:r>
    </w:p>
    <w:p w:rsidR="00D83EF7" w:rsidRDefault="00CA4524" w:rsidP="00CA4524">
      <w:pPr>
        <w:spacing w:after="0"/>
      </w:pPr>
      <w:r>
        <w:rPr>
          <w:color w:val="FF6600"/>
        </w:rPr>
        <w:lastRenderedPageBreak/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day </w:t>
      </w:r>
      <w:r>
        <w:rPr>
          <w:color w:val="000000"/>
        </w:rPr>
        <w:t xml:space="preserve">that </w:t>
      </w:r>
      <w:r>
        <w:rPr>
          <w:color w:val="CC3399"/>
        </w:rPr>
        <w:t xml:space="preserve">sets </w:t>
      </w:r>
      <w:r>
        <w:rPr>
          <w:color w:val="000000"/>
        </w:rPr>
        <w:t xml:space="preserve">us </w:t>
      </w:r>
      <w:r>
        <w:rPr>
          <w:color w:val="33CCFF"/>
        </w:rPr>
        <w:t xml:space="preserve">free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0000"/>
        </w:rPr>
        <w:t xml:space="preserve">that </w:t>
      </w:r>
      <w:r>
        <w:rPr>
          <w:color w:val="00FFCC"/>
        </w:rPr>
        <w:t xml:space="preserve">day </w:t>
      </w:r>
      <w:r>
        <w:rPr>
          <w:color w:val="000000"/>
        </w:rPr>
        <w:t xml:space="preserve">we all </w:t>
      </w:r>
      <w:r>
        <w:rPr>
          <w:color w:val="003E3E"/>
        </w:rPr>
        <w:t xml:space="preserve">must </w:t>
      </w:r>
      <w:r>
        <w:rPr>
          <w:color w:val="CC3399"/>
        </w:rPr>
        <w:t xml:space="preserve">labour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Though </w:t>
      </w:r>
      <w:r>
        <w:rPr>
          <w:color w:val="000000"/>
        </w:rPr>
        <w:t xml:space="preserve">we </w:t>
      </w:r>
      <w:r>
        <w:rPr>
          <w:color w:val="CC3399"/>
        </w:rPr>
        <w:t xml:space="preserve">die </w:t>
      </w:r>
      <w:r>
        <w:rPr>
          <w:color w:val="FF6600"/>
        </w:rPr>
        <w:t xml:space="preserve">before </w:t>
      </w:r>
      <w:r>
        <w:rPr>
          <w:color w:val="000000"/>
        </w:rPr>
        <w:t xml:space="preserve">it </w:t>
      </w:r>
      <w:r>
        <w:rPr>
          <w:color w:val="CC3399"/>
        </w:rPr>
        <w:t xml:space="preserve">break </w:t>
      </w:r>
      <w:r>
        <w:rPr>
          <w:color w:val="000000"/>
        </w:rPr>
        <w:t xml:space="preserve">;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Cows </w:t>
      </w:r>
      <w:r>
        <w:rPr>
          <w:color w:val="FF0066"/>
        </w:rPr>
        <w:t xml:space="preserve">and </w:t>
      </w:r>
      <w:r>
        <w:rPr>
          <w:color w:val="00FFCC"/>
        </w:rPr>
        <w:t xml:space="preserve">horses </w:t>
      </w:r>
      <w:r>
        <w:rPr>
          <w:color w:val="000000"/>
        </w:rPr>
        <w:t xml:space="preserve">, </w:t>
      </w:r>
      <w:r>
        <w:rPr>
          <w:color w:val="33CCFF"/>
        </w:rPr>
        <w:t xml:space="preserve">geese </w:t>
      </w:r>
      <w:r>
        <w:rPr>
          <w:color w:val="FF0066"/>
        </w:rPr>
        <w:t xml:space="preserve">and </w:t>
      </w:r>
      <w:r>
        <w:rPr>
          <w:color w:val="00FFCC"/>
        </w:rPr>
        <w:t xml:space="preserve">turkeys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All </w:t>
      </w:r>
      <w:r>
        <w:rPr>
          <w:color w:val="003E3E"/>
        </w:rPr>
        <w:t xml:space="preserve">must </w:t>
      </w:r>
      <w:r>
        <w:rPr>
          <w:color w:val="CC3399"/>
        </w:rPr>
        <w:t xml:space="preserve">toil </w:t>
      </w:r>
      <w:r>
        <w:rPr>
          <w:color w:val="FF6600"/>
        </w:rPr>
        <w:t xml:space="preserve">for </w:t>
      </w:r>
      <w:r>
        <w:rPr>
          <w:color w:val="00FFCC"/>
        </w:rPr>
        <w:t xml:space="preserve">freedom </w:t>
      </w:r>
      <w:r>
        <w:rPr>
          <w:color w:val="000000"/>
        </w:rPr>
        <w:t xml:space="preserve">'s </w:t>
      </w:r>
      <w:r>
        <w:rPr>
          <w:color w:val="00FFCC"/>
        </w:rPr>
        <w:t xml:space="preserve">sake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>Be</w:t>
      </w:r>
      <w:r>
        <w:rPr>
          <w:color w:val="00FFCC"/>
        </w:rPr>
        <w:t xml:space="preserve">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, </w:t>
      </w:r>
      <w:r>
        <w:rPr>
          <w:color w:val="00FFCC"/>
        </w:rPr>
        <w:t xml:space="preserve">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Ireland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Beasts </w:t>
      </w:r>
      <w:r>
        <w:rPr>
          <w:color w:val="FF6600"/>
        </w:rPr>
        <w:t xml:space="preserve">of </w:t>
      </w:r>
      <w:r>
        <w:rPr>
          <w:color w:val="000000"/>
        </w:rPr>
        <w:t xml:space="preserve">every </w:t>
      </w:r>
      <w:r>
        <w:rPr>
          <w:color w:val="00FFCC"/>
        </w:rPr>
        <w:t xml:space="preserve">land </w:t>
      </w:r>
      <w:r>
        <w:rPr>
          <w:color w:val="FF0066"/>
        </w:rPr>
        <w:t xml:space="preserve">and </w:t>
      </w:r>
      <w:r>
        <w:rPr>
          <w:color w:val="00FFCC"/>
        </w:rPr>
        <w:t xml:space="preserve">clime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Hearken </w:t>
      </w:r>
      <w:r>
        <w:rPr>
          <w:color w:val="00787F"/>
        </w:rPr>
        <w:t xml:space="preserve">well </w:t>
      </w:r>
      <w:r>
        <w:rPr>
          <w:color w:val="FF0066"/>
        </w:rPr>
        <w:t xml:space="preserve">and </w:t>
      </w:r>
      <w:r>
        <w:rPr>
          <w:color w:val="CC3399"/>
        </w:rPr>
        <w:t xml:space="preserve">spread </w:t>
      </w:r>
      <w:r>
        <w:rPr>
          <w:color w:val="000000"/>
        </w:rPr>
        <w:t xml:space="preserve">my </w:t>
      </w:r>
      <w:r>
        <w:rPr>
          <w:color w:val="00FFCC"/>
        </w:rPr>
        <w:t xml:space="preserve">tidings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golden </w:t>
      </w:r>
      <w:r>
        <w:rPr>
          <w:color w:val="00FFCC"/>
        </w:rPr>
        <w:t xml:space="preserve">future time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singing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00FFCC"/>
        </w:rPr>
        <w:t xml:space="preserve">song </w:t>
      </w:r>
      <w:r>
        <w:rPr>
          <w:color w:val="CC3399"/>
        </w:rPr>
        <w:t xml:space="preserve">threw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33CCFF"/>
        </w:rPr>
        <w:t xml:space="preserve">wildest </w:t>
      </w:r>
      <w:r>
        <w:rPr>
          <w:color w:val="00FFCC"/>
        </w:rPr>
        <w:t xml:space="preserve">excitement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Almost </w:t>
      </w:r>
      <w:r>
        <w:rPr>
          <w:color w:val="FF6600"/>
        </w:rPr>
        <w:t xml:space="preserve">before </w:t>
      </w:r>
      <w:r>
        <w:rPr>
          <w:color w:val="00FFCC"/>
        </w:rPr>
        <w:t xml:space="preserve">Major </w:t>
      </w:r>
      <w:r>
        <w:rPr>
          <w:color w:val="CC3399"/>
        </w:rPr>
        <w:t xml:space="preserve">had reached </w:t>
      </w:r>
      <w:r>
        <w:rPr>
          <w:color w:val="000000"/>
        </w:rPr>
        <w:t xml:space="preserve">the </w:t>
      </w:r>
      <w:r>
        <w:rPr>
          <w:color w:val="00FFCC"/>
        </w:rPr>
        <w:t xml:space="preserve">end </w:t>
      </w:r>
      <w:r>
        <w:rPr>
          <w:color w:val="000000"/>
        </w:rPr>
        <w:t xml:space="preserve">,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begun singing </w:t>
      </w:r>
      <w:r>
        <w:rPr>
          <w:color w:val="000000"/>
        </w:rPr>
        <w:t xml:space="preserve">it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themselves . </w:t>
      </w:r>
      <w:r>
        <w:rPr>
          <w:color w:val="00787F"/>
        </w:rPr>
        <w:t xml:space="preserve">Even </w:t>
      </w:r>
      <w:r>
        <w:rPr>
          <w:color w:val="000000"/>
        </w:rPr>
        <w:t xml:space="preserve">the </w:t>
      </w:r>
      <w:r>
        <w:rPr>
          <w:color w:val="33CCFF"/>
        </w:rPr>
        <w:t xml:space="preserve">stupidest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had </w:t>
      </w:r>
      <w:r>
        <w:rPr>
          <w:color w:val="00787F"/>
        </w:rPr>
        <w:t xml:space="preserve">already </w:t>
      </w:r>
      <w:r>
        <w:rPr>
          <w:color w:val="CC3399"/>
        </w:rPr>
        <w:t xml:space="preserve">picked </w:t>
      </w:r>
      <w:r>
        <w:rPr>
          <w:color w:val="000000"/>
        </w:rPr>
        <w:t xml:space="preserve">up the </w:t>
      </w:r>
      <w:r>
        <w:rPr>
          <w:color w:val="00FFCC"/>
        </w:rPr>
        <w:t xml:space="preserve">tune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words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as for </w:t>
      </w:r>
      <w:r>
        <w:rPr>
          <w:color w:val="000000"/>
        </w:rPr>
        <w:t xml:space="preserve">the </w:t>
      </w:r>
      <w:r>
        <w:rPr>
          <w:color w:val="00FFCC"/>
        </w:rPr>
        <w:t xml:space="preserve">clever ones </w:t>
      </w:r>
      <w:r>
        <w:rPr>
          <w:color w:val="000000"/>
        </w:rPr>
        <w:t xml:space="preserve">, </w:t>
      </w:r>
      <w:r>
        <w:rPr>
          <w:color w:val="33CCFF"/>
        </w:rPr>
        <w:t xml:space="preserve">such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0066"/>
        </w:rPr>
        <w:t xml:space="preserve">and </w:t>
      </w:r>
      <w:r>
        <w:rPr>
          <w:color w:val="00FFCC"/>
        </w:rPr>
        <w:t xml:space="preserve">dogs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0000"/>
        </w:rPr>
        <w:t xml:space="preserve">the </w:t>
      </w:r>
      <w:r>
        <w:rPr>
          <w:color w:val="33CCFF"/>
        </w:rPr>
        <w:t xml:space="preserve">entire </w:t>
      </w:r>
      <w:r>
        <w:rPr>
          <w:color w:val="00FFCC"/>
        </w:rPr>
        <w:t xml:space="preserve">song </w:t>
      </w:r>
      <w:r>
        <w:rPr>
          <w:color w:val="FF6600"/>
        </w:rPr>
        <w:t xml:space="preserve">by </w:t>
      </w:r>
      <w:r>
        <w:rPr>
          <w:color w:val="00FFCC"/>
        </w:rPr>
        <w:t xml:space="preserve">heart </w:t>
      </w:r>
      <w:r>
        <w:rPr>
          <w:color w:val="FF6600"/>
        </w:rPr>
        <w:t xml:space="preserve">within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minutes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787F"/>
        </w:rPr>
        <w:t xml:space="preserve">then </w:t>
      </w:r>
      <w:r>
        <w:rPr>
          <w:color w:val="000000"/>
        </w:rPr>
        <w:t xml:space="preserve">, </w:t>
      </w:r>
      <w:r>
        <w:rPr>
          <w:color w:val="FF6600"/>
        </w:rPr>
        <w:t xml:space="preserve">after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few preliminary </w:t>
      </w:r>
      <w:r>
        <w:rPr>
          <w:color w:val="00FFCC"/>
        </w:rPr>
        <w:t xml:space="preserve">tries </w:t>
      </w:r>
      <w:r>
        <w:rPr>
          <w:color w:val="000000"/>
        </w:rPr>
        <w:t xml:space="preserve">, 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farm burst </w:t>
      </w:r>
      <w:r>
        <w:rPr>
          <w:color w:val="FF6600"/>
        </w:rPr>
        <w:t xml:space="preserve">out into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tremendous </w:t>
      </w:r>
      <w:r>
        <w:rPr>
          <w:color w:val="00FFCC"/>
        </w:rPr>
        <w:t xml:space="preserve">unison </w:t>
      </w:r>
      <w:r>
        <w:rPr>
          <w:color w:val="000000"/>
        </w:rPr>
        <w:t xml:space="preserve">. The </w:t>
      </w:r>
      <w:r>
        <w:rPr>
          <w:color w:val="00FFCC"/>
        </w:rPr>
        <w:t xml:space="preserve">cows </w:t>
      </w:r>
      <w:r>
        <w:rPr>
          <w:color w:val="CC3399"/>
        </w:rPr>
        <w:t xml:space="preserve">lowed </w:t>
      </w:r>
      <w:r>
        <w:rPr>
          <w:color w:val="000000"/>
        </w:rPr>
        <w:t xml:space="preserve">it , the </w:t>
      </w:r>
      <w:r>
        <w:rPr>
          <w:color w:val="00FFCC"/>
        </w:rPr>
        <w:t xml:space="preserve">dogs </w:t>
      </w:r>
      <w:r>
        <w:rPr>
          <w:color w:val="CC3399"/>
        </w:rPr>
        <w:t xml:space="preserve">whined </w:t>
      </w:r>
      <w:r>
        <w:rPr>
          <w:color w:val="000000"/>
        </w:rPr>
        <w:t xml:space="preserve">it , the </w:t>
      </w:r>
      <w:r>
        <w:rPr>
          <w:color w:val="00FFCC"/>
        </w:rPr>
        <w:t xml:space="preserve">sheep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bleated </w:t>
      </w:r>
      <w:r>
        <w:rPr>
          <w:color w:val="000000"/>
        </w:rPr>
        <w:t xml:space="preserve">it , the </w:t>
      </w:r>
      <w:r>
        <w:rPr>
          <w:color w:val="00FFCC"/>
        </w:rPr>
        <w:t xml:space="preserve">horses </w:t>
      </w:r>
      <w:r>
        <w:rPr>
          <w:color w:val="CC3399"/>
        </w:rPr>
        <w:t xml:space="preserve">whinnied </w:t>
      </w:r>
      <w:r>
        <w:rPr>
          <w:color w:val="000000"/>
        </w:rPr>
        <w:t xml:space="preserve">it , the </w:t>
      </w:r>
      <w:r>
        <w:rPr>
          <w:color w:val="00FFCC"/>
        </w:rPr>
        <w:t xml:space="preserve">ducks </w:t>
      </w:r>
      <w:r>
        <w:rPr>
          <w:color w:val="CC3399"/>
        </w:rPr>
        <w:t xml:space="preserve">quacked </w:t>
      </w:r>
      <w:r>
        <w:rPr>
          <w:color w:val="000000"/>
        </w:rPr>
        <w:t xml:space="preserve">it . 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so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delighted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>so</w:t>
      </w:r>
      <w:r>
        <w:rPr>
          <w:color w:val="00FFCC"/>
        </w:rPr>
        <w:t xml:space="preserve">ng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sang </w:t>
      </w:r>
      <w:r>
        <w:rPr>
          <w:color w:val="000000"/>
        </w:rPr>
        <w:t xml:space="preserve">it </w:t>
      </w:r>
      <w:r>
        <w:rPr>
          <w:color w:val="CC3399"/>
        </w:rPr>
        <w:t xml:space="preserve">right </w:t>
      </w:r>
      <w:r>
        <w:rPr>
          <w:color w:val="FF6600"/>
        </w:rPr>
        <w:t xml:space="preserve">through </w:t>
      </w:r>
      <w:r>
        <w:rPr>
          <w:color w:val="000000"/>
        </w:rPr>
        <w:t xml:space="preserve">five </w:t>
      </w:r>
      <w:r>
        <w:rPr>
          <w:color w:val="00FFCC"/>
        </w:rPr>
        <w:t xml:space="preserve">times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succession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3E3E"/>
        </w:rPr>
        <w:t xml:space="preserve">might </w:t>
      </w:r>
      <w:r>
        <w:rPr>
          <w:color w:val="CC3399"/>
        </w:rPr>
        <w:t xml:space="preserve">have continued singing </w:t>
      </w:r>
      <w:r>
        <w:rPr>
          <w:color w:val="000000"/>
        </w:rPr>
        <w:t xml:space="preserve">it all </w:t>
      </w:r>
      <w:r>
        <w:rPr>
          <w:color w:val="00FFCC"/>
        </w:rPr>
        <w:t xml:space="preserve">night </w:t>
      </w:r>
      <w:r>
        <w:rPr>
          <w:color w:val="FF6600"/>
        </w:rPr>
        <w:t xml:space="preserve">if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been interrupted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Unfortunately </w:t>
      </w:r>
      <w:r>
        <w:rPr>
          <w:color w:val="000000"/>
        </w:rPr>
        <w:t xml:space="preserve">, the </w:t>
      </w:r>
      <w:r>
        <w:rPr>
          <w:color w:val="00FFCC"/>
        </w:rPr>
        <w:t xml:space="preserve">uproar </w:t>
      </w:r>
      <w:r>
        <w:rPr>
          <w:color w:val="CC3399"/>
        </w:rPr>
        <w:t xml:space="preserve">awoke </w:t>
      </w:r>
      <w:r>
        <w:rPr>
          <w:color w:val="00FFCC"/>
        </w:rPr>
        <w:t xml:space="preserve">Mr. Jones </w:t>
      </w:r>
      <w:r>
        <w:rPr>
          <w:color w:val="000000"/>
        </w:rPr>
        <w:t xml:space="preserve">, who </w:t>
      </w:r>
      <w:r>
        <w:rPr>
          <w:color w:val="CC3399"/>
        </w:rPr>
        <w:t xml:space="preserve">sprang </w:t>
      </w:r>
      <w:r>
        <w:rPr>
          <w:color w:val="FF6600"/>
        </w:rPr>
        <w:t xml:space="preserve">out of </w:t>
      </w:r>
      <w:r>
        <w:rPr>
          <w:color w:val="00FFCC"/>
        </w:rPr>
        <w:t xml:space="preserve">bed </w:t>
      </w:r>
      <w:r>
        <w:rPr>
          <w:color w:val="000000"/>
        </w:rPr>
        <w:t xml:space="preserve">, </w:t>
      </w:r>
      <w:r>
        <w:rPr>
          <w:color w:val="CC3399"/>
        </w:rPr>
        <w:t xml:space="preserve">making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sure </w:t>
      </w:r>
      <w:r>
        <w:rPr>
          <w:color w:val="FF6600"/>
        </w:rPr>
        <w:t xml:space="preserve">that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fox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. He </w:t>
      </w:r>
      <w:r>
        <w:rPr>
          <w:color w:val="CC3399"/>
        </w:rPr>
        <w:t xml:space="preserve">seized </w:t>
      </w:r>
      <w:r>
        <w:rPr>
          <w:color w:val="000000"/>
        </w:rPr>
        <w:t xml:space="preserve">the </w:t>
      </w:r>
      <w:r>
        <w:rPr>
          <w:color w:val="00FFCC"/>
        </w:rPr>
        <w:t xml:space="preserve">gun </w:t>
      </w:r>
      <w:r>
        <w:rPr>
          <w:color w:val="000000"/>
        </w:rPr>
        <w:t xml:space="preserve">which </w:t>
      </w:r>
      <w:r>
        <w:rPr>
          <w:color w:val="00787F"/>
        </w:rPr>
        <w:t xml:space="preserve">always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stood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corner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00FFCC"/>
        </w:rPr>
        <w:t xml:space="preserve">bedroom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let fly </w:t>
      </w:r>
      <w:r>
        <w:rPr>
          <w:color w:val="000000"/>
        </w:rPr>
        <w:t xml:space="preserve">a </w:t>
      </w:r>
      <w:r>
        <w:rPr>
          <w:color w:val="00FFCC"/>
        </w:rPr>
        <w:t xml:space="preserve">charge </w:t>
      </w:r>
      <w:r>
        <w:rPr>
          <w:color w:val="FF6600"/>
        </w:rPr>
        <w:t xml:space="preserve">of </w:t>
      </w:r>
      <w:r>
        <w:rPr>
          <w:color w:val="00FFCC"/>
        </w:rPr>
        <w:t xml:space="preserve">number </w:t>
      </w:r>
      <w:r>
        <w:rPr>
          <w:color w:val="000000"/>
        </w:rPr>
        <w:t xml:space="preserve">6 </w:t>
      </w:r>
      <w:r>
        <w:rPr>
          <w:color w:val="00FFCC"/>
        </w:rPr>
        <w:t xml:space="preserve">shot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darkness </w:t>
      </w:r>
      <w:r>
        <w:rPr>
          <w:color w:val="000000"/>
        </w:rPr>
        <w:t xml:space="preserve">. The </w:t>
      </w:r>
      <w:r>
        <w:rPr>
          <w:color w:val="00FFCC"/>
        </w:rPr>
        <w:t xml:space="preserve">pellets </w:t>
      </w:r>
      <w:r>
        <w:rPr>
          <w:color w:val="CC3399"/>
        </w:rPr>
        <w:t xml:space="preserve">buried </w:t>
      </w:r>
      <w:r>
        <w:rPr>
          <w:color w:val="000000"/>
        </w:rPr>
        <w:t xml:space="preserve">themselves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wall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meeting </w:t>
      </w:r>
      <w:r>
        <w:rPr>
          <w:color w:val="CC3399"/>
        </w:rPr>
        <w:t xml:space="preserve">broke </w:t>
      </w:r>
      <w:r>
        <w:rPr>
          <w:color w:val="000000"/>
        </w:rPr>
        <w:t xml:space="preserve">up </w:t>
      </w:r>
      <w:r>
        <w:rPr>
          <w:color w:val="00787F"/>
        </w:rPr>
        <w:t xml:space="preserve">hurriedly </w:t>
      </w:r>
      <w:r>
        <w:rPr>
          <w:color w:val="000000"/>
        </w:rPr>
        <w:t xml:space="preserve">. </w:t>
      </w:r>
      <w:r>
        <w:rPr>
          <w:color w:val="00FFCC"/>
        </w:rPr>
        <w:t xml:space="preserve">Everyone </w:t>
      </w:r>
      <w:r>
        <w:rPr>
          <w:color w:val="CC3399"/>
        </w:rPr>
        <w:t xml:space="preserve">fled </w:t>
      </w:r>
      <w:r>
        <w:rPr>
          <w:color w:val="000000"/>
        </w:rPr>
        <w:t xml:space="preserve">to his </w:t>
      </w:r>
      <w:r>
        <w:rPr>
          <w:color w:val="33CCFF"/>
        </w:rPr>
        <w:t xml:space="preserve">own </w:t>
      </w:r>
    </w:p>
    <w:p w:rsidR="00D83EF7" w:rsidRDefault="00CA4524" w:rsidP="00CA4524">
      <w:pPr>
        <w:spacing w:after="0"/>
      </w:pPr>
      <w:r>
        <w:rPr>
          <w:color w:val="00FFCC"/>
        </w:rPr>
        <w:t>s</w:t>
      </w:r>
      <w:r>
        <w:rPr>
          <w:color w:val="00FFCC"/>
        </w:rPr>
        <w:t xml:space="preserve">leeping-place </w:t>
      </w:r>
      <w:r>
        <w:rPr>
          <w:color w:val="000000"/>
        </w:rPr>
        <w:t xml:space="preserve">. The </w:t>
      </w:r>
      <w:r>
        <w:rPr>
          <w:color w:val="00FFCC"/>
        </w:rPr>
        <w:t xml:space="preserve">birds </w:t>
      </w:r>
      <w:r>
        <w:rPr>
          <w:color w:val="CC3399"/>
        </w:rPr>
        <w:t xml:space="preserve">jumped </w:t>
      </w:r>
      <w:r>
        <w:rPr>
          <w:color w:val="FF6600"/>
        </w:rPr>
        <w:t xml:space="preserve">on </w:t>
      </w:r>
      <w:r>
        <w:rPr>
          <w:color w:val="000000"/>
        </w:rPr>
        <w:t xml:space="preserve">to their </w:t>
      </w:r>
      <w:r>
        <w:rPr>
          <w:color w:val="00FFCC"/>
        </w:rPr>
        <w:t xml:space="preserve">perches </w:t>
      </w:r>
      <w:r>
        <w:rPr>
          <w:color w:val="000000"/>
        </w:rPr>
        <w:t xml:space="preserve">,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settled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down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straw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farm </w:t>
      </w:r>
      <w:r>
        <w:rPr>
          <w:color w:val="CC3399"/>
        </w:rPr>
        <w:t xml:space="preserve">was </w:t>
      </w:r>
      <w:r>
        <w:rPr>
          <w:color w:val="00787F"/>
        </w:rPr>
        <w:t xml:space="preserve">asleep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Chapter II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Three </w:t>
      </w:r>
      <w:r>
        <w:rPr>
          <w:color w:val="00FFCC"/>
        </w:rPr>
        <w:t xml:space="preserve">nights </w:t>
      </w:r>
      <w:r>
        <w:rPr>
          <w:color w:val="00787F"/>
        </w:rPr>
        <w:t xml:space="preserve">later </w:t>
      </w:r>
      <w:r>
        <w:rPr>
          <w:color w:val="33CCFF"/>
        </w:rPr>
        <w:t xml:space="preserve">old </w:t>
      </w:r>
      <w:r>
        <w:rPr>
          <w:color w:val="00FFCC"/>
        </w:rPr>
        <w:t xml:space="preserve">Major </w:t>
      </w:r>
      <w:r>
        <w:rPr>
          <w:color w:val="CC3399"/>
        </w:rPr>
        <w:t xml:space="preserve">died </w:t>
      </w:r>
      <w:r>
        <w:rPr>
          <w:color w:val="00787F"/>
        </w:rPr>
        <w:t xml:space="preserve">peacefully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sleep </w:t>
      </w:r>
      <w:r>
        <w:rPr>
          <w:color w:val="000000"/>
        </w:rPr>
        <w:t xml:space="preserve">. His </w:t>
      </w:r>
      <w:r>
        <w:rPr>
          <w:color w:val="00FFCC"/>
        </w:rPr>
        <w:t xml:space="preserve">body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buried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foot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orchard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This </w:t>
      </w:r>
      <w:r>
        <w:rPr>
          <w:color w:val="CC3399"/>
        </w:rPr>
        <w:t xml:space="preserve">was </w:t>
      </w:r>
      <w:r>
        <w:rPr>
          <w:color w:val="33CCFF"/>
        </w:rPr>
        <w:t xml:space="preserve">early </w:t>
      </w:r>
      <w:r>
        <w:rPr>
          <w:color w:val="FF6600"/>
        </w:rPr>
        <w:t xml:space="preserve">in </w:t>
      </w:r>
      <w:r>
        <w:rPr>
          <w:color w:val="00FFCC"/>
        </w:rPr>
        <w:t xml:space="preserve">March </w:t>
      </w:r>
      <w:r>
        <w:rPr>
          <w:color w:val="000000"/>
        </w:rPr>
        <w:t xml:space="preserve">. </w:t>
      </w:r>
      <w:r>
        <w:rPr>
          <w:color w:val="FF6600"/>
        </w:rPr>
        <w:t xml:space="preserve">During </w:t>
      </w:r>
      <w:r>
        <w:rPr>
          <w:color w:val="000000"/>
        </w:rPr>
        <w:t xml:space="preserve">the </w:t>
      </w:r>
      <w:r>
        <w:rPr>
          <w:color w:val="33CCFF"/>
        </w:rPr>
        <w:t xml:space="preserve">next </w:t>
      </w:r>
      <w:r>
        <w:rPr>
          <w:color w:val="000000"/>
        </w:rPr>
        <w:t xml:space="preserve">three </w:t>
      </w:r>
      <w:r>
        <w:rPr>
          <w:color w:val="00FFCC"/>
        </w:rPr>
        <w:t xml:space="preserve">months </w:t>
      </w:r>
      <w:r>
        <w:rPr>
          <w:color w:val="00787F"/>
        </w:rPr>
        <w:t xml:space="preserve">there </w:t>
      </w:r>
      <w:r>
        <w:rPr>
          <w:color w:val="CC3399"/>
        </w:rPr>
        <w:t xml:space="preserve">was </w:t>
      </w:r>
      <w:r>
        <w:rPr>
          <w:color w:val="33CCFF"/>
        </w:rPr>
        <w:t xml:space="preserve">much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secret </w:t>
      </w:r>
      <w:r>
        <w:rPr>
          <w:color w:val="00FFCC"/>
        </w:rPr>
        <w:t xml:space="preserve">activity </w:t>
      </w:r>
      <w:r>
        <w:rPr>
          <w:color w:val="000000"/>
        </w:rPr>
        <w:t xml:space="preserve">. </w:t>
      </w:r>
      <w:r>
        <w:rPr>
          <w:color w:val="00FFCC"/>
        </w:rPr>
        <w:t xml:space="preserve">Major </w:t>
      </w:r>
      <w:r>
        <w:rPr>
          <w:color w:val="000000"/>
        </w:rPr>
        <w:t xml:space="preserve">'s </w:t>
      </w:r>
      <w:r>
        <w:rPr>
          <w:color w:val="00FFCC"/>
        </w:rPr>
        <w:t xml:space="preserve">speech </w:t>
      </w:r>
      <w:r>
        <w:rPr>
          <w:color w:val="CC3399"/>
        </w:rPr>
        <w:t xml:space="preserve">had given </w:t>
      </w:r>
      <w:r>
        <w:rPr>
          <w:color w:val="000000"/>
        </w:rPr>
        <w:t xml:space="preserve">to the </w:t>
      </w:r>
      <w:r>
        <w:rPr>
          <w:color w:val="00787F"/>
        </w:rPr>
        <w:t xml:space="preserve">more </w:t>
      </w:r>
      <w:r>
        <w:rPr>
          <w:color w:val="33CCFF"/>
        </w:rPr>
        <w:t xml:space="preserve">intelligent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a </w:t>
      </w:r>
      <w:r>
        <w:rPr>
          <w:color w:val="00787F"/>
        </w:rPr>
        <w:t xml:space="preserve">completely </w:t>
      </w:r>
      <w:r>
        <w:rPr>
          <w:color w:val="33CCFF"/>
        </w:rPr>
        <w:t xml:space="preserve">new </w:t>
      </w:r>
      <w:r>
        <w:rPr>
          <w:color w:val="00FFCC"/>
        </w:rPr>
        <w:t xml:space="preserve">outlook </w:t>
      </w:r>
      <w:r>
        <w:rPr>
          <w:color w:val="FF6600"/>
        </w:rPr>
        <w:t xml:space="preserve">on </w:t>
      </w:r>
      <w:r>
        <w:rPr>
          <w:color w:val="00FFCC"/>
        </w:rPr>
        <w:t xml:space="preserve">life </w:t>
      </w:r>
      <w:r>
        <w:rPr>
          <w:color w:val="000000"/>
        </w:rPr>
        <w:t xml:space="preserve">. They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know </w:t>
      </w:r>
      <w:r>
        <w:rPr>
          <w:color w:val="000000"/>
        </w:rPr>
        <w:t xml:space="preserve">when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Rebellion </w:t>
      </w:r>
      <w:r>
        <w:rPr>
          <w:color w:val="CC3399"/>
        </w:rPr>
        <w:t xml:space="preserve">predicted </w:t>
      </w:r>
      <w:r>
        <w:rPr>
          <w:color w:val="FF6600"/>
        </w:rPr>
        <w:t xml:space="preserve">by </w:t>
      </w:r>
      <w:r>
        <w:rPr>
          <w:color w:val="00FFCC"/>
        </w:rPr>
        <w:t xml:space="preserve">Major </w:t>
      </w:r>
      <w:r>
        <w:rPr>
          <w:color w:val="003E3E"/>
        </w:rPr>
        <w:t xml:space="preserve">would </w:t>
      </w:r>
      <w:r>
        <w:rPr>
          <w:color w:val="CC3399"/>
        </w:rPr>
        <w:t xml:space="preserve">take </w:t>
      </w:r>
      <w:r>
        <w:rPr>
          <w:color w:val="00FFCC"/>
        </w:rPr>
        <w:t xml:space="preserve">place </w:t>
      </w:r>
      <w:r>
        <w:rPr>
          <w:color w:val="000000"/>
        </w:rPr>
        <w:t xml:space="preserve">, they </w:t>
      </w:r>
      <w:r>
        <w:rPr>
          <w:color w:val="CC3399"/>
        </w:rPr>
        <w:t xml:space="preserve">had </w:t>
      </w:r>
      <w:r>
        <w:rPr>
          <w:color w:val="000000"/>
        </w:rPr>
        <w:t xml:space="preserve">no </w:t>
      </w:r>
      <w:r>
        <w:rPr>
          <w:color w:val="00FFCC"/>
        </w:rPr>
        <w:t xml:space="preserve">reason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thinking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FF6600"/>
        </w:rPr>
        <w:t xml:space="preserve">within </w:t>
      </w: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FFCC"/>
        </w:rPr>
        <w:t xml:space="preserve">lifetime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they </w:t>
      </w:r>
      <w:r>
        <w:rPr>
          <w:color w:val="CC3399"/>
        </w:rPr>
        <w:t xml:space="preserve">saw </w:t>
      </w:r>
      <w:r>
        <w:rPr>
          <w:color w:val="00787F"/>
        </w:rPr>
        <w:t xml:space="preserve">clearly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their </w:t>
      </w:r>
      <w:r>
        <w:rPr>
          <w:color w:val="00FFCC"/>
        </w:rPr>
        <w:t xml:space="preserve">duty </w:t>
      </w:r>
      <w:r>
        <w:rPr>
          <w:color w:val="000000"/>
        </w:rPr>
        <w:t xml:space="preserve">to </w:t>
      </w:r>
      <w:r>
        <w:rPr>
          <w:color w:val="CC3399"/>
        </w:rPr>
        <w:t xml:space="preserve">prepare </w:t>
      </w:r>
      <w:r>
        <w:rPr>
          <w:color w:val="FF6600"/>
        </w:rPr>
        <w:t xml:space="preserve">for </w:t>
      </w:r>
      <w:r>
        <w:rPr>
          <w:color w:val="000000"/>
        </w:rPr>
        <w:t xml:space="preserve">it . The </w:t>
      </w:r>
      <w:r>
        <w:rPr>
          <w:color w:val="00FFCC"/>
        </w:rPr>
        <w:t xml:space="preserve">work </w:t>
      </w:r>
      <w:r>
        <w:rPr>
          <w:color w:val="FF6600"/>
        </w:rPr>
        <w:t xml:space="preserve">of </w:t>
      </w:r>
      <w:r>
        <w:rPr>
          <w:color w:val="00FFCC"/>
        </w:rPr>
        <w:t xml:space="preserve">teaching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organising </w:t>
      </w:r>
      <w:r>
        <w:rPr>
          <w:color w:val="000000"/>
        </w:rPr>
        <w:t xml:space="preserve">the </w:t>
      </w:r>
      <w:r>
        <w:rPr>
          <w:color w:val="00FFCC"/>
        </w:rPr>
        <w:t xml:space="preserve">others </w:t>
      </w:r>
      <w:r>
        <w:rPr>
          <w:color w:val="CC3399"/>
        </w:rPr>
        <w:t xml:space="preserve">fell </w:t>
      </w:r>
      <w:r>
        <w:rPr>
          <w:color w:val="00787F"/>
        </w:rPr>
        <w:t xml:space="preserve">naturally </w:t>
      </w:r>
      <w:r>
        <w:rPr>
          <w:color w:val="FF6600"/>
        </w:rPr>
        <w:t xml:space="preserve">upon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, who </w:t>
      </w:r>
      <w:r>
        <w:rPr>
          <w:color w:val="CC3399"/>
        </w:rPr>
        <w:t xml:space="preserve">were </w:t>
      </w:r>
      <w:r>
        <w:rPr>
          <w:color w:val="00787F"/>
        </w:rPr>
        <w:t xml:space="preserve">generally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recognised </w:t>
      </w:r>
      <w:r>
        <w:rPr>
          <w:color w:val="FF6600"/>
        </w:rPr>
        <w:t xml:space="preserve">as </w:t>
      </w:r>
      <w:r>
        <w:rPr>
          <w:color w:val="CC3399"/>
        </w:rPr>
        <w:t xml:space="preserve">being </w:t>
      </w:r>
      <w:r>
        <w:rPr>
          <w:color w:val="000000"/>
        </w:rPr>
        <w:t xml:space="preserve">the </w:t>
      </w:r>
      <w:r>
        <w:rPr>
          <w:color w:val="00FFCC"/>
        </w:rPr>
        <w:t xml:space="preserve">cleverest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. </w:t>
      </w:r>
      <w:r>
        <w:rPr>
          <w:color w:val="00FFCC"/>
        </w:rPr>
        <w:t xml:space="preserve">Pre-eminent </w:t>
      </w:r>
      <w:r>
        <w:rPr>
          <w:color w:val="FF6600"/>
        </w:rPr>
        <w:t xml:space="preserve">among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pigs </w:t>
      </w:r>
      <w:r>
        <w:rPr>
          <w:color w:val="CC3399"/>
        </w:rPr>
        <w:t xml:space="preserve">were </w:t>
      </w:r>
      <w:r>
        <w:rPr>
          <w:color w:val="000000"/>
        </w:rPr>
        <w:t xml:space="preserve">two </w:t>
      </w:r>
      <w:r>
        <w:rPr>
          <w:color w:val="33CCFF"/>
        </w:rPr>
        <w:t xml:space="preserve">young </w:t>
      </w:r>
      <w:r>
        <w:rPr>
          <w:color w:val="00FFCC"/>
        </w:rPr>
        <w:t xml:space="preserve">boars </w:t>
      </w:r>
      <w:r>
        <w:rPr>
          <w:color w:val="CC3399"/>
        </w:rPr>
        <w:t xml:space="preserve">named </w:t>
      </w:r>
      <w:r>
        <w:rPr>
          <w:color w:val="00FFCC"/>
        </w:rPr>
        <w:t xml:space="preserve">Snowball </w:t>
      </w:r>
      <w:r>
        <w:rPr>
          <w:color w:val="FF0066"/>
        </w:rPr>
        <w:t xml:space="preserve">and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whom </w:t>
      </w:r>
      <w:r>
        <w:rPr>
          <w:color w:val="00FFCC"/>
        </w:rPr>
        <w:t xml:space="preserve">Mr. Jones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breeding </w:t>
      </w:r>
      <w:r>
        <w:rPr>
          <w:color w:val="000000"/>
        </w:rPr>
        <w:t xml:space="preserve">up </w:t>
      </w:r>
      <w:r>
        <w:rPr>
          <w:color w:val="FF6600"/>
        </w:rPr>
        <w:t xml:space="preserve">for </w:t>
      </w:r>
      <w:r>
        <w:rPr>
          <w:color w:val="00FFCC"/>
        </w:rPr>
        <w:t xml:space="preserve">sale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large </w:t>
      </w:r>
      <w:r>
        <w:rPr>
          <w:color w:val="000000"/>
        </w:rPr>
        <w:t xml:space="preserve">, </w:t>
      </w:r>
      <w:r>
        <w:rPr>
          <w:color w:val="00787F"/>
        </w:rPr>
        <w:t xml:space="preserve">rather </w:t>
      </w:r>
      <w:r>
        <w:rPr>
          <w:color w:val="00FFCC"/>
        </w:rPr>
        <w:t xml:space="preserve">fierce-looking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Berkshire </w:t>
      </w:r>
      <w:r>
        <w:rPr>
          <w:color w:val="00FFCC"/>
        </w:rPr>
        <w:t xml:space="preserve">boar </w:t>
      </w:r>
      <w:r>
        <w:rPr>
          <w:color w:val="000000"/>
        </w:rPr>
        <w:t xml:space="preserve">, the </w:t>
      </w:r>
      <w:r>
        <w:rPr>
          <w:color w:val="33CCFF"/>
        </w:rPr>
        <w:t xml:space="preserve">only </w:t>
      </w:r>
      <w:r>
        <w:rPr>
          <w:color w:val="00FFCC"/>
        </w:rPr>
        <w:t xml:space="preserve">Berkshire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00787F"/>
        </w:rPr>
        <w:t xml:space="preserve">not </w:t>
      </w:r>
      <w:r>
        <w:rPr>
          <w:color w:val="33CCFF"/>
        </w:rPr>
        <w:t xml:space="preserve">much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talker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reputation </w:t>
      </w:r>
      <w:r>
        <w:rPr>
          <w:color w:val="FF6600"/>
        </w:rPr>
        <w:t xml:space="preserve">for </w:t>
      </w:r>
      <w:r>
        <w:rPr>
          <w:color w:val="CC3399"/>
        </w:rPr>
        <w:t xml:space="preserve">getting </w:t>
      </w:r>
      <w:r>
        <w:rPr>
          <w:color w:val="000000"/>
        </w:rPr>
        <w:t xml:space="preserve">his </w:t>
      </w:r>
      <w:r>
        <w:rPr>
          <w:color w:val="33CCFF"/>
        </w:rPr>
        <w:t xml:space="preserve">own </w:t>
      </w:r>
      <w:r>
        <w:rPr>
          <w:color w:val="00FFCC"/>
        </w:rPr>
        <w:t xml:space="preserve">way </w:t>
      </w:r>
      <w:r>
        <w:rPr>
          <w:color w:val="000000"/>
        </w:rPr>
        <w:t xml:space="preserve">.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787F"/>
        </w:rPr>
        <w:t xml:space="preserve">more </w:t>
      </w:r>
      <w:r>
        <w:rPr>
          <w:color w:val="33CCFF"/>
        </w:rPr>
        <w:t xml:space="preserve">vivacious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pig </w:t>
      </w:r>
      <w:r>
        <w:rPr>
          <w:color w:val="FF6600"/>
        </w:rPr>
        <w:t xml:space="preserve">than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  <w:r>
        <w:rPr>
          <w:color w:val="00FFCC"/>
        </w:rPr>
        <w:t xml:space="preserve">quicker </w:t>
      </w:r>
      <w:r>
        <w:rPr>
          <w:color w:val="FF6600"/>
        </w:rPr>
        <w:t xml:space="preserve">in </w:t>
      </w:r>
      <w:r>
        <w:rPr>
          <w:color w:val="00FFCC"/>
        </w:rPr>
        <w:t xml:space="preserve">speech </w:t>
      </w:r>
      <w:r>
        <w:rPr>
          <w:color w:val="FF0066"/>
        </w:rPr>
        <w:t xml:space="preserve">and </w:t>
      </w:r>
      <w:r>
        <w:rPr>
          <w:color w:val="00787F"/>
        </w:rPr>
        <w:t xml:space="preserve">more </w:t>
      </w:r>
      <w:r>
        <w:rPr>
          <w:color w:val="33CCFF"/>
        </w:rPr>
        <w:t xml:space="preserve">inventive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considered </w:t>
      </w:r>
      <w:r>
        <w:rPr>
          <w:color w:val="000000"/>
        </w:rPr>
        <w:t xml:space="preserve">to </w:t>
      </w:r>
      <w:r>
        <w:rPr>
          <w:color w:val="CC3399"/>
        </w:rPr>
        <w:t xml:space="preserve">have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FFCC"/>
        </w:rPr>
        <w:t xml:space="preserve">depth </w:t>
      </w:r>
      <w:r>
        <w:rPr>
          <w:color w:val="FF6600"/>
        </w:rPr>
        <w:t xml:space="preserve">of </w:t>
      </w:r>
      <w:r>
        <w:rPr>
          <w:color w:val="00FFCC"/>
        </w:rPr>
        <w:t xml:space="preserve">character </w:t>
      </w:r>
      <w:r>
        <w:rPr>
          <w:color w:val="000000"/>
        </w:rPr>
        <w:t xml:space="preserve">. All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male pigs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were </w:t>
      </w:r>
      <w:r>
        <w:rPr>
          <w:color w:val="00FFCC"/>
        </w:rPr>
        <w:t xml:space="preserve">porkers </w:t>
      </w:r>
      <w:r>
        <w:rPr>
          <w:color w:val="000000"/>
        </w:rPr>
        <w:t xml:space="preserve">. The </w:t>
      </w:r>
      <w:r>
        <w:rPr>
          <w:color w:val="33CCFF"/>
        </w:rPr>
        <w:t xml:space="preserve">best </w:t>
      </w:r>
      <w:r>
        <w:rPr>
          <w:color w:val="CC3399"/>
        </w:rPr>
        <w:t xml:space="preserve">known </w:t>
      </w:r>
      <w:r>
        <w:rPr>
          <w:color w:val="FF6600"/>
        </w:rPr>
        <w:t xml:space="preserve">among </w:t>
      </w:r>
      <w:r>
        <w:rPr>
          <w:color w:val="000000"/>
        </w:rPr>
        <w:t xml:space="preserve">them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small </w:t>
      </w:r>
      <w:r>
        <w:rPr>
          <w:color w:val="00FFCC"/>
        </w:rPr>
        <w:t xml:space="preserve">fat pig </w:t>
      </w:r>
      <w:r>
        <w:rPr>
          <w:color w:val="CC3399"/>
        </w:rPr>
        <w:t xml:space="preserve">named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Squealer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787F"/>
        </w:rPr>
        <w:t xml:space="preserve">very </w:t>
      </w:r>
      <w:r>
        <w:rPr>
          <w:color w:val="33CCFF"/>
        </w:rPr>
        <w:t xml:space="preserve">round </w:t>
      </w:r>
      <w:r>
        <w:rPr>
          <w:color w:val="00FFCC"/>
        </w:rPr>
        <w:t xml:space="preserve">cheeks </w:t>
      </w:r>
      <w:r>
        <w:rPr>
          <w:color w:val="000000"/>
        </w:rPr>
        <w:t xml:space="preserve">, </w:t>
      </w:r>
      <w:r>
        <w:rPr>
          <w:color w:val="CC3399"/>
        </w:rPr>
        <w:t xml:space="preserve">twinkling </w:t>
      </w:r>
      <w:r>
        <w:rPr>
          <w:color w:val="00FFCC"/>
        </w:rPr>
        <w:t xml:space="preserve">eyes </w:t>
      </w:r>
      <w:r>
        <w:rPr>
          <w:color w:val="000000"/>
        </w:rPr>
        <w:t xml:space="preserve">, </w:t>
      </w:r>
      <w:r>
        <w:rPr>
          <w:color w:val="33CCFF"/>
        </w:rPr>
        <w:t xml:space="preserve">nimble </w:t>
      </w:r>
      <w:r>
        <w:rPr>
          <w:color w:val="00FFCC"/>
        </w:rPr>
        <w:t xml:space="preserve">movements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shrill </w:t>
      </w:r>
      <w:r>
        <w:rPr>
          <w:color w:val="00FFCC"/>
        </w:rPr>
        <w:t xml:space="preserve">voice </w:t>
      </w:r>
      <w:r>
        <w:rPr>
          <w:color w:val="000000"/>
        </w:rPr>
        <w:t xml:space="preserve">. He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brilliant </w:t>
      </w:r>
      <w:r>
        <w:rPr>
          <w:color w:val="00FFCC"/>
        </w:rPr>
        <w:t xml:space="preserve">talker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he </w:t>
      </w:r>
      <w:r>
        <w:rPr>
          <w:color w:val="CC3399"/>
        </w:rPr>
        <w:t xml:space="preserve">was </w:t>
      </w:r>
      <w:r>
        <w:rPr>
          <w:color w:val="CC3399"/>
        </w:rPr>
        <w:t xml:space="preserve">arguing </w:t>
      </w:r>
      <w:r>
        <w:rPr>
          <w:color w:val="000000"/>
        </w:rPr>
        <w:t xml:space="preserve">some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difficult </w:t>
      </w:r>
      <w:r>
        <w:rPr>
          <w:color w:val="00FFCC"/>
        </w:rPr>
        <w:t xml:space="preserve">point </w:t>
      </w:r>
      <w:r>
        <w:rPr>
          <w:color w:val="000000"/>
        </w:rPr>
        <w:t xml:space="preserve">he </w:t>
      </w:r>
      <w:r>
        <w:rPr>
          <w:color w:val="CC3399"/>
        </w:rPr>
        <w:t xml:space="preserve">had </w:t>
      </w:r>
      <w:r>
        <w:rPr>
          <w:color w:val="000000"/>
        </w:rPr>
        <w:t xml:space="preserve">a </w:t>
      </w:r>
      <w:r>
        <w:rPr>
          <w:color w:val="00FFCC"/>
        </w:rPr>
        <w:t xml:space="preserve">way </w:t>
      </w:r>
      <w:r>
        <w:rPr>
          <w:color w:val="FF6600"/>
        </w:rPr>
        <w:t xml:space="preserve">of </w:t>
      </w:r>
      <w:r>
        <w:rPr>
          <w:color w:val="CC3399"/>
        </w:rPr>
        <w:t xml:space="preserve">skipping </w:t>
      </w:r>
      <w:r>
        <w:rPr>
          <w:color w:val="FF6600"/>
        </w:rPr>
        <w:t xml:space="preserve">from </w:t>
      </w:r>
      <w:r>
        <w:rPr>
          <w:color w:val="CC3399"/>
        </w:rPr>
        <w:t xml:space="preserve">side </w:t>
      </w:r>
      <w:r>
        <w:rPr>
          <w:color w:val="000000"/>
        </w:rPr>
        <w:t xml:space="preserve">to </w:t>
      </w:r>
      <w:r>
        <w:rPr>
          <w:color w:val="CC3399"/>
        </w:rPr>
        <w:t xml:space="preserve">side </w:t>
      </w:r>
      <w:r>
        <w:rPr>
          <w:color w:val="FF0066"/>
        </w:rPr>
        <w:t xml:space="preserve">and </w:t>
      </w:r>
      <w:r>
        <w:rPr>
          <w:color w:val="CC3399"/>
        </w:rPr>
        <w:t xml:space="preserve">whisking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tail </w:t>
      </w:r>
      <w:r>
        <w:rPr>
          <w:color w:val="000000"/>
        </w:rPr>
        <w:t xml:space="preserve">which </w:t>
      </w:r>
      <w:r>
        <w:rPr>
          <w:color w:val="CC3399"/>
        </w:rPr>
        <w:t xml:space="preserve">was </w:t>
      </w:r>
      <w:r>
        <w:rPr>
          <w:color w:val="00787F"/>
        </w:rPr>
        <w:t xml:space="preserve">somehow very </w:t>
      </w:r>
      <w:r>
        <w:rPr>
          <w:color w:val="33CCFF"/>
        </w:rPr>
        <w:t xml:space="preserve">persuasive </w:t>
      </w:r>
      <w:r>
        <w:rPr>
          <w:color w:val="000000"/>
        </w:rPr>
        <w:t xml:space="preserve">. The </w:t>
      </w:r>
      <w:r>
        <w:rPr>
          <w:color w:val="00FFCC"/>
        </w:rPr>
        <w:t xml:space="preserve">others </w:t>
      </w:r>
      <w:r>
        <w:rPr>
          <w:color w:val="CC3399"/>
        </w:rPr>
        <w:t xml:space="preserve">said </w:t>
      </w:r>
      <w:r>
        <w:rPr>
          <w:color w:val="FF6600"/>
        </w:rPr>
        <w:t xml:space="preserve">of </w:t>
      </w:r>
      <w:r>
        <w:rPr>
          <w:color w:val="00FFCC"/>
        </w:rPr>
        <w:t xml:space="preserve">Squealer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003E3E"/>
        </w:rPr>
        <w:t xml:space="preserve">could </w:t>
      </w:r>
      <w:r>
        <w:rPr>
          <w:color w:val="CC3399"/>
        </w:rPr>
        <w:t xml:space="preserve">turn </w:t>
      </w:r>
      <w:r>
        <w:rPr>
          <w:color w:val="33CCFF"/>
        </w:rPr>
        <w:t xml:space="preserve">black </w:t>
      </w:r>
      <w:r>
        <w:rPr>
          <w:color w:val="FF6600"/>
        </w:rPr>
        <w:t xml:space="preserve">into </w:t>
      </w:r>
      <w:r>
        <w:rPr>
          <w:color w:val="33CCFF"/>
        </w:rPr>
        <w:t xml:space="preserve">white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These three </w:t>
      </w:r>
      <w:r>
        <w:rPr>
          <w:color w:val="CC3399"/>
        </w:rPr>
        <w:t xml:space="preserve">had elaborated </w:t>
      </w:r>
      <w:r>
        <w:rPr>
          <w:color w:val="33CCFF"/>
        </w:rPr>
        <w:t xml:space="preserve">old </w:t>
      </w:r>
      <w:r>
        <w:rPr>
          <w:color w:val="00FFCC"/>
        </w:rPr>
        <w:t xml:space="preserve">Major </w:t>
      </w:r>
      <w:r>
        <w:rPr>
          <w:color w:val="000000"/>
        </w:rPr>
        <w:t xml:space="preserve">'s </w:t>
      </w:r>
      <w:r>
        <w:rPr>
          <w:color w:val="00FFCC"/>
        </w:rPr>
        <w:t xml:space="preserve">teachings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  <w:r>
        <w:rPr>
          <w:color w:val="33CCFF"/>
        </w:rPr>
        <w:t xml:space="preserve">complete </w:t>
      </w:r>
      <w:r>
        <w:rPr>
          <w:color w:val="00FFCC"/>
        </w:rPr>
        <w:t xml:space="preserve">system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thought </w:t>
      </w:r>
      <w:r>
        <w:rPr>
          <w:color w:val="000000"/>
        </w:rPr>
        <w:t xml:space="preserve">, to which they </w:t>
      </w:r>
      <w:r>
        <w:rPr>
          <w:color w:val="CC3399"/>
        </w:rPr>
        <w:t xml:space="preserve">gave </w:t>
      </w:r>
      <w:r>
        <w:rPr>
          <w:color w:val="000000"/>
        </w:rPr>
        <w:t xml:space="preserve">the </w:t>
      </w:r>
      <w:r>
        <w:rPr>
          <w:color w:val="00FFCC"/>
        </w:rPr>
        <w:t xml:space="preserve">name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Animalism </w:t>
      </w:r>
      <w:r>
        <w:rPr>
          <w:color w:val="000000"/>
        </w:rPr>
        <w:t xml:space="preserve">. </w:t>
      </w:r>
      <w:r>
        <w:rPr>
          <w:color w:val="33CCFF"/>
        </w:rPr>
        <w:t xml:space="preserve">Several </w:t>
      </w:r>
      <w:r>
        <w:rPr>
          <w:color w:val="00FFCC"/>
        </w:rPr>
        <w:t xml:space="preserve">nights </w:t>
      </w:r>
      <w:r>
        <w:rPr>
          <w:color w:val="000000"/>
        </w:rPr>
        <w:t xml:space="preserve">a </w:t>
      </w:r>
      <w:r>
        <w:rPr>
          <w:color w:val="00FFCC"/>
        </w:rPr>
        <w:t xml:space="preserve">week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after </w:t>
      </w:r>
      <w:r>
        <w:rPr>
          <w:color w:val="00FFCC"/>
        </w:rPr>
        <w:t xml:space="preserve">Mr. Jones </w:t>
      </w:r>
      <w:r>
        <w:rPr>
          <w:color w:val="CC3399"/>
        </w:rPr>
        <w:t xml:space="preserve">was </w:t>
      </w:r>
      <w:r>
        <w:rPr>
          <w:color w:val="00787F"/>
        </w:rPr>
        <w:t xml:space="preserve">asleep </w:t>
      </w:r>
      <w:r>
        <w:rPr>
          <w:color w:val="000000"/>
        </w:rPr>
        <w:t xml:space="preserve">, they </w:t>
      </w:r>
      <w:r>
        <w:rPr>
          <w:color w:val="CC3399"/>
        </w:rPr>
        <w:t xml:space="preserve">held </w:t>
      </w:r>
      <w:r>
        <w:rPr>
          <w:color w:val="33CCFF"/>
        </w:rPr>
        <w:t xml:space="preserve">secret </w:t>
      </w:r>
      <w:r>
        <w:rPr>
          <w:color w:val="00FFCC"/>
        </w:rPr>
        <w:t xml:space="preserve">meetings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expounded </w:t>
      </w:r>
      <w:r>
        <w:rPr>
          <w:color w:val="000000"/>
        </w:rPr>
        <w:t xml:space="preserve">the </w:t>
      </w:r>
      <w:r>
        <w:rPr>
          <w:color w:val="00FFCC"/>
        </w:rPr>
        <w:t xml:space="preserve">principles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Animalism </w:t>
      </w:r>
      <w:r>
        <w:rPr>
          <w:color w:val="000000"/>
        </w:rPr>
        <w:t xml:space="preserve">to the </w:t>
      </w:r>
      <w:r>
        <w:rPr>
          <w:color w:val="00FFCC"/>
        </w:rPr>
        <w:t xml:space="preserve">others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beginning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met </w:t>
      </w:r>
      <w:r>
        <w:rPr>
          <w:color w:val="FF6600"/>
        </w:rPr>
        <w:t xml:space="preserve">with </w:t>
      </w:r>
      <w:r>
        <w:rPr>
          <w:color w:val="33CCFF"/>
        </w:rPr>
        <w:t xml:space="preserve">much </w:t>
      </w:r>
      <w:r>
        <w:rPr>
          <w:color w:val="00FFCC"/>
        </w:rPr>
        <w:t xml:space="preserve">stupidity </w:t>
      </w:r>
      <w:r>
        <w:rPr>
          <w:color w:val="FF0066"/>
        </w:rPr>
        <w:t xml:space="preserve">and </w:t>
      </w:r>
      <w:r>
        <w:rPr>
          <w:color w:val="00FFCC"/>
        </w:rPr>
        <w:t xml:space="preserve">apathy </w:t>
      </w:r>
      <w:r>
        <w:rPr>
          <w:color w:val="000000"/>
        </w:rPr>
        <w:t xml:space="preserve">. Some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talked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duty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loyalty </w:t>
      </w:r>
      <w:r>
        <w:rPr>
          <w:color w:val="000000"/>
        </w:rPr>
        <w:t xml:space="preserve">to </w:t>
      </w:r>
      <w:r>
        <w:rPr>
          <w:color w:val="00FFCC"/>
        </w:rPr>
        <w:t xml:space="preserve">Mr. Jones </w:t>
      </w:r>
      <w:r>
        <w:rPr>
          <w:color w:val="000000"/>
        </w:rPr>
        <w:t xml:space="preserve">, whom they </w:t>
      </w:r>
      <w:r>
        <w:rPr>
          <w:color w:val="CC3399"/>
        </w:rPr>
        <w:t xml:space="preserve">referred </w:t>
      </w:r>
      <w:r>
        <w:rPr>
          <w:color w:val="000000"/>
        </w:rPr>
        <w:t xml:space="preserve">to </w:t>
      </w:r>
      <w:r>
        <w:rPr>
          <w:color w:val="FF6600"/>
        </w:rPr>
        <w:t xml:space="preserve">as </w:t>
      </w:r>
      <w:r>
        <w:rPr>
          <w:color w:val="000000"/>
        </w:rPr>
        <w:t xml:space="preserve">`` </w:t>
      </w:r>
      <w:r>
        <w:rPr>
          <w:color w:val="00FFCC"/>
        </w:rPr>
        <w:t xml:space="preserve">Master </w:t>
      </w:r>
      <w:r>
        <w:rPr>
          <w:color w:val="000000"/>
        </w:rPr>
        <w:t xml:space="preserve">, '' </w:t>
      </w:r>
      <w:r>
        <w:rPr>
          <w:color w:val="FF0066"/>
        </w:rPr>
        <w:t xml:space="preserve">or </w:t>
      </w:r>
      <w:r>
        <w:rPr>
          <w:color w:val="CC3399"/>
        </w:rPr>
        <w:t xml:space="preserve">made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elementary </w:t>
      </w:r>
      <w:r>
        <w:rPr>
          <w:color w:val="00FFCC"/>
        </w:rPr>
        <w:t xml:space="preserve">remarks </w:t>
      </w:r>
      <w:r>
        <w:rPr>
          <w:color w:val="33CCFF"/>
        </w:rPr>
        <w:t xml:space="preserve">such </w:t>
      </w:r>
      <w:r>
        <w:rPr>
          <w:color w:val="FF6600"/>
        </w:rPr>
        <w:t xml:space="preserve">as </w:t>
      </w:r>
      <w:r>
        <w:rPr>
          <w:color w:val="000000"/>
        </w:rPr>
        <w:t xml:space="preserve">`` </w:t>
      </w:r>
      <w:r>
        <w:rPr>
          <w:color w:val="00FFCC"/>
        </w:rPr>
        <w:t xml:space="preserve">Mr. Jones </w:t>
      </w:r>
      <w:r>
        <w:rPr>
          <w:color w:val="CC3399"/>
        </w:rPr>
        <w:t xml:space="preserve">feeds </w:t>
      </w:r>
      <w:r>
        <w:rPr>
          <w:color w:val="000000"/>
        </w:rPr>
        <w:t xml:space="preserve">us . </w:t>
      </w:r>
      <w:r>
        <w:rPr>
          <w:color w:val="FF6600"/>
        </w:rPr>
        <w:t xml:space="preserve">If </w:t>
      </w:r>
      <w:r>
        <w:rPr>
          <w:color w:val="000000"/>
        </w:rPr>
        <w:t xml:space="preserve">he </w:t>
      </w:r>
      <w:r>
        <w:rPr>
          <w:color w:val="CC3399"/>
        </w:rPr>
        <w:t xml:space="preserve">were gone </w:t>
      </w:r>
      <w:r>
        <w:rPr>
          <w:color w:val="000000"/>
        </w:rPr>
        <w:t xml:space="preserve">, we </w:t>
      </w:r>
      <w:r>
        <w:rPr>
          <w:color w:val="003E3E"/>
        </w:rPr>
        <w:t xml:space="preserve">should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starve </w:t>
      </w:r>
      <w:r>
        <w:rPr>
          <w:color w:val="000000"/>
        </w:rPr>
        <w:t xml:space="preserve">to </w:t>
      </w:r>
      <w:r>
        <w:rPr>
          <w:color w:val="00FFCC"/>
        </w:rPr>
        <w:t xml:space="preserve">death </w:t>
      </w:r>
      <w:r>
        <w:rPr>
          <w:color w:val="000000"/>
        </w:rPr>
        <w:t xml:space="preserve">. '' </w:t>
      </w:r>
      <w:r>
        <w:rPr>
          <w:color w:val="00FFCC"/>
        </w:rPr>
        <w:t xml:space="preserve">Others </w:t>
      </w:r>
      <w:r>
        <w:rPr>
          <w:color w:val="CC3399"/>
        </w:rPr>
        <w:t xml:space="preserve">asked </w:t>
      </w:r>
      <w:r>
        <w:rPr>
          <w:color w:val="33CCFF"/>
        </w:rPr>
        <w:t xml:space="preserve">such </w:t>
      </w:r>
      <w:r>
        <w:rPr>
          <w:color w:val="00FFCC"/>
        </w:rPr>
        <w:t xml:space="preserve">questions </w:t>
      </w:r>
      <w:r>
        <w:rPr>
          <w:color w:val="FF6600"/>
        </w:rPr>
        <w:t xml:space="preserve">as </w:t>
      </w:r>
      <w:r>
        <w:rPr>
          <w:color w:val="000000"/>
        </w:rPr>
        <w:t xml:space="preserve">`` Why </w:t>
      </w:r>
      <w:r>
        <w:rPr>
          <w:color w:val="003E3E"/>
        </w:rPr>
        <w:t xml:space="preserve">should </w:t>
      </w:r>
      <w:r>
        <w:rPr>
          <w:color w:val="000000"/>
        </w:rPr>
        <w:t xml:space="preserve">we </w:t>
      </w:r>
      <w:r>
        <w:rPr>
          <w:color w:val="CC3399"/>
        </w:rPr>
        <w:t xml:space="preserve">care </w:t>
      </w:r>
      <w:r>
        <w:rPr>
          <w:color w:val="000000"/>
        </w:rPr>
        <w:t xml:space="preserve">what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happens </w:t>
      </w:r>
      <w:r>
        <w:rPr>
          <w:color w:val="FF6600"/>
        </w:rPr>
        <w:t xml:space="preserve">after </w:t>
      </w:r>
      <w:r>
        <w:rPr>
          <w:color w:val="000000"/>
        </w:rPr>
        <w:t xml:space="preserve">we </w:t>
      </w:r>
      <w:r>
        <w:rPr>
          <w:color w:val="CC3399"/>
        </w:rPr>
        <w:t xml:space="preserve">are </w:t>
      </w:r>
      <w:r>
        <w:rPr>
          <w:color w:val="33CCFF"/>
        </w:rPr>
        <w:t xml:space="preserve">dead </w:t>
      </w:r>
      <w:r>
        <w:rPr>
          <w:color w:val="000000"/>
        </w:rPr>
        <w:t xml:space="preserve">? '' </w:t>
      </w:r>
      <w:r>
        <w:rPr>
          <w:color w:val="FF0066"/>
        </w:rPr>
        <w:t xml:space="preserve">or </w:t>
      </w:r>
      <w:r>
        <w:rPr>
          <w:color w:val="000000"/>
        </w:rPr>
        <w:t xml:space="preserve">`` </w:t>
      </w:r>
      <w:r>
        <w:rPr>
          <w:color w:val="FF6600"/>
        </w:rPr>
        <w:t xml:space="preserve">If </w:t>
      </w:r>
      <w:r>
        <w:rPr>
          <w:color w:val="000000"/>
        </w:rPr>
        <w:t xml:space="preserve">this </w:t>
      </w:r>
      <w:r>
        <w:rPr>
          <w:color w:val="00FFCC"/>
        </w:rPr>
        <w:t xml:space="preserve">Rebellion </w:t>
      </w:r>
      <w:r>
        <w:rPr>
          <w:color w:val="CC3399"/>
        </w:rPr>
        <w:t xml:space="preserve">is </w:t>
      </w:r>
      <w:r>
        <w:rPr>
          <w:color w:val="000000"/>
        </w:rPr>
        <w:t xml:space="preserve">to </w:t>
      </w:r>
      <w:r>
        <w:rPr>
          <w:color w:val="CC3399"/>
        </w:rPr>
        <w:t xml:space="preserve">happen </w:t>
      </w:r>
      <w:r>
        <w:rPr>
          <w:color w:val="00787F"/>
        </w:rPr>
        <w:t xml:space="preserve">anyway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what </w:t>
      </w:r>
      <w:r>
        <w:rPr>
          <w:color w:val="00FFCC"/>
        </w:rPr>
        <w:t xml:space="preserve">difference </w:t>
      </w:r>
      <w:r>
        <w:rPr>
          <w:color w:val="CC3399"/>
        </w:rPr>
        <w:t xml:space="preserve">does </w:t>
      </w:r>
      <w:r>
        <w:rPr>
          <w:color w:val="000000"/>
        </w:rPr>
        <w:t xml:space="preserve">it </w:t>
      </w:r>
      <w:r>
        <w:rPr>
          <w:color w:val="CC3399"/>
        </w:rPr>
        <w:t xml:space="preserve">make </w:t>
      </w:r>
      <w:r>
        <w:rPr>
          <w:color w:val="FF6600"/>
        </w:rPr>
        <w:t xml:space="preserve">whether </w:t>
      </w:r>
      <w:r>
        <w:rPr>
          <w:color w:val="000000"/>
        </w:rPr>
        <w:t xml:space="preserve">we </w:t>
      </w:r>
      <w:r>
        <w:rPr>
          <w:color w:val="CC3399"/>
        </w:rPr>
        <w:t xml:space="preserve">work </w:t>
      </w:r>
      <w:r>
        <w:rPr>
          <w:color w:val="FF6600"/>
        </w:rPr>
        <w:t xml:space="preserve">for </w:t>
      </w:r>
      <w:r>
        <w:rPr>
          <w:color w:val="000000"/>
        </w:rPr>
        <w:t xml:space="preserve">it </w:t>
      </w:r>
      <w:r>
        <w:rPr>
          <w:color w:val="FF0066"/>
        </w:rPr>
        <w:t xml:space="preserve">or </w:t>
      </w:r>
      <w:r>
        <w:rPr>
          <w:color w:val="00787F"/>
        </w:rPr>
        <w:t xml:space="preserve">not </w:t>
      </w:r>
      <w:r>
        <w:rPr>
          <w:color w:val="000000"/>
        </w:rPr>
        <w:t xml:space="preserve">? `` 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</w:t>
      </w:r>
      <w:r>
        <w:rPr>
          <w:color w:val="33CCFF"/>
        </w:rPr>
        <w:t xml:space="preserve">great </w:t>
      </w:r>
      <w:r>
        <w:rPr>
          <w:color w:val="00FFCC"/>
        </w:rPr>
        <w:t xml:space="preserve">difficulty </w:t>
      </w:r>
      <w:r>
        <w:rPr>
          <w:color w:val="FF6600"/>
        </w:rPr>
        <w:t xml:space="preserve">in </w:t>
      </w:r>
      <w:r>
        <w:rPr>
          <w:color w:val="CC3399"/>
        </w:rPr>
        <w:t xml:space="preserve">making </w:t>
      </w:r>
      <w:r>
        <w:rPr>
          <w:color w:val="000000"/>
        </w:rPr>
        <w:t xml:space="preserve">them </w:t>
      </w:r>
      <w:r>
        <w:rPr>
          <w:color w:val="CC3399"/>
        </w:rPr>
        <w:t xml:space="preserve">see </w:t>
      </w:r>
      <w:r>
        <w:rPr>
          <w:color w:val="FF6600"/>
        </w:rPr>
        <w:t xml:space="preserve">that </w:t>
      </w:r>
      <w:r>
        <w:rPr>
          <w:color w:val="000000"/>
        </w:rPr>
        <w:t xml:space="preserve">this </w:t>
      </w:r>
      <w:r>
        <w:rPr>
          <w:color w:val="CC3399"/>
        </w:rPr>
        <w:t xml:space="preserve">was </w:t>
      </w:r>
      <w:r>
        <w:rPr>
          <w:color w:val="33CCFF"/>
        </w:rPr>
        <w:t xml:space="preserve">contrary </w:t>
      </w:r>
      <w:r>
        <w:rPr>
          <w:color w:val="000000"/>
        </w:rPr>
        <w:t xml:space="preserve">to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spirit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Animalism </w:t>
      </w:r>
      <w:r>
        <w:rPr>
          <w:color w:val="000000"/>
        </w:rPr>
        <w:t xml:space="preserve">. The </w:t>
      </w:r>
      <w:r>
        <w:rPr>
          <w:color w:val="33CCFF"/>
        </w:rPr>
        <w:t xml:space="preserve">stupidest </w:t>
      </w:r>
      <w:r>
        <w:rPr>
          <w:color w:val="00FFCC"/>
        </w:rPr>
        <w:t xml:space="preserve">questions </w:t>
      </w:r>
      <w:r>
        <w:rPr>
          <w:color w:val="FF6600"/>
        </w:rPr>
        <w:t xml:space="preserve">of </w:t>
      </w:r>
      <w:r>
        <w:rPr>
          <w:color w:val="000000"/>
        </w:rPr>
        <w:t xml:space="preserve">all </w:t>
      </w:r>
      <w:r>
        <w:rPr>
          <w:color w:val="CC3399"/>
        </w:rPr>
        <w:t xml:space="preserve">were asked </w:t>
      </w:r>
      <w:r>
        <w:rPr>
          <w:color w:val="FF6600"/>
        </w:rPr>
        <w:t xml:space="preserve">by </w:t>
      </w:r>
      <w:r>
        <w:rPr>
          <w:color w:val="00FFCC"/>
        </w:rPr>
        <w:t xml:space="preserve">Mollie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white </w:t>
      </w:r>
      <w:r>
        <w:rPr>
          <w:color w:val="00FFCC"/>
        </w:rPr>
        <w:t xml:space="preserve">mare </w:t>
      </w:r>
      <w:r>
        <w:rPr>
          <w:color w:val="000000"/>
        </w:rPr>
        <w:t xml:space="preserve">. The </w:t>
      </w:r>
      <w:r>
        <w:rPr>
          <w:color w:val="00787F"/>
        </w:rPr>
        <w:t xml:space="preserve">very </w:t>
      </w:r>
      <w:r>
        <w:rPr>
          <w:color w:val="33CCFF"/>
        </w:rPr>
        <w:t xml:space="preserve">first </w:t>
      </w:r>
      <w:r>
        <w:rPr>
          <w:color w:val="00FFCC"/>
        </w:rPr>
        <w:t xml:space="preserve">question </w:t>
      </w:r>
      <w:r>
        <w:rPr>
          <w:color w:val="000000"/>
        </w:rPr>
        <w:t xml:space="preserve">she </w:t>
      </w:r>
      <w:r>
        <w:rPr>
          <w:color w:val="CC3399"/>
        </w:rPr>
        <w:t xml:space="preserve">asked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was </w:t>
      </w:r>
      <w:r>
        <w:rPr>
          <w:color w:val="000000"/>
        </w:rPr>
        <w:t xml:space="preserve">: `` </w:t>
      </w:r>
      <w:r>
        <w:rPr>
          <w:color w:val="003E3E"/>
        </w:rPr>
        <w:t xml:space="preserve">Will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00787F"/>
        </w:rPr>
        <w:t xml:space="preserve">still </w:t>
      </w:r>
      <w:r>
        <w:rPr>
          <w:color w:val="CC3399"/>
        </w:rPr>
        <w:t xml:space="preserve">be </w:t>
      </w:r>
      <w:r>
        <w:rPr>
          <w:color w:val="00FFCC"/>
        </w:rPr>
        <w:t xml:space="preserve">sugar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No , '' </w:t>
      </w:r>
      <w:r>
        <w:rPr>
          <w:color w:val="CC3399"/>
        </w:rPr>
        <w:t xml:space="preserve">said </w:t>
      </w:r>
      <w:r>
        <w:rPr>
          <w:color w:val="00FFCC"/>
        </w:rPr>
        <w:t xml:space="preserve">Snowball </w:t>
      </w:r>
      <w:r>
        <w:rPr>
          <w:color w:val="00787F"/>
        </w:rPr>
        <w:t xml:space="preserve">firmly </w:t>
      </w:r>
      <w:r>
        <w:rPr>
          <w:color w:val="000000"/>
        </w:rPr>
        <w:t xml:space="preserve">. `` We </w:t>
      </w:r>
      <w:r>
        <w:rPr>
          <w:color w:val="CC3399"/>
        </w:rPr>
        <w:t xml:space="preserve">have </w:t>
      </w:r>
      <w:r>
        <w:rPr>
          <w:color w:val="000000"/>
        </w:rPr>
        <w:t xml:space="preserve">no </w:t>
      </w:r>
      <w:r>
        <w:rPr>
          <w:color w:val="00FFCC"/>
        </w:rPr>
        <w:t xml:space="preserve">means </w:t>
      </w:r>
      <w:r>
        <w:rPr>
          <w:color w:val="FF6600"/>
        </w:rPr>
        <w:t xml:space="preserve">of </w:t>
      </w:r>
      <w:r>
        <w:rPr>
          <w:color w:val="CC3399"/>
        </w:rPr>
        <w:t xml:space="preserve">making </w:t>
      </w:r>
      <w:r>
        <w:rPr>
          <w:color w:val="00FFCC"/>
        </w:rPr>
        <w:t xml:space="preserve">sugar </w:t>
      </w:r>
      <w:r>
        <w:rPr>
          <w:color w:val="FF6600"/>
        </w:rPr>
        <w:t xml:space="preserve">on </w:t>
      </w:r>
      <w:r>
        <w:rPr>
          <w:color w:val="000000"/>
        </w:rPr>
        <w:t xml:space="preserve">this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000000"/>
        </w:rPr>
        <w:t xml:space="preserve">. </w:t>
      </w:r>
      <w:r>
        <w:rPr>
          <w:color w:val="FF6600"/>
        </w:rPr>
        <w:t xml:space="preserve">Besides </w:t>
      </w:r>
      <w:r>
        <w:rPr>
          <w:color w:val="000000"/>
        </w:rPr>
        <w:t xml:space="preserve">, you </w:t>
      </w:r>
      <w:r>
        <w:rPr>
          <w:color w:val="CC3399"/>
        </w:rPr>
        <w:t xml:space="preserve">do </w:t>
      </w:r>
      <w:r>
        <w:rPr>
          <w:color w:val="00787F"/>
        </w:rPr>
        <w:t xml:space="preserve">not </w:t>
      </w:r>
      <w:r>
        <w:rPr>
          <w:color w:val="CC3399"/>
        </w:rPr>
        <w:t xml:space="preserve">need </w:t>
      </w:r>
      <w:r>
        <w:rPr>
          <w:color w:val="00FFCC"/>
        </w:rPr>
        <w:t xml:space="preserve">sugar </w:t>
      </w:r>
      <w:r>
        <w:rPr>
          <w:color w:val="000000"/>
        </w:rPr>
        <w:t xml:space="preserve">. You </w:t>
      </w:r>
      <w:r>
        <w:rPr>
          <w:color w:val="003E3E"/>
        </w:rPr>
        <w:t xml:space="preserve">will </w:t>
      </w:r>
      <w:r>
        <w:rPr>
          <w:color w:val="CC3399"/>
        </w:rPr>
        <w:t xml:space="preserve">have </w:t>
      </w:r>
      <w:r>
        <w:rPr>
          <w:color w:val="000000"/>
        </w:rPr>
        <w:t xml:space="preserve">all the </w:t>
      </w:r>
      <w:r>
        <w:rPr>
          <w:color w:val="00FFCC"/>
        </w:rPr>
        <w:t xml:space="preserve">oats </w:t>
      </w:r>
      <w:r>
        <w:rPr>
          <w:color w:val="FF0066"/>
        </w:rPr>
        <w:t xml:space="preserve">and </w:t>
      </w:r>
      <w:r>
        <w:rPr>
          <w:color w:val="00FFCC"/>
        </w:rPr>
        <w:t xml:space="preserve">hay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you </w:t>
      </w:r>
      <w:r>
        <w:rPr>
          <w:color w:val="CC3399"/>
        </w:rPr>
        <w:t xml:space="preserve">want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FF0066"/>
        </w:rPr>
        <w:t xml:space="preserve">And </w:t>
      </w:r>
      <w:r>
        <w:rPr>
          <w:color w:val="003E3E"/>
        </w:rPr>
        <w:t xml:space="preserve">shall </w:t>
      </w:r>
      <w:r>
        <w:rPr>
          <w:color w:val="000000"/>
        </w:rPr>
        <w:t xml:space="preserve">I </w:t>
      </w:r>
      <w:r>
        <w:rPr>
          <w:color w:val="00787F"/>
        </w:rPr>
        <w:t xml:space="preserve">still </w:t>
      </w:r>
      <w:r>
        <w:rPr>
          <w:color w:val="CC3399"/>
        </w:rPr>
        <w:t xml:space="preserve">be allowed </w:t>
      </w:r>
      <w:r>
        <w:rPr>
          <w:color w:val="000000"/>
        </w:rPr>
        <w:t xml:space="preserve">to </w:t>
      </w:r>
      <w:r>
        <w:rPr>
          <w:color w:val="CC3399"/>
        </w:rPr>
        <w:t xml:space="preserve">wear </w:t>
      </w:r>
      <w:r>
        <w:rPr>
          <w:color w:val="00FFCC"/>
        </w:rPr>
        <w:t xml:space="preserve">ribbons </w:t>
      </w:r>
      <w:r>
        <w:rPr>
          <w:color w:val="FF6600"/>
        </w:rPr>
        <w:t xml:space="preserve">in </w:t>
      </w:r>
      <w:r>
        <w:rPr>
          <w:color w:val="000000"/>
        </w:rPr>
        <w:t xml:space="preserve">my </w:t>
      </w:r>
      <w:r>
        <w:rPr>
          <w:color w:val="00FFCC"/>
        </w:rPr>
        <w:t xml:space="preserve">mane </w:t>
      </w:r>
      <w:r>
        <w:rPr>
          <w:color w:val="000000"/>
        </w:rPr>
        <w:t xml:space="preserve">? '' </w:t>
      </w:r>
      <w:r>
        <w:rPr>
          <w:color w:val="CC3399"/>
        </w:rPr>
        <w:t xml:space="preserve">asked </w:t>
      </w:r>
      <w:r>
        <w:rPr>
          <w:color w:val="00FFCC"/>
        </w:rPr>
        <w:t xml:space="preserve">Mollie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Comrade </w:t>
      </w:r>
      <w:r>
        <w:rPr>
          <w:color w:val="000000"/>
        </w:rPr>
        <w:t xml:space="preserve">, '' </w:t>
      </w:r>
      <w:r>
        <w:rPr>
          <w:color w:val="CC3399"/>
        </w:rPr>
        <w:t xml:space="preserve">said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`` those </w:t>
      </w:r>
      <w:r>
        <w:rPr>
          <w:color w:val="00FFCC"/>
        </w:rPr>
        <w:t xml:space="preserve">ribbons </w:t>
      </w:r>
      <w:r>
        <w:rPr>
          <w:color w:val="FF6600"/>
        </w:rPr>
        <w:t xml:space="preserve">that </w:t>
      </w:r>
      <w:r>
        <w:rPr>
          <w:color w:val="000000"/>
        </w:rPr>
        <w:t xml:space="preserve">you </w:t>
      </w:r>
      <w:r>
        <w:rPr>
          <w:color w:val="CC3399"/>
        </w:rPr>
        <w:t xml:space="preserve">are </w:t>
      </w:r>
      <w:r>
        <w:rPr>
          <w:color w:val="00787F"/>
        </w:rPr>
        <w:t xml:space="preserve">so </w:t>
      </w:r>
      <w:r>
        <w:rPr>
          <w:color w:val="CC3399"/>
        </w:rPr>
        <w:t xml:space="preserve">devoted </w:t>
      </w:r>
      <w:r>
        <w:rPr>
          <w:color w:val="000000"/>
        </w:rPr>
        <w:t xml:space="preserve">to </w:t>
      </w:r>
      <w:r>
        <w:rPr>
          <w:color w:val="CC3399"/>
        </w:rPr>
        <w:t xml:space="preserve">are </w:t>
      </w: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the </w:t>
      </w:r>
      <w:r>
        <w:rPr>
          <w:color w:val="00FFCC"/>
        </w:rPr>
        <w:t xml:space="preserve">badge </w:t>
      </w:r>
      <w:r>
        <w:rPr>
          <w:color w:val="FF6600"/>
        </w:rPr>
        <w:t xml:space="preserve">of </w:t>
      </w:r>
      <w:r>
        <w:rPr>
          <w:color w:val="00FFCC"/>
        </w:rPr>
        <w:t xml:space="preserve">slavery </w:t>
      </w:r>
      <w:r>
        <w:rPr>
          <w:color w:val="000000"/>
        </w:rPr>
        <w:t xml:space="preserve">. </w:t>
      </w:r>
      <w:r>
        <w:rPr>
          <w:color w:val="003E3E"/>
        </w:rPr>
        <w:t xml:space="preserve">Can </w:t>
      </w:r>
      <w:r>
        <w:rPr>
          <w:color w:val="000000"/>
        </w:rPr>
        <w:t xml:space="preserve">you </w:t>
      </w:r>
      <w:r>
        <w:rPr>
          <w:color w:val="00787F"/>
        </w:rPr>
        <w:t xml:space="preserve">not </w:t>
      </w:r>
      <w:r>
        <w:rPr>
          <w:color w:val="CC3399"/>
        </w:rPr>
        <w:t xml:space="preserve">understand </w:t>
      </w:r>
      <w:r>
        <w:rPr>
          <w:color w:val="FF6600"/>
        </w:rPr>
        <w:t xml:space="preserve">that </w:t>
      </w:r>
      <w:r>
        <w:rPr>
          <w:color w:val="00FFCC"/>
        </w:rPr>
        <w:t xml:space="preserve">liberty </w:t>
      </w:r>
      <w:r>
        <w:rPr>
          <w:color w:val="CC3399"/>
        </w:rPr>
        <w:t xml:space="preserve">is </w:t>
      </w:r>
      <w:r>
        <w:rPr>
          <w:color w:val="FF6600"/>
        </w:rPr>
        <w:t xml:space="preserve">worth </w:t>
      </w:r>
      <w:r>
        <w:rPr>
          <w:color w:val="33CCFF"/>
        </w:rPr>
        <w:t xml:space="preserve">more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than </w:t>
      </w:r>
      <w:r>
        <w:rPr>
          <w:color w:val="00FFCC"/>
        </w:rPr>
        <w:t xml:space="preserve">ribbons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Mollie </w:t>
      </w:r>
      <w:r>
        <w:rPr>
          <w:color w:val="CC3399"/>
        </w:rPr>
        <w:t xml:space="preserve">agreed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she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sound </w:t>
      </w:r>
      <w:r>
        <w:rPr>
          <w:color w:val="00787F"/>
        </w:rPr>
        <w:t xml:space="preserve">very </w:t>
      </w:r>
      <w:r>
        <w:rPr>
          <w:color w:val="33CCFF"/>
        </w:rPr>
        <w:t xml:space="preserve">convinced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had </w:t>
      </w:r>
      <w:r>
        <w:rPr>
          <w:color w:val="000000"/>
        </w:rPr>
        <w:t xml:space="preserve">an </w:t>
      </w:r>
      <w:r>
        <w:rPr>
          <w:color w:val="00787F"/>
        </w:rPr>
        <w:t xml:space="preserve">even harder </w:t>
      </w:r>
      <w:r>
        <w:rPr>
          <w:color w:val="00FFCC"/>
        </w:rPr>
        <w:t xml:space="preserve">struggle </w:t>
      </w:r>
      <w:r>
        <w:rPr>
          <w:color w:val="000000"/>
        </w:rPr>
        <w:t xml:space="preserve">to </w:t>
      </w:r>
      <w:r>
        <w:rPr>
          <w:color w:val="CC3399"/>
        </w:rPr>
        <w:t xml:space="preserve">counteract </w:t>
      </w:r>
      <w:r>
        <w:rPr>
          <w:color w:val="000000"/>
        </w:rPr>
        <w:t xml:space="preserve">the </w:t>
      </w:r>
      <w:r>
        <w:rPr>
          <w:color w:val="00FFCC"/>
        </w:rPr>
        <w:t xml:space="preserve">lies </w:t>
      </w:r>
      <w:r>
        <w:rPr>
          <w:color w:val="CC3399"/>
        </w:rPr>
        <w:t xml:space="preserve">put </w:t>
      </w:r>
      <w:r>
        <w:rPr>
          <w:color w:val="000000"/>
        </w:rPr>
        <w:t xml:space="preserve">about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Moses </w:t>
      </w:r>
      <w:r>
        <w:rPr>
          <w:color w:val="000000"/>
        </w:rPr>
        <w:t xml:space="preserve">, the </w:t>
      </w:r>
      <w:r>
        <w:rPr>
          <w:color w:val="33CCFF"/>
        </w:rPr>
        <w:t xml:space="preserve">tame </w:t>
      </w:r>
      <w:r>
        <w:rPr>
          <w:color w:val="00FFCC"/>
        </w:rPr>
        <w:t xml:space="preserve">raven </w:t>
      </w:r>
      <w:r>
        <w:rPr>
          <w:color w:val="000000"/>
        </w:rPr>
        <w:t xml:space="preserve">. </w:t>
      </w:r>
      <w:r>
        <w:rPr>
          <w:color w:val="00FFCC"/>
        </w:rPr>
        <w:t xml:space="preserve">Moses </w:t>
      </w:r>
      <w:r>
        <w:rPr>
          <w:color w:val="000000"/>
        </w:rPr>
        <w:t xml:space="preserve">, who </w:t>
      </w:r>
      <w:r>
        <w:rPr>
          <w:color w:val="CC3399"/>
        </w:rPr>
        <w:t xml:space="preserve">was </w:t>
      </w:r>
      <w:r>
        <w:rPr>
          <w:color w:val="00FFCC"/>
        </w:rPr>
        <w:t xml:space="preserve">Mr. Jones </w:t>
      </w:r>
      <w:r>
        <w:rPr>
          <w:color w:val="000000"/>
        </w:rPr>
        <w:t xml:space="preserve">'s </w:t>
      </w:r>
      <w:r>
        <w:rPr>
          <w:color w:val="33CCFF"/>
        </w:rPr>
        <w:t xml:space="preserve">especial </w:t>
      </w:r>
      <w:r>
        <w:rPr>
          <w:color w:val="00FFCC"/>
        </w:rPr>
        <w:t xml:space="preserve">pet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spy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00FFCC"/>
        </w:rPr>
        <w:t xml:space="preserve">tale-bearer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00787F"/>
        </w:rPr>
        <w:t xml:space="preserve">also </w:t>
      </w:r>
      <w:r>
        <w:rPr>
          <w:color w:val="000000"/>
        </w:rPr>
        <w:t xml:space="preserve">a </w:t>
      </w:r>
      <w:r>
        <w:rPr>
          <w:color w:val="00FFCC"/>
        </w:rPr>
        <w:t xml:space="preserve">clever talker </w:t>
      </w:r>
      <w:r>
        <w:rPr>
          <w:color w:val="000000"/>
        </w:rPr>
        <w:t xml:space="preserve">. He </w:t>
      </w:r>
      <w:r>
        <w:rPr>
          <w:color w:val="CC3399"/>
        </w:rPr>
        <w:t xml:space="preserve">claimed </w:t>
      </w:r>
      <w:r>
        <w:rPr>
          <w:color w:val="000000"/>
        </w:rPr>
        <w:t xml:space="preserve">to </w:t>
      </w:r>
      <w:r>
        <w:rPr>
          <w:color w:val="CC3399"/>
        </w:rPr>
        <w:t xml:space="preserve">know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existence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33CCFF"/>
        </w:rPr>
        <w:t xml:space="preserve">mysterious </w:t>
      </w:r>
      <w:r>
        <w:rPr>
          <w:color w:val="00FFCC"/>
        </w:rPr>
        <w:t xml:space="preserve">country </w:t>
      </w:r>
      <w:r>
        <w:rPr>
          <w:color w:val="CC3399"/>
        </w:rPr>
        <w:t xml:space="preserve">called </w:t>
      </w:r>
      <w:r>
        <w:rPr>
          <w:color w:val="00FFCC"/>
        </w:rPr>
        <w:t xml:space="preserve">Sugarcandy Mountain </w:t>
      </w:r>
      <w:r>
        <w:rPr>
          <w:color w:val="000000"/>
        </w:rPr>
        <w:t xml:space="preserve">, to which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all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went </w:t>
      </w:r>
      <w:r>
        <w:rPr>
          <w:color w:val="000000"/>
        </w:rPr>
        <w:t xml:space="preserve">when they </w:t>
      </w:r>
      <w:r>
        <w:rPr>
          <w:color w:val="CC3399"/>
        </w:rPr>
        <w:t xml:space="preserve">died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situated </w:t>
      </w:r>
      <w:r>
        <w:rPr>
          <w:color w:val="00787F"/>
        </w:rPr>
        <w:t xml:space="preserve">somewhere up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sky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33CCFF"/>
        </w:rPr>
        <w:t xml:space="preserve">little </w:t>
      </w:r>
      <w:r>
        <w:rPr>
          <w:color w:val="00FFCC"/>
        </w:rPr>
        <w:t xml:space="preserve">distance </w:t>
      </w:r>
      <w:r>
        <w:rPr>
          <w:color w:val="FF6600"/>
        </w:rPr>
        <w:t xml:space="preserve">beyond </w:t>
      </w:r>
      <w:r>
        <w:rPr>
          <w:color w:val="000000"/>
        </w:rPr>
        <w:t xml:space="preserve">the </w:t>
      </w:r>
      <w:r>
        <w:rPr>
          <w:color w:val="00FFCC"/>
        </w:rPr>
        <w:t xml:space="preserve">clouds </w:t>
      </w:r>
      <w:r>
        <w:rPr>
          <w:color w:val="000000"/>
        </w:rPr>
        <w:t xml:space="preserve">, </w:t>
      </w:r>
      <w:r>
        <w:rPr>
          <w:color w:val="00FFCC"/>
        </w:rPr>
        <w:t xml:space="preserve">Moses </w:t>
      </w:r>
      <w:r>
        <w:rPr>
          <w:color w:val="CC3399"/>
        </w:rPr>
        <w:t xml:space="preserve">said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FFCC"/>
        </w:rPr>
        <w:t xml:space="preserve">Sugarcandy Mountain </w:t>
      </w:r>
      <w:r>
        <w:rPr>
          <w:color w:val="000000"/>
        </w:rPr>
        <w:t xml:space="preserve">it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FFCC"/>
        </w:rPr>
        <w:t xml:space="preserve">Sunday </w:t>
      </w:r>
      <w:r>
        <w:rPr>
          <w:color w:val="000000"/>
        </w:rPr>
        <w:t xml:space="preserve">seven </w:t>
      </w:r>
      <w:r>
        <w:rPr>
          <w:color w:val="00FFCC"/>
        </w:rPr>
        <w:t xml:space="preserve">days </w:t>
      </w:r>
      <w:r>
        <w:rPr>
          <w:color w:val="000000"/>
        </w:rPr>
        <w:t xml:space="preserve">a </w:t>
      </w:r>
      <w:r>
        <w:rPr>
          <w:color w:val="00FFCC"/>
        </w:rPr>
        <w:t xml:space="preserve">week </w:t>
      </w:r>
      <w:r>
        <w:rPr>
          <w:color w:val="000000"/>
        </w:rPr>
        <w:t xml:space="preserve">, </w:t>
      </w:r>
      <w:r>
        <w:rPr>
          <w:color w:val="00FFCC"/>
        </w:rPr>
        <w:t xml:space="preserve">clover </w:t>
      </w:r>
      <w:r>
        <w:rPr>
          <w:color w:val="CC3399"/>
        </w:rPr>
        <w:t xml:space="preserve">was </w:t>
      </w:r>
      <w:r>
        <w:rPr>
          <w:color w:val="FF6600"/>
        </w:rPr>
        <w:t xml:space="preserve">in </w:t>
      </w:r>
      <w:r>
        <w:rPr>
          <w:color w:val="00FFCC"/>
        </w:rPr>
        <w:t xml:space="preserve">season </w:t>
      </w:r>
      <w:r>
        <w:rPr>
          <w:color w:val="000000"/>
        </w:rPr>
        <w:t xml:space="preserve">all the </w:t>
      </w:r>
      <w:r>
        <w:rPr>
          <w:color w:val="00FFCC"/>
        </w:rPr>
        <w:t xml:space="preserve">year round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lump sugar </w:t>
      </w:r>
      <w:r>
        <w:rPr>
          <w:color w:val="FF0066"/>
        </w:rPr>
        <w:t xml:space="preserve">and </w:t>
      </w:r>
      <w:r>
        <w:rPr>
          <w:color w:val="00FFCC"/>
        </w:rPr>
        <w:t xml:space="preserve">linseed </w:t>
      </w:r>
      <w:r>
        <w:rPr>
          <w:color w:val="CC3399"/>
        </w:rPr>
        <w:t xml:space="preserve">cake grew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hedges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hated </w:t>
      </w:r>
      <w:r>
        <w:rPr>
          <w:color w:val="00FFCC"/>
        </w:rPr>
        <w:t xml:space="preserve">Moses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because </w:t>
      </w:r>
      <w:r>
        <w:rPr>
          <w:color w:val="000000"/>
        </w:rPr>
        <w:t xml:space="preserve">he </w:t>
      </w:r>
      <w:r>
        <w:rPr>
          <w:color w:val="CC3399"/>
        </w:rPr>
        <w:t xml:space="preserve">told </w:t>
      </w:r>
      <w:r>
        <w:rPr>
          <w:color w:val="00FFCC"/>
        </w:rPr>
        <w:t xml:space="preserve">tales </w:t>
      </w:r>
      <w:r>
        <w:rPr>
          <w:color w:val="FF0066"/>
        </w:rPr>
        <w:t xml:space="preserve">and </w:t>
      </w:r>
      <w:r>
        <w:rPr>
          <w:color w:val="CC3399"/>
        </w:rPr>
        <w:t xml:space="preserve">did </w:t>
      </w:r>
      <w:r>
        <w:rPr>
          <w:color w:val="000000"/>
        </w:rPr>
        <w:t xml:space="preserve">no </w:t>
      </w:r>
      <w:r>
        <w:rPr>
          <w:color w:val="00FFCC"/>
        </w:rPr>
        <w:t xml:space="preserve">work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some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believed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Sugarcandy Mountain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had </w:t>
      </w:r>
      <w:r>
        <w:rPr>
          <w:color w:val="000000"/>
        </w:rPr>
        <w:t xml:space="preserve">to </w:t>
      </w:r>
      <w:r>
        <w:rPr>
          <w:color w:val="CC3399"/>
        </w:rPr>
        <w:t xml:space="preserve">argue </w:t>
      </w:r>
      <w:r>
        <w:rPr>
          <w:color w:val="00787F"/>
        </w:rPr>
        <w:t xml:space="preserve">very </w:t>
      </w:r>
      <w:r>
        <w:rPr>
          <w:color w:val="33CCFF"/>
        </w:rPr>
        <w:t xml:space="preserve">hard </w:t>
      </w:r>
      <w:r>
        <w:rPr>
          <w:color w:val="000000"/>
        </w:rPr>
        <w:t xml:space="preserve">to </w:t>
      </w:r>
      <w:r>
        <w:rPr>
          <w:color w:val="CC3399"/>
        </w:rPr>
        <w:t xml:space="preserve">persuade </w:t>
      </w:r>
      <w:r>
        <w:rPr>
          <w:color w:val="000000"/>
        </w:rPr>
        <w:t xml:space="preserve">them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no </w:t>
      </w:r>
      <w:r>
        <w:rPr>
          <w:color w:val="33CCFF"/>
        </w:rPr>
        <w:t xml:space="preserve">such </w:t>
      </w:r>
      <w:r>
        <w:rPr>
          <w:color w:val="00FFCC"/>
        </w:rPr>
        <w:t xml:space="preserve">place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Their </w:t>
      </w:r>
      <w:r>
        <w:rPr>
          <w:color w:val="00787F"/>
        </w:rPr>
        <w:t xml:space="preserve">most </w:t>
      </w:r>
      <w:r>
        <w:rPr>
          <w:color w:val="33CCFF"/>
        </w:rPr>
        <w:t>fai</w:t>
      </w:r>
      <w:r>
        <w:rPr>
          <w:color w:val="33CCFF"/>
        </w:rPr>
        <w:t xml:space="preserve">thful </w:t>
      </w:r>
      <w:r>
        <w:rPr>
          <w:color w:val="00FFCC"/>
        </w:rPr>
        <w:t xml:space="preserve">disciples </w:t>
      </w:r>
      <w:r>
        <w:rPr>
          <w:color w:val="CC3399"/>
        </w:rPr>
        <w:t xml:space="preserve">were </w:t>
      </w:r>
      <w:r>
        <w:rPr>
          <w:color w:val="000000"/>
        </w:rPr>
        <w:t xml:space="preserve">the two </w:t>
      </w:r>
      <w:r>
        <w:rPr>
          <w:color w:val="00FFCC"/>
        </w:rPr>
        <w:t xml:space="preserve">cart-horses </w:t>
      </w:r>
      <w:r>
        <w:rPr>
          <w:color w:val="000000"/>
        </w:rPr>
        <w:t xml:space="preserve">, </w:t>
      </w:r>
      <w:r>
        <w:rPr>
          <w:color w:val="00FFCC"/>
        </w:rPr>
        <w:t xml:space="preserve">Boxer </w:t>
      </w:r>
      <w:r>
        <w:rPr>
          <w:color w:val="FF0066"/>
        </w:rPr>
        <w:t xml:space="preserve">and </w:t>
      </w:r>
      <w:r>
        <w:rPr>
          <w:color w:val="00FFCC"/>
        </w:rPr>
        <w:t xml:space="preserve">Clover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These two </w:t>
      </w:r>
      <w:r>
        <w:rPr>
          <w:color w:val="CC3399"/>
        </w:rPr>
        <w:t xml:space="preserve">had </w:t>
      </w:r>
      <w:r>
        <w:rPr>
          <w:color w:val="33CCFF"/>
        </w:rPr>
        <w:t xml:space="preserve">great </w:t>
      </w:r>
      <w:r>
        <w:rPr>
          <w:color w:val="00FFCC"/>
        </w:rPr>
        <w:t xml:space="preserve">difficulty </w:t>
      </w:r>
      <w:r>
        <w:rPr>
          <w:color w:val="FF6600"/>
        </w:rPr>
        <w:t xml:space="preserve">in </w:t>
      </w:r>
      <w:r>
        <w:rPr>
          <w:color w:val="CC3399"/>
        </w:rPr>
        <w:t xml:space="preserve">thinking </w:t>
      </w:r>
      <w:r>
        <w:rPr>
          <w:color w:val="00FFCC"/>
        </w:rPr>
        <w:t xml:space="preserve">anything </w:t>
      </w:r>
      <w:r>
        <w:rPr>
          <w:color w:val="000000"/>
        </w:rPr>
        <w:t xml:space="preserve">out </w:t>
      </w:r>
      <w:r>
        <w:rPr>
          <w:color w:val="FF6600"/>
        </w:rPr>
        <w:t xml:space="preserve">for </w:t>
      </w:r>
      <w:r>
        <w:rPr>
          <w:color w:val="000000"/>
        </w:rPr>
        <w:t xml:space="preserve">themselves 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CC3399"/>
        </w:rPr>
        <w:t xml:space="preserve">having </w:t>
      </w:r>
      <w:r>
        <w:rPr>
          <w:color w:val="00787F"/>
        </w:rPr>
        <w:t xml:space="preserve">once </w:t>
      </w:r>
      <w:r>
        <w:rPr>
          <w:color w:val="CC3399"/>
        </w:rPr>
        <w:t xml:space="preserve">accepted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6600"/>
        </w:rPr>
        <w:t xml:space="preserve">as </w:t>
      </w:r>
      <w:r>
        <w:rPr>
          <w:color w:val="000000"/>
        </w:rPr>
        <w:t xml:space="preserve">their </w:t>
      </w:r>
      <w:r>
        <w:rPr>
          <w:color w:val="00FFCC"/>
        </w:rPr>
        <w:t xml:space="preserve">teachers </w:t>
      </w:r>
      <w:r>
        <w:rPr>
          <w:color w:val="000000"/>
        </w:rPr>
        <w:t xml:space="preserve">, they </w:t>
      </w:r>
      <w:r>
        <w:rPr>
          <w:color w:val="CC3399"/>
        </w:rPr>
        <w:t xml:space="preserve">absorbed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everything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told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passed </w:t>
      </w:r>
      <w:r>
        <w:rPr>
          <w:color w:val="000000"/>
        </w:rPr>
        <w:t xml:space="preserve">it </w:t>
      </w:r>
      <w:r>
        <w:rPr>
          <w:color w:val="FF6600"/>
        </w:rPr>
        <w:t xml:space="preserve">on </w:t>
      </w:r>
      <w:r>
        <w:rPr>
          <w:color w:val="000000"/>
        </w:rPr>
        <w:t xml:space="preserve">to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simple </w:t>
      </w:r>
      <w:r>
        <w:rPr>
          <w:color w:val="00FFCC"/>
        </w:rPr>
        <w:t xml:space="preserve">arguments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unfailing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attendance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secret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meetings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led </w:t>
      </w:r>
      <w:r>
        <w:rPr>
          <w:color w:val="000000"/>
        </w:rPr>
        <w:t xml:space="preserve">the </w:t>
      </w:r>
      <w:r>
        <w:rPr>
          <w:color w:val="00FFCC"/>
        </w:rPr>
        <w:t xml:space="preserve">singing </w:t>
      </w:r>
      <w:r>
        <w:rPr>
          <w:color w:val="FF6600"/>
        </w:rPr>
        <w:t xml:space="preserve">of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,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which the </w:t>
      </w:r>
      <w:r>
        <w:rPr>
          <w:color w:val="00FFCC"/>
        </w:rPr>
        <w:t xml:space="preserve">meetings </w:t>
      </w:r>
      <w:r>
        <w:rPr>
          <w:color w:val="00787F"/>
        </w:rPr>
        <w:t xml:space="preserve">always </w:t>
      </w:r>
      <w:r>
        <w:rPr>
          <w:color w:val="CC3399"/>
        </w:rPr>
        <w:t xml:space="preserve">ended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Now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0000"/>
        </w:rPr>
        <w:t xml:space="preserve">it </w:t>
      </w:r>
      <w:r>
        <w:rPr>
          <w:color w:val="CC3399"/>
        </w:rPr>
        <w:t xml:space="preserve">turned </w:t>
      </w:r>
      <w:r>
        <w:rPr>
          <w:color w:val="000000"/>
        </w:rPr>
        <w:t xml:space="preserve">out , the </w:t>
      </w:r>
      <w:r>
        <w:rPr>
          <w:color w:val="00FFCC"/>
        </w:rPr>
        <w:t xml:space="preserve">Rebellion </w:t>
      </w:r>
      <w:r>
        <w:rPr>
          <w:color w:val="CC3399"/>
        </w:rPr>
        <w:t>was ach</w:t>
      </w:r>
      <w:r>
        <w:rPr>
          <w:color w:val="CC3399"/>
        </w:rPr>
        <w:t xml:space="preserve">ieved </w:t>
      </w:r>
      <w:r>
        <w:rPr>
          <w:color w:val="00787F"/>
        </w:rPr>
        <w:t xml:space="preserve">much </w:t>
      </w:r>
      <w:r>
        <w:rPr>
          <w:color w:val="33CCFF"/>
        </w:rPr>
        <w:t xml:space="preserve">earlier </w:t>
      </w:r>
      <w:r>
        <w:rPr>
          <w:color w:val="FF0066"/>
        </w:rPr>
        <w:t xml:space="preserve">and </w:t>
      </w:r>
      <w:r>
        <w:rPr>
          <w:color w:val="00787F"/>
        </w:rPr>
        <w:t xml:space="preserve">more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easily </w:t>
      </w:r>
      <w:r>
        <w:rPr>
          <w:color w:val="FF6600"/>
        </w:rPr>
        <w:t xml:space="preserve">than </w:t>
      </w:r>
      <w:r>
        <w:rPr>
          <w:color w:val="00FFCC"/>
        </w:rPr>
        <w:t xml:space="preserve">anyone </w:t>
      </w:r>
      <w:r>
        <w:rPr>
          <w:color w:val="CC3399"/>
        </w:rPr>
        <w:t xml:space="preserve">had expected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33CCFF"/>
        </w:rPr>
        <w:t xml:space="preserve">past </w:t>
      </w:r>
      <w:r>
        <w:rPr>
          <w:color w:val="00FFCC"/>
        </w:rPr>
        <w:t xml:space="preserve">years Mr. Jones </w:t>
      </w:r>
      <w:r>
        <w:rPr>
          <w:color w:val="000000"/>
        </w:rPr>
        <w:t xml:space="preserve">, </w:t>
      </w:r>
      <w:r>
        <w:rPr>
          <w:color w:val="FF6600"/>
        </w:rPr>
        <w:t xml:space="preserve">although </w:t>
      </w:r>
      <w:r>
        <w:rPr>
          <w:color w:val="000000"/>
        </w:rPr>
        <w:t xml:space="preserve">a </w:t>
      </w:r>
      <w:r>
        <w:rPr>
          <w:color w:val="33CCFF"/>
        </w:rPr>
        <w:t xml:space="preserve">hard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master </w:t>
      </w:r>
      <w:r>
        <w:rPr>
          <w:color w:val="000000"/>
        </w:rPr>
        <w:t xml:space="preserve">, </w:t>
      </w:r>
      <w:r>
        <w:rPr>
          <w:color w:val="CC3399"/>
        </w:rPr>
        <w:t xml:space="preserve">had been </w:t>
      </w:r>
      <w:r>
        <w:rPr>
          <w:color w:val="000000"/>
        </w:rPr>
        <w:t xml:space="preserve">a </w:t>
      </w:r>
      <w:r>
        <w:rPr>
          <w:color w:val="33CCFF"/>
        </w:rPr>
        <w:t xml:space="preserve">capable </w:t>
      </w:r>
      <w:r>
        <w:rPr>
          <w:color w:val="00FFCC"/>
        </w:rPr>
        <w:t xml:space="preserve">farmer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FF6600"/>
        </w:rPr>
        <w:t xml:space="preserve">of </w:t>
      </w:r>
      <w:r>
        <w:rPr>
          <w:color w:val="33CCFF"/>
        </w:rPr>
        <w:t xml:space="preserve">late </w:t>
      </w:r>
      <w:r>
        <w:rPr>
          <w:color w:val="000000"/>
        </w:rPr>
        <w:t xml:space="preserve">he </w:t>
      </w:r>
      <w:r>
        <w:rPr>
          <w:color w:val="CC3399"/>
        </w:rPr>
        <w:t xml:space="preserve">had fallen </w:t>
      </w:r>
      <w:r>
        <w:rPr>
          <w:color w:val="FF6600"/>
        </w:rPr>
        <w:t xml:space="preserve">on </w:t>
      </w:r>
      <w:r>
        <w:rPr>
          <w:color w:val="33CCFF"/>
        </w:rPr>
        <w:t xml:space="preserve">evil </w:t>
      </w:r>
      <w:r>
        <w:rPr>
          <w:color w:val="00FFCC"/>
        </w:rPr>
        <w:t xml:space="preserve">days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had become </w:t>
      </w:r>
      <w:r>
        <w:rPr>
          <w:color w:val="00787F"/>
        </w:rPr>
        <w:t xml:space="preserve">much </w:t>
      </w:r>
      <w:r>
        <w:rPr>
          <w:color w:val="CC3399"/>
        </w:rPr>
        <w:t xml:space="preserve">disheartened </w:t>
      </w:r>
      <w:r>
        <w:rPr>
          <w:color w:val="FF6600"/>
        </w:rPr>
        <w:t xml:space="preserve">after </w:t>
      </w:r>
      <w:r>
        <w:rPr>
          <w:color w:val="CC3399"/>
        </w:rPr>
        <w:t xml:space="preserve">losing </w:t>
      </w:r>
      <w:r>
        <w:rPr>
          <w:color w:val="00FFCC"/>
        </w:rPr>
        <w:t xml:space="preserve">money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lawsuit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taken </w:t>
      </w:r>
      <w:r>
        <w:rPr>
          <w:color w:val="000000"/>
        </w:rPr>
        <w:t xml:space="preserve">to </w:t>
      </w:r>
      <w:r>
        <w:rPr>
          <w:color w:val="CC3399"/>
        </w:rPr>
        <w:t xml:space="preserve">drinking </w:t>
      </w:r>
      <w:r>
        <w:rPr>
          <w:color w:val="33CCFF"/>
        </w:rPr>
        <w:t xml:space="preserve">more </w:t>
      </w:r>
      <w:r>
        <w:rPr>
          <w:color w:val="FF6600"/>
        </w:rPr>
        <w:t xml:space="preserve">than </w:t>
      </w:r>
      <w:r>
        <w:rPr>
          <w:color w:val="CC3399"/>
        </w:rPr>
        <w:t xml:space="preserve">was </w:t>
      </w:r>
      <w:r>
        <w:rPr>
          <w:color w:val="33CCFF"/>
        </w:rPr>
        <w:t xml:space="preserve">good </w:t>
      </w:r>
      <w:r>
        <w:rPr>
          <w:color w:val="FF6600"/>
        </w:rPr>
        <w:t xml:space="preserve">for </w:t>
      </w:r>
      <w:r>
        <w:rPr>
          <w:color w:val="000000"/>
        </w:rPr>
        <w:t xml:space="preserve">him . </w:t>
      </w:r>
      <w:r>
        <w:rPr>
          <w:color w:val="FF6600"/>
        </w:rPr>
        <w:t xml:space="preserve">For </w:t>
      </w:r>
      <w:r>
        <w:rPr>
          <w:color w:val="33CCFF"/>
        </w:rPr>
        <w:t xml:space="preserve">whole </w:t>
      </w:r>
      <w:r>
        <w:rPr>
          <w:color w:val="00FFCC"/>
        </w:rPr>
        <w:t xml:space="preserve">days </w:t>
      </w:r>
      <w:r>
        <w:rPr>
          <w:color w:val="FF6600"/>
        </w:rPr>
        <w:t xml:space="preserve">at </w:t>
      </w:r>
      <w:r>
        <w:rPr>
          <w:color w:val="000000"/>
        </w:rPr>
        <w:t xml:space="preserve">a </w:t>
      </w:r>
      <w:r>
        <w:rPr>
          <w:color w:val="00FFCC"/>
        </w:rPr>
        <w:t xml:space="preserve">time </w:t>
      </w:r>
      <w:r>
        <w:rPr>
          <w:color w:val="000000"/>
        </w:rPr>
        <w:t xml:space="preserve">he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would </w:t>
      </w:r>
      <w:r>
        <w:rPr>
          <w:color w:val="CC3399"/>
        </w:rPr>
        <w:t xml:space="preserve">lounge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Windsor chair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kitchen </w:t>
      </w:r>
      <w:r>
        <w:rPr>
          <w:color w:val="000000"/>
        </w:rPr>
        <w:t xml:space="preserve">, </w:t>
      </w:r>
      <w:r>
        <w:rPr>
          <w:color w:val="CC3399"/>
        </w:rPr>
        <w:t xml:space="preserve">reading </w:t>
      </w:r>
      <w:r>
        <w:rPr>
          <w:color w:val="000000"/>
        </w:rPr>
        <w:t xml:space="preserve">the </w:t>
      </w:r>
      <w:r>
        <w:rPr>
          <w:color w:val="00FFCC"/>
        </w:rPr>
        <w:t xml:space="preserve">newspapers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drinking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occasionally </w:t>
      </w:r>
      <w:r>
        <w:rPr>
          <w:color w:val="33CCFF"/>
        </w:rPr>
        <w:t xml:space="preserve">feeding </w:t>
      </w:r>
      <w:r>
        <w:rPr>
          <w:color w:val="00FFCC"/>
        </w:rPr>
        <w:t xml:space="preserve">Moses </w:t>
      </w:r>
      <w:r>
        <w:rPr>
          <w:color w:val="FF6600"/>
        </w:rPr>
        <w:t xml:space="preserve">on </w:t>
      </w:r>
      <w:r>
        <w:rPr>
          <w:color w:val="00FFCC"/>
        </w:rPr>
        <w:t xml:space="preserve">crusts </w:t>
      </w:r>
      <w:r>
        <w:rPr>
          <w:color w:val="FF6600"/>
        </w:rPr>
        <w:t xml:space="preserve">of </w:t>
      </w:r>
      <w:r>
        <w:rPr>
          <w:color w:val="00FFCC"/>
        </w:rPr>
        <w:t xml:space="preserve">bread </w:t>
      </w:r>
      <w:r>
        <w:rPr>
          <w:color w:val="CC3399"/>
        </w:rPr>
        <w:t xml:space="preserve">soaked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beer </w:t>
      </w:r>
      <w:r>
        <w:rPr>
          <w:color w:val="000000"/>
        </w:rPr>
        <w:t xml:space="preserve">. His </w:t>
      </w:r>
      <w:r>
        <w:rPr>
          <w:color w:val="00FFCC"/>
        </w:rPr>
        <w:t xml:space="preserve">men </w:t>
      </w:r>
      <w:r>
        <w:rPr>
          <w:color w:val="CC3399"/>
        </w:rPr>
        <w:t xml:space="preserve">were </w:t>
      </w:r>
      <w:r>
        <w:rPr>
          <w:color w:val="33CCFF"/>
        </w:rPr>
        <w:t xml:space="preserve">idle </w:t>
      </w:r>
      <w:r>
        <w:rPr>
          <w:color w:val="FF0066"/>
        </w:rPr>
        <w:t xml:space="preserve">and </w:t>
      </w:r>
      <w:r>
        <w:rPr>
          <w:color w:val="33CCFF"/>
        </w:rPr>
        <w:t xml:space="preserve">dishonest </w:t>
      </w:r>
      <w:r>
        <w:rPr>
          <w:color w:val="000000"/>
        </w:rPr>
        <w:t xml:space="preserve">, the </w:t>
      </w:r>
      <w:r>
        <w:rPr>
          <w:color w:val="00FFCC"/>
        </w:rPr>
        <w:t xml:space="preserve">fields </w:t>
      </w:r>
      <w:r>
        <w:rPr>
          <w:color w:val="CC3399"/>
        </w:rPr>
        <w:t xml:space="preserve">were </w:t>
      </w:r>
      <w:r>
        <w:rPr>
          <w:color w:val="33CCFF"/>
        </w:rPr>
        <w:t xml:space="preserve">full </w:t>
      </w:r>
      <w:r>
        <w:rPr>
          <w:color w:val="FF6600"/>
        </w:rPr>
        <w:t xml:space="preserve">of </w:t>
      </w:r>
      <w:r>
        <w:rPr>
          <w:color w:val="00FFCC"/>
        </w:rPr>
        <w:t xml:space="preserve">weeds </w:t>
      </w:r>
      <w:r>
        <w:rPr>
          <w:color w:val="000000"/>
        </w:rPr>
        <w:t xml:space="preserve">,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buildings </w:t>
      </w:r>
      <w:r>
        <w:rPr>
          <w:color w:val="CC3399"/>
        </w:rPr>
        <w:t xml:space="preserve">wanted </w:t>
      </w:r>
      <w:r>
        <w:rPr>
          <w:color w:val="00FFCC"/>
        </w:rPr>
        <w:t xml:space="preserve">roofing </w:t>
      </w:r>
      <w:r>
        <w:rPr>
          <w:color w:val="000000"/>
        </w:rPr>
        <w:t xml:space="preserve">, the </w:t>
      </w:r>
      <w:r>
        <w:rPr>
          <w:color w:val="00FFCC"/>
        </w:rPr>
        <w:t xml:space="preserve">hedges </w:t>
      </w:r>
      <w:r>
        <w:rPr>
          <w:color w:val="CC3399"/>
        </w:rPr>
        <w:t xml:space="preserve">were neglected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underfed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June </w:t>
      </w:r>
      <w:r>
        <w:rPr>
          <w:color w:val="CC3399"/>
        </w:rPr>
        <w:t xml:space="preserve">came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hay </w:t>
      </w:r>
      <w:r>
        <w:rPr>
          <w:color w:val="CC3399"/>
        </w:rPr>
        <w:t xml:space="preserve">was </w:t>
      </w:r>
      <w:r>
        <w:rPr>
          <w:color w:val="00787F"/>
        </w:rPr>
        <w:t xml:space="preserve">almost </w:t>
      </w:r>
      <w:r>
        <w:rPr>
          <w:color w:val="33CCFF"/>
        </w:rPr>
        <w:t xml:space="preserve">ready </w:t>
      </w:r>
      <w:r>
        <w:rPr>
          <w:color w:val="FF6600"/>
        </w:rPr>
        <w:t xml:space="preserve">for </w:t>
      </w:r>
      <w:r>
        <w:rPr>
          <w:color w:val="CC3399"/>
        </w:rPr>
        <w:t xml:space="preserve">cutting </w:t>
      </w:r>
      <w:r>
        <w:rPr>
          <w:color w:val="000000"/>
        </w:rPr>
        <w:t xml:space="preserve">. </w:t>
      </w:r>
      <w:r>
        <w:rPr>
          <w:color w:val="FF6600"/>
        </w:rPr>
        <w:t xml:space="preserve">On </w:t>
      </w:r>
      <w:r>
        <w:rPr>
          <w:color w:val="00FFCC"/>
        </w:rPr>
        <w:t xml:space="preserve">Midsummer </w:t>
      </w:r>
      <w:r>
        <w:rPr>
          <w:color w:val="000000"/>
        </w:rPr>
        <w:t xml:space="preserve">'s </w:t>
      </w:r>
      <w:r>
        <w:rPr>
          <w:color w:val="00FFCC"/>
        </w:rPr>
        <w:t xml:space="preserve">Eve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which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Saturday </w:t>
      </w:r>
      <w:r>
        <w:rPr>
          <w:color w:val="000000"/>
        </w:rPr>
        <w:t xml:space="preserve">, </w:t>
      </w:r>
      <w:r>
        <w:rPr>
          <w:color w:val="00FFCC"/>
        </w:rPr>
        <w:t xml:space="preserve">Mr. Jones </w:t>
      </w:r>
      <w:r>
        <w:rPr>
          <w:color w:val="CC3399"/>
        </w:rPr>
        <w:t>went</w:t>
      </w:r>
      <w:r>
        <w:rPr>
          <w:color w:val="CC3399"/>
        </w:rPr>
        <w:t xml:space="preserve"> </w:t>
      </w:r>
      <w:r>
        <w:rPr>
          <w:color w:val="FF6600"/>
        </w:rPr>
        <w:t xml:space="preserve">into </w:t>
      </w:r>
      <w:r>
        <w:rPr>
          <w:color w:val="00FFCC"/>
        </w:rPr>
        <w:t xml:space="preserve">Willingdon </w:t>
      </w:r>
      <w:r>
        <w:rPr>
          <w:color w:val="FF0066"/>
        </w:rPr>
        <w:t xml:space="preserve">and </w:t>
      </w:r>
      <w:r>
        <w:rPr>
          <w:color w:val="CC3399"/>
        </w:rPr>
        <w:t xml:space="preserve">got </w:t>
      </w:r>
      <w:r>
        <w:rPr>
          <w:color w:val="00787F"/>
        </w:rPr>
        <w:t xml:space="preserve">so </w:t>
      </w:r>
      <w:r>
        <w:rPr>
          <w:color w:val="33CCFF"/>
        </w:rPr>
        <w:t xml:space="preserve">drunk </w:t>
      </w:r>
      <w:r>
        <w:rPr>
          <w:color w:val="FF6600"/>
        </w:rPr>
        <w:t xml:space="preserve">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Red Lion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come </w:t>
      </w:r>
      <w:r>
        <w:rPr>
          <w:color w:val="00787F"/>
        </w:rPr>
        <w:t xml:space="preserve">back </w:t>
      </w:r>
      <w:r>
        <w:rPr>
          <w:color w:val="33CCFF"/>
        </w:rPr>
        <w:t xml:space="preserve">till </w:t>
      </w:r>
      <w:r>
        <w:rPr>
          <w:color w:val="00FFCC"/>
        </w:rPr>
        <w:t xml:space="preserve">midday </w:t>
      </w:r>
      <w:r>
        <w:rPr>
          <w:color w:val="FF6600"/>
        </w:rPr>
        <w:t xml:space="preserve">on </w:t>
      </w:r>
      <w:r>
        <w:rPr>
          <w:color w:val="00FFCC"/>
        </w:rPr>
        <w:t xml:space="preserve">Sunday </w:t>
      </w:r>
      <w:r>
        <w:rPr>
          <w:color w:val="000000"/>
        </w:rPr>
        <w:t xml:space="preserve">. The </w:t>
      </w:r>
      <w:r>
        <w:rPr>
          <w:color w:val="00FFCC"/>
        </w:rPr>
        <w:t xml:space="preserve">men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milked </w:t>
      </w:r>
      <w:r>
        <w:rPr>
          <w:color w:val="000000"/>
        </w:rPr>
        <w:t xml:space="preserve">the </w:t>
      </w:r>
      <w:r>
        <w:rPr>
          <w:color w:val="00FFCC"/>
        </w:rPr>
        <w:t xml:space="preserve">cows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early </w:t>
      </w:r>
      <w:r>
        <w:rPr>
          <w:color w:val="00FFCC"/>
        </w:rPr>
        <w:t xml:space="preserve">morning </w:t>
      </w:r>
      <w:r>
        <w:rPr>
          <w:color w:val="FF0066"/>
        </w:rPr>
        <w:t xml:space="preserve">and </w:t>
      </w:r>
      <w:r>
        <w:rPr>
          <w:color w:val="00787F"/>
        </w:rPr>
        <w:t xml:space="preserve">then </w:t>
      </w:r>
      <w:r>
        <w:rPr>
          <w:color w:val="CC3399"/>
        </w:rPr>
        <w:t xml:space="preserve">had gone </w:t>
      </w:r>
      <w:r>
        <w:rPr>
          <w:color w:val="000000"/>
        </w:rPr>
        <w:t xml:space="preserve">out </w:t>
      </w:r>
      <w:r>
        <w:rPr>
          <w:color w:val="00FFCC"/>
        </w:rPr>
        <w:t xml:space="preserve">rabbiting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without </w:t>
      </w:r>
      <w:r>
        <w:rPr>
          <w:color w:val="CC3399"/>
        </w:rPr>
        <w:t xml:space="preserve">bothering </w:t>
      </w:r>
      <w:r>
        <w:rPr>
          <w:color w:val="000000"/>
        </w:rPr>
        <w:t xml:space="preserve">to </w:t>
      </w:r>
      <w:r>
        <w:rPr>
          <w:color w:val="CC3399"/>
        </w:rPr>
        <w:t xml:space="preserve">feed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. When </w:t>
      </w:r>
      <w:r>
        <w:rPr>
          <w:color w:val="00FFCC"/>
        </w:rPr>
        <w:t xml:space="preserve">Mr. Jones </w:t>
      </w:r>
      <w:r>
        <w:rPr>
          <w:color w:val="CC3399"/>
        </w:rPr>
        <w:t xml:space="preserve">got </w:t>
      </w:r>
      <w:r>
        <w:rPr>
          <w:color w:val="00787F"/>
        </w:rPr>
        <w:t xml:space="preserve">back </w:t>
      </w:r>
      <w:r>
        <w:rPr>
          <w:color w:val="000000"/>
        </w:rPr>
        <w:t xml:space="preserve">he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immediately </w:t>
      </w:r>
      <w:r>
        <w:rPr>
          <w:color w:val="CC3399"/>
        </w:rPr>
        <w:t xml:space="preserve">went </w:t>
      </w:r>
      <w:r>
        <w:rPr>
          <w:color w:val="000000"/>
        </w:rPr>
        <w:t xml:space="preserve">to </w:t>
      </w:r>
      <w:r>
        <w:rPr>
          <w:color w:val="CC3399"/>
        </w:rPr>
        <w:t xml:space="preserve">sleep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drawing-room </w:t>
      </w:r>
      <w:r>
        <w:rPr>
          <w:color w:val="00FFCC"/>
        </w:rPr>
        <w:t xml:space="preserve">sofa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News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World </w:t>
      </w:r>
      <w:r>
        <w:rPr>
          <w:color w:val="FF6600"/>
        </w:rPr>
        <w:t xml:space="preserve">over </w:t>
      </w:r>
      <w:r>
        <w:rPr>
          <w:color w:val="000000"/>
        </w:rPr>
        <w:t xml:space="preserve">his </w:t>
      </w:r>
      <w:r>
        <w:rPr>
          <w:color w:val="00FFCC"/>
        </w:rPr>
        <w:t xml:space="preserve">face </w:t>
      </w:r>
      <w:r>
        <w:rPr>
          <w:color w:val="000000"/>
        </w:rPr>
        <w:t xml:space="preserve">, </w:t>
      </w:r>
      <w:r>
        <w:rPr>
          <w:color w:val="FF6600"/>
        </w:rPr>
        <w:t xml:space="preserve">so </w:t>
      </w:r>
      <w:r>
        <w:rPr>
          <w:color w:val="000000"/>
        </w:rPr>
        <w:t xml:space="preserve">that when </w:t>
      </w:r>
      <w:r>
        <w:rPr>
          <w:color w:val="00FFCC"/>
        </w:rPr>
        <w:t xml:space="preserve">evening </w:t>
      </w:r>
      <w:r>
        <w:rPr>
          <w:color w:val="CC3399"/>
        </w:rPr>
        <w:t xml:space="preserve">came </w:t>
      </w:r>
      <w:r>
        <w:rPr>
          <w:color w:val="000000"/>
        </w:rPr>
        <w:t xml:space="preserve">,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787F"/>
        </w:rPr>
        <w:t xml:space="preserve">still </w:t>
      </w:r>
    </w:p>
    <w:p w:rsidR="00D83EF7" w:rsidRDefault="00CA4524" w:rsidP="00CA4524">
      <w:pPr>
        <w:spacing w:after="0"/>
      </w:pPr>
      <w:r>
        <w:rPr>
          <w:color w:val="33CCFF"/>
        </w:rPr>
        <w:lastRenderedPageBreak/>
        <w:t xml:space="preserve">unfed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33CCFF"/>
        </w:rPr>
        <w:t xml:space="preserve">last </w:t>
      </w:r>
      <w:r>
        <w:rPr>
          <w:color w:val="000000"/>
        </w:rPr>
        <w:t xml:space="preserve">they </w:t>
      </w:r>
      <w:r>
        <w:rPr>
          <w:color w:val="003E3E"/>
        </w:rPr>
        <w:t xml:space="preserve">could </w:t>
      </w:r>
      <w:r>
        <w:rPr>
          <w:color w:val="CC3399"/>
        </w:rPr>
        <w:t xml:space="preserve">stand </w:t>
      </w:r>
      <w:r>
        <w:rPr>
          <w:color w:val="000000"/>
        </w:rPr>
        <w:t xml:space="preserve">it </w:t>
      </w:r>
      <w:r>
        <w:rPr>
          <w:color w:val="00787F"/>
        </w:rPr>
        <w:t xml:space="preserve">no longer </w:t>
      </w:r>
      <w:r>
        <w:rPr>
          <w:color w:val="000000"/>
        </w:rPr>
        <w:t xml:space="preserve">. 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cows </w:t>
      </w:r>
      <w:r>
        <w:rPr>
          <w:color w:val="CC3399"/>
        </w:rPr>
        <w:t xml:space="preserve">broke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door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store-shed </w:t>
      </w:r>
      <w:r>
        <w:rPr>
          <w:color w:val="FF6600"/>
        </w:rPr>
        <w:t xml:space="preserve">with </w:t>
      </w:r>
      <w:r>
        <w:rPr>
          <w:color w:val="000000"/>
        </w:rPr>
        <w:t>her</w:t>
      </w:r>
      <w:r>
        <w:rPr>
          <w:color w:val="000000"/>
        </w:rPr>
        <w:t xml:space="preserve"> </w:t>
      </w:r>
      <w:r>
        <w:rPr>
          <w:color w:val="00FFCC"/>
        </w:rPr>
        <w:t xml:space="preserve">horn </w:t>
      </w:r>
      <w:r>
        <w:rPr>
          <w:color w:val="FF0066"/>
        </w:rPr>
        <w:t xml:space="preserve">and </w:t>
      </w:r>
      <w:r>
        <w:rPr>
          <w:color w:val="000000"/>
        </w:rPr>
        <w:t xml:space="preserve">all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began </w:t>
      </w:r>
      <w:r>
        <w:rPr>
          <w:color w:val="000000"/>
        </w:rPr>
        <w:t xml:space="preserve">to </w:t>
      </w:r>
      <w:r>
        <w:rPr>
          <w:color w:val="CC3399"/>
        </w:rPr>
        <w:t xml:space="preserve">help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themselves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bins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787F"/>
        </w:rPr>
        <w:t xml:space="preserve">just then </w:t>
      </w:r>
      <w:r>
        <w:rPr>
          <w:color w:val="FF6600"/>
        </w:rPr>
        <w:t xml:space="preserve">that </w:t>
      </w:r>
      <w:r>
        <w:rPr>
          <w:color w:val="00FFCC"/>
        </w:rPr>
        <w:t xml:space="preserve">Mr. Jones </w:t>
      </w:r>
      <w:r>
        <w:rPr>
          <w:color w:val="CC3399"/>
        </w:rPr>
        <w:t xml:space="preserve">woke </w:t>
      </w:r>
      <w:r>
        <w:rPr>
          <w:color w:val="000000"/>
        </w:rPr>
        <w:t xml:space="preserve">up . 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next </w:t>
      </w:r>
      <w:r>
        <w:rPr>
          <w:color w:val="00FFCC"/>
        </w:rPr>
        <w:t xml:space="preserve">moment </w:t>
      </w:r>
      <w:r>
        <w:rPr>
          <w:color w:val="000000"/>
        </w:rPr>
        <w:t xml:space="preserve">he </w:t>
      </w:r>
      <w:r>
        <w:rPr>
          <w:color w:val="FF0066"/>
        </w:rPr>
        <w:t xml:space="preserve">and </w:t>
      </w:r>
      <w:r>
        <w:rPr>
          <w:color w:val="000000"/>
        </w:rPr>
        <w:t xml:space="preserve">his four </w:t>
      </w:r>
      <w:r>
        <w:rPr>
          <w:color w:val="00FFCC"/>
        </w:rPr>
        <w:t xml:space="preserve">men </w:t>
      </w:r>
      <w:r>
        <w:rPr>
          <w:color w:val="CC3399"/>
        </w:rPr>
        <w:t xml:space="preserve">were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store-shed </w:t>
      </w:r>
      <w:r>
        <w:rPr>
          <w:color w:val="FF6600"/>
        </w:rPr>
        <w:t xml:space="preserve">with </w:t>
      </w:r>
      <w:r>
        <w:rPr>
          <w:color w:val="00FFCC"/>
        </w:rPr>
        <w:t xml:space="preserve">whips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hands </w:t>
      </w:r>
      <w:r>
        <w:rPr>
          <w:color w:val="000000"/>
        </w:rPr>
        <w:t xml:space="preserve">, </w:t>
      </w:r>
      <w:r>
        <w:rPr>
          <w:color w:val="CC3399"/>
        </w:rPr>
        <w:t xml:space="preserve">lashing </w:t>
      </w:r>
      <w:r>
        <w:rPr>
          <w:color w:val="000000"/>
        </w:rPr>
        <w:t xml:space="preserve">out </w:t>
      </w:r>
      <w:r>
        <w:rPr>
          <w:color w:val="FF6600"/>
        </w:rPr>
        <w:t xml:space="preserve">in </w:t>
      </w:r>
      <w:r>
        <w:rPr>
          <w:color w:val="000000"/>
        </w:rPr>
        <w:t xml:space="preserve">all </w:t>
      </w:r>
      <w:r>
        <w:rPr>
          <w:color w:val="00FFCC"/>
        </w:rPr>
        <w:t xml:space="preserve">directions </w:t>
      </w:r>
      <w:r>
        <w:rPr>
          <w:color w:val="000000"/>
        </w:rPr>
        <w:t xml:space="preserve">. This </w:t>
      </w:r>
      <w:r>
        <w:rPr>
          <w:color w:val="CC3399"/>
        </w:rPr>
        <w:t xml:space="preserve">was </w:t>
      </w:r>
      <w:r>
        <w:rPr>
          <w:color w:val="33CCFF"/>
        </w:rPr>
        <w:t xml:space="preserve">more </w:t>
      </w:r>
      <w:r>
        <w:rPr>
          <w:color w:val="FF6600"/>
        </w:rPr>
        <w:t xml:space="preserve">than </w:t>
      </w:r>
      <w:r>
        <w:rPr>
          <w:color w:val="000000"/>
        </w:rPr>
        <w:t xml:space="preserve">the </w:t>
      </w:r>
      <w:r>
        <w:rPr>
          <w:color w:val="33CCFF"/>
        </w:rPr>
        <w:t xml:space="preserve">hungry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003E3E"/>
        </w:rPr>
        <w:t xml:space="preserve">could </w:t>
      </w:r>
      <w:r>
        <w:rPr>
          <w:color w:val="CC3399"/>
        </w:rPr>
        <w:t xml:space="preserve">bear </w:t>
      </w:r>
      <w:r>
        <w:rPr>
          <w:color w:val="000000"/>
        </w:rPr>
        <w:t xml:space="preserve">. </w:t>
      </w:r>
      <w:r>
        <w:rPr>
          <w:color w:val="FF6600"/>
        </w:rPr>
        <w:t xml:space="preserve">With </w:t>
      </w:r>
      <w:r>
        <w:rPr>
          <w:color w:val="000000"/>
        </w:rPr>
        <w:t xml:space="preserve">one </w:t>
      </w:r>
      <w:r>
        <w:rPr>
          <w:color w:val="00FFCC"/>
        </w:rPr>
        <w:t xml:space="preserve">accord </w:t>
      </w:r>
      <w:r>
        <w:rPr>
          <w:color w:val="000000"/>
        </w:rPr>
        <w:t xml:space="preserve">, </w:t>
      </w:r>
      <w:r>
        <w:rPr>
          <w:color w:val="FF6600"/>
        </w:rPr>
        <w:t xml:space="preserve">though </w:t>
      </w:r>
      <w:r>
        <w:rPr>
          <w:color w:val="00FFCC"/>
        </w:rPr>
        <w:t xml:space="preserve">nothing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kind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planned </w:t>
      </w:r>
      <w:r>
        <w:rPr>
          <w:color w:val="00FFCC"/>
        </w:rPr>
        <w:t xml:space="preserve">beforehand </w:t>
      </w:r>
      <w:r>
        <w:rPr>
          <w:color w:val="000000"/>
        </w:rPr>
        <w:t xml:space="preserve">, they </w:t>
      </w:r>
      <w:r>
        <w:rPr>
          <w:color w:val="CC3399"/>
        </w:rPr>
        <w:t xml:space="preserve">flung </w:t>
      </w:r>
      <w:r>
        <w:rPr>
          <w:color w:val="000000"/>
        </w:rPr>
        <w:t xml:space="preserve">themselves </w:t>
      </w:r>
      <w:r>
        <w:rPr>
          <w:color w:val="FF6600"/>
        </w:rPr>
        <w:t xml:space="preserve">upon </w:t>
      </w:r>
      <w:r>
        <w:rPr>
          <w:color w:val="000000"/>
        </w:rPr>
        <w:t xml:space="preserve">their </w:t>
      </w:r>
      <w:r>
        <w:rPr>
          <w:color w:val="00FFCC"/>
        </w:rPr>
        <w:t xml:space="preserve">tormentors </w:t>
      </w:r>
      <w:r>
        <w:rPr>
          <w:color w:val="000000"/>
        </w:rPr>
        <w:t xml:space="preserve">. </w:t>
      </w:r>
      <w:r>
        <w:rPr>
          <w:color w:val="00FFCC"/>
        </w:rPr>
        <w:t xml:space="preserve">Jones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men </w:t>
      </w:r>
      <w:r>
        <w:rPr>
          <w:color w:val="00787F"/>
        </w:rPr>
        <w:t xml:space="preserve">suddenly </w:t>
      </w:r>
      <w:r>
        <w:rPr>
          <w:color w:val="CC3399"/>
        </w:rPr>
        <w:t xml:space="preserve">found </w:t>
      </w:r>
      <w:r>
        <w:rPr>
          <w:color w:val="000000"/>
        </w:rPr>
        <w:t xml:space="preserve">themselves </w:t>
      </w:r>
      <w:r>
        <w:rPr>
          <w:color w:val="CC3399"/>
        </w:rPr>
        <w:t xml:space="preserve">being butted </w:t>
      </w:r>
      <w:r>
        <w:rPr>
          <w:color w:val="FF0066"/>
        </w:rPr>
        <w:t xml:space="preserve">and </w:t>
      </w:r>
      <w:r>
        <w:rPr>
          <w:color w:val="CC3399"/>
        </w:rPr>
        <w:t xml:space="preserve">kicked </w:t>
      </w:r>
      <w:r>
        <w:rPr>
          <w:color w:val="FF6600"/>
        </w:rPr>
        <w:t xml:space="preserve">from </w:t>
      </w:r>
      <w:r>
        <w:rPr>
          <w:color w:val="000000"/>
        </w:rPr>
        <w:t xml:space="preserve">all </w:t>
      </w:r>
      <w:r>
        <w:rPr>
          <w:color w:val="00FFCC"/>
        </w:rPr>
        <w:t xml:space="preserve">sides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situation </w:t>
      </w:r>
      <w:r>
        <w:rPr>
          <w:color w:val="CC3399"/>
        </w:rPr>
        <w:t xml:space="preserve">was </w:t>
      </w:r>
      <w:r>
        <w:rPr>
          <w:color w:val="00787F"/>
        </w:rPr>
        <w:t xml:space="preserve">quite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their </w:t>
      </w:r>
      <w:r>
        <w:rPr>
          <w:color w:val="00FFCC"/>
        </w:rPr>
        <w:t xml:space="preserve">control </w:t>
      </w:r>
      <w:r>
        <w:rPr>
          <w:color w:val="000000"/>
        </w:rPr>
        <w:t xml:space="preserve">. They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CC3399"/>
        </w:rPr>
        <w:t xml:space="preserve">seen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behave </w:t>
      </w:r>
      <w:r>
        <w:rPr>
          <w:color w:val="FF6600"/>
        </w:rPr>
        <w:t xml:space="preserve">like </w:t>
      </w:r>
      <w:r>
        <w:rPr>
          <w:color w:val="000000"/>
        </w:rPr>
        <w:t xml:space="preserve">this </w:t>
      </w:r>
      <w:r>
        <w:rPr>
          <w:color w:val="00FFCC"/>
        </w:rPr>
        <w:t xml:space="preserve">before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this </w:t>
      </w:r>
      <w:r>
        <w:rPr>
          <w:color w:val="33CCFF"/>
        </w:rPr>
        <w:t xml:space="preserve">sudden </w:t>
      </w:r>
      <w:r>
        <w:rPr>
          <w:color w:val="00FFCC"/>
        </w:rPr>
        <w:t xml:space="preserve">uprising </w:t>
      </w:r>
      <w:r>
        <w:rPr>
          <w:color w:val="FF6600"/>
        </w:rPr>
        <w:t xml:space="preserve">of </w:t>
      </w:r>
      <w:r>
        <w:rPr>
          <w:color w:val="00FFCC"/>
        </w:rPr>
        <w:t xml:space="preserve">creatures </w:t>
      </w:r>
      <w:r>
        <w:rPr>
          <w:color w:val="000000"/>
        </w:rPr>
        <w:t xml:space="preserve">whom 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used </w:t>
      </w:r>
      <w:r>
        <w:rPr>
          <w:color w:val="000000"/>
        </w:rPr>
        <w:t xml:space="preserve">to </w:t>
      </w:r>
      <w:r>
        <w:rPr>
          <w:color w:val="CC3399"/>
        </w:rPr>
        <w:t xml:space="preserve">thrashing </w:t>
      </w:r>
      <w:r>
        <w:rPr>
          <w:color w:val="FF0066"/>
        </w:rPr>
        <w:t xml:space="preserve">and </w:t>
      </w:r>
      <w:r>
        <w:rPr>
          <w:color w:val="CC3399"/>
        </w:rPr>
        <w:t xml:space="preserve">maltreating </w:t>
      </w:r>
      <w:r>
        <w:rPr>
          <w:color w:val="00787F"/>
        </w:rPr>
        <w:t xml:space="preserve">just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chose </w:t>
      </w:r>
      <w:r>
        <w:rPr>
          <w:color w:val="000000"/>
        </w:rPr>
        <w:t xml:space="preserve">, </w:t>
      </w:r>
      <w:r>
        <w:rPr>
          <w:color w:val="CC3399"/>
        </w:rPr>
        <w:t xml:space="preserve">frightened </w:t>
      </w:r>
      <w:r>
        <w:rPr>
          <w:color w:val="000000"/>
        </w:rPr>
        <w:t xml:space="preserve">them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almost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their </w:t>
      </w:r>
      <w:r>
        <w:rPr>
          <w:color w:val="00FFCC"/>
        </w:rPr>
        <w:t xml:space="preserve">wits </w:t>
      </w:r>
      <w:r>
        <w:rPr>
          <w:color w:val="000000"/>
        </w:rPr>
        <w:t xml:space="preserve">. </w:t>
      </w:r>
      <w:r>
        <w:rPr>
          <w:color w:val="FF6600"/>
        </w:rPr>
        <w:t xml:space="preserve">After </w:t>
      </w:r>
      <w:r>
        <w:rPr>
          <w:color w:val="00787F"/>
        </w:rPr>
        <w:t xml:space="preserve">only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  <w:r>
        <w:rPr>
          <w:color w:val="FF0066"/>
        </w:rPr>
        <w:t xml:space="preserve">or </w:t>
      </w:r>
      <w:r>
        <w:rPr>
          <w:color w:val="000000"/>
        </w:rPr>
        <w:t xml:space="preserve">two they </w:t>
      </w:r>
      <w:r>
        <w:rPr>
          <w:color w:val="CC3399"/>
        </w:rPr>
        <w:t xml:space="preserve">gave </w:t>
      </w:r>
      <w:r>
        <w:rPr>
          <w:color w:val="000000"/>
        </w:rPr>
        <w:t xml:space="preserve">up </w:t>
      </w:r>
      <w:r>
        <w:rPr>
          <w:color w:val="CC3399"/>
        </w:rPr>
        <w:t xml:space="preserve">trying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defend </w:t>
      </w:r>
      <w:r>
        <w:rPr>
          <w:color w:val="000000"/>
        </w:rPr>
        <w:t xml:space="preserve">themselves </w:t>
      </w:r>
      <w:r>
        <w:rPr>
          <w:color w:val="FF0066"/>
        </w:rPr>
        <w:t xml:space="preserve">and </w:t>
      </w:r>
      <w:r>
        <w:rPr>
          <w:color w:val="CC3399"/>
        </w:rPr>
        <w:t xml:space="preserve">took </w:t>
      </w:r>
      <w:r>
        <w:rPr>
          <w:color w:val="000000"/>
        </w:rPr>
        <w:t xml:space="preserve">to their </w:t>
      </w:r>
      <w:r>
        <w:rPr>
          <w:color w:val="00FFCC"/>
        </w:rPr>
        <w:t xml:space="preserve">heels </w:t>
      </w:r>
      <w:r>
        <w:rPr>
          <w:color w:val="000000"/>
        </w:rPr>
        <w:t xml:space="preserve">. A </w:t>
      </w:r>
      <w:r>
        <w:rPr>
          <w:color w:val="00FFCC"/>
        </w:rPr>
        <w:t xml:space="preserve">minute </w:t>
      </w:r>
      <w:r>
        <w:rPr>
          <w:color w:val="00787F"/>
        </w:rPr>
        <w:t xml:space="preserve">later </w:t>
      </w:r>
      <w:r>
        <w:rPr>
          <w:color w:val="000000"/>
        </w:rPr>
        <w:t xml:space="preserve">all five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</w:t>
      </w:r>
      <w:r>
        <w:rPr>
          <w:color w:val="CC3399"/>
        </w:rPr>
        <w:t xml:space="preserve">were </w:t>
      </w:r>
      <w:r>
        <w:rPr>
          <w:color w:val="FF6600"/>
        </w:rPr>
        <w:t xml:space="preserve">in </w:t>
      </w:r>
      <w:r>
        <w:rPr>
          <w:color w:val="33CCFF"/>
        </w:rPr>
        <w:t xml:space="preserve">full </w:t>
      </w:r>
      <w:r>
        <w:rPr>
          <w:color w:val="00FFCC"/>
        </w:rPr>
        <w:t xml:space="preserve">flight </w:t>
      </w:r>
      <w:r>
        <w:rPr>
          <w:color w:val="000000"/>
        </w:rPr>
        <w:t xml:space="preserve">down the </w:t>
      </w:r>
      <w:r>
        <w:rPr>
          <w:color w:val="00FFCC"/>
        </w:rPr>
        <w:t xml:space="preserve">cart-track </w:t>
      </w:r>
      <w:r>
        <w:rPr>
          <w:color w:val="000000"/>
        </w:rPr>
        <w:t xml:space="preserve">that </w:t>
      </w:r>
      <w:r>
        <w:rPr>
          <w:color w:val="CC3399"/>
        </w:rPr>
        <w:t xml:space="preserve">led </w:t>
      </w:r>
      <w:r>
        <w:rPr>
          <w:color w:val="000000"/>
        </w:rPr>
        <w:t xml:space="preserve">to the </w:t>
      </w:r>
      <w:r>
        <w:rPr>
          <w:color w:val="33CCFF"/>
        </w:rPr>
        <w:t xml:space="preserve">main </w:t>
      </w:r>
      <w:r>
        <w:rPr>
          <w:color w:val="00FFCC"/>
        </w:rPr>
        <w:t xml:space="preserve">road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pursuing </w:t>
      </w:r>
      <w:r>
        <w:rPr>
          <w:color w:val="000000"/>
        </w:rPr>
        <w:t xml:space="preserve">them </w:t>
      </w:r>
      <w:r>
        <w:rPr>
          <w:color w:val="FF6600"/>
        </w:rPr>
        <w:t xml:space="preserve">in </w:t>
      </w:r>
      <w:r>
        <w:rPr>
          <w:color w:val="00FFCC"/>
        </w:rPr>
        <w:t xml:space="preserve">triumph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Mrs. Jones </w:t>
      </w:r>
      <w:r>
        <w:rPr>
          <w:color w:val="CC3399"/>
        </w:rPr>
        <w:t xml:space="preserve">looked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 </w:t>
      </w:r>
      <w:r>
        <w:rPr>
          <w:color w:val="00FFCC"/>
        </w:rPr>
        <w:t xml:space="preserve">bedroom window </w:t>
      </w:r>
      <w:r>
        <w:rPr>
          <w:color w:val="000000"/>
        </w:rPr>
        <w:t xml:space="preserve">, </w:t>
      </w:r>
      <w:r>
        <w:rPr>
          <w:color w:val="CC3399"/>
        </w:rPr>
        <w:t xml:space="preserve">saw </w:t>
      </w:r>
      <w:r>
        <w:rPr>
          <w:color w:val="000000"/>
        </w:rPr>
        <w:t xml:space="preserve">what </w:t>
      </w:r>
      <w:r>
        <w:rPr>
          <w:color w:val="CC3399"/>
        </w:rPr>
        <w:t xml:space="preserve">was happening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hurriedly </w:t>
      </w:r>
      <w:r>
        <w:rPr>
          <w:color w:val="CC3399"/>
        </w:rPr>
        <w:t xml:space="preserve">flung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possessions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  <w:r>
        <w:rPr>
          <w:color w:val="00FFCC"/>
        </w:rPr>
        <w:t xml:space="preserve">carpet bag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slipped </w:t>
      </w:r>
      <w:r>
        <w:rPr>
          <w:color w:val="FF6600"/>
        </w:rPr>
        <w:t xml:space="preserve">out 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FF6600"/>
        </w:rPr>
        <w:t xml:space="preserve">by </w:t>
      </w:r>
      <w:r>
        <w:rPr>
          <w:color w:val="000000"/>
        </w:rPr>
        <w:t xml:space="preserve">another </w:t>
      </w:r>
      <w:r>
        <w:rPr>
          <w:color w:val="00FFCC"/>
        </w:rPr>
        <w:t xml:space="preserve">way </w:t>
      </w:r>
      <w:r>
        <w:rPr>
          <w:color w:val="000000"/>
        </w:rPr>
        <w:t xml:space="preserve">. </w:t>
      </w:r>
      <w:r>
        <w:rPr>
          <w:color w:val="00FFCC"/>
        </w:rPr>
        <w:t xml:space="preserve">Moses </w:t>
      </w:r>
      <w:r>
        <w:rPr>
          <w:color w:val="CC3399"/>
        </w:rPr>
        <w:t xml:space="preserve">sprang </w:t>
      </w:r>
      <w:r>
        <w:rPr>
          <w:color w:val="000000"/>
        </w:rPr>
        <w:t xml:space="preserve">off his </w:t>
      </w:r>
      <w:r>
        <w:rPr>
          <w:color w:val="00FFCC"/>
        </w:rPr>
        <w:t xml:space="preserve">perch </w:t>
      </w:r>
      <w:r>
        <w:rPr>
          <w:color w:val="FF0066"/>
        </w:rPr>
        <w:t xml:space="preserve">and </w:t>
      </w:r>
      <w:r>
        <w:rPr>
          <w:color w:val="CC3399"/>
        </w:rPr>
        <w:t xml:space="preserve">flapped </w:t>
      </w:r>
      <w:r>
        <w:rPr>
          <w:color w:val="FF6600"/>
        </w:rPr>
        <w:t xml:space="preserve">after </w:t>
      </w:r>
      <w:r>
        <w:rPr>
          <w:color w:val="000000"/>
        </w:rPr>
        <w:t xml:space="preserve">her 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croaking </w:t>
      </w:r>
      <w:r>
        <w:rPr>
          <w:color w:val="00787F"/>
        </w:rPr>
        <w:t xml:space="preserve">loudly </w:t>
      </w:r>
      <w:r>
        <w:rPr>
          <w:color w:val="000000"/>
        </w:rPr>
        <w:t xml:space="preserve">. </w:t>
      </w:r>
      <w:r>
        <w:rPr>
          <w:color w:val="00787F"/>
        </w:rPr>
        <w:t xml:space="preserve">Meanwhile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chased </w:t>
      </w:r>
      <w:r>
        <w:rPr>
          <w:color w:val="00FFCC"/>
        </w:rPr>
        <w:t xml:space="preserve">Jones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men </w:t>
      </w:r>
      <w:r>
        <w:rPr>
          <w:color w:val="000000"/>
        </w:rPr>
        <w:t xml:space="preserve">out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the </w:t>
      </w:r>
      <w:r>
        <w:rPr>
          <w:color w:val="00FFCC"/>
        </w:rPr>
        <w:t xml:space="preserve">road </w:t>
      </w:r>
      <w:r>
        <w:rPr>
          <w:color w:val="FF0066"/>
        </w:rPr>
        <w:t xml:space="preserve">and </w:t>
      </w:r>
      <w:r>
        <w:rPr>
          <w:color w:val="CC3399"/>
        </w:rPr>
        <w:t xml:space="preserve">slammed </w:t>
      </w:r>
      <w:r>
        <w:rPr>
          <w:color w:val="000000"/>
        </w:rPr>
        <w:t xml:space="preserve">the </w:t>
      </w:r>
      <w:r>
        <w:rPr>
          <w:color w:val="33CCFF"/>
        </w:rPr>
        <w:t xml:space="preserve">five-barred </w:t>
      </w:r>
      <w:r>
        <w:rPr>
          <w:color w:val="00FFCC"/>
        </w:rPr>
        <w:t xml:space="preserve">gate </w:t>
      </w:r>
      <w:r>
        <w:rPr>
          <w:color w:val="FF6600"/>
        </w:rPr>
        <w:t xml:space="preserve">behind </w:t>
      </w:r>
      <w:r>
        <w:rPr>
          <w:color w:val="000000"/>
        </w:rPr>
        <w:t xml:space="preserve">them . </w:t>
      </w:r>
      <w:r>
        <w:rPr>
          <w:color w:val="FF0066"/>
        </w:rPr>
        <w:t xml:space="preserve">And </w:t>
      </w:r>
      <w:r>
        <w:rPr>
          <w:color w:val="00787F"/>
        </w:rPr>
        <w:t xml:space="preserve">so </w:t>
      </w:r>
      <w:r>
        <w:rPr>
          <w:color w:val="000000"/>
        </w:rPr>
        <w:t xml:space="preserve">, </w:t>
      </w:r>
      <w:r>
        <w:rPr>
          <w:color w:val="00787F"/>
        </w:rPr>
        <w:t xml:space="preserve">almost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before </w:t>
      </w:r>
      <w:r>
        <w:rPr>
          <w:color w:val="000000"/>
        </w:rPr>
        <w:t xml:space="preserve">they </w:t>
      </w:r>
      <w:r>
        <w:rPr>
          <w:color w:val="CC3399"/>
        </w:rPr>
        <w:t xml:space="preserve">knew </w:t>
      </w:r>
      <w:r>
        <w:rPr>
          <w:color w:val="000000"/>
        </w:rPr>
        <w:t xml:space="preserve">what </w:t>
      </w:r>
      <w:r>
        <w:rPr>
          <w:color w:val="CC3399"/>
        </w:rPr>
        <w:t xml:space="preserve">was happening </w:t>
      </w:r>
      <w:r>
        <w:rPr>
          <w:color w:val="000000"/>
        </w:rPr>
        <w:t xml:space="preserve">, the </w:t>
      </w:r>
      <w:r>
        <w:rPr>
          <w:color w:val="00FFCC"/>
        </w:rPr>
        <w:t xml:space="preserve">Rebellion </w:t>
      </w:r>
      <w:r>
        <w:rPr>
          <w:color w:val="CC3399"/>
        </w:rPr>
        <w:t xml:space="preserve">had been </w:t>
      </w:r>
      <w:r>
        <w:rPr>
          <w:color w:val="00787F"/>
        </w:rPr>
        <w:t xml:space="preserve">successfully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carried </w:t>
      </w:r>
      <w:r>
        <w:rPr>
          <w:color w:val="FF6600"/>
        </w:rPr>
        <w:t xml:space="preserve">through </w:t>
      </w:r>
      <w:r>
        <w:rPr>
          <w:color w:val="000000"/>
        </w:rPr>
        <w:t xml:space="preserve">: </w:t>
      </w:r>
      <w:r>
        <w:rPr>
          <w:color w:val="00FFCC"/>
        </w:rPr>
        <w:t xml:space="preserve">Jones </w:t>
      </w:r>
      <w:r>
        <w:rPr>
          <w:color w:val="CC3399"/>
        </w:rPr>
        <w:t xml:space="preserve">was expelled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Manor Farm </w:t>
      </w:r>
      <w:r>
        <w:rPr>
          <w:color w:val="CC3399"/>
        </w:rPr>
        <w:t xml:space="preserve">was </w:t>
      </w:r>
      <w:r>
        <w:rPr>
          <w:color w:val="000000"/>
        </w:rPr>
        <w:t xml:space="preserve">theirs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33CCFF"/>
        </w:rPr>
        <w:t xml:space="preserve">first few </w:t>
      </w:r>
      <w:r>
        <w:rPr>
          <w:color w:val="00FFCC"/>
        </w:rPr>
        <w:t xml:space="preserve">minutes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3E3E"/>
        </w:rPr>
        <w:t xml:space="preserve">could </w:t>
      </w:r>
      <w:r>
        <w:rPr>
          <w:color w:val="00787F"/>
        </w:rPr>
        <w:t xml:space="preserve">hardly </w:t>
      </w:r>
      <w:r>
        <w:rPr>
          <w:color w:val="CC3399"/>
        </w:rPr>
        <w:t xml:space="preserve">believe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33CCFF"/>
        </w:rPr>
        <w:t xml:space="preserve">good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fortune </w:t>
      </w:r>
      <w:r>
        <w:rPr>
          <w:color w:val="000000"/>
        </w:rPr>
        <w:t xml:space="preserve">. Their </w:t>
      </w:r>
      <w:r>
        <w:rPr>
          <w:color w:val="33CCFF"/>
        </w:rPr>
        <w:t xml:space="preserve">first </w:t>
      </w:r>
      <w:r>
        <w:rPr>
          <w:color w:val="00FFCC"/>
        </w:rPr>
        <w:t xml:space="preserve">act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gallop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body </w:t>
      </w:r>
      <w:r>
        <w:rPr>
          <w:color w:val="33CCFF"/>
        </w:rPr>
        <w:t xml:space="preserve">right </w:t>
      </w:r>
      <w:r>
        <w:rPr>
          <w:color w:val="00FFCC"/>
        </w:rPr>
        <w:t xml:space="preserve">round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boundaries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FF6600"/>
        </w:rPr>
        <w:t xml:space="preserve">as though </w:t>
      </w:r>
      <w:r>
        <w:rPr>
          <w:color w:val="000000"/>
        </w:rPr>
        <w:t xml:space="preserve">to </w:t>
      </w:r>
      <w:r>
        <w:rPr>
          <w:color w:val="CC3399"/>
        </w:rPr>
        <w:t xml:space="preserve">make </w:t>
      </w:r>
      <w:r>
        <w:rPr>
          <w:color w:val="33CCFF"/>
        </w:rPr>
        <w:t xml:space="preserve">quite sure </w:t>
      </w:r>
      <w:r>
        <w:rPr>
          <w:color w:val="FF6600"/>
        </w:rPr>
        <w:t xml:space="preserve">that </w:t>
      </w:r>
      <w:r>
        <w:rPr>
          <w:color w:val="000000"/>
        </w:rPr>
        <w:t xml:space="preserve">no </w:t>
      </w:r>
      <w:r>
        <w:rPr>
          <w:color w:val="33CCFF"/>
        </w:rPr>
        <w:t xml:space="preserve">human </w:t>
      </w:r>
      <w:r>
        <w:rPr>
          <w:color w:val="CC3399"/>
        </w:rPr>
        <w:t xml:space="preserve">being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hiding </w:t>
      </w:r>
      <w:r>
        <w:rPr>
          <w:color w:val="00787F"/>
        </w:rPr>
        <w:t xml:space="preserve">anywhere </w:t>
      </w:r>
      <w:r>
        <w:rPr>
          <w:color w:val="FF6600"/>
        </w:rPr>
        <w:t xml:space="preserve">upon </w:t>
      </w:r>
      <w:r>
        <w:rPr>
          <w:color w:val="000000"/>
        </w:rPr>
        <w:t xml:space="preserve">it ; </w:t>
      </w:r>
      <w:r>
        <w:rPr>
          <w:color w:val="00787F"/>
        </w:rPr>
        <w:t xml:space="preserve">then </w:t>
      </w:r>
      <w:r>
        <w:rPr>
          <w:color w:val="000000"/>
        </w:rPr>
        <w:t xml:space="preserve">they </w:t>
      </w:r>
      <w:r>
        <w:rPr>
          <w:color w:val="CC3399"/>
        </w:rPr>
        <w:t xml:space="preserve">raced </w:t>
      </w:r>
      <w:r>
        <w:rPr>
          <w:color w:val="00787F"/>
        </w:rPr>
        <w:t>ba</w:t>
      </w:r>
      <w:r>
        <w:rPr>
          <w:color w:val="00787F"/>
        </w:rPr>
        <w:t xml:space="preserve">ck </w:t>
      </w:r>
      <w:r>
        <w:rPr>
          <w:color w:val="000000"/>
        </w:rPr>
        <w:t xml:space="preserve">to the </w:t>
      </w:r>
      <w:r>
        <w:rPr>
          <w:color w:val="00FFCC"/>
        </w:rPr>
        <w:t xml:space="preserve">farm buildings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wipe </w:t>
      </w:r>
      <w:r>
        <w:rPr>
          <w:color w:val="000000"/>
        </w:rPr>
        <w:t xml:space="preserve">out the </w:t>
      </w:r>
      <w:r>
        <w:rPr>
          <w:color w:val="33CCFF"/>
        </w:rPr>
        <w:t xml:space="preserve">last </w:t>
      </w:r>
      <w:r>
        <w:rPr>
          <w:color w:val="00FFCC"/>
        </w:rPr>
        <w:t xml:space="preserve">traces </w:t>
      </w:r>
      <w:r>
        <w:rPr>
          <w:color w:val="FF6600"/>
        </w:rPr>
        <w:t xml:space="preserve">of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33CCFF"/>
        </w:rPr>
        <w:t xml:space="preserve">hated </w:t>
      </w:r>
      <w:r>
        <w:rPr>
          <w:color w:val="00FFCC"/>
        </w:rPr>
        <w:t xml:space="preserve">reign </w:t>
      </w:r>
      <w:r>
        <w:rPr>
          <w:color w:val="000000"/>
        </w:rPr>
        <w:t xml:space="preserve">. The </w:t>
      </w:r>
      <w:r>
        <w:rPr>
          <w:color w:val="00FFCC"/>
        </w:rPr>
        <w:t xml:space="preserve">harness-room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end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stables </w:t>
      </w:r>
      <w:r>
        <w:rPr>
          <w:color w:val="CC3399"/>
        </w:rPr>
        <w:t xml:space="preserve">was </w:t>
      </w:r>
      <w:r>
        <w:rPr>
          <w:color w:val="33CCFF"/>
        </w:rPr>
        <w:t xml:space="preserve">broken open </w:t>
      </w:r>
      <w:r>
        <w:rPr>
          <w:color w:val="000000"/>
        </w:rPr>
        <w:t xml:space="preserve">; the </w:t>
      </w:r>
      <w:r>
        <w:rPr>
          <w:color w:val="00FFCC"/>
        </w:rPr>
        <w:t xml:space="preserve">bits </w:t>
      </w:r>
      <w:r>
        <w:rPr>
          <w:color w:val="000000"/>
        </w:rPr>
        <w:t xml:space="preserve">, the </w:t>
      </w:r>
      <w:r>
        <w:rPr>
          <w:color w:val="00FFCC"/>
        </w:rPr>
        <w:t xml:space="preserve">nose-rings </w:t>
      </w:r>
      <w:r>
        <w:rPr>
          <w:color w:val="000000"/>
        </w:rPr>
        <w:t xml:space="preserve">,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dog-chains </w:t>
      </w:r>
      <w:r>
        <w:rPr>
          <w:color w:val="000000"/>
        </w:rPr>
        <w:t xml:space="preserve">, the </w:t>
      </w:r>
      <w:r>
        <w:rPr>
          <w:color w:val="00FFCC"/>
        </w:rPr>
        <w:t xml:space="preserve">cruel knives </w:t>
      </w:r>
      <w:r>
        <w:rPr>
          <w:color w:val="FF6600"/>
        </w:rPr>
        <w:t xml:space="preserve">with </w:t>
      </w:r>
      <w:r>
        <w:rPr>
          <w:color w:val="000000"/>
        </w:rPr>
        <w:t xml:space="preserve">which </w:t>
      </w:r>
      <w:r>
        <w:rPr>
          <w:color w:val="00FFCC"/>
        </w:rPr>
        <w:t xml:space="preserve">Mr. Jones </w:t>
      </w:r>
      <w:r>
        <w:rPr>
          <w:color w:val="CC3399"/>
        </w:rPr>
        <w:t xml:space="preserve">had been used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castrate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0066"/>
        </w:rPr>
        <w:t xml:space="preserve">and </w:t>
      </w:r>
      <w:r>
        <w:rPr>
          <w:color w:val="00FFCC"/>
        </w:rPr>
        <w:t xml:space="preserve">lambs </w:t>
      </w:r>
      <w:r>
        <w:rPr>
          <w:color w:val="000000"/>
        </w:rPr>
        <w:t xml:space="preserve">, </w:t>
      </w:r>
      <w:r>
        <w:rPr>
          <w:color w:val="CC3399"/>
        </w:rPr>
        <w:t xml:space="preserve">were </w:t>
      </w:r>
      <w:r>
        <w:rPr>
          <w:color w:val="000000"/>
        </w:rPr>
        <w:t xml:space="preserve">all </w:t>
      </w:r>
      <w:r>
        <w:rPr>
          <w:color w:val="CC3399"/>
        </w:rPr>
        <w:t xml:space="preserve">flung </w:t>
      </w:r>
      <w:r>
        <w:rPr>
          <w:color w:val="000000"/>
        </w:rPr>
        <w:t xml:space="preserve">down the </w:t>
      </w:r>
      <w:r>
        <w:rPr>
          <w:color w:val="00FFCC"/>
        </w:rPr>
        <w:t xml:space="preserve">well </w:t>
      </w:r>
      <w:r>
        <w:rPr>
          <w:color w:val="000000"/>
        </w:rPr>
        <w:t xml:space="preserve">. The </w:t>
      </w:r>
      <w:r>
        <w:rPr>
          <w:color w:val="00FFCC"/>
        </w:rPr>
        <w:t xml:space="preserve">reins </w:t>
      </w:r>
      <w:r>
        <w:rPr>
          <w:color w:val="000000"/>
        </w:rPr>
        <w:t xml:space="preserve">,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halters </w:t>
      </w:r>
      <w:r>
        <w:rPr>
          <w:color w:val="000000"/>
        </w:rPr>
        <w:t xml:space="preserve">, the </w:t>
      </w:r>
      <w:r>
        <w:rPr>
          <w:color w:val="00FFCC"/>
        </w:rPr>
        <w:t xml:space="preserve">blinkers </w:t>
      </w:r>
      <w:r>
        <w:rPr>
          <w:color w:val="000000"/>
        </w:rPr>
        <w:t xml:space="preserve">, the </w:t>
      </w:r>
      <w:r>
        <w:rPr>
          <w:color w:val="00FFCC"/>
        </w:rPr>
        <w:t xml:space="preserve">degrading nosebags </w:t>
      </w:r>
      <w:r>
        <w:rPr>
          <w:color w:val="000000"/>
        </w:rPr>
        <w:t xml:space="preserve">, </w:t>
      </w:r>
      <w:r>
        <w:rPr>
          <w:color w:val="CC3399"/>
        </w:rPr>
        <w:t xml:space="preserve">were thrown </w:t>
      </w:r>
      <w:r>
        <w:rPr>
          <w:color w:val="FF6600"/>
        </w:rPr>
        <w:t xml:space="preserve">on </w:t>
      </w:r>
      <w:r>
        <w:rPr>
          <w:color w:val="000000"/>
        </w:rPr>
        <w:t xml:space="preserve">to 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rubbish </w:t>
      </w:r>
      <w:r>
        <w:rPr>
          <w:color w:val="00FFCC"/>
        </w:rPr>
        <w:t xml:space="preserve">fire </w:t>
      </w:r>
      <w:r>
        <w:rPr>
          <w:color w:val="000000"/>
        </w:rPr>
        <w:t xml:space="preserve">which </w:t>
      </w:r>
      <w:r>
        <w:rPr>
          <w:color w:val="CC3399"/>
        </w:rPr>
        <w:t xml:space="preserve">was burning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. </w:t>
      </w:r>
      <w:r>
        <w:rPr>
          <w:color w:val="FF0066"/>
        </w:rPr>
        <w:t xml:space="preserve">So </w:t>
      </w:r>
      <w:r>
        <w:rPr>
          <w:color w:val="CC3399"/>
        </w:rPr>
        <w:t xml:space="preserve">were </w:t>
      </w:r>
      <w:r>
        <w:rPr>
          <w:color w:val="000000"/>
        </w:rPr>
        <w:t xml:space="preserve">the </w:t>
      </w:r>
      <w:r>
        <w:rPr>
          <w:color w:val="00FFCC"/>
        </w:rPr>
        <w:t xml:space="preserve">whips </w:t>
      </w:r>
      <w:r>
        <w:rPr>
          <w:color w:val="000000"/>
        </w:rPr>
        <w:t xml:space="preserve">. All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capered </w:t>
      </w:r>
      <w:r>
        <w:rPr>
          <w:color w:val="FF6600"/>
        </w:rPr>
        <w:t xml:space="preserve">with </w:t>
      </w:r>
      <w:r>
        <w:rPr>
          <w:color w:val="00FFCC"/>
        </w:rPr>
        <w:t xml:space="preserve">joy </w:t>
      </w:r>
      <w:r>
        <w:rPr>
          <w:color w:val="000000"/>
        </w:rPr>
        <w:t xml:space="preserve">when they </w:t>
      </w:r>
      <w:r>
        <w:rPr>
          <w:color w:val="CC3399"/>
        </w:rPr>
        <w:t xml:space="preserve">saw </w:t>
      </w:r>
      <w:r>
        <w:rPr>
          <w:color w:val="000000"/>
        </w:rPr>
        <w:t xml:space="preserve">the </w:t>
      </w:r>
      <w:r>
        <w:rPr>
          <w:color w:val="00FFCC"/>
        </w:rPr>
        <w:t xml:space="preserve">whips </w:t>
      </w:r>
      <w:r>
        <w:rPr>
          <w:color w:val="CC3399"/>
        </w:rPr>
        <w:t xml:space="preserve">going </w:t>
      </w:r>
      <w:r>
        <w:rPr>
          <w:color w:val="000000"/>
        </w:rPr>
        <w:t xml:space="preserve">up </w:t>
      </w:r>
      <w:r>
        <w:rPr>
          <w:color w:val="FF6600"/>
        </w:rPr>
        <w:t xml:space="preserve">in </w:t>
      </w:r>
      <w:r>
        <w:rPr>
          <w:color w:val="00FFCC"/>
        </w:rPr>
        <w:t xml:space="preserve">flames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00787F"/>
        </w:rPr>
        <w:t xml:space="preserve">also </w:t>
      </w:r>
      <w:r>
        <w:rPr>
          <w:color w:val="CC3399"/>
        </w:rPr>
        <w:t xml:space="preserve">threw </w:t>
      </w:r>
      <w:r>
        <w:rPr>
          <w:color w:val="FF6600"/>
        </w:rPr>
        <w:t xml:space="preserve">on </w:t>
      </w:r>
      <w:r>
        <w:rPr>
          <w:color w:val="000000"/>
        </w:rPr>
        <w:t xml:space="preserve">to the </w:t>
      </w:r>
      <w:r>
        <w:rPr>
          <w:color w:val="00FFCC"/>
        </w:rPr>
        <w:t xml:space="preserve">fire </w:t>
      </w:r>
      <w:r>
        <w:rPr>
          <w:color w:val="000000"/>
        </w:rPr>
        <w:t xml:space="preserve">the </w:t>
      </w:r>
      <w:r>
        <w:rPr>
          <w:color w:val="00FFCC"/>
        </w:rPr>
        <w:t xml:space="preserve">ribbons </w:t>
      </w:r>
      <w:r>
        <w:rPr>
          <w:color w:val="FF6600"/>
        </w:rPr>
        <w:t xml:space="preserve">with </w:t>
      </w:r>
      <w:r>
        <w:rPr>
          <w:color w:val="000000"/>
        </w:rPr>
        <w:t xml:space="preserve">which the </w:t>
      </w:r>
      <w:r>
        <w:rPr>
          <w:color w:val="00FFCC"/>
        </w:rPr>
        <w:t xml:space="preserve">horses </w:t>
      </w:r>
      <w:r>
        <w:rPr>
          <w:color w:val="000000"/>
        </w:rPr>
        <w:t xml:space="preserve">'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manes </w:t>
      </w:r>
      <w:r>
        <w:rPr>
          <w:color w:val="FF0066"/>
        </w:rPr>
        <w:t xml:space="preserve">and </w:t>
      </w:r>
      <w:r>
        <w:rPr>
          <w:color w:val="00FFCC"/>
        </w:rPr>
        <w:t xml:space="preserve">tails </w:t>
      </w:r>
      <w:r>
        <w:rPr>
          <w:color w:val="CC3399"/>
        </w:rPr>
        <w:t xml:space="preserve">had </w:t>
      </w:r>
      <w:r>
        <w:rPr>
          <w:color w:val="00787F"/>
        </w:rPr>
        <w:t xml:space="preserve">usually </w:t>
      </w:r>
      <w:r>
        <w:rPr>
          <w:color w:val="CC3399"/>
        </w:rPr>
        <w:t xml:space="preserve">been decorated </w:t>
      </w:r>
      <w:r>
        <w:rPr>
          <w:color w:val="FF6600"/>
        </w:rPr>
        <w:t xml:space="preserve">on </w:t>
      </w:r>
      <w:r>
        <w:rPr>
          <w:color w:val="00FFCC"/>
        </w:rPr>
        <w:t xml:space="preserve">market days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Ribbons </w:t>
      </w:r>
      <w:r>
        <w:rPr>
          <w:color w:val="000000"/>
        </w:rPr>
        <w:t xml:space="preserve">, ''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`` </w:t>
      </w:r>
      <w:r>
        <w:rPr>
          <w:color w:val="003E3E"/>
        </w:rPr>
        <w:t xml:space="preserve">should </w:t>
      </w:r>
      <w:r>
        <w:rPr>
          <w:color w:val="CC3399"/>
        </w:rPr>
        <w:t xml:space="preserve">be considered </w:t>
      </w:r>
      <w:r>
        <w:rPr>
          <w:color w:val="FF6600"/>
        </w:rPr>
        <w:t xml:space="preserve">as </w:t>
      </w:r>
      <w:r>
        <w:rPr>
          <w:color w:val="00FFCC"/>
        </w:rPr>
        <w:t xml:space="preserve">clothes </w:t>
      </w:r>
      <w:r>
        <w:rPr>
          <w:color w:val="000000"/>
        </w:rPr>
        <w:t xml:space="preserve">, which </w:t>
      </w:r>
      <w:r>
        <w:rPr>
          <w:color w:val="CC3399"/>
        </w:rPr>
        <w:t xml:space="preserve">are </w:t>
      </w:r>
      <w:r>
        <w:rPr>
          <w:color w:val="000000"/>
        </w:rPr>
        <w:t xml:space="preserve">the </w:t>
      </w:r>
      <w:r>
        <w:rPr>
          <w:color w:val="00FFCC"/>
        </w:rPr>
        <w:t xml:space="preserve">mark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33CCFF"/>
        </w:rPr>
        <w:t xml:space="preserve">human </w:t>
      </w:r>
      <w:r>
        <w:rPr>
          <w:color w:val="CC3399"/>
        </w:rPr>
        <w:t xml:space="preserve">being </w:t>
      </w:r>
      <w:r>
        <w:rPr>
          <w:color w:val="000000"/>
        </w:rPr>
        <w:t xml:space="preserve">. All </w:t>
      </w:r>
      <w:r>
        <w:rPr>
          <w:color w:val="00FFCC"/>
        </w:rPr>
        <w:t xml:space="preserve">animals </w:t>
      </w:r>
      <w:r>
        <w:rPr>
          <w:color w:val="003E3E"/>
        </w:rPr>
        <w:t xml:space="preserve">should </w:t>
      </w:r>
      <w:r>
        <w:rPr>
          <w:color w:val="CC3399"/>
        </w:rPr>
        <w:t xml:space="preserve">go </w:t>
      </w:r>
      <w:r>
        <w:rPr>
          <w:color w:val="33CCFF"/>
        </w:rPr>
        <w:t xml:space="preserve">naked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When </w:t>
      </w:r>
      <w:r>
        <w:rPr>
          <w:color w:val="00FFCC"/>
        </w:rPr>
        <w:t xml:space="preserve">Boxer </w:t>
      </w:r>
      <w:r>
        <w:rPr>
          <w:color w:val="CC3399"/>
        </w:rPr>
        <w:t xml:space="preserve">heard </w:t>
      </w:r>
      <w:r>
        <w:rPr>
          <w:color w:val="000000"/>
        </w:rPr>
        <w:t xml:space="preserve">this he </w:t>
      </w:r>
      <w:r>
        <w:rPr>
          <w:color w:val="CC3399"/>
        </w:rPr>
        <w:t xml:space="preserve">fetched </w:t>
      </w:r>
      <w:r>
        <w:rPr>
          <w:color w:val="000000"/>
        </w:rPr>
        <w:t xml:space="preserve">the </w:t>
      </w:r>
      <w:r>
        <w:rPr>
          <w:color w:val="33CCFF"/>
        </w:rPr>
        <w:t xml:space="preserve">small </w:t>
      </w:r>
      <w:r>
        <w:rPr>
          <w:color w:val="00FFCC"/>
        </w:rPr>
        <w:t xml:space="preserve">straw hat </w:t>
      </w:r>
      <w:r>
        <w:rPr>
          <w:color w:val="000000"/>
        </w:rPr>
        <w:t xml:space="preserve">which he </w:t>
      </w:r>
      <w:r>
        <w:rPr>
          <w:color w:val="CC3399"/>
        </w:rPr>
        <w:t xml:space="preserve">wore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summer </w:t>
      </w:r>
      <w:r>
        <w:rPr>
          <w:color w:val="000000"/>
        </w:rPr>
        <w:t xml:space="preserve">to </w:t>
      </w:r>
      <w:r>
        <w:rPr>
          <w:color w:val="CC3399"/>
        </w:rPr>
        <w:t xml:space="preserve">keep </w:t>
      </w:r>
      <w:r>
        <w:rPr>
          <w:color w:val="000000"/>
        </w:rPr>
        <w:t xml:space="preserve">the </w:t>
      </w:r>
      <w:r>
        <w:rPr>
          <w:color w:val="00FFCC"/>
        </w:rPr>
        <w:t xml:space="preserve">flies </w:t>
      </w:r>
      <w:r>
        <w:rPr>
          <w:color w:val="FF6600"/>
        </w:rPr>
        <w:t xml:space="preserve">out of </w:t>
      </w:r>
      <w:r>
        <w:rPr>
          <w:color w:val="000000"/>
        </w:rPr>
        <w:t xml:space="preserve">his </w:t>
      </w:r>
      <w:r>
        <w:rPr>
          <w:color w:val="00FFCC"/>
        </w:rPr>
        <w:t xml:space="preserve">ears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flung </w:t>
      </w:r>
      <w:r>
        <w:rPr>
          <w:color w:val="000000"/>
        </w:rPr>
        <w:t xml:space="preserve">it </w:t>
      </w:r>
      <w:r>
        <w:rPr>
          <w:color w:val="FF6600"/>
        </w:rPr>
        <w:t xml:space="preserve">on </w:t>
      </w:r>
      <w:r>
        <w:rPr>
          <w:color w:val="000000"/>
        </w:rPr>
        <w:t xml:space="preserve">to the </w:t>
      </w:r>
      <w:r>
        <w:rPr>
          <w:color w:val="00FFCC"/>
        </w:rPr>
        <w:t xml:space="preserve">fire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the </w:t>
      </w:r>
      <w:r>
        <w:rPr>
          <w:color w:val="00FFCC"/>
        </w:rPr>
        <w:t xml:space="preserve">rest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787F"/>
        </w:rPr>
        <w:t xml:space="preserve">very </w:t>
      </w:r>
      <w:r>
        <w:rPr>
          <w:color w:val="33CCFF"/>
        </w:rPr>
        <w:t xml:space="preserve">little </w:t>
      </w:r>
      <w:r>
        <w:rPr>
          <w:color w:val="FF6600"/>
        </w:rPr>
        <w:t xml:space="preserve">while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>had destroy</w:t>
      </w:r>
      <w:r>
        <w:rPr>
          <w:color w:val="CC3399"/>
        </w:rPr>
        <w:t xml:space="preserve">ed </w:t>
      </w:r>
      <w:r>
        <w:rPr>
          <w:color w:val="00FFCC"/>
        </w:rPr>
        <w:t xml:space="preserve">everything </w:t>
      </w:r>
      <w:r>
        <w:rPr>
          <w:color w:val="000000"/>
        </w:rPr>
        <w:t xml:space="preserve">that </w:t>
      </w:r>
      <w:r>
        <w:rPr>
          <w:color w:val="CC3399"/>
        </w:rPr>
        <w:t xml:space="preserve">reminded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</w:t>
      </w:r>
      <w:r>
        <w:rPr>
          <w:color w:val="FF6600"/>
        </w:rPr>
        <w:t xml:space="preserve">of </w:t>
      </w:r>
      <w:r>
        <w:rPr>
          <w:color w:val="00FFCC"/>
        </w:rPr>
        <w:t xml:space="preserve">Mr. Jones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00787F"/>
        </w:rPr>
        <w:t xml:space="preserve">then </w:t>
      </w:r>
      <w:r>
        <w:rPr>
          <w:color w:val="CC3399"/>
        </w:rPr>
        <w:t xml:space="preserve">led </w:t>
      </w:r>
      <w:r>
        <w:rPr>
          <w:color w:val="000000"/>
        </w:rPr>
        <w:t xml:space="preserve">them </w:t>
      </w:r>
      <w:r>
        <w:rPr>
          <w:color w:val="00787F"/>
        </w:rPr>
        <w:t xml:space="preserve">back </w:t>
      </w:r>
      <w:r>
        <w:rPr>
          <w:color w:val="000000"/>
        </w:rPr>
        <w:t xml:space="preserve">to the </w:t>
      </w:r>
      <w:r>
        <w:rPr>
          <w:color w:val="33CCFF"/>
        </w:rPr>
        <w:t xml:space="preserve">store-shed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served </w:t>
      </w:r>
      <w:r>
        <w:rPr>
          <w:color w:val="000000"/>
        </w:rPr>
        <w:t xml:space="preserve">out a </w:t>
      </w:r>
      <w:r>
        <w:rPr>
          <w:color w:val="33CCFF"/>
        </w:rPr>
        <w:t xml:space="preserve">double </w:t>
      </w:r>
      <w:r>
        <w:rPr>
          <w:color w:val="00FFCC"/>
        </w:rPr>
        <w:t xml:space="preserve">ration </w:t>
      </w:r>
      <w:r>
        <w:rPr>
          <w:color w:val="FF6600"/>
        </w:rPr>
        <w:t xml:space="preserve">of </w:t>
      </w:r>
      <w:r>
        <w:rPr>
          <w:color w:val="00FFCC"/>
        </w:rPr>
        <w:t xml:space="preserve">corn </w:t>
      </w:r>
      <w:r>
        <w:rPr>
          <w:color w:val="000000"/>
        </w:rPr>
        <w:t xml:space="preserve">to </w:t>
      </w:r>
      <w:r>
        <w:rPr>
          <w:color w:val="00FFCC"/>
        </w:rPr>
        <w:t xml:space="preserve">everybody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two </w:t>
      </w:r>
      <w:r>
        <w:rPr>
          <w:color w:val="00FFCC"/>
        </w:rPr>
        <w:t xml:space="preserve">biscuits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each </w:t>
      </w:r>
      <w:r>
        <w:rPr>
          <w:color w:val="00FFCC"/>
        </w:rPr>
        <w:t xml:space="preserve">dog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  <w:r>
        <w:rPr>
          <w:color w:val="000000"/>
        </w:rPr>
        <w:t xml:space="preserve">they </w:t>
      </w:r>
      <w:r>
        <w:rPr>
          <w:color w:val="CC3399"/>
        </w:rPr>
        <w:t xml:space="preserve">sang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</w:t>
      </w:r>
      <w:r>
        <w:rPr>
          <w:color w:val="FF6600"/>
        </w:rPr>
        <w:t xml:space="preserve">from </w:t>
      </w:r>
      <w:r>
        <w:rPr>
          <w:color w:val="CC3399"/>
        </w:rPr>
        <w:t xml:space="preserve">end </w:t>
      </w:r>
      <w:r>
        <w:rPr>
          <w:color w:val="000000"/>
        </w:rPr>
        <w:t xml:space="preserve">to </w:t>
      </w:r>
      <w:r>
        <w:rPr>
          <w:color w:val="CC3399"/>
        </w:rPr>
        <w:t xml:space="preserve">end </w:t>
      </w:r>
      <w:r>
        <w:rPr>
          <w:color w:val="000000"/>
        </w:rPr>
        <w:t xml:space="preserve">seven </w:t>
      </w:r>
      <w:r>
        <w:rPr>
          <w:color w:val="00FFCC"/>
        </w:rPr>
        <w:t xml:space="preserve">times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running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after </w:t>
      </w:r>
      <w:r>
        <w:rPr>
          <w:color w:val="000000"/>
        </w:rPr>
        <w:t xml:space="preserve">that they </w:t>
      </w:r>
      <w:r>
        <w:rPr>
          <w:color w:val="CC3399"/>
        </w:rPr>
        <w:t xml:space="preserve">settled </w:t>
      </w:r>
      <w:r>
        <w:rPr>
          <w:color w:val="00787F"/>
        </w:rPr>
        <w:t xml:space="preserve">down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night </w:t>
      </w:r>
      <w:r>
        <w:rPr>
          <w:color w:val="FF0066"/>
        </w:rPr>
        <w:t xml:space="preserve">and </w:t>
      </w:r>
      <w:r>
        <w:rPr>
          <w:color w:val="00FFCC"/>
        </w:rPr>
        <w:t xml:space="preserve">slept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CC3399"/>
        </w:rPr>
        <w:t xml:space="preserve">slept </w:t>
      </w:r>
      <w:r>
        <w:rPr>
          <w:color w:val="00787F"/>
        </w:rPr>
        <w:t xml:space="preserve">before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000000"/>
        </w:rPr>
        <w:t xml:space="preserve">they </w:t>
      </w:r>
      <w:r>
        <w:rPr>
          <w:color w:val="CC3399"/>
        </w:rPr>
        <w:t xml:space="preserve">woke </w:t>
      </w:r>
      <w:r>
        <w:rPr>
          <w:color w:val="FF6600"/>
        </w:rPr>
        <w:t xml:space="preserve">at </w:t>
      </w:r>
      <w:r>
        <w:rPr>
          <w:color w:val="00FFCC"/>
        </w:rPr>
        <w:t xml:space="preserve">dawn </w:t>
      </w:r>
      <w:r>
        <w:rPr>
          <w:color w:val="FF6600"/>
        </w:rPr>
        <w:t xml:space="preserve">as </w:t>
      </w:r>
      <w:r>
        <w:rPr>
          <w:color w:val="33CCFF"/>
        </w:rPr>
        <w:t xml:space="preserve">usual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suddenly </w:t>
      </w:r>
      <w:r>
        <w:rPr>
          <w:color w:val="CC3399"/>
        </w:rPr>
        <w:t xml:space="preserve">remembering </w:t>
      </w:r>
      <w:r>
        <w:rPr>
          <w:color w:val="000000"/>
        </w:rPr>
        <w:t xml:space="preserve">the </w:t>
      </w:r>
      <w:r>
        <w:rPr>
          <w:color w:val="33CCFF"/>
        </w:rPr>
        <w:t xml:space="preserve">glorious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thing </w:t>
      </w:r>
      <w:r>
        <w:rPr>
          <w:color w:val="000000"/>
        </w:rPr>
        <w:t xml:space="preserve">that </w:t>
      </w:r>
      <w:r>
        <w:rPr>
          <w:color w:val="CC3399"/>
        </w:rPr>
        <w:t xml:space="preserve">had happened </w:t>
      </w:r>
      <w:r>
        <w:rPr>
          <w:color w:val="000000"/>
        </w:rPr>
        <w:t xml:space="preserve">, they all </w:t>
      </w:r>
      <w:r>
        <w:rPr>
          <w:color w:val="CC3399"/>
        </w:rPr>
        <w:t xml:space="preserve">raced </w:t>
      </w:r>
      <w:r>
        <w:rPr>
          <w:color w:val="000000"/>
        </w:rPr>
        <w:t xml:space="preserve">out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pasture </w:t>
      </w:r>
      <w:r>
        <w:rPr>
          <w:color w:val="00787F"/>
        </w:rPr>
        <w:t xml:space="preserve">together </w:t>
      </w:r>
      <w:r>
        <w:rPr>
          <w:color w:val="000000"/>
        </w:rPr>
        <w:t xml:space="preserve">. </w:t>
      </w:r>
      <w:r>
        <w:rPr>
          <w:color w:val="00FFCC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>littl</w:t>
      </w:r>
      <w:r>
        <w:rPr>
          <w:color w:val="33CCFF"/>
        </w:rPr>
        <w:t xml:space="preserve">e </w:t>
      </w:r>
      <w:r>
        <w:rPr>
          <w:color w:val="00FFCC"/>
        </w:rPr>
        <w:t xml:space="preserve">way </w:t>
      </w:r>
      <w:r>
        <w:rPr>
          <w:color w:val="FF6600"/>
        </w:rPr>
        <w:t xml:space="preserve">down </w:t>
      </w:r>
      <w:r>
        <w:rPr>
          <w:color w:val="000000"/>
        </w:rPr>
        <w:t xml:space="preserve">the </w:t>
      </w:r>
      <w:r>
        <w:rPr>
          <w:color w:val="00FFCC"/>
        </w:rPr>
        <w:t xml:space="preserve">pasture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knoll </w:t>
      </w:r>
      <w:r>
        <w:rPr>
          <w:color w:val="000000"/>
        </w:rPr>
        <w:t xml:space="preserve">that </w:t>
      </w:r>
      <w:r>
        <w:rPr>
          <w:color w:val="CC3399"/>
        </w:rPr>
        <w:t xml:space="preserve">commanded </w:t>
      </w:r>
      <w:r>
        <w:rPr>
          <w:color w:val="000000"/>
        </w:rPr>
        <w:t xml:space="preserve">a </w:t>
      </w:r>
      <w:r>
        <w:rPr>
          <w:color w:val="00FFCC"/>
        </w:rPr>
        <w:t xml:space="preserve">view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most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rushed </w:t>
      </w:r>
      <w:r>
        <w:rPr>
          <w:color w:val="000000"/>
        </w:rPr>
        <w:t xml:space="preserve">to the </w:t>
      </w:r>
      <w:r>
        <w:rPr>
          <w:color w:val="00FFCC"/>
        </w:rPr>
        <w:t xml:space="preserve">top </w:t>
      </w:r>
      <w:r>
        <w:rPr>
          <w:color w:val="FF6600"/>
        </w:rPr>
        <w:t xml:space="preserve">of </w:t>
      </w:r>
      <w:r>
        <w:rPr>
          <w:color w:val="000000"/>
        </w:rPr>
        <w:t xml:space="preserve">it </w:t>
      </w:r>
      <w:r>
        <w:rPr>
          <w:color w:val="FF0066"/>
        </w:rPr>
        <w:t xml:space="preserve">and </w:t>
      </w:r>
      <w:r>
        <w:rPr>
          <w:color w:val="CC3399"/>
        </w:rPr>
        <w:t xml:space="preserve">gazed round </w:t>
      </w:r>
      <w:r>
        <w:rPr>
          <w:color w:val="000000"/>
        </w:rPr>
        <w:t xml:space="preserve">them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clear </w:t>
      </w:r>
      <w:r>
        <w:rPr>
          <w:color w:val="00FFCC"/>
        </w:rPr>
        <w:t xml:space="preserve">morning light </w:t>
      </w:r>
      <w:r>
        <w:rPr>
          <w:color w:val="000000"/>
        </w:rPr>
        <w:t xml:space="preserve">. Yes , it </w:t>
      </w:r>
      <w:r>
        <w:rPr>
          <w:color w:val="CC3399"/>
        </w:rPr>
        <w:t xml:space="preserve">was </w:t>
      </w:r>
      <w:r>
        <w:rPr>
          <w:color w:val="000000"/>
        </w:rPr>
        <w:t xml:space="preserve">theirs -- </w:t>
      </w:r>
      <w:r>
        <w:rPr>
          <w:color w:val="00FFCC"/>
        </w:rPr>
        <w:t xml:space="preserve">everything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003E3E"/>
        </w:rPr>
        <w:t xml:space="preserve">could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see </w:t>
      </w:r>
      <w:r>
        <w:rPr>
          <w:color w:val="CC3399"/>
        </w:rPr>
        <w:t xml:space="preserve">was </w:t>
      </w:r>
      <w:r>
        <w:rPr>
          <w:color w:val="33CCFF"/>
        </w:rPr>
        <w:t xml:space="preserve">theirs </w:t>
      </w:r>
      <w:r>
        <w:rPr>
          <w:color w:val="000000"/>
        </w:rPr>
        <w:t xml:space="preserve">!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ecstasy </w:t>
      </w:r>
      <w:r>
        <w:rPr>
          <w:color w:val="FF6600"/>
        </w:rPr>
        <w:t xml:space="preserve">of </w:t>
      </w:r>
      <w:r>
        <w:rPr>
          <w:color w:val="000000"/>
        </w:rPr>
        <w:t xml:space="preserve">that </w:t>
      </w:r>
      <w:r>
        <w:rPr>
          <w:color w:val="CC3399"/>
        </w:rPr>
        <w:t xml:space="preserve">thought </w:t>
      </w:r>
      <w:r>
        <w:rPr>
          <w:color w:val="000000"/>
        </w:rPr>
        <w:t xml:space="preserve">they </w:t>
      </w:r>
      <w:r>
        <w:rPr>
          <w:color w:val="CC3399"/>
        </w:rPr>
        <w:t xml:space="preserve">gambolled </w:t>
      </w:r>
      <w:r>
        <w:rPr>
          <w:color w:val="00FFCC"/>
        </w:rPr>
        <w:t xml:space="preserve">round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round </w:t>
      </w:r>
      <w:r>
        <w:rPr>
          <w:color w:val="000000"/>
        </w:rPr>
        <w:t xml:space="preserve">, they </w:t>
      </w:r>
      <w:r>
        <w:rPr>
          <w:color w:val="CC3399"/>
        </w:rPr>
        <w:t xml:space="preserve">hurled </w:t>
      </w:r>
      <w:r>
        <w:rPr>
          <w:color w:val="000000"/>
        </w:rPr>
        <w:t xml:space="preserve">themselves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air </w:t>
      </w:r>
      <w:r>
        <w:rPr>
          <w:color w:val="FF6600"/>
        </w:rPr>
        <w:t xml:space="preserve">in </w:t>
      </w:r>
      <w:r>
        <w:rPr>
          <w:color w:val="33CCFF"/>
        </w:rPr>
        <w:t xml:space="preserve">great </w:t>
      </w:r>
      <w:r>
        <w:rPr>
          <w:color w:val="00FFCC"/>
        </w:rPr>
        <w:t xml:space="preserve">leaps </w:t>
      </w:r>
      <w:r>
        <w:rPr>
          <w:color w:val="FF6600"/>
        </w:rPr>
        <w:t xml:space="preserve">of </w:t>
      </w:r>
      <w:r>
        <w:rPr>
          <w:color w:val="00FFCC"/>
        </w:rPr>
        <w:t xml:space="preserve">excitement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rolled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dew </w:t>
      </w:r>
      <w:r>
        <w:rPr>
          <w:color w:val="000000"/>
        </w:rPr>
        <w:t xml:space="preserve">, they </w:t>
      </w:r>
      <w:r>
        <w:rPr>
          <w:color w:val="CC3399"/>
        </w:rPr>
        <w:t xml:space="preserve">cropped </w:t>
      </w:r>
      <w:r>
        <w:rPr>
          <w:color w:val="00FFCC"/>
        </w:rPr>
        <w:t xml:space="preserve">mouthfuls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sweet </w:t>
      </w:r>
      <w:r>
        <w:rPr>
          <w:color w:val="00FFCC"/>
        </w:rPr>
        <w:t xml:space="preserve">summer grass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kicked </w:t>
      </w:r>
      <w:r>
        <w:rPr>
          <w:color w:val="000000"/>
        </w:rPr>
        <w:t xml:space="preserve">up </w:t>
      </w:r>
      <w:r>
        <w:rPr>
          <w:color w:val="00FFCC"/>
        </w:rPr>
        <w:t xml:space="preserve">clods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black </w:t>
      </w:r>
      <w:r>
        <w:rPr>
          <w:color w:val="00FFCC"/>
        </w:rPr>
        <w:t xml:space="preserve">earth </w:t>
      </w:r>
      <w:r>
        <w:rPr>
          <w:color w:val="FF0066"/>
        </w:rPr>
        <w:t xml:space="preserve">and </w:t>
      </w:r>
      <w:r>
        <w:rPr>
          <w:color w:val="CC3399"/>
        </w:rPr>
        <w:t xml:space="preserve">snuffed </w:t>
      </w:r>
      <w:r>
        <w:rPr>
          <w:color w:val="000000"/>
        </w:rPr>
        <w:t xml:space="preserve">its </w:t>
      </w:r>
      <w:r>
        <w:rPr>
          <w:color w:val="33CCFF"/>
        </w:rPr>
        <w:t xml:space="preserve">rich </w:t>
      </w:r>
      <w:r>
        <w:rPr>
          <w:color w:val="00FFCC"/>
        </w:rPr>
        <w:t xml:space="preserve">scent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made </w:t>
      </w:r>
      <w:r>
        <w:rPr>
          <w:color w:val="000000"/>
        </w:rPr>
        <w:t xml:space="preserve">a </w:t>
      </w:r>
      <w:r>
        <w:rPr>
          <w:color w:val="00FFCC"/>
        </w:rPr>
        <w:t xml:space="preserve">tour </w:t>
      </w:r>
      <w:r>
        <w:rPr>
          <w:color w:val="FF6600"/>
        </w:rPr>
        <w:t xml:space="preserve">of </w:t>
      </w:r>
      <w:r>
        <w:rPr>
          <w:color w:val="00FFCC"/>
        </w:rPr>
        <w:t xml:space="preserve">inspection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farm </w:t>
      </w:r>
      <w:r>
        <w:rPr>
          <w:color w:val="FF0066"/>
        </w:rPr>
        <w:t xml:space="preserve">and </w:t>
      </w:r>
      <w:r>
        <w:rPr>
          <w:color w:val="CC3399"/>
        </w:rPr>
        <w:t xml:space="preserve">surveyed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speechless admiration </w:t>
      </w:r>
      <w:r>
        <w:rPr>
          <w:color w:val="000000"/>
        </w:rPr>
        <w:t xml:space="preserve">the </w:t>
      </w:r>
      <w:r>
        <w:rPr>
          <w:color w:val="00FFCC"/>
        </w:rPr>
        <w:t xml:space="preserve">ploughland </w:t>
      </w:r>
      <w:r>
        <w:rPr>
          <w:color w:val="000000"/>
        </w:rPr>
        <w:t xml:space="preserve">, the </w:t>
      </w:r>
      <w:r>
        <w:rPr>
          <w:color w:val="00FFCC"/>
        </w:rPr>
        <w:t xml:space="preserve">hayfield </w:t>
      </w:r>
      <w:r>
        <w:rPr>
          <w:color w:val="000000"/>
        </w:rPr>
        <w:t xml:space="preserve">, the </w:t>
      </w:r>
      <w:r>
        <w:rPr>
          <w:color w:val="00FFCC"/>
        </w:rPr>
        <w:t xml:space="preserve">orchard </w:t>
      </w:r>
      <w:r>
        <w:rPr>
          <w:color w:val="000000"/>
        </w:rPr>
        <w:t xml:space="preserve">, the </w:t>
      </w:r>
      <w:r>
        <w:rPr>
          <w:color w:val="00FFCC"/>
        </w:rPr>
        <w:t xml:space="preserve">pool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spinney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FF6600"/>
        </w:rPr>
        <w:t xml:space="preserve">as though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CC3399"/>
        </w:rPr>
        <w:t xml:space="preserve">seen </w:t>
      </w:r>
      <w:r>
        <w:rPr>
          <w:color w:val="000000"/>
        </w:rPr>
        <w:t xml:space="preserve">these </w:t>
      </w:r>
      <w:r>
        <w:rPr>
          <w:color w:val="00FFCC"/>
        </w:rPr>
        <w:t xml:space="preserve">things </w:t>
      </w:r>
      <w:r>
        <w:rPr>
          <w:color w:val="FF6600"/>
        </w:rPr>
        <w:t xml:space="preserve">before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even now </w:t>
      </w:r>
      <w:r>
        <w:rPr>
          <w:color w:val="000000"/>
        </w:rPr>
        <w:t xml:space="preserve">they </w:t>
      </w:r>
      <w:r>
        <w:rPr>
          <w:color w:val="003E3E"/>
        </w:rPr>
        <w:t xml:space="preserve">could </w:t>
      </w:r>
      <w:r>
        <w:rPr>
          <w:color w:val="00787F"/>
        </w:rPr>
        <w:t xml:space="preserve">hardly </w:t>
      </w:r>
      <w:r>
        <w:rPr>
          <w:color w:val="CC3399"/>
        </w:rPr>
        <w:t xml:space="preserve">believe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all their </w:t>
      </w:r>
      <w:r>
        <w:rPr>
          <w:color w:val="33CCFF"/>
        </w:rPr>
        <w:t xml:space="preserve">own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Then </w:t>
      </w:r>
      <w:r>
        <w:rPr>
          <w:color w:val="000000"/>
        </w:rPr>
        <w:t xml:space="preserve">they </w:t>
      </w:r>
      <w:r>
        <w:rPr>
          <w:color w:val="CC3399"/>
        </w:rPr>
        <w:t xml:space="preserve">filed </w:t>
      </w:r>
      <w:r>
        <w:rPr>
          <w:color w:val="00787F"/>
        </w:rPr>
        <w:t xml:space="preserve">back </w:t>
      </w:r>
      <w:r>
        <w:rPr>
          <w:color w:val="000000"/>
        </w:rPr>
        <w:t xml:space="preserve">to the </w:t>
      </w:r>
      <w:r>
        <w:rPr>
          <w:color w:val="00FFCC"/>
        </w:rPr>
        <w:t xml:space="preserve">farm buildings </w:t>
      </w:r>
      <w:r>
        <w:rPr>
          <w:color w:val="FF0066"/>
        </w:rPr>
        <w:t xml:space="preserve">and </w:t>
      </w:r>
      <w:r>
        <w:rPr>
          <w:color w:val="CC3399"/>
        </w:rPr>
        <w:t xml:space="preserve">halted </w:t>
      </w:r>
      <w:r>
        <w:rPr>
          <w:color w:val="FF6600"/>
        </w:rPr>
        <w:t xml:space="preserve">in </w:t>
      </w:r>
      <w:r>
        <w:rPr>
          <w:color w:val="00FFCC"/>
        </w:rPr>
        <w:t xml:space="preserve">silence </w:t>
      </w:r>
      <w:r>
        <w:rPr>
          <w:color w:val="FF6600"/>
        </w:rPr>
        <w:t xml:space="preserve">outside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door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. That </w:t>
      </w:r>
      <w:r>
        <w:rPr>
          <w:color w:val="CC3399"/>
        </w:rPr>
        <w:t xml:space="preserve">was </w:t>
      </w:r>
      <w:r>
        <w:rPr>
          <w:color w:val="000000"/>
        </w:rPr>
        <w:t xml:space="preserve">theirs </w:t>
      </w:r>
      <w:r>
        <w:rPr>
          <w:color w:val="00787F"/>
        </w:rPr>
        <w:t xml:space="preserve">too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frightened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go </w:t>
      </w:r>
      <w:r>
        <w:rPr>
          <w:color w:val="00787F"/>
        </w:rPr>
        <w:t xml:space="preserve">inside </w:t>
      </w:r>
      <w:r>
        <w:rPr>
          <w:color w:val="000000"/>
        </w:rPr>
        <w:t xml:space="preserve">. </w:t>
      </w:r>
      <w:r>
        <w:rPr>
          <w:color w:val="FF6600"/>
        </w:rPr>
        <w:t xml:space="preserve">After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  <w:r>
        <w:rPr>
          <w:color w:val="000000"/>
        </w:rPr>
        <w:t xml:space="preserve">, </w:t>
      </w:r>
      <w:r>
        <w:rPr>
          <w:color w:val="00787F"/>
        </w:rPr>
        <w:t xml:space="preserve">however </w:t>
      </w:r>
      <w:r>
        <w:rPr>
          <w:color w:val="000000"/>
        </w:rPr>
        <w:t xml:space="preserve">, </w:t>
      </w:r>
      <w:r>
        <w:rPr>
          <w:color w:val="00FFCC"/>
        </w:rPr>
        <w:t xml:space="preserve">Snowball </w:t>
      </w:r>
      <w:r>
        <w:rPr>
          <w:color w:val="FF0066"/>
        </w:rPr>
        <w:t xml:space="preserve">and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butted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door </w:t>
      </w:r>
      <w:r>
        <w:rPr>
          <w:color w:val="33CCFF"/>
        </w:rPr>
        <w:t xml:space="preserve">open </w:t>
      </w:r>
      <w:r>
        <w:rPr>
          <w:color w:val="FF6600"/>
        </w:rPr>
        <w:t xml:space="preserve">with </w:t>
      </w:r>
      <w:r>
        <w:rPr>
          <w:color w:val="000000"/>
        </w:rPr>
        <w:t xml:space="preserve">their </w:t>
      </w:r>
      <w:r>
        <w:rPr>
          <w:color w:val="00FFCC"/>
        </w:rPr>
        <w:t xml:space="preserve">shoulders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entered </w:t>
      </w:r>
      <w:r>
        <w:rPr>
          <w:color w:val="FF6600"/>
        </w:rPr>
        <w:t xml:space="preserve">in </w:t>
      </w:r>
      <w:r>
        <w:rPr>
          <w:color w:val="33CCFF"/>
        </w:rPr>
        <w:t xml:space="preserve">single </w:t>
      </w:r>
      <w:r>
        <w:rPr>
          <w:color w:val="00FFCC"/>
        </w:rPr>
        <w:t xml:space="preserve">file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walking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utmost care </w:t>
      </w:r>
      <w:r>
        <w:rPr>
          <w:color w:val="FF6600"/>
        </w:rPr>
        <w:t xml:space="preserve">for </w:t>
      </w:r>
      <w:r>
        <w:rPr>
          <w:color w:val="00FFCC"/>
        </w:rPr>
        <w:t xml:space="preserve">fear </w:t>
      </w:r>
      <w:r>
        <w:rPr>
          <w:color w:val="FF6600"/>
        </w:rPr>
        <w:t xml:space="preserve">of </w:t>
      </w:r>
      <w:r>
        <w:rPr>
          <w:color w:val="CC3399"/>
        </w:rPr>
        <w:t xml:space="preserve">disturbing </w:t>
      </w:r>
      <w:r>
        <w:rPr>
          <w:color w:val="00FFCC"/>
        </w:rPr>
        <w:t xml:space="preserve">anything </w:t>
      </w:r>
      <w:r>
        <w:rPr>
          <w:color w:val="000000"/>
        </w:rPr>
        <w:t xml:space="preserve">. They </w:t>
      </w:r>
      <w:r>
        <w:rPr>
          <w:color w:val="CC3399"/>
        </w:rPr>
        <w:t xml:space="preserve">tiptoed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from </w:t>
      </w:r>
      <w:r>
        <w:rPr>
          <w:color w:val="00FFCC"/>
        </w:rPr>
        <w:t xml:space="preserve">room </w:t>
      </w:r>
      <w:r>
        <w:rPr>
          <w:color w:val="000000"/>
        </w:rPr>
        <w:t xml:space="preserve">to </w:t>
      </w:r>
      <w:r>
        <w:rPr>
          <w:color w:val="00FFCC"/>
        </w:rPr>
        <w:t xml:space="preserve">room </w:t>
      </w:r>
      <w:r>
        <w:rPr>
          <w:color w:val="000000"/>
        </w:rPr>
        <w:t xml:space="preserve">, </w:t>
      </w:r>
      <w:r>
        <w:rPr>
          <w:color w:val="33CCFF"/>
        </w:rPr>
        <w:t xml:space="preserve">afraid </w:t>
      </w:r>
      <w:r>
        <w:rPr>
          <w:color w:val="000000"/>
        </w:rPr>
        <w:t xml:space="preserve">to </w:t>
      </w:r>
      <w:r>
        <w:rPr>
          <w:color w:val="CC3399"/>
        </w:rPr>
        <w:t xml:space="preserve">speak </w:t>
      </w:r>
      <w:r>
        <w:rPr>
          <w:color w:val="FF6600"/>
        </w:rPr>
        <w:t xml:space="preserve">above </w:t>
      </w:r>
      <w:r>
        <w:rPr>
          <w:color w:val="000000"/>
        </w:rPr>
        <w:t xml:space="preserve">a </w:t>
      </w:r>
      <w:r>
        <w:rPr>
          <w:color w:val="00FFCC"/>
        </w:rPr>
        <w:t xml:space="preserve">whisper </w:t>
      </w:r>
      <w:r>
        <w:rPr>
          <w:color w:val="FF0066"/>
        </w:rPr>
        <w:t xml:space="preserve">and </w:t>
      </w:r>
      <w:r>
        <w:rPr>
          <w:color w:val="CC3399"/>
        </w:rPr>
        <w:t xml:space="preserve">gazing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kind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awe </w:t>
      </w:r>
      <w:r>
        <w:rPr>
          <w:color w:val="FF6600"/>
        </w:rPr>
        <w:t>at</w:t>
      </w:r>
      <w:r>
        <w:rPr>
          <w:color w:val="FF6600"/>
        </w:rPr>
        <w:t xml:space="preserve"> </w:t>
      </w:r>
      <w:r>
        <w:rPr>
          <w:color w:val="000000"/>
        </w:rPr>
        <w:t xml:space="preserve">the </w:t>
      </w:r>
      <w:r>
        <w:rPr>
          <w:color w:val="33CCFF"/>
        </w:rPr>
        <w:t xml:space="preserve">unbelievable </w:t>
      </w:r>
      <w:r>
        <w:rPr>
          <w:color w:val="00FFCC"/>
        </w:rPr>
        <w:t xml:space="preserve">luxury </w:t>
      </w:r>
      <w:r>
        <w:rPr>
          <w:color w:val="000000"/>
        </w:rPr>
        <w:t xml:space="preserve">,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beds </w:t>
      </w:r>
      <w:r>
        <w:rPr>
          <w:color w:val="FF6600"/>
        </w:rPr>
        <w:t xml:space="preserve">with </w:t>
      </w:r>
      <w:r>
        <w:rPr>
          <w:color w:val="000000"/>
        </w:rPr>
        <w:t xml:space="preserve">their </w:t>
      </w:r>
      <w:r>
        <w:rPr>
          <w:color w:val="00FFCC"/>
        </w:rPr>
        <w:t xml:space="preserve">feather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mattresses </w:t>
      </w:r>
      <w:r>
        <w:rPr>
          <w:color w:val="000000"/>
        </w:rPr>
        <w:t xml:space="preserve">, the </w:t>
      </w:r>
      <w:r>
        <w:rPr>
          <w:color w:val="00FFCC"/>
        </w:rPr>
        <w:t xml:space="preserve">looking-glasses </w:t>
      </w:r>
      <w:r>
        <w:rPr>
          <w:color w:val="000000"/>
        </w:rPr>
        <w:t xml:space="preserve">, the </w:t>
      </w:r>
      <w:r>
        <w:rPr>
          <w:color w:val="00FFCC"/>
        </w:rPr>
        <w:t xml:space="preserve">horsehair sofa </w:t>
      </w:r>
      <w:r>
        <w:rPr>
          <w:color w:val="000000"/>
        </w:rPr>
        <w:t xml:space="preserve">, the </w:t>
      </w:r>
      <w:r>
        <w:rPr>
          <w:color w:val="00FFCC"/>
        </w:rPr>
        <w:t xml:space="preserve">Brussels carpet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lithograph </w:t>
      </w:r>
      <w:r>
        <w:rPr>
          <w:color w:val="FF6600"/>
        </w:rPr>
        <w:t xml:space="preserve">of </w:t>
      </w:r>
      <w:r>
        <w:rPr>
          <w:color w:val="00FFCC"/>
        </w:rPr>
        <w:t xml:space="preserve">Queen Victoria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33CCFF"/>
        </w:rPr>
        <w:t xml:space="preserve">drawing-room </w:t>
      </w:r>
      <w:r>
        <w:rPr>
          <w:color w:val="00FFCC"/>
        </w:rPr>
        <w:t xml:space="preserve">mantelpiece </w:t>
      </w:r>
      <w:r>
        <w:rPr>
          <w:color w:val="000000"/>
        </w:rPr>
        <w:t xml:space="preserve">. 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</w:t>
      </w:r>
      <w:r>
        <w:rPr>
          <w:color w:val="00787F"/>
        </w:rPr>
        <w:t xml:space="preserve">just </w:t>
      </w:r>
      <w:r>
        <w:rPr>
          <w:color w:val="CC3399"/>
        </w:rPr>
        <w:t xml:space="preserve">coming </w:t>
      </w:r>
      <w:r>
        <w:rPr>
          <w:color w:val="000000"/>
        </w:rPr>
        <w:t xml:space="preserve">down the </w:t>
      </w:r>
      <w:r>
        <w:rPr>
          <w:color w:val="00FFCC"/>
        </w:rPr>
        <w:t xml:space="preserve">stairs </w:t>
      </w:r>
      <w:r>
        <w:rPr>
          <w:color w:val="000000"/>
        </w:rPr>
        <w:t xml:space="preserve">when </w:t>
      </w:r>
      <w:r>
        <w:rPr>
          <w:color w:val="00FFCC"/>
        </w:rPr>
        <w:t xml:space="preserve">Mollie </w:t>
      </w:r>
      <w:r>
        <w:rPr>
          <w:color w:val="CC3399"/>
        </w:rPr>
        <w:t xml:space="preserve">was discovered </w:t>
      </w:r>
      <w:r>
        <w:rPr>
          <w:color w:val="000000"/>
        </w:rPr>
        <w:t xml:space="preserve">to </w:t>
      </w:r>
      <w:r>
        <w:rPr>
          <w:color w:val="CC3399"/>
        </w:rPr>
        <w:t xml:space="preserve">be missing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Going </w:t>
      </w:r>
      <w:r>
        <w:rPr>
          <w:color w:val="00787F"/>
        </w:rPr>
        <w:t xml:space="preserve">back </w:t>
      </w:r>
      <w:r>
        <w:rPr>
          <w:color w:val="000000"/>
        </w:rPr>
        <w:t xml:space="preserve">, the </w:t>
      </w:r>
      <w:r>
        <w:rPr>
          <w:color w:val="00FFCC"/>
        </w:rPr>
        <w:t xml:space="preserve">others </w:t>
      </w:r>
      <w:r>
        <w:rPr>
          <w:color w:val="CC3399"/>
        </w:rPr>
        <w:t xml:space="preserve">found </w:t>
      </w:r>
      <w:r>
        <w:rPr>
          <w:color w:val="FF6600"/>
        </w:rPr>
        <w:t xml:space="preserve">that </w:t>
      </w:r>
      <w:r>
        <w:rPr>
          <w:color w:val="000000"/>
        </w:rPr>
        <w:t xml:space="preserve">she </w:t>
      </w:r>
      <w:r>
        <w:rPr>
          <w:color w:val="CC3399"/>
        </w:rPr>
        <w:t xml:space="preserve">had remained </w:t>
      </w:r>
      <w:r>
        <w:rPr>
          <w:color w:val="FF6600"/>
        </w:rPr>
        <w:t xml:space="preserve">behind in </w:t>
      </w:r>
      <w:r>
        <w:rPr>
          <w:color w:val="000000"/>
        </w:rPr>
        <w:t xml:space="preserve">the </w:t>
      </w:r>
      <w:r>
        <w:rPr>
          <w:color w:val="33CCFF"/>
        </w:rPr>
        <w:t xml:space="preserve">best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bedroom </w:t>
      </w:r>
      <w:r>
        <w:rPr>
          <w:color w:val="000000"/>
        </w:rPr>
        <w:t xml:space="preserve">. She </w:t>
      </w:r>
      <w:r>
        <w:rPr>
          <w:color w:val="CC3399"/>
        </w:rPr>
        <w:t xml:space="preserve">had taken </w:t>
      </w:r>
      <w:r>
        <w:rPr>
          <w:color w:val="000000"/>
        </w:rPr>
        <w:t xml:space="preserve">a </w:t>
      </w:r>
      <w:r>
        <w:rPr>
          <w:color w:val="00FFCC"/>
        </w:rPr>
        <w:t xml:space="preserve">piece </w:t>
      </w:r>
      <w:r>
        <w:rPr>
          <w:color w:val="FF6600"/>
        </w:rPr>
        <w:t xml:space="preserve">of </w:t>
      </w:r>
      <w:r>
        <w:rPr>
          <w:color w:val="33CCFF"/>
        </w:rPr>
        <w:t xml:space="preserve">blue </w:t>
      </w:r>
      <w:r>
        <w:rPr>
          <w:color w:val="00FFCC"/>
        </w:rPr>
        <w:t xml:space="preserve">ribbon </w:t>
      </w:r>
      <w:r>
        <w:rPr>
          <w:color w:val="FF6600"/>
        </w:rPr>
        <w:t xml:space="preserve">from </w:t>
      </w:r>
      <w:r>
        <w:rPr>
          <w:color w:val="00FFCC"/>
        </w:rPr>
        <w:t xml:space="preserve">Mrs. Jones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dressing-table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was holding </w:t>
      </w:r>
      <w:r>
        <w:rPr>
          <w:color w:val="000000"/>
        </w:rPr>
        <w:t xml:space="preserve">it </w:t>
      </w:r>
      <w:r>
        <w:rPr>
          <w:color w:val="FF6600"/>
        </w:rPr>
        <w:t xml:space="preserve">against </w:t>
      </w:r>
      <w:r>
        <w:rPr>
          <w:color w:val="000000"/>
        </w:rPr>
        <w:t xml:space="preserve">her </w:t>
      </w:r>
      <w:r>
        <w:rPr>
          <w:color w:val="00FFCC"/>
        </w:rPr>
        <w:t xml:space="preserve">shoulder </w:t>
      </w:r>
      <w:r>
        <w:rPr>
          <w:color w:val="FF0066"/>
        </w:rPr>
        <w:t xml:space="preserve">and </w:t>
      </w:r>
      <w:r>
        <w:rPr>
          <w:color w:val="00FFCC"/>
        </w:rPr>
        <w:t xml:space="preserve">admiring </w:t>
      </w:r>
    </w:p>
    <w:p w:rsidR="00D83EF7" w:rsidRDefault="00CA4524" w:rsidP="00CA4524">
      <w:pPr>
        <w:spacing w:after="0"/>
      </w:pPr>
      <w:r>
        <w:rPr>
          <w:color w:val="00FFCC"/>
        </w:rPr>
        <w:t>herself</w:t>
      </w:r>
      <w:r>
        <w:rPr>
          <w:color w:val="00FFCC"/>
        </w:rPr>
        <w:t xml:space="preserve">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glass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787F"/>
        </w:rPr>
        <w:t xml:space="preserve">very </w:t>
      </w:r>
      <w:r>
        <w:rPr>
          <w:color w:val="33CCFF"/>
        </w:rPr>
        <w:t xml:space="preserve">foolish </w:t>
      </w:r>
      <w:r>
        <w:rPr>
          <w:color w:val="00FFCC"/>
        </w:rPr>
        <w:t xml:space="preserve">manner </w:t>
      </w:r>
      <w:r>
        <w:rPr>
          <w:color w:val="000000"/>
        </w:rPr>
        <w:t xml:space="preserve">. The </w:t>
      </w:r>
      <w:r>
        <w:rPr>
          <w:color w:val="00FFCC"/>
        </w:rPr>
        <w:t xml:space="preserve">others </w:t>
      </w:r>
      <w:r>
        <w:rPr>
          <w:color w:val="CC3399"/>
        </w:rPr>
        <w:t xml:space="preserve">reproached </w:t>
      </w:r>
      <w:r>
        <w:rPr>
          <w:color w:val="000000"/>
        </w:rPr>
        <w:t xml:space="preserve">her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sharply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they </w:t>
      </w:r>
      <w:r>
        <w:rPr>
          <w:color w:val="CC3399"/>
        </w:rPr>
        <w:t xml:space="preserve">went </w:t>
      </w:r>
      <w:r>
        <w:rPr>
          <w:color w:val="00787F"/>
        </w:rPr>
        <w:t xml:space="preserve">outside </w:t>
      </w:r>
      <w:r>
        <w:rPr>
          <w:color w:val="000000"/>
        </w:rPr>
        <w:t xml:space="preserve">. Some </w:t>
      </w:r>
      <w:r>
        <w:rPr>
          <w:color w:val="00FFCC"/>
        </w:rPr>
        <w:t xml:space="preserve">hams </w:t>
      </w:r>
      <w:r>
        <w:rPr>
          <w:color w:val="CC3399"/>
        </w:rPr>
        <w:t xml:space="preserve">hanging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kitchen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taken </w:t>
      </w:r>
      <w:r>
        <w:rPr>
          <w:color w:val="000000"/>
        </w:rPr>
        <w:t xml:space="preserve">out </w:t>
      </w:r>
      <w:r>
        <w:rPr>
          <w:color w:val="FF6600"/>
        </w:rPr>
        <w:t xml:space="preserve">for </w:t>
      </w:r>
      <w:r>
        <w:rPr>
          <w:color w:val="00FFCC"/>
        </w:rPr>
        <w:t xml:space="preserve">burial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barrel </w:t>
      </w:r>
      <w:r>
        <w:rPr>
          <w:color w:val="FF6600"/>
        </w:rPr>
        <w:t xml:space="preserve">of </w:t>
      </w:r>
      <w:r>
        <w:rPr>
          <w:color w:val="00FFCC"/>
        </w:rPr>
        <w:t xml:space="preserve">beer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scullery </w:t>
      </w:r>
      <w:r>
        <w:rPr>
          <w:color w:val="CC3399"/>
        </w:rPr>
        <w:t xml:space="preserve">was stove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kick </w:t>
      </w:r>
      <w:r>
        <w:rPr>
          <w:color w:val="FF6600"/>
        </w:rPr>
        <w:t xml:space="preserve">from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hoof </w:t>
      </w:r>
      <w:r>
        <w:rPr>
          <w:color w:val="000000"/>
        </w:rPr>
        <w:t xml:space="preserve">, </w:t>
      </w:r>
      <w:r>
        <w:rPr>
          <w:color w:val="00787F"/>
        </w:rPr>
        <w:t xml:space="preserve">otherwise </w:t>
      </w:r>
      <w:r>
        <w:rPr>
          <w:color w:val="00FFCC"/>
        </w:rPr>
        <w:t xml:space="preserve">nothing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house </w:t>
      </w:r>
      <w:r>
        <w:rPr>
          <w:color w:val="CC3399"/>
        </w:rPr>
        <w:t xml:space="preserve">was touched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33CCFF"/>
        </w:rPr>
        <w:t xml:space="preserve">unanimous </w:t>
      </w:r>
      <w:r>
        <w:rPr>
          <w:color w:val="00FFCC"/>
        </w:rPr>
        <w:t xml:space="preserve">resolution </w:t>
      </w:r>
      <w:r>
        <w:rPr>
          <w:color w:val="CC3399"/>
        </w:rPr>
        <w:t xml:space="preserve">was passed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spot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3E3E"/>
        </w:rPr>
        <w:t xml:space="preserve">should </w:t>
      </w:r>
      <w:r>
        <w:rPr>
          <w:color w:val="CC3399"/>
        </w:rPr>
        <w:t xml:space="preserve">be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preserved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museum </w:t>
      </w:r>
      <w:r>
        <w:rPr>
          <w:color w:val="000000"/>
        </w:rPr>
        <w:t xml:space="preserve">. All </w:t>
      </w:r>
      <w:r>
        <w:rPr>
          <w:color w:val="CC3399"/>
        </w:rPr>
        <w:t xml:space="preserve">were agreed </w:t>
      </w:r>
      <w:r>
        <w:rPr>
          <w:color w:val="FF6600"/>
        </w:rPr>
        <w:t xml:space="preserve">that </w:t>
      </w:r>
      <w:r>
        <w:rPr>
          <w:color w:val="000000"/>
        </w:rPr>
        <w:t xml:space="preserve">no </w:t>
      </w:r>
      <w:r>
        <w:rPr>
          <w:color w:val="00FFCC"/>
        </w:rPr>
        <w:t xml:space="preserve">animal </w:t>
      </w:r>
      <w:r>
        <w:rPr>
          <w:color w:val="003E3E"/>
        </w:rPr>
        <w:t xml:space="preserve">must </w:t>
      </w:r>
      <w:r>
        <w:rPr>
          <w:color w:val="00787F"/>
        </w:rPr>
        <w:t xml:space="preserve">ever </w:t>
      </w:r>
      <w:r>
        <w:rPr>
          <w:color w:val="CC3399"/>
        </w:rPr>
        <w:t xml:space="preserve">live </w:t>
      </w:r>
      <w:r>
        <w:rPr>
          <w:color w:val="00787F"/>
        </w:rPr>
        <w:t xml:space="preserve">there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</w:t>
      </w:r>
      <w:r>
        <w:rPr>
          <w:color w:val="000000"/>
        </w:rPr>
        <w:t xml:space="preserve">their </w:t>
      </w:r>
      <w:r>
        <w:rPr>
          <w:color w:val="00FFCC"/>
        </w:rPr>
        <w:t xml:space="preserve">breakfast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then </w:t>
      </w:r>
      <w:r>
        <w:rPr>
          <w:color w:val="00FFCC"/>
        </w:rPr>
        <w:t xml:space="preserve">Snowball </w:t>
      </w:r>
      <w:r>
        <w:rPr>
          <w:color w:val="FF0066"/>
        </w:rPr>
        <w:t>an</w:t>
      </w:r>
      <w:r>
        <w:rPr>
          <w:color w:val="FF0066"/>
        </w:rPr>
        <w:t xml:space="preserve">d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called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</w:t>
      </w:r>
      <w:r>
        <w:rPr>
          <w:color w:val="00787F"/>
        </w:rPr>
        <w:t xml:space="preserve">together again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'' </w:t>
      </w:r>
      <w:r>
        <w:rPr>
          <w:color w:val="CC3399"/>
        </w:rPr>
        <w:t xml:space="preserve">said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`` it </w:t>
      </w:r>
      <w:r>
        <w:rPr>
          <w:color w:val="CC3399"/>
        </w:rPr>
        <w:t xml:space="preserve">is </w:t>
      </w:r>
      <w:r>
        <w:rPr>
          <w:color w:val="33CCFF"/>
        </w:rPr>
        <w:t xml:space="preserve">half-past </w:t>
      </w:r>
      <w:r>
        <w:rPr>
          <w:color w:val="000000"/>
        </w:rPr>
        <w:t xml:space="preserve">six </w:t>
      </w:r>
      <w:r>
        <w:rPr>
          <w:color w:val="FF0066"/>
        </w:rPr>
        <w:t xml:space="preserve">and </w:t>
      </w:r>
      <w:r>
        <w:rPr>
          <w:color w:val="000000"/>
        </w:rPr>
        <w:t xml:space="preserve">we </w:t>
      </w:r>
      <w:r>
        <w:rPr>
          <w:color w:val="CC3399"/>
        </w:rPr>
        <w:t xml:space="preserve">have </w:t>
      </w:r>
      <w:r>
        <w:rPr>
          <w:color w:val="000000"/>
        </w:rPr>
        <w:t xml:space="preserve">a </w:t>
      </w:r>
      <w:r>
        <w:rPr>
          <w:color w:val="33CCFF"/>
        </w:rPr>
        <w:t xml:space="preserve">long </w:t>
      </w:r>
      <w:r>
        <w:rPr>
          <w:color w:val="00FFCC"/>
        </w:rPr>
        <w:t xml:space="preserve">day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before </w:t>
      </w:r>
      <w:r>
        <w:rPr>
          <w:color w:val="000000"/>
        </w:rPr>
        <w:t xml:space="preserve">us . </w:t>
      </w:r>
      <w:r>
        <w:rPr>
          <w:color w:val="00FFCC"/>
        </w:rPr>
        <w:t xml:space="preserve">Today </w:t>
      </w:r>
      <w:r>
        <w:rPr>
          <w:color w:val="000000"/>
        </w:rPr>
        <w:t xml:space="preserve">we </w:t>
      </w:r>
      <w:r>
        <w:rPr>
          <w:color w:val="CC3399"/>
        </w:rPr>
        <w:t xml:space="preserve">begin </w:t>
      </w:r>
      <w:r>
        <w:rPr>
          <w:color w:val="000000"/>
        </w:rPr>
        <w:t xml:space="preserve">the </w:t>
      </w:r>
      <w:r>
        <w:rPr>
          <w:color w:val="00FFCC"/>
        </w:rPr>
        <w:t xml:space="preserve">hay harvest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there </w:t>
      </w:r>
      <w:r>
        <w:rPr>
          <w:color w:val="CC3399"/>
        </w:rPr>
        <w:t xml:space="preserve">is </w:t>
      </w:r>
      <w:r>
        <w:rPr>
          <w:color w:val="000000"/>
        </w:rPr>
        <w:t xml:space="preserve">another </w:t>
      </w:r>
      <w:r>
        <w:rPr>
          <w:color w:val="00FFCC"/>
        </w:rPr>
        <w:t xml:space="preserve">matter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that </w:t>
      </w:r>
      <w:r>
        <w:rPr>
          <w:color w:val="003E3E"/>
        </w:rPr>
        <w:t xml:space="preserve">must </w:t>
      </w:r>
      <w:r>
        <w:rPr>
          <w:color w:val="CC3399"/>
        </w:rPr>
        <w:t xml:space="preserve">be attended </w:t>
      </w:r>
      <w:r>
        <w:rPr>
          <w:color w:val="000000"/>
        </w:rPr>
        <w:t xml:space="preserve">to </w:t>
      </w:r>
      <w:r>
        <w:rPr>
          <w:color w:val="00787F"/>
        </w:rPr>
        <w:t xml:space="preserve">first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787F"/>
        </w:rPr>
        <w:t xml:space="preserve">now </w:t>
      </w:r>
      <w:r>
        <w:rPr>
          <w:color w:val="CC3399"/>
        </w:rPr>
        <w:t xml:space="preserve">revealed </w:t>
      </w:r>
      <w:r>
        <w:rPr>
          <w:color w:val="FF6600"/>
        </w:rPr>
        <w:t xml:space="preserve">that during </w:t>
      </w:r>
      <w:r>
        <w:rPr>
          <w:color w:val="000000"/>
        </w:rPr>
        <w:t xml:space="preserve">the </w:t>
      </w:r>
      <w:r>
        <w:rPr>
          <w:color w:val="33CCFF"/>
        </w:rPr>
        <w:t xml:space="preserve">past </w:t>
      </w:r>
      <w:r>
        <w:rPr>
          <w:color w:val="000000"/>
        </w:rPr>
        <w:t xml:space="preserve">three </w:t>
      </w:r>
      <w:r>
        <w:rPr>
          <w:color w:val="00FFCC"/>
        </w:rPr>
        <w:t xml:space="preserve">months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taught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themselves to </w:t>
      </w:r>
      <w:r>
        <w:rPr>
          <w:color w:val="CC3399"/>
        </w:rPr>
        <w:t xml:space="preserve">read </w:t>
      </w:r>
      <w:r>
        <w:rPr>
          <w:color w:val="FF0066"/>
        </w:rPr>
        <w:t xml:space="preserve">and </w:t>
      </w:r>
      <w:r>
        <w:rPr>
          <w:color w:val="CC3399"/>
        </w:rPr>
        <w:t xml:space="preserve">write </w:t>
      </w:r>
      <w:r>
        <w:rPr>
          <w:color w:val="FF6600"/>
        </w:rPr>
        <w:t xml:space="preserve">from </w:t>
      </w:r>
      <w:r>
        <w:rPr>
          <w:color w:val="000000"/>
        </w:rPr>
        <w:t xml:space="preserve">an </w:t>
      </w:r>
      <w:r>
        <w:rPr>
          <w:color w:val="33CCFF"/>
        </w:rPr>
        <w:t xml:space="preserve">old </w:t>
      </w:r>
      <w:r>
        <w:rPr>
          <w:color w:val="00FFCC"/>
        </w:rPr>
        <w:t xml:space="preserve">spelling book </w:t>
      </w:r>
      <w:r>
        <w:rPr>
          <w:color w:val="000000"/>
        </w:rPr>
        <w:t xml:space="preserve">which </w:t>
      </w:r>
      <w:r>
        <w:rPr>
          <w:color w:val="CC3399"/>
        </w:rPr>
        <w:t xml:space="preserve">had belonged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00FFCC"/>
        </w:rPr>
        <w:t xml:space="preserve">Mr. Jones </w:t>
      </w:r>
      <w:r>
        <w:rPr>
          <w:color w:val="000000"/>
        </w:rPr>
        <w:t xml:space="preserve">'s </w:t>
      </w:r>
      <w:r>
        <w:rPr>
          <w:color w:val="00FFCC"/>
        </w:rPr>
        <w:t xml:space="preserve">children </w:t>
      </w:r>
      <w:r>
        <w:rPr>
          <w:color w:val="FF0066"/>
        </w:rPr>
        <w:t xml:space="preserve">and </w:t>
      </w:r>
      <w:r>
        <w:rPr>
          <w:color w:val="000000"/>
        </w:rPr>
        <w:t xml:space="preserve">which </w:t>
      </w:r>
      <w:r>
        <w:rPr>
          <w:color w:val="CC3399"/>
        </w:rPr>
        <w:t xml:space="preserve">had been thrown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rubbish </w:t>
      </w:r>
      <w:r>
        <w:rPr>
          <w:color w:val="00FFCC"/>
        </w:rPr>
        <w:t xml:space="preserve">heap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sent </w:t>
      </w:r>
      <w:r>
        <w:rPr>
          <w:color w:val="FF6600"/>
        </w:rPr>
        <w:t xml:space="preserve">for </w:t>
      </w:r>
      <w:r>
        <w:rPr>
          <w:color w:val="00FFCC"/>
        </w:rPr>
        <w:t xml:space="preserve">pots </w:t>
      </w:r>
      <w:r>
        <w:rPr>
          <w:color w:val="FF6600"/>
        </w:rPr>
        <w:t xml:space="preserve">of </w:t>
      </w:r>
      <w:r>
        <w:rPr>
          <w:color w:val="33CCFF"/>
        </w:rPr>
        <w:t xml:space="preserve">black </w:t>
      </w:r>
      <w:r>
        <w:rPr>
          <w:color w:val="FF0066"/>
        </w:rPr>
        <w:t xml:space="preserve">and </w:t>
      </w:r>
      <w:r>
        <w:rPr>
          <w:color w:val="33CCFF"/>
        </w:rPr>
        <w:t xml:space="preserve">white </w:t>
      </w:r>
      <w:r>
        <w:rPr>
          <w:color w:val="00FFCC"/>
        </w:rPr>
        <w:t>paint</w:t>
      </w:r>
      <w:r>
        <w:rPr>
          <w:color w:val="00FFCC"/>
        </w:rPr>
        <w:t xml:space="preserve"> </w:t>
      </w:r>
      <w:r>
        <w:rPr>
          <w:color w:val="FF0066"/>
        </w:rPr>
        <w:t xml:space="preserve">and </w:t>
      </w:r>
      <w:r>
        <w:rPr>
          <w:color w:val="CC3399"/>
        </w:rPr>
        <w:t xml:space="preserve">led </w:t>
      </w:r>
      <w:r>
        <w:rPr>
          <w:color w:val="000000"/>
        </w:rPr>
        <w:t xml:space="preserve">the </w:t>
      </w:r>
      <w:r>
        <w:rPr>
          <w:color w:val="00FFCC"/>
        </w:rPr>
        <w:t xml:space="preserve">way </w:t>
      </w:r>
      <w:r>
        <w:rPr>
          <w:color w:val="FF6600"/>
        </w:rPr>
        <w:t xml:space="preserve">down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five-barred </w:t>
      </w:r>
      <w:r>
        <w:rPr>
          <w:color w:val="00FFCC"/>
        </w:rPr>
        <w:t xml:space="preserve">gate </w:t>
      </w:r>
      <w:r>
        <w:rPr>
          <w:color w:val="000000"/>
        </w:rPr>
        <w:t xml:space="preserve">that </w:t>
      </w:r>
      <w:r>
        <w:rPr>
          <w:color w:val="CC3399"/>
        </w:rPr>
        <w:t xml:space="preserve">gave </w:t>
      </w:r>
      <w:r>
        <w:rPr>
          <w:color w:val="FF6600"/>
        </w:rPr>
        <w:t xml:space="preserve">on </w:t>
      </w:r>
      <w:r>
        <w:rPr>
          <w:color w:val="000000"/>
        </w:rPr>
        <w:t xml:space="preserve">to the </w:t>
      </w:r>
      <w:r>
        <w:rPr>
          <w:color w:val="33CCFF"/>
        </w:rPr>
        <w:t xml:space="preserve">main </w:t>
      </w:r>
      <w:r>
        <w:rPr>
          <w:color w:val="00FFCC"/>
        </w:rPr>
        <w:t xml:space="preserve">road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( </w:t>
      </w:r>
      <w:r>
        <w:rPr>
          <w:color w:val="FF6600"/>
        </w:rPr>
        <w:t xml:space="preserve">for </w:t>
      </w:r>
      <w:r>
        <w:rPr>
          <w:color w:val="000000"/>
        </w:rPr>
        <w:t xml:space="preserve">it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who </w:t>
      </w:r>
      <w:r>
        <w:rPr>
          <w:color w:val="CC3399"/>
        </w:rPr>
        <w:t xml:space="preserve">was </w:t>
      </w:r>
      <w:r>
        <w:rPr>
          <w:color w:val="00787F"/>
        </w:rPr>
        <w:t xml:space="preserve">best </w:t>
      </w:r>
      <w:r>
        <w:rPr>
          <w:color w:val="FF6600"/>
        </w:rPr>
        <w:t xml:space="preserve">at </w:t>
      </w:r>
      <w:r>
        <w:rPr>
          <w:color w:val="CC3399"/>
        </w:rPr>
        <w:t xml:space="preserve">writing </w:t>
      </w:r>
      <w:r>
        <w:rPr>
          <w:color w:val="000000"/>
        </w:rPr>
        <w:t xml:space="preserve">) </w:t>
      </w:r>
      <w:r>
        <w:rPr>
          <w:color w:val="CC3399"/>
        </w:rPr>
        <w:t xml:space="preserve">took </w:t>
      </w:r>
      <w:r>
        <w:rPr>
          <w:color w:val="000000"/>
        </w:rPr>
        <w:t xml:space="preserve">a </w:t>
      </w:r>
      <w:r>
        <w:rPr>
          <w:color w:val="00FFCC"/>
        </w:rPr>
        <w:t xml:space="preserve">brush </w:t>
      </w:r>
      <w:r>
        <w:rPr>
          <w:color w:val="FF6600"/>
        </w:rPr>
        <w:t xml:space="preserve">between </w:t>
      </w:r>
      <w:r>
        <w:rPr>
          <w:color w:val="000000"/>
        </w:rPr>
        <w:t xml:space="preserve">the two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knuckles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00FFCC"/>
        </w:rPr>
        <w:t xml:space="preserve">trotter </w:t>
      </w:r>
      <w:r>
        <w:rPr>
          <w:color w:val="000000"/>
        </w:rPr>
        <w:t xml:space="preserve">, </w:t>
      </w:r>
      <w:r>
        <w:rPr>
          <w:color w:val="CC3399"/>
        </w:rPr>
        <w:t xml:space="preserve">painted </w:t>
      </w:r>
      <w:r>
        <w:rPr>
          <w:color w:val="000000"/>
        </w:rPr>
        <w:t xml:space="preserve">out </w:t>
      </w:r>
      <w:r>
        <w:rPr>
          <w:color w:val="00FFCC"/>
        </w:rPr>
        <w:t xml:space="preserve">MANOR FARM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33CCFF"/>
        </w:rPr>
        <w:t xml:space="preserve">top </w:t>
      </w:r>
      <w:r>
        <w:rPr>
          <w:color w:val="00FFCC"/>
        </w:rPr>
        <w:t xml:space="preserve">bar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gate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0000"/>
        </w:rPr>
        <w:t xml:space="preserve">its </w:t>
      </w:r>
      <w:r>
        <w:rPr>
          <w:color w:val="00FFCC"/>
        </w:rPr>
        <w:t xml:space="preserve">place </w:t>
      </w:r>
      <w:r>
        <w:rPr>
          <w:color w:val="CC3399"/>
        </w:rPr>
        <w:t xml:space="preserve">painted </w:t>
      </w:r>
      <w:r>
        <w:rPr>
          <w:color w:val="00FFCC"/>
        </w:rPr>
        <w:t xml:space="preserve">ANIMAL FARM </w:t>
      </w:r>
      <w:r>
        <w:rPr>
          <w:color w:val="000000"/>
        </w:rPr>
        <w:t xml:space="preserve">. This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000000"/>
        </w:rPr>
        <w:t xml:space="preserve">the </w:t>
      </w:r>
      <w:r>
        <w:rPr>
          <w:color w:val="00FFCC"/>
        </w:rPr>
        <w:t xml:space="preserve">name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FF6600"/>
        </w:rPr>
        <w:t xml:space="preserve">from </w:t>
      </w:r>
      <w:r>
        <w:rPr>
          <w:color w:val="00787F"/>
        </w:rPr>
        <w:t xml:space="preserve">now </w:t>
      </w:r>
      <w:r>
        <w:rPr>
          <w:color w:val="00FFCC"/>
        </w:rPr>
        <w:t xml:space="preserve">onwards </w:t>
      </w:r>
      <w:r>
        <w:rPr>
          <w:color w:val="000000"/>
        </w:rPr>
        <w:t xml:space="preserve">. </w:t>
      </w:r>
      <w:r>
        <w:rPr>
          <w:color w:val="FF6600"/>
        </w:rPr>
        <w:t xml:space="preserve">After </w:t>
      </w:r>
      <w:r>
        <w:rPr>
          <w:color w:val="000000"/>
        </w:rPr>
        <w:t xml:space="preserve">this they </w:t>
      </w:r>
      <w:r>
        <w:rPr>
          <w:color w:val="CC3399"/>
        </w:rPr>
        <w:t xml:space="preserve">went </w:t>
      </w:r>
      <w:r>
        <w:rPr>
          <w:color w:val="00787F"/>
        </w:rPr>
        <w:t xml:space="preserve">back </w:t>
      </w:r>
      <w:r>
        <w:rPr>
          <w:color w:val="000000"/>
        </w:rPr>
        <w:t xml:space="preserve">to the </w:t>
      </w:r>
      <w:r>
        <w:rPr>
          <w:color w:val="00FFCC"/>
        </w:rPr>
        <w:t xml:space="preserve">farm buildings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where </w:t>
      </w:r>
      <w:r>
        <w:rPr>
          <w:color w:val="00FFCC"/>
        </w:rPr>
        <w:t xml:space="preserve">Snowball </w:t>
      </w:r>
      <w:r>
        <w:rPr>
          <w:color w:val="FF0066"/>
        </w:rPr>
        <w:t xml:space="preserve">and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sent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00FFCC"/>
        </w:rPr>
        <w:t xml:space="preserve">ladder </w:t>
      </w:r>
      <w:r>
        <w:rPr>
          <w:color w:val="000000"/>
        </w:rPr>
        <w:t xml:space="preserve">which they </w:t>
      </w:r>
      <w:r>
        <w:rPr>
          <w:color w:val="CC3399"/>
        </w:rPr>
        <w:t xml:space="preserve">caused </w:t>
      </w:r>
      <w:r>
        <w:rPr>
          <w:color w:val="000000"/>
        </w:rPr>
        <w:t xml:space="preserve">to </w:t>
      </w:r>
      <w:r>
        <w:rPr>
          <w:color w:val="CC3399"/>
        </w:rPr>
        <w:t xml:space="preserve">be set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against </w:t>
      </w:r>
      <w:r>
        <w:rPr>
          <w:color w:val="000000"/>
        </w:rPr>
        <w:t xml:space="preserve">the </w:t>
      </w:r>
      <w:r>
        <w:rPr>
          <w:color w:val="00FFCC"/>
        </w:rPr>
        <w:t xml:space="preserve">end wall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big </w:t>
      </w:r>
      <w:r>
        <w:rPr>
          <w:color w:val="00FFCC"/>
        </w:rPr>
        <w:t xml:space="preserve">barn </w:t>
      </w:r>
      <w:r>
        <w:rPr>
          <w:color w:val="000000"/>
        </w:rPr>
        <w:t xml:space="preserve">. </w:t>
      </w:r>
      <w:r>
        <w:rPr>
          <w:color w:val="000000"/>
        </w:rPr>
        <w:t xml:space="preserve">They </w:t>
      </w:r>
      <w:r>
        <w:rPr>
          <w:color w:val="CC3399"/>
        </w:rPr>
        <w:t xml:space="preserve">explained </w:t>
      </w:r>
      <w:r>
        <w:rPr>
          <w:color w:val="FF6600"/>
        </w:rPr>
        <w:t xml:space="preserve">that by </w:t>
      </w:r>
      <w:r>
        <w:rPr>
          <w:color w:val="000000"/>
        </w:rPr>
        <w:t xml:space="preserve">their </w:t>
      </w:r>
      <w:r>
        <w:rPr>
          <w:color w:val="00FFCC"/>
        </w:rPr>
        <w:t xml:space="preserve">studies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past </w:t>
      </w:r>
      <w:r>
        <w:rPr>
          <w:color w:val="000000"/>
        </w:rPr>
        <w:t xml:space="preserve">three </w:t>
      </w:r>
      <w:r>
        <w:rPr>
          <w:color w:val="00FFCC"/>
        </w:rPr>
        <w:t xml:space="preserve">months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had succeeded </w:t>
      </w:r>
      <w:r>
        <w:rPr>
          <w:color w:val="FF6600"/>
        </w:rPr>
        <w:t xml:space="preserve">in </w:t>
      </w:r>
      <w:r>
        <w:rPr>
          <w:color w:val="CC3399"/>
        </w:rPr>
        <w:t xml:space="preserve">reducing </w:t>
      </w:r>
      <w:r>
        <w:rPr>
          <w:color w:val="000000"/>
        </w:rPr>
        <w:t xml:space="preserve">the </w:t>
      </w:r>
      <w:r>
        <w:rPr>
          <w:color w:val="00FFCC"/>
        </w:rPr>
        <w:t xml:space="preserve">principles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Animalism </w:t>
      </w:r>
      <w:r>
        <w:rPr>
          <w:color w:val="000000"/>
        </w:rPr>
        <w:t xml:space="preserve">to </w:t>
      </w:r>
      <w:r>
        <w:rPr>
          <w:color w:val="33CCFF"/>
        </w:rPr>
        <w:t xml:space="preserve">Seven </w:t>
      </w:r>
      <w:r>
        <w:rPr>
          <w:color w:val="00FFCC"/>
        </w:rPr>
        <w:t xml:space="preserve">Commandments </w:t>
      </w:r>
      <w:r>
        <w:rPr>
          <w:color w:val="000000"/>
        </w:rPr>
        <w:t xml:space="preserve">. These </w:t>
      </w:r>
      <w:r>
        <w:rPr>
          <w:color w:val="33CCFF"/>
        </w:rPr>
        <w:t xml:space="preserve">Seven </w:t>
      </w:r>
      <w:r>
        <w:rPr>
          <w:color w:val="00FFCC"/>
        </w:rPr>
        <w:t xml:space="preserve">Commandments </w:t>
      </w:r>
      <w:r>
        <w:rPr>
          <w:color w:val="003E3E"/>
        </w:rPr>
        <w:t xml:space="preserve">would </w:t>
      </w:r>
      <w:r>
        <w:rPr>
          <w:color w:val="00787F"/>
        </w:rPr>
        <w:t xml:space="preserve">now </w:t>
      </w:r>
      <w:r>
        <w:rPr>
          <w:color w:val="CC3399"/>
        </w:rPr>
        <w:t xml:space="preserve">be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inscribed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wall </w:t>
      </w:r>
      <w:r>
        <w:rPr>
          <w:color w:val="000000"/>
        </w:rPr>
        <w:t xml:space="preserve">; they </w:t>
      </w:r>
      <w:r>
        <w:rPr>
          <w:color w:val="003E3E"/>
        </w:rPr>
        <w:t xml:space="preserve">would </w:t>
      </w:r>
      <w:r>
        <w:rPr>
          <w:color w:val="CC3399"/>
        </w:rPr>
        <w:t xml:space="preserve">form </w:t>
      </w:r>
      <w:r>
        <w:rPr>
          <w:color w:val="000000"/>
        </w:rPr>
        <w:t xml:space="preserve">an </w:t>
      </w:r>
      <w:r>
        <w:rPr>
          <w:color w:val="33CCFF"/>
        </w:rPr>
        <w:t xml:space="preserve">unalterable </w:t>
      </w:r>
      <w:r>
        <w:rPr>
          <w:color w:val="00FFCC"/>
        </w:rPr>
        <w:t xml:space="preserve">law </w:t>
      </w:r>
      <w:r>
        <w:rPr>
          <w:color w:val="FF6600"/>
        </w:rPr>
        <w:t xml:space="preserve">by </w:t>
      </w:r>
      <w:r>
        <w:rPr>
          <w:color w:val="000000"/>
        </w:rPr>
        <w:t>whic</w:t>
      </w:r>
      <w:r>
        <w:rPr>
          <w:color w:val="000000"/>
        </w:rPr>
        <w:t xml:space="preserve">h all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FF6600"/>
        </w:rPr>
        <w:t xml:space="preserve">on </w:t>
      </w:r>
      <w:r>
        <w:rPr>
          <w:color w:val="00FFCC"/>
        </w:rPr>
        <w:t xml:space="preserve">Animal Farm </w:t>
      </w:r>
      <w:r>
        <w:rPr>
          <w:color w:val="003E3E"/>
        </w:rPr>
        <w:t xml:space="preserve">must </w:t>
      </w:r>
      <w:r>
        <w:rPr>
          <w:color w:val="CC3399"/>
        </w:rPr>
        <w:t xml:space="preserve">live </w:t>
      </w:r>
      <w:r>
        <w:rPr>
          <w:color w:val="FF6600"/>
        </w:rPr>
        <w:t xml:space="preserve">for </w:t>
      </w:r>
      <w:r>
        <w:rPr>
          <w:color w:val="00787F"/>
        </w:rPr>
        <w:t xml:space="preserve">ever </w:t>
      </w:r>
      <w:r>
        <w:rPr>
          <w:color w:val="FF6600"/>
        </w:rPr>
        <w:t xml:space="preserve">after </w:t>
      </w:r>
      <w:r>
        <w:rPr>
          <w:color w:val="000000"/>
        </w:rPr>
        <w:t xml:space="preserve">. </w:t>
      </w:r>
      <w:r>
        <w:rPr>
          <w:color w:val="FF6600"/>
        </w:rPr>
        <w:t xml:space="preserve">With </w:t>
      </w:r>
      <w:r>
        <w:rPr>
          <w:color w:val="000000"/>
        </w:rPr>
        <w:t xml:space="preserve">some </w:t>
      </w:r>
      <w:r>
        <w:rPr>
          <w:color w:val="00FFCC"/>
        </w:rPr>
        <w:t xml:space="preserve">difficulty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( </w:t>
      </w:r>
      <w:r>
        <w:rPr>
          <w:color w:val="FF6600"/>
        </w:rPr>
        <w:t xml:space="preserve">for </w:t>
      </w:r>
      <w:r>
        <w:rPr>
          <w:color w:val="000000"/>
        </w:rPr>
        <w:t xml:space="preserve">it </w:t>
      </w:r>
      <w:r>
        <w:rPr>
          <w:color w:val="CC3399"/>
        </w:rPr>
        <w:t xml:space="preserve">is </w:t>
      </w:r>
      <w:r>
        <w:rPr>
          <w:color w:val="00787F"/>
        </w:rPr>
        <w:t xml:space="preserve">not </w:t>
      </w:r>
      <w:r>
        <w:rPr>
          <w:color w:val="33CCFF"/>
        </w:rPr>
        <w:t xml:space="preserve">easy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00FFCC"/>
        </w:rPr>
        <w:t xml:space="preserve">pig </w:t>
      </w:r>
      <w:r>
        <w:rPr>
          <w:color w:val="000000"/>
        </w:rPr>
        <w:t xml:space="preserve">to </w:t>
      </w:r>
      <w:r>
        <w:rPr>
          <w:color w:val="CC3399"/>
        </w:rPr>
        <w:t xml:space="preserve">balance </w:t>
      </w:r>
      <w:r>
        <w:rPr>
          <w:color w:val="000000"/>
        </w:rPr>
        <w:t xml:space="preserve">himself </w:t>
      </w:r>
      <w:r>
        <w:rPr>
          <w:color w:val="FF6600"/>
        </w:rPr>
        <w:t xml:space="preserve">on </w:t>
      </w:r>
      <w:r>
        <w:rPr>
          <w:color w:val="000000"/>
        </w:rPr>
        <w:t xml:space="preserve">a </w:t>
      </w:r>
      <w:r>
        <w:rPr>
          <w:color w:val="00FFCC"/>
        </w:rPr>
        <w:t xml:space="preserve">ladder </w:t>
      </w:r>
      <w:r>
        <w:rPr>
          <w:color w:val="000000"/>
        </w:rPr>
        <w:t xml:space="preserve">) </w:t>
      </w:r>
      <w:r>
        <w:rPr>
          <w:color w:val="00FFCC"/>
        </w:rPr>
        <w:t xml:space="preserve">Snowball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climbed </w:t>
      </w:r>
      <w:r>
        <w:rPr>
          <w:color w:val="00787F"/>
        </w:rPr>
        <w:t xml:space="preserve">up </w:t>
      </w:r>
      <w:r>
        <w:rPr>
          <w:color w:val="FF0066"/>
        </w:rPr>
        <w:t xml:space="preserve">and </w:t>
      </w:r>
      <w:r>
        <w:rPr>
          <w:color w:val="CC3399"/>
        </w:rPr>
        <w:t xml:space="preserve">set </w:t>
      </w:r>
      <w:r>
        <w:rPr>
          <w:color w:val="000000"/>
        </w:rPr>
        <w:t xml:space="preserve">to </w:t>
      </w:r>
      <w:r>
        <w:rPr>
          <w:color w:val="CC3399"/>
        </w:rPr>
        <w:t xml:space="preserve">work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rungs </w:t>
      </w:r>
      <w:r>
        <w:rPr>
          <w:color w:val="FF6600"/>
        </w:rPr>
        <w:t xml:space="preserve">below </w:t>
      </w:r>
      <w:r>
        <w:rPr>
          <w:color w:val="000000"/>
        </w:rPr>
        <w:t xml:space="preserve">him </w:t>
      </w:r>
      <w:r>
        <w:rPr>
          <w:color w:val="CC3399"/>
        </w:rPr>
        <w:t xml:space="preserve">holding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paint-pot </w:t>
      </w:r>
      <w:r>
        <w:rPr>
          <w:color w:val="000000"/>
        </w:rPr>
        <w:t xml:space="preserve">. The </w:t>
      </w:r>
      <w:r>
        <w:rPr>
          <w:color w:val="00FFCC"/>
        </w:rPr>
        <w:t xml:space="preserve">Commandments </w:t>
      </w:r>
      <w:r>
        <w:rPr>
          <w:color w:val="CC3399"/>
        </w:rPr>
        <w:t xml:space="preserve">were written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tarred </w:t>
      </w:r>
      <w:r>
        <w:rPr>
          <w:color w:val="00FFCC"/>
        </w:rPr>
        <w:t xml:space="preserve">wall </w:t>
      </w:r>
      <w:r>
        <w:rPr>
          <w:color w:val="FF6600"/>
        </w:rPr>
        <w:t xml:space="preserve">in </w:t>
      </w:r>
      <w:r>
        <w:rPr>
          <w:color w:val="33CCFF"/>
        </w:rPr>
        <w:t xml:space="preserve">great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white </w:t>
      </w:r>
      <w:r>
        <w:rPr>
          <w:color w:val="00FFCC"/>
        </w:rPr>
        <w:t xml:space="preserve">letters </w:t>
      </w:r>
      <w:r>
        <w:rPr>
          <w:color w:val="000000"/>
        </w:rPr>
        <w:t xml:space="preserve">that </w:t>
      </w:r>
      <w:r>
        <w:rPr>
          <w:color w:val="003E3E"/>
        </w:rPr>
        <w:t xml:space="preserve">could </w:t>
      </w:r>
      <w:r>
        <w:rPr>
          <w:color w:val="CC3399"/>
        </w:rPr>
        <w:t xml:space="preserve">be read </w:t>
      </w:r>
      <w:r>
        <w:rPr>
          <w:color w:val="33CCFF"/>
        </w:rPr>
        <w:t xml:space="preserve">thirty </w:t>
      </w:r>
      <w:r>
        <w:rPr>
          <w:color w:val="00FFCC"/>
        </w:rPr>
        <w:t xml:space="preserve">yards </w:t>
      </w:r>
      <w:r>
        <w:rPr>
          <w:color w:val="00787F"/>
        </w:rPr>
        <w:t xml:space="preserve">away </w:t>
      </w:r>
      <w:r>
        <w:rPr>
          <w:color w:val="000000"/>
        </w:rPr>
        <w:t xml:space="preserve">. They </w:t>
      </w:r>
      <w:r>
        <w:rPr>
          <w:color w:val="CC3399"/>
        </w:rPr>
        <w:t xml:space="preserve">ran </w:t>
      </w:r>
      <w:r>
        <w:rPr>
          <w:color w:val="00787F"/>
        </w:rPr>
        <w:t xml:space="preserve">thus </w:t>
      </w:r>
      <w:r>
        <w:rPr>
          <w:color w:val="000000"/>
        </w:rPr>
        <w:t xml:space="preserve">: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SEVEN COMMANDMENTS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1 . Whatever </w:t>
      </w:r>
      <w:r>
        <w:rPr>
          <w:color w:val="CC3399"/>
        </w:rPr>
        <w:t xml:space="preserve">goes </w:t>
      </w:r>
      <w:r>
        <w:rPr>
          <w:color w:val="FF6600"/>
        </w:rPr>
        <w:t xml:space="preserve">upon </w:t>
      </w:r>
      <w:r>
        <w:rPr>
          <w:color w:val="000000"/>
        </w:rPr>
        <w:t xml:space="preserve">two </w:t>
      </w:r>
      <w:r>
        <w:rPr>
          <w:color w:val="00FFCC"/>
        </w:rPr>
        <w:t xml:space="preserve">legs </w:t>
      </w:r>
      <w:r>
        <w:rPr>
          <w:color w:val="CC3399"/>
        </w:rPr>
        <w:t xml:space="preserve">is </w:t>
      </w:r>
      <w:r>
        <w:rPr>
          <w:color w:val="000000"/>
        </w:rPr>
        <w:t xml:space="preserve">an </w:t>
      </w:r>
      <w:r>
        <w:rPr>
          <w:color w:val="00FFCC"/>
        </w:rPr>
        <w:t xml:space="preserve">enemy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2 . Whatever </w:t>
      </w:r>
      <w:r>
        <w:rPr>
          <w:color w:val="CC3399"/>
        </w:rPr>
        <w:t xml:space="preserve">goes </w:t>
      </w:r>
      <w:r>
        <w:rPr>
          <w:color w:val="FF6600"/>
        </w:rPr>
        <w:t xml:space="preserve">upon </w:t>
      </w:r>
      <w:r>
        <w:rPr>
          <w:color w:val="000000"/>
        </w:rPr>
        <w:t xml:space="preserve">four </w:t>
      </w:r>
      <w:r>
        <w:rPr>
          <w:color w:val="00FFCC"/>
        </w:rPr>
        <w:t xml:space="preserve">legs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CC3399"/>
        </w:rPr>
        <w:t xml:space="preserve">has </w:t>
      </w:r>
      <w:r>
        <w:rPr>
          <w:color w:val="00FFCC"/>
        </w:rPr>
        <w:t xml:space="preserve">wings </w:t>
      </w:r>
      <w:r>
        <w:rPr>
          <w:color w:val="000000"/>
        </w:rPr>
        <w:t xml:space="preserve">, </w:t>
      </w:r>
      <w:r>
        <w:rPr>
          <w:color w:val="CC3399"/>
        </w:rPr>
        <w:t xml:space="preserve">is </w:t>
      </w:r>
      <w:r>
        <w:rPr>
          <w:color w:val="000000"/>
        </w:rPr>
        <w:t xml:space="preserve">a </w:t>
      </w:r>
      <w:r>
        <w:rPr>
          <w:color w:val="00FFCC"/>
        </w:rPr>
        <w:t>fr</w:t>
      </w:r>
      <w:r>
        <w:rPr>
          <w:color w:val="00FFCC"/>
        </w:rPr>
        <w:t xml:space="preserve">iend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3 . No </w:t>
      </w:r>
      <w:r>
        <w:rPr>
          <w:color w:val="33CCFF"/>
        </w:rPr>
        <w:t xml:space="preserve">animal </w:t>
      </w:r>
      <w:r>
        <w:rPr>
          <w:color w:val="003E3E"/>
        </w:rPr>
        <w:t xml:space="preserve">shall </w:t>
      </w:r>
      <w:r>
        <w:rPr>
          <w:color w:val="CC3399"/>
        </w:rPr>
        <w:t xml:space="preserve">wear </w:t>
      </w:r>
      <w:r>
        <w:rPr>
          <w:color w:val="00FFCC"/>
        </w:rPr>
        <w:t xml:space="preserve">clothes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4 . No </w:t>
      </w:r>
      <w:r>
        <w:rPr>
          <w:color w:val="33CCFF"/>
        </w:rPr>
        <w:t xml:space="preserve">animal </w:t>
      </w:r>
      <w:r>
        <w:rPr>
          <w:color w:val="003E3E"/>
        </w:rPr>
        <w:t xml:space="preserve">shall </w:t>
      </w:r>
      <w:r>
        <w:rPr>
          <w:color w:val="CC3399"/>
        </w:rPr>
        <w:t xml:space="preserve">sleep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bed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5 . No </w:t>
      </w:r>
      <w:r>
        <w:rPr>
          <w:color w:val="33CCFF"/>
        </w:rPr>
        <w:t xml:space="preserve">animal </w:t>
      </w:r>
      <w:r>
        <w:rPr>
          <w:color w:val="003E3E"/>
        </w:rPr>
        <w:t xml:space="preserve">shall </w:t>
      </w:r>
      <w:r>
        <w:rPr>
          <w:color w:val="CC3399"/>
        </w:rPr>
        <w:t xml:space="preserve">drink </w:t>
      </w:r>
      <w:r>
        <w:rPr>
          <w:color w:val="00FFCC"/>
        </w:rPr>
        <w:t xml:space="preserve">alcohol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6 . No </w:t>
      </w:r>
      <w:r>
        <w:rPr>
          <w:color w:val="00FFCC"/>
        </w:rPr>
        <w:t xml:space="preserve">animal </w:t>
      </w:r>
      <w:r>
        <w:rPr>
          <w:color w:val="003E3E"/>
        </w:rPr>
        <w:t xml:space="preserve">shall </w:t>
      </w:r>
      <w:r>
        <w:rPr>
          <w:color w:val="CC3399"/>
        </w:rPr>
        <w:t xml:space="preserve">kill </w:t>
      </w:r>
      <w:r>
        <w:rPr>
          <w:color w:val="000000"/>
        </w:rPr>
        <w:t xml:space="preserve">any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7 . All </w:t>
      </w:r>
      <w:r>
        <w:rPr>
          <w:color w:val="00FFCC"/>
        </w:rPr>
        <w:t xml:space="preserve">animals </w:t>
      </w:r>
      <w:r>
        <w:rPr>
          <w:color w:val="CC3399"/>
        </w:rPr>
        <w:t xml:space="preserve">are </w:t>
      </w:r>
      <w:r>
        <w:rPr>
          <w:color w:val="33CCFF"/>
        </w:rPr>
        <w:t xml:space="preserve">equal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787F"/>
        </w:rPr>
        <w:t xml:space="preserve">very neatly </w:t>
      </w:r>
      <w:r>
        <w:rPr>
          <w:color w:val="CC3399"/>
        </w:rPr>
        <w:t xml:space="preserve">written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except </w:t>
      </w:r>
      <w:r>
        <w:rPr>
          <w:color w:val="000000"/>
        </w:rPr>
        <w:t xml:space="preserve">that `` </w:t>
      </w:r>
      <w:r>
        <w:rPr>
          <w:color w:val="00FFCC"/>
        </w:rPr>
        <w:t xml:space="preserve">friend </w:t>
      </w:r>
      <w:r>
        <w:rPr>
          <w:color w:val="000000"/>
        </w:rPr>
        <w:t xml:space="preserve">'' </w:t>
      </w:r>
      <w:r>
        <w:rPr>
          <w:color w:val="CC3399"/>
        </w:rPr>
        <w:t xml:space="preserve">was written </w:t>
      </w:r>
      <w:r>
        <w:rPr>
          <w:color w:val="000000"/>
        </w:rPr>
        <w:t xml:space="preserve">`` </w:t>
      </w:r>
      <w:r>
        <w:rPr>
          <w:color w:val="00FFCC"/>
        </w:rPr>
        <w:t xml:space="preserve">freind </w:t>
      </w:r>
      <w:r>
        <w:rPr>
          <w:color w:val="000000"/>
        </w:rPr>
        <w:t xml:space="preserve">''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`` </w:t>
      </w:r>
      <w:r>
        <w:rPr>
          <w:color w:val="00FFCC"/>
        </w:rPr>
        <w:t xml:space="preserve">S </w:t>
      </w:r>
      <w:r>
        <w:rPr>
          <w:color w:val="000000"/>
        </w:rPr>
        <w:t xml:space="preserve">'s ''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33CCFF"/>
        </w:rPr>
        <w:t xml:space="preserve">wrong </w:t>
      </w:r>
      <w:r>
        <w:rPr>
          <w:color w:val="00FFCC"/>
        </w:rPr>
        <w:t xml:space="preserve">way round </w:t>
      </w:r>
      <w:r>
        <w:rPr>
          <w:color w:val="000000"/>
        </w:rPr>
        <w:t xml:space="preserve">, the </w:t>
      </w:r>
      <w:r>
        <w:rPr>
          <w:color w:val="00FFCC"/>
        </w:rPr>
        <w:t xml:space="preserve">spelling </w:t>
      </w:r>
      <w:r>
        <w:rPr>
          <w:color w:val="CC3399"/>
        </w:rPr>
        <w:t xml:space="preserve">was </w:t>
      </w:r>
      <w:r>
        <w:rPr>
          <w:color w:val="33CCFF"/>
        </w:rPr>
        <w:t xml:space="preserve">correct </w:t>
      </w:r>
      <w:r>
        <w:rPr>
          <w:color w:val="000000"/>
        </w:rPr>
        <w:t xml:space="preserve">all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way </w:t>
      </w:r>
      <w:r>
        <w:rPr>
          <w:color w:val="FF6600"/>
        </w:rPr>
        <w:t xml:space="preserve">through </w:t>
      </w:r>
      <w:r>
        <w:rPr>
          <w:color w:val="000000"/>
        </w:rPr>
        <w:t xml:space="preserve">.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read </w:t>
      </w:r>
      <w:r>
        <w:rPr>
          <w:color w:val="000000"/>
        </w:rPr>
        <w:t xml:space="preserve">it aloud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benefit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others </w:t>
      </w:r>
      <w:r>
        <w:rPr>
          <w:color w:val="000000"/>
        </w:rPr>
        <w:t xml:space="preserve">. All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nodded </w:t>
      </w:r>
      <w:r>
        <w:rPr>
          <w:color w:val="FF6600"/>
        </w:rPr>
        <w:t xml:space="preserve">in </w:t>
      </w:r>
      <w:r>
        <w:rPr>
          <w:color w:val="33CCFF"/>
        </w:rPr>
        <w:t xml:space="preserve">complete </w:t>
      </w:r>
      <w:r>
        <w:rPr>
          <w:color w:val="00FFCC"/>
        </w:rPr>
        <w:t xml:space="preserve">agreement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cleverer ones </w:t>
      </w:r>
      <w:r>
        <w:rPr>
          <w:color w:val="FF6600"/>
        </w:rPr>
        <w:t xml:space="preserve">at </w:t>
      </w:r>
      <w:r>
        <w:rPr>
          <w:color w:val="00787F"/>
        </w:rPr>
        <w:t>on</w:t>
      </w:r>
      <w:r>
        <w:rPr>
          <w:color w:val="00787F"/>
        </w:rPr>
        <w:t xml:space="preserve">ce </w:t>
      </w:r>
    </w:p>
    <w:p w:rsidR="00D83EF7" w:rsidRDefault="00CA4524" w:rsidP="00CA4524">
      <w:pPr>
        <w:spacing w:after="0"/>
      </w:pPr>
      <w:r>
        <w:rPr>
          <w:color w:val="CC3399"/>
        </w:rPr>
        <w:lastRenderedPageBreak/>
        <w:t xml:space="preserve">began </w:t>
      </w:r>
      <w:r>
        <w:rPr>
          <w:color w:val="000000"/>
        </w:rPr>
        <w:t xml:space="preserve">to </w:t>
      </w:r>
      <w:r>
        <w:rPr>
          <w:color w:val="CC3399"/>
        </w:rPr>
        <w:t xml:space="preserve">learn </w:t>
      </w:r>
      <w:r>
        <w:rPr>
          <w:color w:val="000000"/>
        </w:rPr>
        <w:t xml:space="preserve">the </w:t>
      </w:r>
      <w:r>
        <w:rPr>
          <w:color w:val="00FFCC"/>
        </w:rPr>
        <w:t xml:space="preserve">Commandments </w:t>
      </w:r>
      <w:r>
        <w:rPr>
          <w:color w:val="FF6600"/>
        </w:rPr>
        <w:t xml:space="preserve">by </w:t>
      </w:r>
      <w:r>
        <w:rPr>
          <w:color w:val="00FFCC"/>
        </w:rPr>
        <w:t xml:space="preserve">heart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787F"/>
        </w:rPr>
        <w:t xml:space="preserve">Now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'' </w:t>
      </w:r>
      <w:r>
        <w:rPr>
          <w:color w:val="CC3399"/>
        </w:rPr>
        <w:t xml:space="preserve">cried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</w:t>
      </w:r>
      <w:r>
        <w:rPr>
          <w:color w:val="CC3399"/>
        </w:rPr>
        <w:t xml:space="preserve">throwing </w:t>
      </w:r>
      <w:r>
        <w:rPr>
          <w:color w:val="000000"/>
        </w:rPr>
        <w:t xml:space="preserve">down the </w:t>
      </w:r>
      <w:r>
        <w:rPr>
          <w:color w:val="00FFCC"/>
        </w:rPr>
        <w:t xml:space="preserve">paint-brush </w:t>
      </w:r>
      <w:r>
        <w:rPr>
          <w:color w:val="000000"/>
        </w:rPr>
        <w:t xml:space="preserve">, `` to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hayfield </w:t>
      </w:r>
      <w:r>
        <w:rPr>
          <w:color w:val="000000"/>
        </w:rPr>
        <w:t xml:space="preserve">! </w:t>
      </w:r>
      <w:r>
        <w:rPr>
          <w:color w:val="CC3399"/>
        </w:rPr>
        <w:t xml:space="preserve">Let </w:t>
      </w:r>
      <w:r>
        <w:rPr>
          <w:color w:val="000000"/>
        </w:rPr>
        <w:t xml:space="preserve">us </w:t>
      </w:r>
      <w:r>
        <w:rPr>
          <w:color w:val="CC3399"/>
        </w:rPr>
        <w:t xml:space="preserve">make </w:t>
      </w:r>
      <w:r>
        <w:rPr>
          <w:color w:val="000000"/>
        </w:rPr>
        <w:t xml:space="preserve">it a </w:t>
      </w:r>
      <w:r>
        <w:rPr>
          <w:color w:val="00FFCC"/>
        </w:rPr>
        <w:t xml:space="preserve">point </w:t>
      </w:r>
      <w:r>
        <w:rPr>
          <w:color w:val="FF6600"/>
        </w:rPr>
        <w:t xml:space="preserve">of </w:t>
      </w:r>
      <w:r>
        <w:rPr>
          <w:color w:val="00FFCC"/>
        </w:rPr>
        <w:t xml:space="preserve">honour </w:t>
      </w:r>
      <w:r>
        <w:rPr>
          <w:color w:val="000000"/>
        </w:rPr>
        <w:t xml:space="preserve">to </w:t>
      </w:r>
      <w:r>
        <w:rPr>
          <w:color w:val="CC3399"/>
        </w:rPr>
        <w:t xml:space="preserve">get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harvest </w:t>
      </w:r>
      <w:r>
        <w:rPr>
          <w:color w:val="00787F"/>
        </w:rPr>
        <w:t xml:space="preserve">more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quickly </w:t>
      </w:r>
      <w:r>
        <w:rPr>
          <w:color w:val="FF6600"/>
        </w:rPr>
        <w:t xml:space="preserve">than </w:t>
      </w:r>
      <w:r>
        <w:rPr>
          <w:color w:val="00FFCC"/>
        </w:rPr>
        <w:t xml:space="preserve">Jones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men </w:t>
      </w:r>
      <w:r>
        <w:rPr>
          <w:color w:val="003E3E"/>
        </w:rPr>
        <w:t xml:space="preserve">could </w:t>
      </w:r>
      <w:r>
        <w:rPr>
          <w:color w:val="CC3399"/>
        </w:rPr>
        <w:t xml:space="preserve">do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FF6600"/>
        </w:rPr>
        <w:t xml:space="preserve">at </w:t>
      </w:r>
      <w:r>
        <w:rPr>
          <w:color w:val="000000"/>
        </w:rPr>
        <w:t xml:space="preserve">this </w:t>
      </w:r>
      <w:r>
        <w:rPr>
          <w:color w:val="00FFCC"/>
        </w:rPr>
        <w:t xml:space="preserve">moment </w:t>
      </w:r>
      <w:r>
        <w:rPr>
          <w:color w:val="000000"/>
        </w:rPr>
        <w:t xml:space="preserve">the three </w:t>
      </w:r>
      <w:r>
        <w:rPr>
          <w:color w:val="00FFCC"/>
        </w:rPr>
        <w:t xml:space="preserve">cows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seemed </w:t>
      </w:r>
      <w:r>
        <w:rPr>
          <w:color w:val="33CCFF"/>
        </w:rPr>
        <w:t xml:space="preserve">uneasy </w:t>
      </w:r>
      <w:r>
        <w:rPr>
          <w:color w:val="FF6600"/>
        </w:rPr>
        <w:t xml:space="preserve">for </w:t>
      </w:r>
      <w:r>
        <w:rPr>
          <w:color w:val="000000"/>
        </w:rPr>
        <w:t xml:space="preserve">some </w:t>
      </w:r>
      <w:r>
        <w:rPr>
          <w:color w:val="00FFCC"/>
        </w:rPr>
        <w:t xml:space="preserve">time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past </w:t>
      </w:r>
      <w:r>
        <w:rPr>
          <w:color w:val="000000"/>
        </w:rPr>
        <w:t xml:space="preserve">, </w:t>
      </w:r>
      <w:r>
        <w:rPr>
          <w:color w:val="CC3399"/>
        </w:rPr>
        <w:t xml:space="preserve">set </w:t>
      </w:r>
      <w:r>
        <w:rPr>
          <w:color w:val="000000"/>
        </w:rPr>
        <w:t xml:space="preserve">up a </w:t>
      </w:r>
      <w:r>
        <w:rPr>
          <w:color w:val="33CCFF"/>
        </w:rPr>
        <w:t xml:space="preserve">loud </w:t>
      </w:r>
      <w:r>
        <w:rPr>
          <w:color w:val="00FFCC"/>
        </w:rPr>
        <w:t xml:space="preserve">lowing </w:t>
      </w:r>
      <w:r>
        <w:rPr>
          <w:color w:val="000000"/>
        </w:rPr>
        <w:t xml:space="preserve">. They </w:t>
      </w: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  <w:r>
        <w:rPr>
          <w:color w:val="CC3399"/>
        </w:rPr>
        <w:t xml:space="preserve">been milked </w:t>
      </w:r>
      <w:r>
        <w:rPr>
          <w:color w:val="FF6600"/>
        </w:rPr>
        <w:t xml:space="preserve">for </w:t>
      </w:r>
      <w:r>
        <w:rPr>
          <w:color w:val="00FFCC"/>
        </w:rPr>
        <w:t xml:space="preserve">twenty-four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hours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their </w:t>
      </w:r>
      <w:r>
        <w:rPr>
          <w:color w:val="00FFCC"/>
        </w:rPr>
        <w:t xml:space="preserve">udders </w:t>
      </w:r>
      <w:r>
        <w:rPr>
          <w:color w:val="CC3399"/>
        </w:rPr>
        <w:t xml:space="preserve">were </w:t>
      </w:r>
      <w:r>
        <w:rPr>
          <w:color w:val="00787F"/>
        </w:rPr>
        <w:t xml:space="preserve">almost </w:t>
      </w:r>
      <w:r>
        <w:rPr>
          <w:color w:val="CC3399"/>
        </w:rPr>
        <w:t xml:space="preserve">bursting </w:t>
      </w:r>
      <w:r>
        <w:rPr>
          <w:color w:val="000000"/>
        </w:rPr>
        <w:t xml:space="preserve">. </w:t>
      </w:r>
      <w:r>
        <w:rPr>
          <w:color w:val="FF6600"/>
        </w:rPr>
        <w:t xml:space="preserve">After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</w:t>
      </w:r>
      <w:r>
        <w:rPr>
          <w:color w:val="00FFCC"/>
        </w:rPr>
        <w:t xml:space="preserve">thought </w:t>
      </w:r>
      <w:r>
        <w:rPr>
          <w:color w:val="000000"/>
        </w:rPr>
        <w:t xml:space="preserve">,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pigs </w:t>
      </w:r>
      <w:r>
        <w:rPr>
          <w:color w:val="CC3399"/>
        </w:rPr>
        <w:t xml:space="preserve">sent </w:t>
      </w:r>
      <w:r>
        <w:rPr>
          <w:color w:val="FF6600"/>
        </w:rPr>
        <w:t xml:space="preserve">for </w:t>
      </w:r>
      <w:r>
        <w:rPr>
          <w:color w:val="00FFCC"/>
        </w:rPr>
        <w:t xml:space="preserve">buckets </w:t>
      </w:r>
      <w:r>
        <w:rPr>
          <w:color w:val="FF0066"/>
        </w:rPr>
        <w:t xml:space="preserve">and </w:t>
      </w:r>
      <w:r>
        <w:rPr>
          <w:color w:val="CC3399"/>
        </w:rPr>
        <w:t xml:space="preserve">milked </w:t>
      </w:r>
      <w:r>
        <w:rPr>
          <w:color w:val="000000"/>
        </w:rPr>
        <w:t xml:space="preserve">the </w:t>
      </w:r>
      <w:r>
        <w:rPr>
          <w:color w:val="00FFCC"/>
        </w:rPr>
        <w:t xml:space="preserve">cows </w:t>
      </w:r>
      <w:r>
        <w:rPr>
          <w:color w:val="00787F"/>
        </w:rPr>
        <w:t xml:space="preserve">fairly successfully </w:t>
      </w:r>
      <w:r>
        <w:rPr>
          <w:color w:val="000000"/>
        </w:rPr>
        <w:t xml:space="preserve">, 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trotters </w:t>
      </w:r>
      <w:r>
        <w:rPr>
          <w:color w:val="CC3399"/>
        </w:rPr>
        <w:t xml:space="preserve">being </w:t>
      </w:r>
      <w:r>
        <w:rPr>
          <w:color w:val="00787F"/>
        </w:rPr>
        <w:t xml:space="preserve">well </w:t>
      </w:r>
      <w:r>
        <w:rPr>
          <w:color w:val="CC3399"/>
        </w:rPr>
        <w:t xml:space="preserve">adapted </w:t>
      </w:r>
      <w:r>
        <w:rPr>
          <w:color w:val="000000"/>
        </w:rPr>
        <w:t xml:space="preserve">to this </w:t>
      </w:r>
      <w:r>
        <w:rPr>
          <w:color w:val="00FFCC"/>
        </w:rPr>
        <w:t xml:space="preserve">task </w:t>
      </w:r>
      <w:r>
        <w:rPr>
          <w:color w:val="000000"/>
        </w:rPr>
        <w:t xml:space="preserve">. </w:t>
      </w:r>
      <w:r>
        <w:rPr>
          <w:color w:val="00787F"/>
        </w:rPr>
        <w:t xml:space="preserve">Soon </w:t>
      </w: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000000"/>
        </w:rPr>
        <w:t xml:space="preserve">five </w:t>
      </w:r>
      <w:r>
        <w:rPr>
          <w:color w:val="00FFCC"/>
        </w:rPr>
        <w:t xml:space="preserve">buckets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frothing </w:t>
      </w:r>
      <w:r>
        <w:rPr>
          <w:color w:val="33CCFF"/>
        </w:rPr>
        <w:t xml:space="preserve">creamy </w:t>
      </w:r>
      <w:r>
        <w:rPr>
          <w:color w:val="00FFCC"/>
        </w:rPr>
        <w:t xml:space="preserve">milk </w:t>
      </w:r>
      <w:r>
        <w:rPr>
          <w:color w:val="FF6600"/>
        </w:rPr>
        <w:t xml:space="preserve">at </w:t>
      </w:r>
      <w:r>
        <w:rPr>
          <w:color w:val="000000"/>
        </w:rPr>
        <w:t xml:space="preserve">which </w:t>
      </w:r>
      <w:r>
        <w:rPr>
          <w:color w:val="33CCFF"/>
        </w:rPr>
        <w:t xml:space="preserve">many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looked </w:t>
      </w:r>
      <w:r>
        <w:rPr>
          <w:color w:val="FF6600"/>
        </w:rPr>
        <w:t xml:space="preserve">with </w:t>
      </w:r>
      <w:r>
        <w:rPr>
          <w:color w:val="33CCFF"/>
        </w:rPr>
        <w:t xml:space="preserve">considerable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interest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What </w:t>
      </w:r>
      <w:r>
        <w:rPr>
          <w:color w:val="CC3399"/>
        </w:rPr>
        <w:t xml:space="preserve">is going </w:t>
      </w:r>
      <w:r>
        <w:rPr>
          <w:color w:val="000000"/>
        </w:rPr>
        <w:t xml:space="preserve">to </w:t>
      </w:r>
      <w:r>
        <w:rPr>
          <w:color w:val="CC3399"/>
        </w:rPr>
        <w:t xml:space="preserve">happen </w:t>
      </w:r>
      <w:r>
        <w:rPr>
          <w:color w:val="000000"/>
        </w:rPr>
        <w:t xml:space="preserve">to all that </w:t>
      </w:r>
      <w:r>
        <w:rPr>
          <w:color w:val="00FFCC"/>
        </w:rPr>
        <w:t xml:space="preserve">milk </w:t>
      </w:r>
      <w:r>
        <w:rPr>
          <w:color w:val="000000"/>
        </w:rPr>
        <w:t xml:space="preserve">? '' </w:t>
      </w:r>
      <w:r>
        <w:rPr>
          <w:color w:val="CC3399"/>
        </w:rPr>
        <w:t xml:space="preserve">said </w:t>
      </w:r>
      <w:r>
        <w:rPr>
          <w:color w:val="00FFCC"/>
        </w:rPr>
        <w:t>som</w:t>
      </w:r>
      <w:r>
        <w:rPr>
          <w:color w:val="00FFCC"/>
        </w:rPr>
        <w:t xml:space="preserve">eone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Jones </w:t>
      </w:r>
      <w:r>
        <w:rPr>
          <w:color w:val="CC3399"/>
        </w:rPr>
        <w:t xml:space="preserve">used </w:t>
      </w:r>
      <w:r>
        <w:rPr>
          <w:color w:val="00787F"/>
        </w:rPr>
        <w:t xml:space="preserve">sometimes </w:t>
      </w:r>
      <w:r>
        <w:rPr>
          <w:color w:val="000000"/>
        </w:rPr>
        <w:t xml:space="preserve">to </w:t>
      </w:r>
      <w:r>
        <w:rPr>
          <w:color w:val="CC3399"/>
        </w:rPr>
        <w:t xml:space="preserve">mix </w:t>
      </w:r>
      <w:r>
        <w:rPr>
          <w:color w:val="000000"/>
        </w:rPr>
        <w:t xml:space="preserve">some </w:t>
      </w:r>
      <w:r>
        <w:rPr>
          <w:color w:val="FF6600"/>
        </w:rPr>
        <w:t xml:space="preserve">of </w:t>
      </w:r>
      <w:r>
        <w:rPr>
          <w:color w:val="000000"/>
        </w:rPr>
        <w:t xml:space="preserve">it </w:t>
      </w:r>
      <w:r>
        <w:rPr>
          <w:color w:val="FF6600"/>
        </w:rPr>
        <w:t xml:space="preserve">in </w:t>
      </w:r>
      <w:r>
        <w:rPr>
          <w:color w:val="000000"/>
        </w:rPr>
        <w:t xml:space="preserve">our </w:t>
      </w:r>
      <w:r>
        <w:rPr>
          <w:color w:val="00FFCC"/>
        </w:rPr>
        <w:t xml:space="preserve">mash </w:t>
      </w:r>
      <w:r>
        <w:rPr>
          <w:color w:val="000000"/>
        </w:rPr>
        <w:t xml:space="preserve">, '' </w:t>
      </w:r>
      <w:r>
        <w:rPr>
          <w:color w:val="CC3399"/>
        </w:rPr>
        <w:t xml:space="preserve">said </w:t>
      </w: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hens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787F"/>
        </w:rPr>
        <w:t xml:space="preserve">Never </w:t>
      </w:r>
      <w:r>
        <w:rPr>
          <w:color w:val="CC3399"/>
        </w:rPr>
        <w:t xml:space="preserve">mind </w:t>
      </w:r>
      <w:r>
        <w:rPr>
          <w:color w:val="000000"/>
        </w:rPr>
        <w:t xml:space="preserve">the </w:t>
      </w:r>
      <w:r>
        <w:rPr>
          <w:color w:val="00FFCC"/>
        </w:rPr>
        <w:t xml:space="preserve">milk </w:t>
      </w:r>
      <w:r>
        <w:rPr>
          <w:color w:val="000000"/>
        </w:rPr>
        <w:t xml:space="preserve">, </w:t>
      </w:r>
      <w:r>
        <w:rPr>
          <w:color w:val="CC3399"/>
        </w:rPr>
        <w:t xml:space="preserve">comrades </w:t>
      </w:r>
      <w:r>
        <w:rPr>
          <w:color w:val="000000"/>
        </w:rPr>
        <w:t xml:space="preserve">! '' </w:t>
      </w:r>
      <w:r>
        <w:rPr>
          <w:color w:val="CC3399"/>
        </w:rPr>
        <w:t xml:space="preserve">cried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  <w:r>
        <w:rPr>
          <w:color w:val="CC3399"/>
        </w:rPr>
        <w:t xml:space="preserve">placing </w:t>
      </w:r>
      <w:r>
        <w:rPr>
          <w:color w:val="000000"/>
        </w:rPr>
        <w:t xml:space="preserve">himself </w:t>
      </w:r>
      <w:r>
        <w:rPr>
          <w:color w:val="FF6600"/>
        </w:rPr>
        <w:t xml:space="preserve">in </w:t>
      </w:r>
      <w:r>
        <w:rPr>
          <w:color w:val="00FFCC"/>
        </w:rPr>
        <w:t xml:space="preserve">front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buckets </w:t>
      </w:r>
      <w:r>
        <w:rPr>
          <w:color w:val="000000"/>
        </w:rPr>
        <w:t xml:space="preserve">. `` That </w:t>
      </w:r>
      <w:r>
        <w:rPr>
          <w:color w:val="003E3E"/>
        </w:rPr>
        <w:t xml:space="preserve">will </w:t>
      </w:r>
      <w:r>
        <w:rPr>
          <w:color w:val="CC3399"/>
        </w:rPr>
        <w:t xml:space="preserve">be attended </w:t>
      </w:r>
      <w:r>
        <w:rPr>
          <w:color w:val="000000"/>
        </w:rPr>
        <w:t xml:space="preserve">to . The </w:t>
      </w:r>
      <w:r>
        <w:rPr>
          <w:color w:val="00FFCC"/>
        </w:rPr>
        <w:t xml:space="preserve">harvest </w:t>
      </w:r>
      <w:r>
        <w:rPr>
          <w:color w:val="CC3399"/>
        </w:rPr>
        <w:t xml:space="preserve">is </w:t>
      </w:r>
      <w:r>
        <w:rPr>
          <w:color w:val="00787F"/>
        </w:rPr>
        <w:t xml:space="preserve">more </w:t>
      </w:r>
      <w:r>
        <w:rPr>
          <w:color w:val="33CCFF"/>
        </w:rPr>
        <w:t xml:space="preserve">important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Comrade Snowball </w:t>
      </w:r>
      <w:r>
        <w:rPr>
          <w:color w:val="003E3E"/>
        </w:rPr>
        <w:t xml:space="preserve">will </w:t>
      </w:r>
      <w:r>
        <w:rPr>
          <w:color w:val="CC3399"/>
        </w:rPr>
        <w:t xml:space="preserve">lead </w:t>
      </w:r>
      <w:r>
        <w:rPr>
          <w:color w:val="000000"/>
        </w:rPr>
        <w:t xml:space="preserve">the </w:t>
      </w:r>
      <w:r>
        <w:rPr>
          <w:color w:val="00FFCC"/>
        </w:rPr>
        <w:t xml:space="preserve">way </w:t>
      </w:r>
      <w:r>
        <w:rPr>
          <w:color w:val="000000"/>
        </w:rPr>
        <w:t xml:space="preserve">. I </w:t>
      </w:r>
      <w:r>
        <w:rPr>
          <w:color w:val="003E3E"/>
        </w:rPr>
        <w:t xml:space="preserve">shall </w:t>
      </w:r>
      <w:r>
        <w:rPr>
          <w:color w:val="CC3399"/>
        </w:rPr>
        <w:t xml:space="preserve">follow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minutes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Forward </w:t>
      </w:r>
      <w:r>
        <w:rPr>
          <w:color w:val="000000"/>
        </w:rPr>
        <w:t xml:space="preserve">, </w:t>
      </w:r>
      <w:r>
        <w:rPr>
          <w:color w:val="CC3399"/>
        </w:rPr>
        <w:t xml:space="preserve">comrades </w:t>
      </w:r>
      <w:r>
        <w:rPr>
          <w:color w:val="000000"/>
        </w:rPr>
        <w:t xml:space="preserve">! The </w:t>
      </w:r>
      <w:r>
        <w:rPr>
          <w:color w:val="00FFCC"/>
        </w:rPr>
        <w:t xml:space="preserve">hay </w:t>
      </w:r>
      <w:r>
        <w:rPr>
          <w:color w:val="CC3399"/>
        </w:rPr>
        <w:t xml:space="preserve">is waiting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So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trooped </w:t>
      </w:r>
      <w:r>
        <w:rPr>
          <w:color w:val="00787F"/>
        </w:rPr>
        <w:t xml:space="preserve">down </w:t>
      </w:r>
      <w:r>
        <w:rPr>
          <w:color w:val="000000"/>
        </w:rPr>
        <w:t xml:space="preserve">to the </w:t>
      </w:r>
      <w:r>
        <w:rPr>
          <w:color w:val="00FFCC"/>
        </w:rPr>
        <w:t xml:space="preserve">hayfield </w:t>
      </w:r>
      <w:r>
        <w:rPr>
          <w:color w:val="000000"/>
        </w:rPr>
        <w:t xml:space="preserve">to </w:t>
      </w:r>
      <w:r>
        <w:rPr>
          <w:color w:val="CC3399"/>
        </w:rPr>
        <w:t xml:space="preserve">begin </w:t>
      </w:r>
      <w:r>
        <w:rPr>
          <w:color w:val="000000"/>
        </w:rPr>
        <w:t xml:space="preserve">the </w:t>
      </w:r>
      <w:r>
        <w:rPr>
          <w:color w:val="00FFCC"/>
        </w:rPr>
        <w:t xml:space="preserve">harvest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came </w:t>
      </w:r>
      <w:r>
        <w:rPr>
          <w:color w:val="00787F"/>
        </w:rPr>
        <w:t xml:space="preserve">back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evening </w:t>
      </w:r>
      <w:r>
        <w:rPr>
          <w:color w:val="000000"/>
        </w:rPr>
        <w:t xml:space="preserve">it </w:t>
      </w:r>
      <w:r>
        <w:rPr>
          <w:color w:val="CC3399"/>
        </w:rPr>
        <w:t xml:space="preserve">was noticed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milk </w:t>
      </w:r>
      <w:r>
        <w:rPr>
          <w:color w:val="CC3399"/>
        </w:rPr>
        <w:t>h</w:t>
      </w:r>
      <w:r>
        <w:rPr>
          <w:color w:val="CC3399"/>
        </w:rPr>
        <w:t xml:space="preserve">ad disappeared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Chapter III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How they </w:t>
      </w:r>
      <w:r>
        <w:rPr>
          <w:color w:val="CC3399"/>
        </w:rPr>
        <w:t xml:space="preserve">toiled </w:t>
      </w:r>
      <w:r>
        <w:rPr>
          <w:color w:val="FF0066"/>
        </w:rPr>
        <w:t xml:space="preserve">and </w:t>
      </w:r>
      <w:r>
        <w:rPr>
          <w:color w:val="CC3399"/>
        </w:rPr>
        <w:t xml:space="preserve">sweated </w:t>
      </w:r>
      <w:r>
        <w:rPr>
          <w:color w:val="000000"/>
        </w:rPr>
        <w:t xml:space="preserve">to </w:t>
      </w:r>
      <w:r>
        <w:rPr>
          <w:color w:val="CC3399"/>
        </w:rPr>
        <w:t xml:space="preserve">get </w:t>
      </w:r>
      <w:r>
        <w:rPr>
          <w:color w:val="000000"/>
        </w:rPr>
        <w:t xml:space="preserve">the </w:t>
      </w:r>
      <w:r>
        <w:rPr>
          <w:color w:val="00FFCC"/>
        </w:rPr>
        <w:t xml:space="preserve">hay </w:t>
      </w:r>
      <w:r>
        <w:rPr>
          <w:color w:val="FF6600"/>
        </w:rPr>
        <w:t xml:space="preserve">in </w:t>
      </w:r>
      <w:r>
        <w:rPr>
          <w:color w:val="000000"/>
        </w:rPr>
        <w:t xml:space="preserve">! </w:t>
      </w:r>
      <w:r>
        <w:rPr>
          <w:color w:val="FF0066"/>
        </w:rPr>
        <w:t xml:space="preserve">But </w:t>
      </w:r>
      <w:r>
        <w:rPr>
          <w:color w:val="000000"/>
        </w:rPr>
        <w:t xml:space="preserve">their </w:t>
      </w:r>
      <w:r>
        <w:rPr>
          <w:color w:val="00FFCC"/>
        </w:rPr>
        <w:t xml:space="preserve">efforts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rewarded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harvest </w:t>
      </w:r>
      <w:r>
        <w:rPr>
          <w:color w:val="CC3399"/>
        </w:rPr>
        <w:t xml:space="preserve">was </w:t>
      </w:r>
      <w:r>
        <w:rPr>
          <w:color w:val="000000"/>
        </w:rPr>
        <w:t xml:space="preserve">an </w:t>
      </w:r>
      <w:r>
        <w:rPr>
          <w:color w:val="00787F"/>
        </w:rPr>
        <w:t xml:space="preserve">even </w:t>
      </w:r>
      <w:r>
        <w:rPr>
          <w:color w:val="33CCFF"/>
        </w:rPr>
        <w:t xml:space="preserve">bigger </w:t>
      </w:r>
      <w:r>
        <w:rPr>
          <w:color w:val="00FFCC"/>
        </w:rPr>
        <w:t xml:space="preserve">success </w:t>
      </w:r>
      <w:r>
        <w:rPr>
          <w:color w:val="FF6600"/>
        </w:rPr>
        <w:t xml:space="preserve">than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hoped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Sometimes </w:t>
      </w:r>
      <w:r>
        <w:rPr>
          <w:color w:val="000000"/>
        </w:rPr>
        <w:t xml:space="preserve">the </w:t>
      </w:r>
      <w:r>
        <w:rPr>
          <w:color w:val="00FFCC"/>
        </w:rPr>
        <w:t xml:space="preserve">work </w:t>
      </w:r>
      <w:r>
        <w:rPr>
          <w:color w:val="CC3399"/>
        </w:rPr>
        <w:t xml:space="preserve">was </w:t>
      </w:r>
      <w:r>
        <w:rPr>
          <w:color w:val="00787F"/>
        </w:rPr>
        <w:t xml:space="preserve">hard </w:t>
      </w:r>
      <w:r>
        <w:rPr>
          <w:color w:val="000000"/>
        </w:rPr>
        <w:t xml:space="preserve">; the </w:t>
      </w:r>
      <w:r>
        <w:rPr>
          <w:color w:val="00FFCC"/>
        </w:rPr>
        <w:t xml:space="preserve">implements </w:t>
      </w:r>
      <w:r>
        <w:rPr>
          <w:color w:val="CC3399"/>
        </w:rPr>
        <w:t xml:space="preserve">had been designed </w:t>
      </w:r>
      <w:r>
        <w:rPr>
          <w:color w:val="FF6600"/>
        </w:rPr>
        <w:t xml:space="preserve">for </w:t>
      </w:r>
      <w:r>
        <w:rPr>
          <w:color w:val="00FFCC"/>
        </w:rPr>
        <w:t xml:space="preserve">human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beings </w:t>
      </w:r>
      <w:r>
        <w:rPr>
          <w:color w:val="FF0066"/>
        </w:rPr>
        <w:t xml:space="preserve">and </w:t>
      </w:r>
      <w:r>
        <w:rPr>
          <w:color w:val="00787F"/>
        </w:rPr>
        <w:t xml:space="preserve">not </w:t>
      </w:r>
      <w:r>
        <w:rPr>
          <w:color w:val="FF6600"/>
        </w:rPr>
        <w:t xml:space="preserve">for </w:t>
      </w:r>
      <w:r>
        <w:rPr>
          <w:color w:val="00FFCC"/>
        </w:rPr>
        <w:t xml:space="preserve">animals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great </w:t>
      </w:r>
      <w:r>
        <w:rPr>
          <w:color w:val="00FFCC"/>
        </w:rPr>
        <w:t xml:space="preserve">drawback </w:t>
      </w:r>
      <w:r>
        <w:rPr>
          <w:color w:val="FF6600"/>
        </w:rPr>
        <w:t xml:space="preserve">that </w:t>
      </w:r>
      <w:r>
        <w:rPr>
          <w:color w:val="000000"/>
        </w:rPr>
        <w:t xml:space="preserve">no </w:t>
      </w:r>
      <w:r>
        <w:rPr>
          <w:color w:val="00FFCC"/>
        </w:rPr>
        <w:t xml:space="preserve">animal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use </w:t>
      </w:r>
      <w:r>
        <w:rPr>
          <w:color w:val="000000"/>
        </w:rPr>
        <w:t xml:space="preserve">any </w:t>
      </w:r>
      <w:r>
        <w:rPr>
          <w:color w:val="00FFCC"/>
        </w:rPr>
        <w:t xml:space="preserve">tool </w:t>
      </w:r>
      <w:r>
        <w:rPr>
          <w:color w:val="000000"/>
        </w:rPr>
        <w:t xml:space="preserve">that </w:t>
      </w:r>
      <w:r>
        <w:rPr>
          <w:color w:val="CC3399"/>
        </w:rPr>
        <w:t xml:space="preserve">involved standing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00FFCC"/>
        </w:rPr>
        <w:t xml:space="preserve">hind legs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</w:t>
      </w:r>
      <w:r>
        <w:rPr>
          <w:color w:val="00787F"/>
        </w:rPr>
        <w:t xml:space="preserve">so </w:t>
      </w:r>
      <w:r>
        <w:rPr>
          <w:color w:val="33CCFF"/>
        </w:rPr>
        <w:t xml:space="preserve">clever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003E3E"/>
        </w:rPr>
        <w:t xml:space="preserve">could </w:t>
      </w:r>
      <w:r>
        <w:rPr>
          <w:color w:val="CC3399"/>
        </w:rPr>
        <w:t xml:space="preserve">think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way round </w:t>
      </w:r>
      <w:r>
        <w:rPr>
          <w:color w:val="000000"/>
        </w:rPr>
        <w:t xml:space="preserve">every </w:t>
      </w:r>
      <w:r>
        <w:rPr>
          <w:color w:val="00FFCC"/>
        </w:rPr>
        <w:t xml:space="preserve">difficulty </w:t>
      </w:r>
      <w:r>
        <w:rPr>
          <w:color w:val="000000"/>
        </w:rPr>
        <w:t xml:space="preserve">.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horses </w:t>
      </w:r>
      <w:r>
        <w:rPr>
          <w:color w:val="000000"/>
        </w:rPr>
        <w:t>, the</w:t>
      </w:r>
      <w:r>
        <w:rPr>
          <w:color w:val="000000"/>
        </w:rPr>
        <w:t xml:space="preserve">y </w:t>
      </w:r>
      <w:r>
        <w:rPr>
          <w:color w:val="CC3399"/>
        </w:rPr>
        <w:t xml:space="preserve">knew </w:t>
      </w:r>
      <w:r>
        <w:rPr>
          <w:color w:val="000000"/>
        </w:rPr>
        <w:t xml:space="preserve">every </w:t>
      </w:r>
      <w:r>
        <w:rPr>
          <w:color w:val="00FFCC"/>
        </w:rPr>
        <w:t xml:space="preserve">inch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field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FFCC"/>
        </w:rPr>
        <w:t xml:space="preserve">fact understood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business </w:t>
      </w:r>
      <w:r>
        <w:rPr>
          <w:color w:val="FF6600"/>
        </w:rPr>
        <w:t xml:space="preserve">of </w:t>
      </w:r>
      <w:r>
        <w:rPr>
          <w:color w:val="00FFCC"/>
        </w:rPr>
        <w:t xml:space="preserve">mowing </w:t>
      </w:r>
      <w:r>
        <w:rPr>
          <w:color w:val="FF0066"/>
        </w:rPr>
        <w:t xml:space="preserve">and </w:t>
      </w:r>
      <w:r>
        <w:rPr>
          <w:color w:val="CC3399"/>
        </w:rPr>
        <w:t xml:space="preserve">raking </w:t>
      </w:r>
      <w:r>
        <w:rPr>
          <w:color w:val="00787F"/>
        </w:rPr>
        <w:t xml:space="preserve">far </w:t>
      </w:r>
      <w:r>
        <w:rPr>
          <w:color w:val="33CCFF"/>
        </w:rPr>
        <w:t xml:space="preserve">better </w:t>
      </w:r>
      <w:r>
        <w:rPr>
          <w:color w:val="FF6600"/>
        </w:rPr>
        <w:t xml:space="preserve">than </w:t>
      </w:r>
      <w:r>
        <w:rPr>
          <w:color w:val="00FFCC"/>
        </w:rPr>
        <w:t xml:space="preserve">Jones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men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ever </w:t>
      </w:r>
      <w:r>
        <w:rPr>
          <w:color w:val="CC3399"/>
        </w:rPr>
        <w:t xml:space="preserve">done </w:t>
      </w:r>
      <w:r>
        <w:rPr>
          <w:color w:val="000000"/>
        </w:rPr>
        <w:t xml:space="preserve">. The </w:t>
      </w:r>
      <w:r>
        <w:rPr>
          <w:color w:val="00FFCC"/>
        </w:rPr>
        <w:t xml:space="preserve">pigs </w:t>
      </w:r>
      <w:r>
        <w:rPr>
          <w:color w:val="CC3399"/>
        </w:rPr>
        <w:t xml:space="preserve">did </w:t>
      </w:r>
      <w:r>
        <w:rPr>
          <w:color w:val="00787F"/>
        </w:rPr>
        <w:t xml:space="preserve">not actually </w:t>
      </w:r>
      <w:r>
        <w:rPr>
          <w:color w:val="CC3399"/>
        </w:rPr>
        <w:t xml:space="preserve">work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CC3399"/>
        </w:rPr>
        <w:t xml:space="preserve">directed </w:t>
      </w:r>
      <w:r>
        <w:rPr>
          <w:color w:val="FF0066"/>
        </w:rPr>
        <w:t xml:space="preserve">and </w:t>
      </w:r>
      <w:r>
        <w:rPr>
          <w:color w:val="CC3399"/>
        </w:rPr>
        <w:t xml:space="preserve">supervised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others </w:t>
      </w:r>
      <w:r>
        <w:rPr>
          <w:color w:val="000000"/>
        </w:rPr>
        <w:t xml:space="preserve">. </w:t>
      </w:r>
      <w:r>
        <w:rPr>
          <w:color w:val="FF6600"/>
        </w:rPr>
        <w:t xml:space="preserve">With </w:t>
      </w:r>
      <w:r>
        <w:rPr>
          <w:color w:val="000000"/>
        </w:rPr>
        <w:t xml:space="preserve">their </w:t>
      </w:r>
      <w:r>
        <w:rPr>
          <w:color w:val="33CCFF"/>
        </w:rPr>
        <w:t xml:space="preserve">superior </w:t>
      </w:r>
      <w:r>
        <w:rPr>
          <w:color w:val="00FFCC"/>
        </w:rPr>
        <w:t xml:space="preserve">knowledge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33CCFF"/>
        </w:rPr>
        <w:t xml:space="preserve">natural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003E3E"/>
        </w:rPr>
        <w:t xml:space="preserve">should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assume </w:t>
      </w:r>
      <w:r>
        <w:rPr>
          <w:color w:val="000000"/>
        </w:rPr>
        <w:t xml:space="preserve">the </w:t>
      </w:r>
      <w:r>
        <w:rPr>
          <w:color w:val="00FFCC"/>
        </w:rPr>
        <w:t xml:space="preserve">leadership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FF0066"/>
        </w:rPr>
        <w:t xml:space="preserve">and </w:t>
      </w:r>
      <w:r>
        <w:rPr>
          <w:color w:val="00FFCC"/>
        </w:rPr>
        <w:t xml:space="preserve">Clover </w:t>
      </w:r>
      <w:r>
        <w:rPr>
          <w:color w:val="003E3E"/>
        </w:rPr>
        <w:t xml:space="preserve">would </w:t>
      </w:r>
      <w:r>
        <w:rPr>
          <w:color w:val="CC3399"/>
        </w:rPr>
        <w:t xml:space="preserve">harness </w:t>
      </w:r>
      <w:r>
        <w:rPr>
          <w:color w:val="000000"/>
        </w:rPr>
        <w:t xml:space="preserve">themselves to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cutter </w:t>
      </w:r>
      <w:r>
        <w:rPr>
          <w:color w:val="FF0066"/>
        </w:rPr>
        <w:t xml:space="preserve">or </w:t>
      </w:r>
      <w:r>
        <w:rPr>
          <w:color w:val="000000"/>
        </w:rPr>
        <w:t xml:space="preserve">the </w:t>
      </w:r>
      <w:r>
        <w:rPr>
          <w:color w:val="00FFCC"/>
        </w:rPr>
        <w:t xml:space="preserve">horse-rake </w:t>
      </w:r>
      <w:r>
        <w:rPr>
          <w:color w:val="000000"/>
        </w:rPr>
        <w:t xml:space="preserve">( no </w:t>
      </w:r>
      <w:r>
        <w:rPr>
          <w:color w:val="00FFCC"/>
        </w:rPr>
        <w:t xml:space="preserve">bits </w:t>
      </w:r>
      <w:r>
        <w:rPr>
          <w:color w:val="FF0066"/>
        </w:rPr>
        <w:t xml:space="preserve">or </w:t>
      </w:r>
      <w:r>
        <w:rPr>
          <w:color w:val="00FFCC"/>
        </w:rPr>
        <w:t xml:space="preserve">reins </w:t>
      </w:r>
      <w:r>
        <w:rPr>
          <w:color w:val="CC3399"/>
        </w:rPr>
        <w:t xml:space="preserve">were needed </w:t>
      </w:r>
      <w:r>
        <w:rPr>
          <w:color w:val="FF6600"/>
        </w:rPr>
        <w:t xml:space="preserve">in </w:t>
      </w:r>
      <w:r>
        <w:rPr>
          <w:color w:val="000000"/>
        </w:rPr>
        <w:t xml:space="preserve">these </w:t>
      </w:r>
      <w:r>
        <w:rPr>
          <w:color w:val="00FFCC"/>
        </w:rPr>
        <w:t xml:space="preserve">days </w:t>
      </w:r>
      <w:r>
        <w:rPr>
          <w:color w:val="000000"/>
        </w:rPr>
        <w:t xml:space="preserve">,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course </w:t>
      </w:r>
      <w:r>
        <w:rPr>
          <w:color w:val="000000"/>
        </w:rPr>
        <w:t xml:space="preserve">) </w:t>
      </w:r>
      <w:r>
        <w:rPr>
          <w:color w:val="FF0066"/>
        </w:rPr>
        <w:t xml:space="preserve">and </w:t>
      </w:r>
      <w:r>
        <w:rPr>
          <w:color w:val="000000"/>
        </w:rPr>
        <w:t xml:space="preserve">tramp </w:t>
      </w:r>
      <w:r>
        <w:rPr>
          <w:color w:val="00787F"/>
        </w:rPr>
        <w:t xml:space="preserve">steadily </w:t>
      </w:r>
      <w:r>
        <w:rPr>
          <w:color w:val="CC3399"/>
        </w:rPr>
        <w:t xml:space="preserve">round </w:t>
      </w:r>
      <w:r>
        <w:rPr>
          <w:color w:val="FF0066"/>
        </w:rPr>
        <w:t xml:space="preserve">and </w:t>
      </w:r>
      <w:r>
        <w:rPr>
          <w:color w:val="CC3399"/>
        </w:rPr>
        <w:t xml:space="preserve">round </w:t>
      </w:r>
      <w:r>
        <w:rPr>
          <w:color w:val="000000"/>
        </w:rPr>
        <w:t xml:space="preserve">the </w:t>
      </w:r>
      <w:r>
        <w:rPr>
          <w:color w:val="00FFCC"/>
        </w:rPr>
        <w:t xml:space="preserve">field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pig walking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behind </w:t>
      </w:r>
      <w:r>
        <w:rPr>
          <w:color w:val="FF0066"/>
        </w:rPr>
        <w:t xml:space="preserve">and </w:t>
      </w:r>
      <w:r>
        <w:rPr>
          <w:color w:val="CC3399"/>
        </w:rPr>
        <w:t xml:space="preserve">calling </w:t>
      </w:r>
      <w:r>
        <w:rPr>
          <w:color w:val="000000"/>
        </w:rPr>
        <w:t xml:space="preserve">out `` </w:t>
      </w:r>
      <w:r>
        <w:rPr>
          <w:color w:val="00FFCC"/>
        </w:rPr>
        <w:t xml:space="preserve">Gee </w:t>
      </w:r>
      <w:r>
        <w:rPr>
          <w:color w:val="00787F"/>
        </w:rPr>
        <w:t xml:space="preserve">up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</w:t>
      </w:r>
      <w:r>
        <w:rPr>
          <w:color w:val="000000"/>
        </w:rPr>
        <w:t xml:space="preserve">! '' </w:t>
      </w:r>
      <w:r>
        <w:rPr>
          <w:color w:val="FF0066"/>
        </w:rPr>
        <w:t xml:space="preserve">or </w:t>
      </w:r>
      <w:r>
        <w:rPr>
          <w:color w:val="000000"/>
        </w:rPr>
        <w:t xml:space="preserve">`` </w:t>
      </w:r>
      <w:r>
        <w:rPr>
          <w:color w:val="00FFCC"/>
        </w:rPr>
        <w:t xml:space="preserve">Whoa </w:t>
      </w:r>
      <w:r>
        <w:rPr>
          <w:color w:val="00787F"/>
        </w:rPr>
        <w:t xml:space="preserve">back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</w:t>
      </w:r>
      <w:r>
        <w:rPr>
          <w:color w:val="000000"/>
        </w:rPr>
        <w:t xml:space="preserve">! ''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case </w:t>
      </w:r>
      <w:r>
        <w:rPr>
          <w:color w:val="003E3E"/>
        </w:rPr>
        <w:t xml:space="preserve">might </w:t>
      </w:r>
      <w:r>
        <w:rPr>
          <w:color w:val="CC3399"/>
        </w:rPr>
        <w:t xml:space="preserve">be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every </w:t>
      </w:r>
      <w:r>
        <w:rPr>
          <w:color w:val="00FFCC"/>
        </w:rPr>
        <w:t xml:space="preserve">animal </w:t>
      </w:r>
      <w:r>
        <w:rPr>
          <w:color w:val="00787F"/>
        </w:rPr>
        <w:t xml:space="preserve">down </w:t>
      </w:r>
      <w:r>
        <w:rPr>
          <w:color w:val="000000"/>
        </w:rPr>
        <w:t xml:space="preserve">to the </w:t>
      </w:r>
      <w:r>
        <w:rPr>
          <w:color w:val="33CCFF"/>
        </w:rPr>
        <w:t xml:space="preserve">humblest </w:t>
      </w:r>
      <w:r>
        <w:rPr>
          <w:color w:val="CC3399"/>
        </w:rPr>
        <w:t xml:space="preserve">worked </w:t>
      </w:r>
      <w:r>
        <w:rPr>
          <w:color w:val="FF6600"/>
        </w:rPr>
        <w:t xml:space="preserve">at </w:t>
      </w:r>
      <w:r>
        <w:rPr>
          <w:color w:val="CC3399"/>
        </w:rPr>
        <w:t xml:space="preserve">turning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hay </w:t>
      </w:r>
      <w:r>
        <w:rPr>
          <w:color w:val="FF0066"/>
        </w:rPr>
        <w:t xml:space="preserve">and </w:t>
      </w:r>
      <w:r>
        <w:rPr>
          <w:color w:val="CC3399"/>
        </w:rPr>
        <w:t xml:space="preserve">gathering </w:t>
      </w:r>
      <w:r>
        <w:rPr>
          <w:color w:val="000000"/>
        </w:rPr>
        <w:t xml:space="preserve">it . </w:t>
      </w:r>
      <w:r>
        <w:rPr>
          <w:color w:val="00787F"/>
        </w:rPr>
        <w:t xml:space="preserve">Even </w:t>
      </w:r>
      <w:r>
        <w:rPr>
          <w:color w:val="000000"/>
        </w:rPr>
        <w:t xml:space="preserve">the </w:t>
      </w:r>
      <w:r>
        <w:rPr>
          <w:color w:val="00FFCC"/>
        </w:rPr>
        <w:t xml:space="preserve">ducks </w:t>
      </w:r>
      <w:r>
        <w:rPr>
          <w:color w:val="FF0066"/>
        </w:rPr>
        <w:t xml:space="preserve">and </w:t>
      </w:r>
      <w:r>
        <w:rPr>
          <w:color w:val="00FFCC"/>
        </w:rPr>
        <w:t xml:space="preserve">hens </w:t>
      </w:r>
      <w:r>
        <w:rPr>
          <w:color w:val="CC3399"/>
        </w:rPr>
        <w:t xml:space="preserve">toiled </w:t>
      </w:r>
      <w:r>
        <w:rPr>
          <w:color w:val="000000"/>
        </w:rPr>
        <w:t xml:space="preserve">to </w:t>
      </w:r>
      <w:r>
        <w:rPr>
          <w:color w:val="FF0066"/>
        </w:rPr>
        <w:t xml:space="preserve">and </w:t>
      </w:r>
      <w:r>
        <w:rPr>
          <w:color w:val="CC3399"/>
        </w:rPr>
        <w:t xml:space="preserve">fro </w:t>
      </w:r>
      <w:r>
        <w:rPr>
          <w:color w:val="000000"/>
        </w:rPr>
        <w:t xml:space="preserve">all </w:t>
      </w:r>
      <w:r>
        <w:rPr>
          <w:color w:val="00FFCC"/>
        </w:rPr>
        <w:t xml:space="preserve">day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sun </w:t>
      </w:r>
      <w:r>
        <w:rPr>
          <w:color w:val="000000"/>
        </w:rPr>
        <w:t xml:space="preserve">, </w:t>
      </w:r>
      <w:r>
        <w:rPr>
          <w:color w:val="CC3399"/>
        </w:rPr>
        <w:t xml:space="preserve">carrying </w:t>
      </w:r>
      <w:r>
        <w:rPr>
          <w:color w:val="33CCFF"/>
        </w:rPr>
        <w:t xml:space="preserve">tiny </w:t>
      </w:r>
      <w:r>
        <w:rPr>
          <w:color w:val="00FFCC"/>
        </w:rPr>
        <w:t xml:space="preserve">wisps </w:t>
      </w:r>
      <w:r>
        <w:rPr>
          <w:color w:val="FF6600"/>
        </w:rPr>
        <w:t xml:space="preserve">of </w:t>
      </w:r>
      <w:r>
        <w:rPr>
          <w:color w:val="00FFCC"/>
        </w:rPr>
        <w:t xml:space="preserve">hay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beaks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end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finished </w:t>
      </w:r>
      <w:r>
        <w:rPr>
          <w:color w:val="000000"/>
        </w:rPr>
        <w:t xml:space="preserve">the </w:t>
      </w:r>
      <w:r>
        <w:rPr>
          <w:color w:val="00FFCC"/>
        </w:rPr>
        <w:t xml:space="preserve">harvest </w:t>
      </w:r>
      <w:r>
        <w:rPr>
          <w:color w:val="FF6600"/>
        </w:rPr>
        <w:t xml:space="preserve">in </w:t>
      </w:r>
      <w:r>
        <w:rPr>
          <w:color w:val="000000"/>
        </w:rPr>
        <w:t xml:space="preserve">two </w:t>
      </w:r>
      <w:r>
        <w:rPr>
          <w:color w:val="00FFCC"/>
        </w:rPr>
        <w:t xml:space="preserve">days </w:t>
      </w:r>
      <w:r>
        <w:rPr>
          <w:color w:val="000000"/>
        </w:rPr>
        <w:t xml:space="preserve">' </w:t>
      </w:r>
      <w:r>
        <w:rPr>
          <w:color w:val="33CCFF"/>
        </w:rPr>
        <w:t xml:space="preserve">less </w:t>
      </w:r>
      <w:r>
        <w:rPr>
          <w:color w:val="00FFCC"/>
        </w:rPr>
        <w:t xml:space="preserve">time </w:t>
      </w:r>
      <w:r>
        <w:rPr>
          <w:color w:val="FF6600"/>
        </w:rPr>
        <w:t xml:space="preserve">than </w:t>
      </w:r>
      <w:r>
        <w:rPr>
          <w:color w:val="000000"/>
        </w:rPr>
        <w:t xml:space="preserve">it </w:t>
      </w:r>
      <w:r>
        <w:rPr>
          <w:color w:val="CC3399"/>
        </w:rPr>
        <w:t xml:space="preserve">had </w:t>
      </w:r>
      <w:r>
        <w:rPr>
          <w:color w:val="00787F"/>
        </w:rPr>
        <w:t xml:space="preserve">usually </w:t>
      </w:r>
      <w:r>
        <w:rPr>
          <w:color w:val="CC3399"/>
        </w:rPr>
        <w:t xml:space="preserve">taken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Jones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men </w:t>
      </w:r>
      <w:r>
        <w:rPr>
          <w:color w:val="000000"/>
        </w:rPr>
        <w:t xml:space="preserve">. </w:t>
      </w:r>
      <w:r>
        <w:rPr>
          <w:color w:val="00787F"/>
        </w:rPr>
        <w:t xml:space="preserve">Moreover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33CCFF"/>
        </w:rPr>
        <w:t xml:space="preserve">biggest </w:t>
      </w:r>
      <w:r>
        <w:rPr>
          <w:color w:val="00FFCC"/>
        </w:rPr>
        <w:t xml:space="preserve">harvest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ever </w:t>
      </w:r>
      <w:r>
        <w:rPr>
          <w:color w:val="CC3399"/>
        </w:rPr>
        <w:t xml:space="preserve">seen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no </w:t>
      </w:r>
      <w:r>
        <w:rPr>
          <w:color w:val="00FFCC"/>
        </w:rPr>
        <w:t xml:space="preserve">wastage </w:t>
      </w:r>
      <w:r>
        <w:rPr>
          <w:color w:val="000000"/>
        </w:rPr>
        <w:t xml:space="preserve">whatever ; </w:t>
      </w:r>
      <w:r>
        <w:rPr>
          <w:color w:val="000000"/>
        </w:rPr>
        <w:t xml:space="preserve">the </w:t>
      </w:r>
      <w:r>
        <w:rPr>
          <w:color w:val="00FFCC"/>
        </w:rPr>
        <w:t xml:space="preserve">hens </w:t>
      </w:r>
      <w:r>
        <w:rPr>
          <w:color w:val="FF0066"/>
        </w:rPr>
        <w:t xml:space="preserve">and </w:t>
      </w:r>
      <w:r>
        <w:rPr>
          <w:color w:val="00FFCC"/>
        </w:rPr>
        <w:t xml:space="preserve">ducks </w:t>
      </w:r>
      <w:r>
        <w:rPr>
          <w:color w:val="FF6600"/>
        </w:rPr>
        <w:t xml:space="preserve">with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sharp </w:t>
      </w:r>
      <w:r>
        <w:rPr>
          <w:color w:val="00FFCC"/>
        </w:rPr>
        <w:t xml:space="preserve">eyes </w:t>
      </w:r>
      <w:r>
        <w:rPr>
          <w:color w:val="CC3399"/>
        </w:rPr>
        <w:t xml:space="preserve">had gathered </w:t>
      </w:r>
      <w:r>
        <w:rPr>
          <w:color w:val="000000"/>
        </w:rPr>
        <w:t xml:space="preserve">up the </w:t>
      </w:r>
      <w:r>
        <w:rPr>
          <w:color w:val="00787F"/>
        </w:rPr>
        <w:t xml:space="preserve">very </w:t>
      </w:r>
      <w:r>
        <w:rPr>
          <w:color w:val="33CCFF"/>
        </w:rPr>
        <w:t xml:space="preserve">last </w:t>
      </w:r>
      <w:r>
        <w:rPr>
          <w:color w:val="00FFCC"/>
        </w:rPr>
        <w:t xml:space="preserve">stalk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787F"/>
        </w:rPr>
        <w:t xml:space="preserve">not </w:t>
      </w:r>
      <w:r>
        <w:rPr>
          <w:color w:val="000000"/>
        </w:rPr>
        <w:t xml:space="preserve">an </w:t>
      </w:r>
      <w:r>
        <w:rPr>
          <w:color w:val="00FFCC"/>
        </w:rPr>
        <w:t xml:space="preserve">animal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CC3399"/>
        </w:rPr>
        <w:t xml:space="preserve">had stolen </w:t>
      </w:r>
      <w:r>
        <w:rPr>
          <w:color w:val="00787F"/>
        </w:rPr>
        <w:t xml:space="preserve">so </w:t>
      </w:r>
      <w:r>
        <w:rPr>
          <w:color w:val="33CCFF"/>
        </w:rPr>
        <w:t xml:space="preserve">much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mouthful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All </w:t>
      </w:r>
      <w:r>
        <w:rPr>
          <w:color w:val="FF6600"/>
        </w:rPr>
        <w:t xml:space="preserve">through </w:t>
      </w:r>
      <w:r>
        <w:rPr>
          <w:color w:val="000000"/>
        </w:rPr>
        <w:t xml:space="preserve">that </w:t>
      </w:r>
      <w:r>
        <w:rPr>
          <w:color w:val="00FFCC"/>
        </w:rPr>
        <w:t xml:space="preserve">summer </w:t>
      </w:r>
      <w:r>
        <w:rPr>
          <w:color w:val="000000"/>
        </w:rPr>
        <w:t xml:space="preserve">the </w:t>
      </w:r>
      <w:r>
        <w:rPr>
          <w:color w:val="00FFCC"/>
        </w:rPr>
        <w:t xml:space="preserve">work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went </w:t>
      </w:r>
      <w:r>
        <w:rPr>
          <w:color w:val="FF6600"/>
        </w:rPr>
        <w:t xml:space="preserve">like </w:t>
      </w:r>
      <w:r>
        <w:rPr>
          <w:color w:val="00FFCC"/>
        </w:rPr>
        <w:t xml:space="preserve">clockwork </w:t>
      </w:r>
      <w:r>
        <w:rPr>
          <w:color w:val="000000"/>
        </w:rPr>
        <w:t xml:space="preserve">.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33CCFF"/>
        </w:rPr>
        <w:t xml:space="preserve">happy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787F"/>
        </w:rPr>
        <w:t>never</w:t>
      </w:r>
      <w:r>
        <w:rPr>
          <w:color w:val="00787F"/>
        </w:rPr>
        <w:t xml:space="preserve"> </w:t>
      </w:r>
      <w:r>
        <w:rPr>
          <w:color w:val="CC3399"/>
        </w:rPr>
        <w:t xml:space="preserve">conceived </w:t>
      </w:r>
      <w:r>
        <w:rPr>
          <w:color w:val="000000"/>
        </w:rPr>
        <w:t xml:space="preserve">it </w:t>
      </w:r>
      <w:r>
        <w:rPr>
          <w:color w:val="33CCFF"/>
        </w:rPr>
        <w:t xml:space="preserve">possible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000000"/>
        </w:rPr>
        <w:t xml:space="preserve">. Every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mouthful </w:t>
      </w:r>
      <w:r>
        <w:rPr>
          <w:color w:val="FF6600"/>
        </w:rPr>
        <w:t xml:space="preserve">of </w:t>
      </w:r>
      <w:r>
        <w:rPr>
          <w:color w:val="00FFCC"/>
        </w:rPr>
        <w:t xml:space="preserve">food </w:t>
      </w:r>
      <w:r>
        <w:rPr>
          <w:color w:val="CC3399"/>
        </w:rPr>
        <w:t xml:space="preserve">was </w:t>
      </w:r>
      <w:r>
        <w:rPr>
          <w:color w:val="000000"/>
        </w:rPr>
        <w:t xml:space="preserve">an </w:t>
      </w:r>
      <w:r>
        <w:rPr>
          <w:color w:val="33CCFF"/>
        </w:rPr>
        <w:t xml:space="preserve">acute positive </w:t>
      </w:r>
      <w:r>
        <w:rPr>
          <w:color w:val="00FFCC"/>
        </w:rPr>
        <w:t xml:space="preserve">pleasure </w:t>
      </w:r>
      <w:r>
        <w:rPr>
          <w:color w:val="000000"/>
        </w:rPr>
        <w:t xml:space="preserve">, </w:t>
      </w:r>
      <w:r>
        <w:rPr>
          <w:color w:val="00787F"/>
        </w:rPr>
        <w:t xml:space="preserve">now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787F"/>
        </w:rPr>
        <w:t xml:space="preserve">truly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FFCC"/>
        </w:rPr>
        <w:t xml:space="preserve">food </w:t>
      </w:r>
      <w:r>
        <w:rPr>
          <w:color w:val="000000"/>
        </w:rPr>
        <w:t xml:space="preserve">, </w:t>
      </w:r>
      <w:r>
        <w:rPr>
          <w:color w:val="CC3399"/>
        </w:rPr>
        <w:t xml:space="preserve">produced </w:t>
      </w:r>
      <w:r>
        <w:rPr>
          <w:color w:val="FF6600"/>
        </w:rPr>
        <w:t xml:space="preserve">by </w:t>
      </w:r>
      <w:r>
        <w:rPr>
          <w:color w:val="000000"/>
        </w:rPr>
        <w:t xml:space="preserve">themselves </w:t>
      </w:r>
      <w:r>
        <w:rPr>
          <w:color w:val="FF0066"/>
        </w:rPr>
        <w:t xml:space="preserve">and </w:t>
      </w:r>
      <w:r>
        <w:rPr>
          <w:color w:val="FF6600"/>
        </w:rPr>
        <w:t xml:space="preserve">for </w:t>
      </w:r>
      <w:r>
        <w:rPr>
          <w:color w:val="000000"/>
        </w:rPr>
        <w:t xml:space="preserve">themselves , </w:t>
      </w:r>
      <w:r>
        <w:rPr>
          <w:color w:val="00787F"/>
        </w:rPr>
        <w:t xml:space="preserve">not </w:t>
      </w:r>
      <w:r>
        <w:rPr>
          <w:color w:val="CC3399"/>
        </w:rPr>
        <w:t xml:space="preserve">doled </w:t>
      </w:r>
      <w:r>
        <w:rPr>
          <w:color w:val="000000"/>
        </w:rPr>
        <w:t xml:space="preserve">out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them </w:t>
      </w: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  <w:r>
        <w:rPr>
          <w:color w:val="33CCFF"/>
        </w:rPr>
        <w:t xml:space="preserve">grudging </w:t>
      </w:r>
      <w:r>
        <w:rPr>
          <w:color w:val="00FFCC"/>
        </w:rPr>
        <w:t xml:space="preserve">master </w:t>
      </w:r>
      <w:r>
        <w:rPr>
          <w:color w:val="000000"/>
        </w:rPr>
        <w:t xml:space="preserve">.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33CCFF"/>
        </w:rPr>
        <w:t xml:space="preserve">worthless parasitical human </w:t>
      </w:r>
      <w:r>
        <w:rPr>
          <w:color w:val="00FFCC"/>
        </w:rPr>
        <w:t xml:space="preserve">beings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gone </w:t>
      </w:r>
      <w:r>
        <w:rPr>
          <w:color w:val="000000"/>
        </w:rPr>
        <w:t xml:space="preserve">, there </w:t>
      </w:r>
      <w:r>
        <w:rPr>
          <w:color w:val="CC3399"/>
        </w:rPr>
        <w:t xml:space="preserve">was </w:t>
      </w:r>
      <w:r>
        <w:rPr>
          <w:color w:val="33CCFF"/>
        </w:rPr>
        <w:t xml:space="preserve">more </w:t>
      </w:r>
      <w:r>
        <w:rPr>
          <w:color w:val="FF6600"/>
        </w:rPr>
        <w:t xml:space="preserve">for </w:t>
      </w:r>
      <w:r>
        <w:rPr>
          <w:color w:val="00FFCC"/>
        </w:rPr>
        <w:t xml:space="preserve">everyone </w:t>
      </w:r>
      <w:r>
        <w:rPr>
          <w:color w:val="000000"/>
        </w:rPr>
        <w:t xml:space="preserve">to </w:t>
      </w:r>
      <w:r>
        <w:rPr>
          <w:color w:val="CC3399"/>
        </w:rPr>
        <w:t xml:space="preserve">eat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was </w:t>
      </w:r>
      <w:r>
        <w:rPr>
          <w:color w:val="33CCFF"/>
        </w:rPr>
        <w:t xml:space="preserve">more </w:t>
      </w:r>
      <w:r>
        <w:rPr>
          <w:color w:val="00FFCC"/>
        </w:rPr>
        <w:t xml:space="preserve">leisure </w:t>
      </w:r>
      <w:r>
        <w:rPr>
          <w:color w:val="00787F"/>
        </w:rPr>
        <w:t xml:space="preserve">too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inexperienced </w:t>
      </w:r>
      <w:r>
        <w:rPr>
          <w:color w:val="FF6600"/>
        </w:rPr>
        <w:t xml:space="preserve">though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0000"/>
        </w:rPr>
        <w:t xml:space="preserve">. They </w:t>
      </w:r>
      <w:r>
        <w:rPr>
          <w:color w:val="CC3399"/>
        </w:rPr>
        <w:t xml:space="preserve">met </w:t>
      </w:r>
      <w:r>
        <w:rPr>
          <w:color w:val="FF6600"/>
        </w:rPr>
        <w:t xml:space="preserve">with </w:t>
      </w:r>
      <w:r>
        <w:rPr>
          <w:color w:val="33CCFF"/>
        </w:rPr>
        <w:t xml:space="preserve">many </w:t>
      </w:r>
      <w:r>
        <w:rPr>
          <w:color w:val="00FFCC"/>
        </w:rPr>
        <w:t xml:space="preserve">difficulties </w:t>
      </w:r>
      <w:r>
        <w:rPr>
          <w:color w:val="000000"/>
        </w:rPr>
        <w:t xml:space="preserve">--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instance </w:t>
      </w:r>
      <w:r>
        <w:rPr>
          <w:color w:val="000000"/>
        </w:rPr>
        <w:t xml:space="preserve">, </w:t>
      </w:r>
      <w:r>
        <w:rPr>
          <w:color w:val="00787F"/>
        </w:rPr>
        <w:t xml:space="preserve">later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year </w:t>
      </w:r>
      <w:r>
        <w:rPr>
          <w:color w:val="000000"/>
        </w:rPr>
        <w:t xml:space="preserve">, when they </w:t>
      </w:r>
      <w:r>
        <w:rPr>
          <w:color w:val="CC3399"/>
        </w:rPr>
        <w:t xml:space="preserve">harvested </w:t>
      </w:r>
      <w:r>
        <w:rPr>
          <w:color w:val="000000"/>
        </w:rPr>
        <w:t xml:space="preserve">the </w:t>
      </w:r>
      <w:r>
        <w:rPr>
          <w:color w:val="00FFCC"/>
        </w:rPr>
        <w:t xml:space="preserve">corn </w:t>
      </w:r>
      <w:r>
        <w:rPr>
          <w:color w:val="000000"/>
        </w:rPr>
        <w:t xml:space="preserve">, they </w:t>
      </w:r>
      <w:r>
        <w:rPr>
          <w:color w:val="CC3399"/>
        </w:rPr>
        <w:t xml:space="preserve">had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tread </w:t>
      </w:r>
      <w:r>
        <w:rPr>
          <w:color w:val="000000"/>
        </w:rPr>
        <w:t xml:space="preserve">it out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ancient </w:t>
      </w:r>
      <w:r>
        <w:rPr>
          <w:color w:val="00FFCC"/>
        </w:rPr>
        <w:t xml:space="preserve">style </w:t>
      </w:r>
      <w:r>
        <w:rPr>
          <w:color w:val="FF0066"/>
        </w:rPr>
        <w:t xml:space="preserve">and </w:t>
      </w:r>
      <w:r>
        <w:rPr>
          <w:color w:val="CC3399"/>
        </w:rPr>
        <w:t xml:space="preserve">blow </w:t>
      </w:r>
      <w:r>
        <w:rPr>
          <w:color w:val="000000"/>
        </w:rPr>
        <w:t xml:space="preserve">away the </w:t>
      </w:r>
      <w:r>
        <w:rPr>
          <w:color w:val="00FFCC"/>
        </w:rPr>
        <w:t xml:space="preserve">chaff </w:t>
      </w:r>
      <w:r>
        <w:rPr>
          <w:color w:val="FF6600"/>
        </w:rPr>
        <w:t xml:space="preserve">with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breath </w:t>
      </w:r>
      <w:r>
        <w:rPr>
          <w:color w:val="000000"/>
        </w:rPr>
        <w:t xml:space="preserve">, </w:t>
      </w:r>
      <w:r>
        <w:rPr>
          <w:color w:val="FF6600"/>
        </w:rPr>
        <w:t xml:space="preserve">since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possessed </w:t>
      </w:r>
      <w:r>
        <w:rPr>
          <w:color w:val="000000"/>
        </w:rPr>
        <w:t xml:space="preserve">no </w:t>
      </w:r>
      <w:r>
        <w:rPr>
          <w:color w:val="00FFCC"/>
        </w:rPr>
        <w:t xml:space="preserve">threshing machine </w:t>
      </w:r>
      <w:r>
        <w:rPr>
          <w:color w:val="000000"/>
        </w:rPr>
        <w:t xml:space="preserve">--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their </w:t>
      </w:r>
      <w:r>
        <w:rPr>
          <w:color w:val="00FFCC"/>
        </w:rPr>
        <w:t xml:space="preserve">cleverness </w:t>
      </w:r>
      <w:r>
        <w:rPr>
          <w:color w:val="FF0066"/>
        </w:rPr>
        <w:t xml:space="preserve">and </w:t>
      </w:r>
      <w:r>
        <w:rPr>
          <w:color w:val="00FFCC"/>
        </w:rPr>
        <w:t xml:space="preserve">Boxer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33CCFF"/>
        </w:rPr>
        <w:t xml:space="preserve">tremendous </w:t>
      </w:r>
      <w:r>
        <w:rPr>
          <w:color w:val="00FFCC"/>
        </w:rPr>
        <w:t xml:space="preserve">muscles </w:t>
      </w:r>
      <w:r>
        <w:rPr>
          <w:color w:val="00787F"/>
        </w:rPr>
        <w:t xml:space="preserve">always </w:t>
      </w:r>
      <w:r>
        <w:rPr>
          <w:color w:val="CC3399"/>
        </w:rPr>
        <w:t xml:space="preserve">pulled </w:t>
      </w:r>
      <w:r>
        <w:rPr>
          <w:color w:val="000000"/>
        </w:rPr>
        <w:t xml:space="preserve">them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through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00FFCC"/>
        </w:rPr>
        <w:t xml:space="preserve">admiration </w:t>
      </w:r>
      <w:r>
        <w:rPr>
          <w:color w:val="FF6600"/>
        </w:rPr>
        <w:t xml:space="preserve">of </w:t>
      </w:r>
      <w:r>
        <w:rPr>
          <w:color w:val="00FFCC"/>
        </w:rPr>
        <w:t xml:space="preserve">everybody </w:t>
      </w:r>
      <w:r>
        <w:rPr>
          <w:color w:val="000000"/>
        </w:rPr>
        <w:t xml:space="preserve">. </w:t>
      </w:r>
      <w:r>
        <w:rPr>
          <w:color w:val="000000"/>
        </w:rPr>
        <w:t xml:space="preserve">He </w:t>
      </w:r>
      <w:r>
        <w:rPr>
          <w:color w:val="CC3399"/>
        </w:rPr>
        <w:t xml:space="preserve">had been </w:t>
      </w:r>
      <w:r>
        <w:rPr>
          <w:color w:val="000000"/>
        </w:rPr>
        <w:t xml:space="preserve">a </w:t>
      </w:r>
      <w:r>
        <w:rPr>
          <w:color w:val="33CCFF"/>
        </w:rPr>
        <w:t xml:space="preserve">hard </w:t>
      </w:r>
      <w:r>
        <w:rPr>
          <w:color w:val="00FFCC"/>
        </w:rPr>
        <w:t xml:space="preserve">worker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even </w:t>
      </w:r>
      <w:r>
        <w:rPr>
          <w:color w:val="FF6600"/>
        </w:rPr>
        <w:t xml:space="preserve">in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time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787F"/>
        </w:rPr>
        <w:t xml:space="preserve">now </w:t>
      </w:r>
      <w:r>
        <w:rPr>
          <w:color w:val="000000"/>
        </w:rPr>
        <w:t xml:space="preserve">he </w:t>
      </w:r>
      <w:r>
        <w:rPr>
          <w:color w:val="CC3399"/>
        </w:rPr>
        <w:t xml:space="preserve">seemed </w:t>
      </w:r>
      <w:r>
        <w:rPr>
          <w:color w:val="00787F"/>
        </w:rPr>
        <w:t xml:space="preserve">more </w:t>
      </w:r>
      <w:r>
        <w:rPr>
          <w:color w:val="FF6600"/>
        </w:rPr>
        <w:t xml:space="preserve">like </w:t>
      </w:r>
      <w:r>
        <w:rPr>
          <w:color w:val="000000"/>
        </w:rPr>
        <w:t xml:space="preserve">three </w:t>
      </w:r>
      <w:r>
        <w:rPr>
          <w:color w:val="00FFCC"/>
        </w:rPr>
        <w:t xml:space="preserve">horses </w:t>
      </w:r>
      <w:r>
        <w:rPr>
          <w:color w:val="FF6600"/>
        </w:rPr>
        <w:t xml:space="preserve">than </w:t>
      </w:r>
      <w:r>
        <w:rPr>
          <w:color w:val="000000"/>
        </w:rPr>
        <w:t xml:space="preserve">one ;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00FFCC"/>
        </w:rPr>
        <w:t xml:space="preserve">days </w:t>
      </w:r>
      <w:r>
        <w:rPr>
          <w:color w:val="000000"/>
        </w:rPr>
        <w:t xml:space="preserve">when the </w:t>
      </w:r>
      <w:r>
        <w:rPr>
          <w:color w:val="33CCFF"/>
        </w:rPr>
        <w:t xml:space="preserve">entire </w:t>
      </w:r>
      <w:r>
        <w:rPr>
          <w:color w:val="00FFCC"/>
        </w:rPr>
        <w:t xml:space="preserve">work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</w:t>
      </w:r>
      <w:r>
        <w:rPr>
          <w:color w:val="CC3399"/>
        </w:rPr>
        <w:t xml:space="preserve">rest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mighty shoulders </w:t>
      </w:r>
      <w:r>
        <w:rPr>
          <w:color w:val="000000"/>
        </w:rPr>
        <w:t xml:space="preserve">. </w:t>
      </w:r>
      <w:r>
        <w:rPr>
          <w:color w:val="FF6600"/>
        </w:rPr>
        <w:t xml:space="preserve">From </w:t>
      </w:r>
      <w:r>
        <w:rPr>
          <w:color w:val="00FFCC"/>
        </w:rPr>
        <w:t xml:space="preserve">morning </w:t>
      </w:r>
      <w:r>
        <w:rPr>
          <w:color w:val="000000"/>
        </w:rPr>
        <w:t xml:space="preserve">to </w:t>
      </w:r>
      <w:r>
        <w:rPr>
          <w:color w:val="00FFCC"/>
        </w:rPr>
        <w:t xml:space="preserve">night </w:t>
      </w:r>
      <w:r>
        <w:rPr>
          <w:color w:val="000000"/>
        </w:rPr>
        <w:t xml:space="preserve">he </w:t>
      </w:r>
      <w:r>
        <w:rPr>
          <w:color w:val="CC3399"/>
        </w:rPr>
        <w:t xml:space="preserve">was pushing </w:t>
      </w:r>
      <w:r>
        <w:rPr>
          <w:color w:val="FF0066"/>
        </w:rPr>
        <w:t xml:space="preserve">and </w:t>
      </w:r>
      <w:r>
        <w:rPr>
          <w:color w:val="CC3399"/>
        </w:rPr>
        <w:t xml:space="preserve">pulling </w:t>
      </w:r>
      <w:r>
        <w:rPr>
          <w:color w:val="000000"/>
        </w:rPr>
        <w:t xml:space="preserve">, </w:t>
      </w:r>
      <w:r>
        <w:rPr>
          <w:color w:val="00787F"/>
        </w:rPr>
        <w:t xml:space="preserve">always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spot </w:t>
      </w:r>
      <w:r>
        <w:rPr>
          <w:color w:val="000000"/>
        </w:rPr>
        <w:t xml:space="preserve">where the </w:t>
      </w:r>
      <w:r>
        <w:rPr>
          <w:color w:val="00FFCC"/>
        </w:rPr>
        <w:t xml:space="preserve">work </w:t>
      </w:r>
      <w:r>
        <w:rPr>
          <w:color w:val="CC3399"/>
        </w:rPr>
        <w:t xml:space="preserve">was </w:t>
      </w:r>
      <w:r>
        <w:rPr>
          <w:color w:val="00787F"/>
        </w:rPr>
        <w:t xml:space="preserve">hardest </w:t>
      </w:r>
      <w:r>
        <w:rPr>
          <w:color w:val="000000"/>
        </w:rPr>
        <w:t xml:space="preserve">. He </w:t>
      </w:r>
      <w:r>
        <w:rPr>
          <w:color w:val="CC3399"/>
        </w:rPr>
        <w:t xml:space="preserve">had made </w:t>
      </w:r>
      <w:r>
        <w:rPr>
          <w:color w:val="000000"/>
        </w:rPr>
        <w:t xml:space="preserve">an </w:t>
      </w:r>
      <w:r>
        <w:rPr>
          <w:color w:val="00FFCC"/>
        </w:rPr>
        <w:t xml:space="preserve">arrangement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cockerels </w:t>
      </w:r>
      <w:r>
        <w:rPr>
          <w:color w:val="000000"/>
        </w:rPr>
        <w:t xml:space="preserve">to </w:t>
      </w:r>
      <w:r>
        <w:rPr>
          <w:color w:val="CC3399"/>
        </w:rPr>
        <w:t xml:space="preserve">call </w:t>
      </w:r>
      <w:r>
        <w:rPr>
          <w:color w:val="000000"/>
        </w:rPr>
        <w:t xml:space="preserve">him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mornings </w:t>
      </w:r>
      <w:r>
        <w:rPr>
          <w:color w:val="000000"/>
        </w:rPr>
        <w:t xml:space="preserve">half an </w:t>
      </w:r>
      <w:r>
        <w:rPr>
          <w:color w:val="00FFCC"/>
        </w:rPr>
        <w:t xml:space="preserve">hour </w:t>
      </w:r>
      <w:r>
        <w:rPr>
          <w:color w:val="00787F"/>
        </w:rPr>
        <w:t xml:space="preserve">earlier </w:t>
      </w:r>
      <w:r>
        <w:rPr>
          <w:color w:val="FF6600"/>
        </w:rPr>
        <w:t xml:space="preserve">than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anyone </w:t>
      </w:r>
      <w:r>
        <w:rPr>
          <w:color w:val="00787F"/>
        </w:rPr>
        <w:t xml:space="preserve">else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3E3E"/>
        </w:rPr>
        <w:t xml:space="preserve">would </w:t>
      </w:r>
      <w:r>
        <w:rPr>
          <w:color w:val="CC3399"/>
        </w:rPr>
        <w:t xml:space="preserve">put </w:t>
      </w:r>
      <w:r>
        <w:rPr>
          <w:color w:val="FF6600"/>
        </w:rPr>
        <w:t xml:space="preserve">in </w:t>
      </w:r>
      <w:r>
        <w:rPr>
          <w:color w:val="000000"/>
        </w:rPr>
        <w:t xml:space="preserve">some </w:t>
      </w:r>
      <w:r>
        <w:rPr>
          <w:color w:val="00FFCC"/>
        </w:rPr>
        <w:t xml:space="preserve">volunteer labour </w:t>
      </w:r>
      <w:r>
        <w:rPr>
          <w:color w:val="FF6600"/>
        </w:rPr>
        <w:t xml:space="preserve">at </w:t>
      </w:r>
      <w:r>
        <w:rPr>
          <w:color w:val="000000"/>
        </w:rPr>
        <w:t xml:space="preserve">whatever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</w:t>
      </w:r>
      <w:r>
        <w:rPr>
          <w:color w:val="00787F"/>
        </w:rPr>
        <w:t xml:space="preserve">most </w:t>
      </w:r>
      <w:r>
        <w:rPr>
          <w:color w:val="CC3399"/>
        </w:rPr>
        <w:t xml:space="preserve">needed </w:t>
      </w:r>
      <w:r>
        <w:rPr>
          <w:color w:val="000000"/>
        </w:rPr>
        <w:t xml:space="preserve">, </w:t>
      </w:r>
      <w:r>
        <w:rPr>
          <w:color w:val="FF6600"/>
        </w:rPr>
        <w:t xml:space="preserve">before </w:t>
      </w:r>
      <w:r>
        <w:rPr>
          <w:color w:val="000000"/>
        </w:rPr>
        <w:t xml:space="preserve">the </w:t>
      </w:r>
      <w:r>
        <w:rPr>
          <w:color w:val="33CCFF"/>
        </w:rPr>
        <w:t>re</w:t>
      </w:r>
      <w:r>
        <w:rPr>
          <w:color w:val="33CCFF"/>
        </w:rPr>
        <w:t xml:space="preserve">gular </w:t>
      </w:r>
      <w:r>
        <w:rPr>
          <w:color w:val="00FFCC"/>
        </w:rPr>
        <w:t xml:space="preserve">day </w:t>
      </w:r>
      <w:r>
        <w:rPr>
          <w:color w:val="000000"/>
        </w:rPr>
        <w:t xml:space="preserve">'s </w:t>
      </w:r>
      <w:r>
        <w:rPr>
          <w:color w:val="00FFCC"/>
        </w:rPr>
        <w:t xml:space="preserve">work </w:t>
      </w:r>
      <w:r>
        <w:rPr>
          <w:color w:val="CC3399"/>
        </w:rPr>
        <w:t xml:space="preserve">began </w:t>
      </w:r>
      <w:r>
        <w:rPr>
          <w:color w:val="000000"/>
        </w:rPr>
        <w:t xml:space="preserve">. His </w:t>
      </w:r>
      <w:r>
        <w:rPr>
          <w:color w:val="00FFCC"/>
        </w:rPr>
        <w:t xml:space="preserve">answer </w:t>
      </w:r>
      <w:r>
        <w:rPr>
          <w:color w:val="000000"/>
        </w:rPr>
        <w:t xml:space="preserve">to every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problem </w:t>
      </w:r>
      <w:r>
        <w:rPr>
          <w:color w:val="000000"/>
        </w:rPr>
        <w:t xml:space="preserve">, every </w:t>
      </w:r>
      <w:r>
        <w:rPr>
          <w:color w:val="00FFCC"/>
        </w:rPr>
        <w:t xml:space="preserve">setback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0000"/>
        </w:rPr>
        <w:t xml:space="preserve">`` I </w:t>
      </w:r>
      <w:r>
        <w:rPr>
          <w:color w:val="003E3E"/>
        </w:rPr>
        <w:t xml:space="preserve">will </w:t>
      </w:r>
      <w:r>
        <w:rPr>
          <w:color w:val="CC3399"/>
        </w:rPr>
        <w:t xml:space="preserve">work </w:t>
      </w:r>
      <w:r>
        <w:rPr>
          <w:color w:val="00FFCC"/>
        </w:rPr>
        <w:t xml:space="preserve">harder </w:t>
      </w:r>
      <w:r>
        <w:rPr>
          <w:color w:val="000000"/>
        </w:rPr>
        <w:t xml:space="preserve">! '' -- which he </w:t>
      </w:r>
      <w:r>
        <w:rPr>
          <w:color w:val="CC3399"/>
        </w:rPr>
        <w:t xml:space="preserve">had adopted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33CCFF"/>
        </w:rPr>
        <w:t xml:space="preserve">personal </w:t>
      </w:r>
      <w:r>
        <w:rPr>
          <w:color w:val="00FFCC"/>
        </w:rPr>
        <w:t xml:space="preserve">motto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00FFCC"/>
        </w:rPr>
        <w:t xml:space="preserve">everyone </w:t>
      </w:r>
      <w:r>
        <w:rPr>
          <w:color w:val="CC3399"/>
        </w:rPr>
        <w:t xml:space="preserve">worked according </w:t>
      </w:r>
      <w:r>
        <w:rPr>
          <w:color w:val="000000"/>
        </w:rPr>
        <w:t xml:space="preserve">to his </w:t>
      </w:r>
      <w:r>
        <w:rPr>
          <w:color w:val="00FFCC"/>
        </w:rPr>
        <w:t xml:space="preserve">capacity </w:t>
      </w:r>
      <w:r>
        <w:rPr>
          <w:color w:val="000000"/>
        </w:rPr>
        <w:t xml:space="preserve">. The </w:t>
      </w:r>
      <w:r>
        <w:rPr>
          <w:color w:val="00FFCC"/>
        </w:rPr>
        <w:t xml:space="preserve">hens </w:t>
      </w:r>
      <w:r>
        <w:rPr>
          <w:color w:val="FF0066"/>
        </w:rPr>
        <w:t xml:space="preserve">and </w:t>
      </w:r>
      <w:r>
        <w:rPr>
          <w:color w:val="00FFCC"/>
        </w:rPr>
        <w:t xml:space="preserve">ducks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instance </w:t>
      </w:r>
      <w:r>
        <w:rPr>
          <w:color w:val="000000"/>
        </w:rPr>
        <w:t xml:space="preserve">, </w:t>
      </w:r>
      <w:r>
        <w:rPr>
          <w:color w:val="CC3399"/>
        </w:rPr>
        <w:t xml:space="preserve">saved </w:t>
      </w:r>
      <w:r>
        <w:rPr>
          <w:color w:val="000000"/>
        </w:rPr>
        <w:t xml:space="preserve">five </w:t>
      </w:r>
      <w:r>
        <w:rPr>
          <w:color w:val="00FFCC"/>
        </w:rPr>
        <w:t xml:space="preserve">bushels </w:t>
      </w:r>
      <w:r>
        <w:rPr>
          <w:color w:val="FF6600"/>
        </w:rPr>
        <w:t xml:space="preserve">of </w:t>
      </w:r>
      <w:r>
        <w:rPr>
          <w:color w:val="00FFCC"/>
        </w:rPr>
        <w:t xml:space="preserve">corn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harvest </w:t>
      </w:r>
      <w:r>
        <w:rPr>
          <w:color w:val="FF6600"/>
        </w:rPr>
        <w:t xml:space="preserve">by </w:t>
      </w:r>
      <w:r>
        <w:rPr>
          <w:color w:val="CC3399"/>
        </w:rPr>
        <w:t xml:space="preserve">gathering </w:t>
      </w:r>
      <w:r>
        <w:rPr>
          <w:color w:val="000000"/>
        </w:rPr>
        <w:t xml:space="preserve">up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stray grains </w:t>
      </w:r>
      <w:r>
        <w:rPr>
          <w:color w:val="000000"/>
        </w:rPr>
        <w:t xml:space="preserve">. </w:t>
      </w:r>
      <w:r>
        <w:rPr>
          <w:color w:val="00FFCC"/>
        </w:rPr>
        <w:t xml:space="preserve">Nobody </w:t>
      </w:r>
      <w:r>
        <w:rPr>
          <w:color w:val="33CCFF"/>
        </w:rPr>
        <w:t xml:space="preserve">stole </w:t>
      </w:r>
      <w:r>
        <w:rPr>
          <w:color w:val="000000"/>
        </w:rPr>
        <w:t xml:space="preserve">, </w:t>
      </w:r>
      <w:r>
        <w:rPr>
          <w:color w:val="00FFCC"/>
        </w:rPr>
        <w:t xml:space="preserve">nobody </w:t>
      </w:r>
      <w:r>
        <w:rPr>
          <w:color w:val="CC3399"/>
        </w:rPr>
        <w:t xml:space="preserve">grumbled </w:t>
      </w:r>
      <w:r>
        <w:rPr>
          <w:color w:val="FF6600"/>
        </w:rPr>
        <w:t xml:space="preserve">over </w:t>
      </w:r>
      <w:r>
        <w:rPr>
          <w:color w:val="000000"/>
        </w:rPr>
        <w:t xml:space="preserve">his </w:t>
      </w:r>
      <w:r>
        <w:rPr>
          <w:color w:val="00FFCC"/>
        </w:rPr>
        <w:t xml:space="preserve">rations </w:t>
      </w:r>
      <w:r>
        <w:rPr>
          <w:color w:val="000000"/>
        </w:rPr>
        <w:t xml:space="preserve">, the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quarrelling </w:t>
      </w:r>
      <w:r>
        <w:rPr>
          <w:color w:val="FF0066"/>
        </w:rPr>
        <w:t xml:space="preserve">and </w:t>
      </w:r>
      <w:r>
        <w:rPr>
          <w:color w:val="CC3399"/>
        </w:rPr>
        <w:t xml:space="preserve">biting </w:t>
      </w:r>
      <w:r>
        <w:rPr>
          <w:color w:val="FF0066"/>
        </w:rPr>
        <w:t xml:space="preserve">and </w:t>
      </w:r>
      <w:r>
        <w:rPr>
          <w:color w:val="00FFCC"/>
        </w:rPr>
        <w:t xml:space="preserve">jealousy </w:t>
      </w:r>
      <w:r>
        <w:rPr>
          <w:color w:val="000000"/>
        </w:rPr>
        <w:t xml:space="preserve">which </w:t>
      </w:r>
      <w:r>
        <w:rPr>
          <w:color w:val="CC3399"/>
        </w:rPr>
        <w:t xml:space="preserve">had been </w:t>
      </w:r>
      <w:r>
        <w:rPr>
          <w:color w:val="33CCFF"/>
        </w:rPr>
        <w:t xml:space="preserve">normal </w:t>
      </w:r>
      <w:r>
        <w:rPr>
          <w:color w:val="00FFCC"/>
        </w:rPr>
        <w:t xml:space="preserve">features </w:t>
      </w:r>
      <w:r>
        <w:rPr>
          <w:color w:val="FF6600"/>
        </w:rPr>
        <w:t xml:space="preserve">of </w:t>
      </w:r>
      <w:r>
        <w:rPr>
          <w:color w:val="00FFCC"/>
        </w:rPr>
        <w:t xml:space="preserve">life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old </w:t>
      </w:r>
      <w:r>
        <w:rPr>
          <w:color w:val="00FFCC"/>
        </w:rPr>
        <w:t xml:space="preserve">days </w:t>
      </w:r>
      <w:r>
        <w:rPr>
          <w:color w:val="CC3399"/>
        </w:rPr>
        <w:t xml:space="preserve">had </w:t>
      </w:r>
      <w:r>
        <w:rPr>
          <w:color w:val="00787F"/>
        </w:rPr>
        <w:t xml:space="preserve">almost </w:t>
      </w:r>
      <w:r>
        <w:rPr>
          <w:color w:val="CC3399"/>
        </w:rPr>
        <w:t xml:space="preserve">disappeared </w:t>
      </w:r>
      <w:r>
        <w:rPr>
          <w:color w:val="000000"/>
        </w:rPr>
        <w:t xml:space="preserve">. </w:t>
      </w:r>
      <w:r>
        <w:rPr>
          <w:color w:val="00FFCC"/>
        </w:rPr>
        <w:t xml:space="preserve">Nobody </w:t>
      </w:r>
      <w:r>
        <w:rPr>
          <w:color w:val="CC3399"/>
        </w:rPr>
        <w:t xml:space="preserve">shirked </w:t>
      </w:r>
      <w:r>
        <w:rPr>
          <w:color w:val="000000"/>
        </w:rPr>
        <w:t>--</w:t>
      </w:r>
      <w:r>
        <w:rPr>
          <w:color w:val="000000"/>
        </w:rPr>
        <w:t xml:space="preserve"> </w:t>
      </w:r>
      <w:r>
        <w:rPr>
          <w:color w:val="FF0066"/>
        </w:rPr>
        <w:t xml:space="preserve">or </w:t>
      </w:r>
      <w:r>
        <w:rPr>
          <w:color w:val="00787F"/>
        </w:rPr>
        <w:t xml:space="preserve">almost </w:t>
      </w:r>
      <w:r>
        <w:rPr>
          <w:color w:val="00FFCC"/>
        </w:rPr>
        <w:t xml:space="preserve">nobody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Mollie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  <w:r>
        <w:rPr>
          <w:color w:val="33CCFF"/>
        </w:rPr>
        <w:t xml:space="preserve">true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33CCFF"/>
        </w:rPr>
        <w:t xml:space="preserve">good </w:t>
      </w:r>
      <w:r>
        <w:rPr>
          <w:color w:val="FF6600"/>
        </w:rPr>
        <w:t xml:space="preserve">at </w:t>
      </w:r>
      <w:r>
        <w:rPr>
          <w:color w:val="CC3399"/>
        </w:rPr>
        <w:t xml:space="preserve">getting </w:t>
      </w:r>
      <w:r>
        <w:rPr>
          <w:color w:val="000000"/>
        </w:rPr>
        <w:t xml:space="preserve">up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mornings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had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way </w:t>
      </w:r>
      <w:r>
        <w:rPr>
          <w:color w:val="FF6600"/>
        </w:rPr>
        <w:t xml:space="preserve">of </w:t>
      </w:r>
      <w:r>
        <w:rPr>
          <w:color w:val="CC3399"/>
        </w:rPr>
        <w:t xml:space="preserve">leaving </w:t>
      </w:r>
      <w:r>
        <w:rPr>
          <w:color w:val="00FFCC"/>
        </w:rPr>
        <w:t xml:space="preserve">work </w:t>
      </w:r>
      <w:r>
        <w:rPr>
          <w:color w:val="00787F"/>
        </w:rPr>
        <w:t xml:space="preserve">early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ground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stone </w:t>
      </w:r>
      <w:r>
        <w:rPr>
          <w:color w:val="FF6600"/>
        </w:rPr>
        <w:t xml:space="preserve">in </w:t>
      </w:r>
      <w:r>
        <w:rPr>
          <w:color w:val="000000"/>
        </w:rPr>
        <w:t xml:space="preserve">her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hoof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behaviour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cat </w:t>
      </w:r>
      <w:r>
        <w:rPr>
          <w:color w:val="CC3399"/>
        </w:rPr>
        <w:t xml:space="preserve">was </w:t>
      </w:r>
      <w:r>
        <w:rPr>
          <w:color w:val="00787F"/>
        </w:rPr>
        <w:t xml:space="preserve">somewhat </w:t>
      </w:r>
      <w:r>
        <w:rPr>
          <w:color w:val="33CCFF"/>
        </w:rPr>
        <w:t xml:space="preserve">peculiar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787F"/>
        </w:rPr>
        <w:t xml:space="preserve">soon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noticed </w:t>
      </w:r>
      <w:r>
        <w:rPr>
          <w:color w:val="FF6600"/>
        </w:rPr>
        <w:t xml:space="preserve">that </w:t>
      </w:r>
      <w:r>
        <w:rPr>
          <w:color w:val="000000"/>
        </w:rPr>
        <w:t xml:space="preserve">when there </w:t>
      </w:r>
      <w:r>
        <w:rPr>
          <w:color w:val="CC3399"/>
        </w:rPr>
        <w:t xml:space="preserve">was </w:t>
      </w:r>
      <w:r>
        <w:rPr>
          <w:color w:val="00FFCC"/>
        </w:rPr>
        <w:t xml:space="preserve">work </w:t>
      </w:r>
      <w:r>
        <w:rPr>
          <w:color w:val="000000"/>
        </w:rPr>
        <w:t xml:space="preserve">to </w:t>
      </w:r>
      <w:r>
        <w:rPr>
          <w:color w:val="CC3399"/>
        </w:rPr>
        <w:t xml:space="preserve">be done </w:t>
      </w:r>
      <w:r>
        <w:rPr>
          <w:color w:val="000000"/>
        </w:rPr>
        <w:t xml:space="preserve">the </w:t>
      </w:r>
      <w:r>
        <w:rPr>
          <w:color w:val="00FFCC"/>
        </w:rPr>
        <w:t xml:space="preserve">cat </w:t>
      </w:r>
      <w:r>
        <w:rPr>
          <w:color w:val="003E3E"/>
        </w:rPr>
        <w:t xml:space="preserve">could </w:t>
      </w:r>
      <w:r>
        <w:rPr>
          <w:color w:val="00787F"/>
        </w:rPr>
        <w:t xml:space="preserve">never </w:t>
      </w:r>
      <w:r>
        <w:rPr>
          <w:color w:val="CC3399"/>
        </w:rPr>
        <w:t xml:space="preserve">be found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She </w:t>
      </w:r>
      <w:r>
        <w:rPr>
          <w:color w:val="003E3E"/>
        </w:rPr>
        <w:t xml:space="preserve">would </w:t>
      </w:r>
      <w:r>
        <w:rPr>
          <w:color w:val="CC3399"/>
        </w:rPr>
        <w:t xml:space="preserve">vanish </w:t>
      </w:r>
      <w:r>
        <w:rPr>
          <w:color w:val="FF6600"/>
        </w:rPr>
        <w:t xml:space="preserve">for </w:t>
      </w:r>
      <w:r>
        <w:rPr>
          <w:color w:val="00FFCC"/>
        </w:rPr>
        <w:t xml:space="preserve">hours </w:t>
      </w:r>
      <w:r>
        <w:rPr>
          <w:color w:val="FF6600"/>
        </w:rPr>
        <w:t xml:space="preserve">on </w:t>
      </w:r>
      <w:r>
        <w:rPr>
          <w:color w:val="00FFCC"/>
        </w:rPr>
        <w:t xml:space="preserve">end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then </w:t>
      </w:r>
      <w:r>
        <w:rPr>
          <w:color w:val="CC3399"/>
        </w:rPr>
        <w:t xml:space="preserve">reappear </w:t>
      </w:r>
      <w:r>
        <w:rPr>
          <w:color w:val="FF6600"/>
        </w:rPr>
        <w:t xml:space="preserve">at </w:t>
      </w:r>
      <w:r>
        <w:rPr>
          <w:color w:val="00FFCC"/>
        </w:rPr>
        <w:t xml:space="preserve">meal-times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evening </w:t>
      </w:r>
      <w:r>
        <w:rPr>
          <w:color w:val="FF6600"/>
        </w:rPr>
        <w:t xml:space="preserve">after </w:t>
      </w:r>
      <w:r>
        <w:rPr>
          <w:color w:val="00FFCC"/>
        </w:rPr>
        <w:t xml:space="preserve">work </w:t>
      </w:r>
      <w:r>
        <w:rPr>
          <w:color w:val="CC3399"/>
        </w:rPr>
        <w:t xml:space="preserve">was </w:t>
      </w:r>
      <w:r>
        <w:rPr>
          <w:color w:val="00787F"/>
        </w:rPr>
        <w:t xml:space="preserve">over </w:t>
      </w:r>
      <w:r>
        <w:rPr>
          <w:color w:val="000000"/>
        </w:rPr>
        <w:t xml:space="preserve">, </w:t>
      </w:r>
      <w:r>
        <w:rPr>
          <w:color w:val="FF6600"/>
        </w:rPr>
        <w:t xml:space="preserve">as though </w:t>
      </w:r>
      <w:r>
        <w:rPr>
          <w:color w:val="00FFCC"/>
        </w:rPr>
        <w:t xml:space="preserve">nothing </w:t>
      </w:r>
      <w:r>
        <w:rPr>
          <w:color w:val="CC3399"/>
        </w:rPr>
        <w:t xml:space="preserve">had happened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she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always </w:t>
      </w:r>
      <w:r>
        <w:rPr>
          <w:color w:val="CC3399"/>
        </w:rPr>
        <w:t xml:space="preserve">made </w:t>
      </w:r>
      <w:r>
        <w:rPr>
          <w:color w:val="33CCFF"/>
        </w:rPr>
        <w:t xml:space="preserve">such excellent </w:t>
      </w:r>
      <w:r>
        <w:rPr>
          <w:color w:val="00FFCC"/>
        </w:rPr>
        <w:t xml:space="preserve">excuses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purred </w:t>
      </w:r>
      <w:r>
        <w:rPr>
          <w:color w:val="00787F"/>
        </w:rPr>
        <w:t xml:space="preserve">so affectionately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33CCFF"/>
        </w:rPr>
        <w:t xml:space="preserve">impossible </w:t>
      </w:r>
      <w:r>
        <w:rPr>
          <w:color w:val="00787F"/>
        </w:rPr>
        <w:t xml:space="preserve">not </w:t>
      </w:r>
      <w:r>
        <w:rPr>
          <w:color w:val="000000"/>
        </w:rPr>
        <w:t xml:space="preserve">to </w:t>
      </w:r>
      <w:r>
        <w:rPr>
          <w:color w:val="CC3399"/>
        </w:rPr>
        <w:t xml:space="preserve">believe </w:t>
      </w:r>
      <w:r>
        <w:rPr>
          <w:color w:val="FF6600"/>
        </w:rPr>
        <w:t xml:space="preserve">in </w:t>
      </w:r>
      <w:r>
        <w:rPr>
          <w:color w:val="000000"/>
        </w:rPr>
        <w:t xml:space="preserve">her </w:t>
      </w:r>
      <w:r>
        <w:rPr>
          <w:color w:val="33CCFF"/>
        </w:rPr>
        <w:t xml:space="preserve">good </w:t>
      </w:r>
      <w:r>
        <w:rPr>
          <w:color w:val="00FFCC"/>
        </w:rPr>
        <w:t xml:space="preserve">intentions </w:t>
      </w:r>
      <w:r>
        <w:rPr>
          <w:color w:val="000000"/>
        </w:rPr>
        <w:t xml:space="preserve">. </w:t>
      </w:r>
      <w:r>
        <w:rPr>
          <w:color w:val="00FFCC"/>
        </w:rPr>
        <w:t xml:space="preserve">Old Benjamin </w:t>
      </w:r>
      <w:r>
        <w:rPr>
          <w:color w:val="000000"/>
        </w:rPr>
        <w:t xml:space="preserve">,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donkey </w:t>
      </w:r>
      <w:r>
        <w:rPr>
          <w:color w:val="000000"/>
        </w:rPr>
        <w:t xml:space="preserve">, </w:t>
      </w:r>
      <w:r>
        <w:rPr>
          <w:color w:val="CC3399"/>
        </w:rPr>
        <w:t xml:space="preserve">seemed </w:t>
      </w:r>
      <w:r>
        <w:rPr>
          <w:color w:val="00787F"/>
        </w:rPr>
        <w:t xml:space="preserve">quite </w:t>
      </w:r>
      <w:r>
        <w:rPr>
          <w:color w:val="33CCFF"/>
        </w:rPr>
        <w:t xml:space="preserve">unchanged </w:t>
      </w:r>
      <w:r>
        <w:rPr>
          <w:color w:val="FF6600"/>
        </w:rPr>
        <w:t xml:space="preserve">since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000000"/>
        </w:rPr>
        <w:t xml:space="preserve">. He </w:t>
      </w:r>
      <w:r>
        <w:rPr>
          <w:color w:val="CC3399"/>
        </w:rPr>
        <w:t xml:space="preserve">did </w:t>
      </w:r>
      <w:r>
        <w:rPr>
          <w:color w:val="000000"/>
        </w:rPr>
        <w:t xml:space="preserve">his </w:t>
      </w:r>
      <w:r>
        <w:rPr>
          <w:color w:val="00FFCC"/>
        </w:rPr>
        <w:t xml:space="preserve">work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same slow </w:t>
      </w:r>
      <w:r>
        <w:rPr>
          <w:color w:val="00FFCC"/>
        </w:rPr>
        <w:t xml:space="preserve">obstinate way </w:t>
      </w:r>
      <w:r>
        <w:rPr>
          <w:color w:val="FF6600"/>
        </w:rPr>
        <w:t xml:space="preserve">as </w:t>
      </w:r>
      <w:r>
        <w:rPr>
          <w:color w:val="000000"/>
        </w:rPr>
        <w:t xml:space="preserve">he </w:t>
      </w:r>
      <w:r>
        <w:rPr>
          <w:color w:val="CC3399"/>
        </w:rPr>
        <w:t xml:space="preserve">had done </w:t>
      </w:r>
      <w:r>
        <w:rPr>
          <w:color w:val="000000"/>
        </w:rPr>
        <w:t xml:space="preserve">it </w:t>
      </w:r>
      <w:r>
        <w:rPr>
          <w:color w:val="FF6600"/>
        </w:rPr>
        <w:t xml:space="preserve">in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time </w:t>
      </w:r>
      <w:r>
        <w:rPr>
          <w:color w:val="000000"/>
        </w:rPr>
        <w:t xml:space="preserve">, </w:t>
      </w:r>
      <w:r>
        <w:rPr>
          <w:color w:val="00787F"/>
        </w:rPr>
        <w:t xml:space="preserve">never </w:t>
      </w:r>
      <w:r>
        <w:rPr>
          <w:color w:val="CC3399"/>
        </w:rPr>
        <w:t xml:space="preserve">shirking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never </w:t>
      </w:r>
      <w:r>
        <w:rPr>
          <w:color w:val="CC3399"/>
        </w:rPr>
        <w:t xml:space="preserve">volunteering </w:t>
      </w:r>
      <w:r>
        <w:rPr>
          <w:color w:val="FF6600"/>
        </w:rPr>
        <w:t xml:space="preserve">for </w:t>
      </w:r>
      <w:r>
        <w:rPr>
          <w:color w:val="33CCFF"/>
        </w:rPr>
        <w:t xml:space="preserve">extra </w:t>
      </w:r>
      <w:r>
        <w:rPr>
          <w:color w:val="00FFCC"/>
        </w:rPr>
        <w:t xml:space="preserve">work </w:t>
      </w:r>
      <w:r>
        <w:rPr>
          <w:color w:val="00787F"/>
        </w:rPr>
        <w:t xml:space="preserve">either </w:t>
      </w:r>
      <w:r>
        <w:rPr>
          <w:color w:val="000000"/>
        </w:rPr>
        <w:t xml:space="preserve">. </w:t>
      </w:r>
      <w:r>
        <w:rPr>
          <w:color w:val="FF6600"/>
        </w:rPr>
        <w:t xml:space="preserve">About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FF0066"/>
        </w:rPr>
        <w:t xml:space="preserve">and </w:t>
      </w:r>
      <w:r>
        <w:rPr>
          <w:color w:val="000000"/>
        </w:rPr>
        <w:t xml:space="preserve">its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results </w:t>
      </w:r>
      <w:r>
        <w:rPr>
          <w:color w:val="000000"/>
        </w:rPr>
        <w:t xml:space="preserve">he </w:t>
      </w:r>
      <w:r>
        <w:rPr>
          <w:color w:val="003E3E"/>
        </w:rPr>
        <w:t xml:space="preserve">would </w:t>
      </w:r>
      <w:r>
        <w:rPr>
          <w:color w:val="CC3399"/>
        </w:rPr>
        <w:t xml:space="preserve">express </w:t>
      </w:r>
      <w:r>
        <w:rPr>
          <w:color w:val="000000"/>
        </w:rPr>
        <w:t xml:space="preserve">no </w:t>
      </w:r>
      <w:r>
        <w:rPr>
          <w:color w:val="00FFCC"/>
        </w:rPr>
        <w:t xml:space="preserve">opinion </w:t>
      </w:r>
      <w:r>
        <w:rPr>
          <w:color w:val="000000"/>
        </w:rPr>
        <w:t xml:space="preserve">. When </w:t>
      </w:r>
      <w:r>
        <w:rPr>
          <w:color w:val="CC3399"/>
        </w:rPr>
        <w:t xml:space="preserve">asked </w:t>
      </w:r>
      <w:r>
        <w:rPr>
          <w:color w:val="FF6600"/>
        </w:rPr>
        <w:t xml:space="preserve">whether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33CCFF"/>
        </w:rPr>
        <w:t xml:space="preserve">happier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now </w:t>
      </w:r>
      <w:r>
        <w:rPr>
          <w:color w:val="FF6600"/>
        </w:rPr>
        <w:t xml:space="preserve">that </w:t>
      </w:r>
      <w:r>
        <w:rPr>
          <w:color w:val="00FFCC"/>
        </w:rPr>
        <w:t xml:space="preserve">Jones </w:t>
      </w:r>
      <w:r>
        <w:rPr>
          <w:color w:val="CC3399"/>
        </w:rPr>
        <w:t xml:space="preserve">was gone </w:t>
      </w:r>
      <w:r>
        <w:rPr>
          <w:color w:val="000000"/>
        </w:rPr>
        <w:t xml:space="preserve">, he </w:t>
      </w:r>
      <w:r>
        <w:rPr>
          <w:color w:val="003E3E"/>
        </w:rPr>
        <w:t xml:space="preserve">would </w:t>
      </w:r>
      <w:r>
        <w:rPr>
          <w:color w:val="CC3399"/>
        </w:rPr>
        <w:t xml:space="preserve">say </w:t>
      </w:r>
      <w:r>
        <w:rPr>
          <w:color w:val="00787F"/>
        </w:rPr>
        <w:t xml:space="preserve">only </w:t>
      </w:r>
      <w:r>
        <w:rPr>
          <w:color w:val="000000"/>
        </w:rPr>
        <w:t xml:space="preserve">`` </w:t>
      </w:r>
      <w:r>
        <w:rPr>
          <w:color w:val="00FFCC"/>
        </w:rPr>
        <w:t xml:space="preserve">Donkeys </w:t>
      </w:r>
      <w:r>
        <w:rPr>
          <w:color w:val="CC3399"/>
        </w:rPr>
        <w:t xml:space="preserve">live </w:t>
      </w:r>
      <w:r>
        <w:rPr>
          <w:color w:val="000000"/>
        </w:rPr>
        <w:t xml:space="preserve">a </w:t>
      </w:r>
      <w:r>
        <w:rPr>
          <w:color w:val="33CCFF"/>
        </w:rPr>
        <w:t xml:space="preserve">long </w:t>
      </w:r>
      <w:r>
        <w:rPr>
          <w:color w:val="00FFCC"/>
        </w:rPr>
        <w:t xml:space="preserve">time </w:t>
      </w:r>
      <w:r>
        <w:rPr>
          <w:color w:val="000000"/>
        </w:rPr>
        <w:t xml:space="preserve">. </w:t>
      </w:r>
      <w:r>
        <w:rPr>
          <w:color w:val="00FFCC"/>
        </w:rPr>
        <w:t xml:space="preserve">None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you </w:t>
      </w:r>
      <w:r>
        <w:rPr>
          <w:color w:val="CC3399"/>
        </w:rPr>
        <w:t xml:space="preserve">has </w:t>
      </w:r>
      <w:r>
        <w:rPr>
          <w:color w:val="00787F"/>
        </w:rPr>
        <w:t xml:space="preserve">ever </w:t>
      </w:r>
      <w:r>
        <w:rPr>
          <w:color w:val="CC3399"/>
        </w:rPr>
        <w:t xml:space="preserve">seen </w:t>
      </w:r>
      <w:r>
        <w:rPr>
          <w:color w:val="000000"/>
        </w:rPr>
        <w:t xml:space="preserve">a </w:t>
      </w:r>
      <w:r>
        <w:rPr>
          <w:color w:val="33CCFF"/>
        </w:rPr>
        <w:t xml:space="preserve">dead </w:t>
      </w:r>
      <w:r>
        <w:rPr>
          <w:color w:val="00FFCC"/>
        </w:rPr>
        <w:t xml:space="preserve">donkey </w:t>
      </w:r>
      <w:r>
        <w:rPr>
          <w:color w:val="000000"/>
        </w:rPr>
        <w:t xml:space="preserve">, ''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others </w:t>
      </w:r>
      <w:r>
        <w:rPr>
          <w:color w:val="CC3399"/>
        </w:rPr>
        <w:t xml:space="preserve">had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33CCFF"/>
        </w:rPr>
        <w:t xml:space="preserve">content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this </w:t>
      </w:r>
      <w:r>
        <w:rPr>
          <w:color w:val="33CCFF"/>
        </w:rPr>
        <w:t xml:space="preserve">cryptic </w:t>
      </w:r>
      <w:r>
        <w:rPr>
          <w:color w:val="00FFCC"/>
        </w:rPr>
        <w:t xml:space="preserve">answer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FFCC"/>
        </w:rPr>
        <w:t xml:space="preserve">Sundays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no </w:t>
      </w:r>
      <w:r>
        <w:rPr>
          <w:color w:val="00FFCC"/>
        </w:rPr>
        <w:t xml:space="preserve">work </w:t>
      </w:r>
      <w:r>
        <w:rPr>
          <w:color w:val="000000"/>
        </w:rPr>
        <w:t xml:space="preserve">. </w:t>
      </w:r>
      <w:r>
        <w:rPr>
          <w:color w:val="00FFCC"/>
        </w:rPr>
        <w:t xml:space="preserve">Breakfast </w:t>
      </w:r>
      <w:r>
        <w:rPr>
          <w:color w:val="CC3399"/>
        </w:rPr>
        <w:t xml:space="preserve">was </w:t>
      </w:r>
      <w:r>
        <w:rPr>
          <w:color w:val="000000"/>
        </w:rPr>
        <w:t xml:space="preserve">an </w:t>
      </w:r>
      <w:r>
        <w:rPr>
          <w:color w:val="00FFCC"/>
        </w:rPr>
        <w:t xml:space="preserve">hour </w:t>
      </w:r>
      <w:r>
        <w:rPr>
          <w:color w:val="00787F"/>
        </w:rPr>
        <w:t xml:space="preserve">later </w:t>
      </w:r>
      <w:r>
        <w:rPr>
          <w:color w:val="FF6600"/>
        </w:rPr>
        <w:t xml:space="preserve">than </w:t>
      </w:r>
      <w:r>
        <w:rPr>
          <w:color w:val="33CCFF"/>
        </w:rPr>
        <w:t xml:space="preserve">usual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after </w:t>
      </w:r>
      <w:r>
        <w:rPr>
          <w:color w:val="00FFCC"/>
        </w:rPr>
        <w:t xml:space="preserve">breakfast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ceremony </w:t>
      </w:r>
      <w:r>
        <w:rPr>
          <w:color w:val="000000"/>
        </w:rPr>
        <w:t xml:space="preserve">which </w:t>
      </w:r>
      <w:r>
        <w:rPr>
          <w:color w:val="CC3399"/>
        </w:rPr>
        <w:t xml:space="preserve">was observed </w:t>
      </w:r>
      <w:r>
        <w:rPr>
          <w:color w:val="000000"/>
        </w:rPr>
        <w:t xml:space="preserve">every </w:t>
      </w:r>
      <w:r>
        <w:rPr>
          <w:color w:val="00FFCC"/>
        </w:rPr>
        <w:t xml:space="preserve">week </w:t>
      </w:r>
      <w:r>
        <w:rPr>
          <w:color w:val="FF6600"/>
        </w:rPr>
        <w:t xml:space="preserve">without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fail </w:t>
      </w:r>
      <w:r>
        <w:rPr>
          <w:color w:val="000000"/>
        </w:rPr>
        <w:t xml:space="preserve">. </w:t>
      </w:r>
      <w:r>
        <w:rPr>
          <w:color w:val="00FFCC"/>
        </w:rPr>
        <w:t xml:space="preserve">First </w:t>
      </w:r>
      <w:r>
        <w:rPr>
          <w:color w:val="CC3399"/>
        </w:rPr>
        <w:t xml:space="preserve">came </w:t>
      </w:r>
      <w:r>
        <w:rPr>
          <w:color w:val="000000"/>
        </w:rPr>
        <w:t xml:space="preserve">the </w:t>
      </w:r>
      <w:r>
        <w:rPr>
          <w:color w:val="00FFCC"/>
        </w:rPr>
        <w:t xml:space="preserve">hoisting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flag </w:t>
      </w:r>
      <w:r>
        <w:rPr>
          <w:color w:val="000000"/>
        </w:rPr>
        <w:t xml:space="preserve">.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had found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harness-room </w:t>
      </w:r>
      <w:r>
        <w:rPr>
          <w:color w:val="000000"/>
        </w:rPr>
        <w:t xml:space="preserve">an </w:t>
      </w:r>
      <w:r>
        <w:rPr>
          <w:color w:val="33CCFF"/>
        </w:rPr>
        <w:t xml:space="preserve">old green </w:t>
      </w:r>
      <w:r>
        <w:rPr>
          <w:color w:val="00FFCC"/>
        </w:rPr>
        <w:t xml:space="preserve">tablecloth </w:t>
      </w:r>
      <w:r>
        <w:rPr>
          <w:color w:val="FF6600"/>
        </w:rPr>
        <w:t xml:space="preserve">of </w:t>
      </w:r>
      <w:r>
        <w:rPr>
          <w:color w:val="00FFCC"/>
        </w:rPr>
        <w:t xml:space="preserve">Mrs. Jones </w:t>
      </w:r>
      <w:r>
        <w:rPr>
          <w:color w:val="000000"/>
        </w:rPr>
        <w:t xml:space="preserve">'s </w:t>
      </w:r>
      <w:r>
        <w:rPr>
          <w:color w:val="FF0066"/>
        </w:rPr>
        <w:t xml:space="preserve">and </w:t>
      </w:r>
      <w:r>
        <w:rPr>
          <w:color w:val="CC3399"/>
        </w:rPr>
        <w:t xml:space="preserve">had painted </w:t>
      </w:r>
      <w:r>
        <w:rPr>
          <w:color w:val="FF6600"/>
        </w:rPr>
        <w:t xml:space="preserve">on </w:t>
      </w:r>
      <w:r>
        <w:rPr>
          <w:color w:val="000000"/>
        </w:rPr>
        <w:t xml:space="preserve">it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00FFCC"/>
        </w:rPr>
        <w:t xml:space="preserve">hoof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00FFCC"/>
        </w:rPr>
        <w:t xml:space="preserve">horn </w:t>
      </w:r>
      <w:r>
        <w:rPr>
          <w:color w:val="FF6600"/>
        </w:rPr>
        <w:t xml:space="preserve">in </w:t>
      </w:r>
      <w:r>
        <w:rPr>
          <w:color w:val="33CCFF"/>
        </w:rPr>
        <w:t xml:space="preserve">white </w:t>
      </w:r>
      <w:r>
        <w:rPr>
          <w:color w:val="000000"/>
        </w:rPr>
        <w:t xml:space="preserve">. This </w:t>
      </w:r>
      <w:r>
        <w:rPr>
          <w:color w:val="CC3399"/>
        </w:rPr>
        <w:t xml:space="preserve">was run </w:t>
      </w:r>
      <w:r>
        <w:rPr>
          <w:color w:val="000000"/>
        </w:rPr>
        <w:t xml:space="preserve">up the </w:t>
      </w:r>
      <w:r>
        <w:rPr>
          <w:color w:val="00FFCC"/>
        </w:rPr>
        <w:t xml:space="preserve">flagstaff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garden </w:t>
      </w:r>
      <w:r>
        <w:rPr>
          <w:color w:val="000000"/>
        </w:rPr>
        <w:t xml:space="preserve">every </w:t>
      </w:r>
      <w:r>
        <w:rPr>
          <w:color w:val="00FFCC"/>
        </w:rPr>
        <w:t xml:space="preserve">Sunday morning </w:t>
      </w:r>
      <w:r>
        <w:rPr>
          <w:color w:val="000000"/>
        </w:rPr>
        <w:t xml:space="preserve">. The </w:t>
      </w:r>
      <w:r>
        <w:rPr>
          <w:color w:val="00FFCC"/>
        </w:rPr>
        <w:t xml:space="preserve">flag </w:t>
      </w:r>
      <w:r>
        <w:rPr>
          <w:color w:val="CC3399"/>
        </w:rPr>
        <w:t xml:space="preserve">was </w:t>
      </w:r>
      <w:r>
        <w:rPr>
          <w:color w:val="33CCFF"/>
        </w:rPr>
        <w:t xml:space="preserve">green </w:t>
      </w:r>
      <w:r>
        <w:rPr>
          <w:color w:val="000000"/>
        </w:rPr>
        <w:t xml:space="preserve">,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explained </w:t>
      </w:r>
      <w:r>
        <w:rPr>
          <w:color w:val="000000"/>
        </w:rPr>
        <w:t xml:space="preserve">, 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represent </w:t>
      </w:r>
      <w:r>
        <w:rPr>
          <w:color w:val="000000"/>
        </w:rPr>
        <w:t xml:space="preserve">the </w:t>
      </w:r>
      <w:r>
        <w:rPr>
          <w:color w:val="33CCFF"/>
        </w:rPr>
        <w:t xml:space="preserve">green </w:t>
      </w:r>
      <w:r>
        <w:rPr>
          <w:color w:val="00FFCC"/>
        </w:rPr>
        <w:t xml:space="preserve">fields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, </w:t>
      </w:r>
      <w:r>
        <w:rPr>
          <w:color w:val="FF6600"/>
        </w:rPr>
        <w:t xml:space="preserve">while </w:t>
      </w:r>
      <w:r>
        <w:rPr>
          <w:color w:val="000000"/>
        </w:rPr>
        <w:t xml:space="preserve">the </w:t>
      </w:r>
      <w:r>
        <w:rPr>
          <w:color w:val="00FFCC"/>
        </w:rPr>
        <w:t xml:space="preserve">hoof </w:t>
      </w:r>
      <w:r>
        <w:rPr>
          <w:color w:val="FF0066"/>
        </w:rPr>
        <w:t xml:space="preserve">and </w:t>
      </w:r>
      <w:r>
        <w:rPr>
          <w:color w:val="00FFCC"/>
        </w:rPr>
        <w:t xml:space="preserve">horn </w:t>
      </w:r>
      <w:r>
        <w:rPr>
          <w:color w:val="CC3399"/>
        </w:rPr>
        <w:t xml:space="preserve">signified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future </w:t>
      </w:r>
      <w:r>
        <w:rPr>
          <w:color w:val="00FFCC"/>
        </w:rPr>
        <w:t xml:space="preserve">Republic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which </w:t>
      </w:r>
      <w:r>
        <w:rPr>
          <w:color w:val="003E3E"/>
        </w:rPr>
        <w:t xml:space="preserve">would </w:t>
      </w:r>
      <w:r>
        <w:rPr>
          <w:color w:val="CC3399"/>
        </w:rPr>
        <w:t xml:space="preserve">arise </w:t>
      </w:r>
      <w:r>
        <w:rPr>
          <w:color w:val="000000"/>
        </w:rPr>
        <w:t xml:space="preserve">when 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race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been </w:t>
      </w:r>
      <w:r>
        <w:rPr>
          <w:color w:val="00787F"/>
        </w:rPr>
        <w:t xml:space="preserve">finally </w:t>
      </w:r>
      <w:r>
        <w:rPr>
          <w:color w:val="CC3399"/>
        </w:rPr>
        <w:t xml:space="preserve">overthrown </w:t>
      </w:r>
      <w:r>
        <w:rPr>
          <w:color w:val="000000"/>
        </w:rPr>
        <w:t xml:space="preserve">.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 </w:t>
      </w:r>
      <w:r>
        <w:rPr>
          <w:color w:val="00FFCC"/>
        </w:rPr>
        <w:t xml:space="preserve">hoisting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flag </w:t>
      </w:r>
      <w:r>
        <w:rPr>
          <w:color w:val="000000"/>
        </w:rPr>
        <w:t xml:space="preserve">all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trooped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33CCFF"/>
        </w:rPr>
        <w:t xml:space="preserve">big </w:t>
      </w:r>
      <w:r>
        <w:rPr>
          <w:color w:val="00FFCC"/>
        </w:rPr>
        <w:t xml:space="preserve">barn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33CCFF"/>
        </w:rPr>
        <w:t xml:space="preserve">general </w:t>
      </w:r>
      <w:r>
        <w:rPr>
          <w:color w:val="00FFCC"/>
        </w:rPr>
        <w:t xml:space="preserve">assembly </w:t>
      </w:r>
      <w:r>
        <w:rPr>
          <w:color w:val="000000"/>
        </w:rPr>
        <w:t xml:space="preserve">which </w:t>
      </w:r>
      <w:r>
        <w:rPr>
          <w:color w:val="CC3399"/>
        </w:rPr>
        <w:t xml:space="preserve">was known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00FFCC"/>
        </w:rPr>
        <w:t xml:space="preserve">Meeting </w:t>
      </w:r>
      <w:r>
        <w:rPr>
          <w:color w:val="000000"/>
        </w:rPr>
        <w:t xml:space="preserve">. </w:t>
      </w:r>
      <w:r>
        <w:rPr>
          <w:color w:val="00787F"/>
        </w:rPr>
        <w:t xml:space="preserve">Here </w:t>
      </w:r>
      <w:r>
        <w:rPr>
          <w:color w:val="000000"/>
        </w:rPr>
        <w:t xml:space="preserve">the </w:t>
      </w:r>
      <w:r>
        <w:rPr>
          <w:color w:val="00FFCC"/>
        </w:rPr>
        <w:t xml:space="preserve">work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CC3399"/>
        </w:rPr>
        <w:t xml:space="preserve">coming </w:t>
      </w:r>
      <w:r>
        <w:rPr>
          <w:color w:val="00FFCC"/>
        </w:rPr>
        <w:t xml:space="preserve">week </w:t>
      </w:r>
      <w:r>
        <w:rPr>
          <w:color w:val="CC3399"/>
        </w:rPr>
        <w:t xml:space="preserve">was planned </w:t>
      </w:r>
      <w:r>
        <w:rPr>
          <w:color w:val="000000"/>
        </w:rPr>
        <w:t xml:space="preserve">out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resolutions </w:t>
      </w:r>
      <w:r>
        <w:rPr>
          <w:color w:val="CC3399"/>
        </w:rPr>
        <w:t xml:space="preserve">were put </w:t>
      </w:r>
      <w:r>
        <w:rPr>
          <w:color w:val="00787F"/>
        </w:rPr>
        <w:t xml:space="preserve">forward </w:t>
      </w:r>
      <w:r>
        <w:rPr>
          <w:color w:val="FF0066"/>
        </w:rPr>
        <w:t xml:space="preserve">and </w:t>
      </w:r>
      <w:r>
        <w:rPr>
          <w:color w:val="CC3399"/>
        </w:rPr>
        <w:t xml:space="preserve">debated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787F"/>
        </w:rPr>
        <w:t xml:space="preserve">always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who </w:t>
      </w:r>
      <w:r>
        <w:rPr>
          <w:color w:val="CC3399"/>
        </w:rPr>
        <w:t xml:space="preserve">put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forward </w:t>
      </w:r>
      <w:r>
        <w:rPr>
          <w:color w:val="000000"/>
        </w:rPr>
        <w:t xml:space="preserve">the </w:t>
      </w:r>
      <w:r>
        <w:rPr>
          <w:color w:val="00FFCC"/>
        </w:rPr>
        <w:t xml:space="preserve">resolutions </w:t>
      </w:r>
      <w:r>
        <w:rPr>
          <w:color w:val="000000"/>
        </w:rPr>
        <w:t xml:space="preserve">.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CC3399"/>
        </w:rPr>
        <w:t xml:space="preserve">understood </w:t>
      </w:r>
      <w:r>
        <w:rPr>
          <w:color w:val="000000"/>
        </w:rPr>
        <w:t xml:space="preserve">how to </w:t>
      </w:r>
      <w:r>
        <w:rPr>
          <w:color w:val="CC3399"/>
        </w:rPr>
        <w:t xml:space="preserve">vote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could </w:t>
      </w:r>
      <w:r>
        <w:rPr>
          <w:color w:val="00787F"/>
        </w:rPr>
        <w:t xml:space="preserve">never </w:t>
      </w:r>
      <w:r>
        <w:rPr>
          <w:color w:val="CC3399"/>
        </w:rPr>
        <w:t xml:space="preserve">think </w:t>
      </w:r>
      <w:r>
        <w:rPr>
          <w:color w:val="FF6600"/>
        </w:rPr>
        <w:t xml:space="preserve">of </w:t>
      </w:r>
      <w:r>
        <w:rPr>
          <w:color w:val="000000"/>
        </w:rPr>
        <w:t xml:space="preserve">any </w:t>
      </w:r>
      <w:r>
        <w:rPr>
          <w:color w:val="00FFCC"/>
        </w:rPr>
        <w:t xml:space="preserve">resolutions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0000"/>
        </w:rPr>
        <w:t xml:space="preserve">. </w:t>
      </w:r>
      <w:r>
        <w:rPr>
          <w:color w:val="00FFCC"/>
        </w:rPr>
        <w:t xml:space="preserve">Snowball </w:t>
      </w:r>
      <w:r>
        <w:rPr>
          <w:color w:val="FF0066"/>
        </w:rPr>
        <w:t xml:space="preserve">and </w:t>
      </w:r>
      <w:r>
        <w:rPr>
          <w:color w:val="00FFCC"/>
        </w:rPr>
        <w:t xml:space="preserve">Napoleon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</w:t>
      </w:r>
      <w:r>
        <w:rPr>
          <w:color w:val="FF6600"/>
        </w:rPr>
        <w:t xml:space="preserve">by </w:t>
      </w:r>
      <w:r>
        <w:rPr>
          <w:color w:val="00787F"/>
        </w:rPr>
        <w:t xml:space="preserve">far </w:t>
      </w:r>
      <w:r>
        <w:rPr>
          <w:color w:val="000000"/>
        </w:rPr>
        <w:t xml:space="preserve">the </w:t>
      </w:r>
      <w:r>
        <w:rPr>
          <w:color w:val="00787F"/>
        </w:rPr>
        <w:t xml:space="preserve">most </w:t>
      </w:r>
      <w:r>
        <w:rPr>
          <w:color w:val="33CCFF"/>
        </w:rPr>
        <w:t xml:space="preserve">active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debates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it </w:t>
      </w:r>
      <w:r>
        <w:rPr>
          <w:color w:val="CC3399"/>
        </w:rPr>
        <w:t xml:space="preserve">was noticed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these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two </w:t>
      </w:r>
      <w:r>
        <w:rPr>
          <w:color w:val="CC3399"/>
        </w:rPr>
        <w:t xml:space="preserve">were </w:t>
      </w:r>
      <w:r>
        <w:rPr>
          <w:color w:val="00787F"/>
        </w:rPr>
        <w:t xml:space="preserve">never </w:t>
      </w:r>
      <w:r>
        <w:rPr>
          <w:color w:val="FF6600"/>
        </w:rPr>
        <w:t xml:space="preserve">in </w:t>
      </w:r>
      <w:r>
        <w:rPr>
          <w:color w:val="00FFCC"/>
        </w:rPr>
        <w:t xml:space="preserve">agreement </w:t>
      </w:r>
      <w:r>
        <w:rPr>
          <w:color w:val="000000"/>
        </w:rPr>
        <w:t xml:space="preserve">: whatever </w:t>
      </w:r>
      <w:r>
        <w:rPr>
          <w:color w:val="00FFCC"/>
        </w:rPr>
        <w:t xml:space="preserve">suggestion </w:t>
      </w:r>
      <w:r>
        <w:rPr>
          <w:color w:val="000000"/>
        </w:rPr>
        <w:t xml:space="preserve">either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made </w:t>
      </w:r>
      <w:r>
        <w:rPr>
          <w:color w:val="000000"/>
        </w:rPr>
        <w:t xml:space="preserve">, 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other </w:t>
      </w:r>
      <w:r>
        <w:rPr>
          <w:color w:val="003E3E"/>
        </w:rPr>
        <w:t xml:space="preserve">could </w:t>
      </w:r>
      <w:r>
        <w:rPr>
          <w:color w:val="CC3399"/>
        </w:rPr>
        <w:t xml:space="preserve">be counted </w:t>
      </w:r>
      <w:r>
        <w:rPr>
          <w:color w:val="FF6600"/>
        </w:rPr>
        <w:t xml:space="preserve">on </w:t>
      </w:r>
      <w:r>
        <w:rPr>
          <w:color w:val="000000"/>
        </w:rPr>
        <w:t xml:space="preserve">to </w:t>
      </w:r>
      <w:r>
        <w:rPr>
          <w:color w:val="CC3399"/>
        </w:rPr>
        <w:t xml:space="preserve">oppose </w:t>
      </w:r>
      <w:r>
        <w:rPr>
          <w:color w:val="000000"/>
        </w:rPr>
        <w:t xml:space="preserve">it . </w:t>
      </w:r>
      <w:r>
        <w:rPr>
          <w:color w:val="00787F"/>
        </w:rPr>
        <w:t xml:space="preserve">Even </w:t>
      </w:r>
      <w:r>
        <w:rPr>
          <w:color w:val="000000"/>
        </w:rPr>
        <w:t xml:space="preserve">when it </w:t>
      </w:r>
      <w:r>
        <w:rPr>
          <w:color w:val="CC3399"/>
        </w:rPr>
        <w:t xml:space="preserve">was resolved </w:t>
      </w:r>
      <w:r>
        <w:rPr>
          <w:color w:val="000000"/>
        </w:rPr>
        <w:t xml:space="preserve">-- a </w:t>
      </w:r>
      <w:r>
        <w:rPr>
          <w:color w:val="00FFCC"/>
        </w:rPr>
        <w:t xml:space="preserve">thing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no </w:t>
      </w:r>
      <w:r>
        <w:rPr>
          <w:color w:val="00FFCC"/>
        </w:rPr>
        <w:t xml:space="preserve">one </w:t>
      </w:r>
      <w:r>
        <w:rPr>
          <w:color w:val="003E3E"/>
        </w:rPr>
        <w:t xml:space="preserve">could </w:t>
      </w:r>
      <w:r>
        <w:rPr>
          <w:color w:val="CC3399"/>
        </w:rPr>
        <w:t xml:space="preserve">object </w:t>
      </w:r>
      <w:r>
        <w:rPr>
          <w:color w:val="000000"/>
        </w:rPr>
        <w:t xml:space="preserve">to </w:t>
      </w:r>
      <w:r>
        <w:rPr>
          <w:color w:val="FF6600"/>
        </w:rPr>
        <w:t xml:space="preserve">in </w:t>
      </w:r>
      <w:r>
        <w:rPr>
          <w:color w:val="000000"/>
        </w:rPr>
        <w:t xml:space="preserve">itself -- to </w:t>
      </w:r>
      <w:r>
        <w:rPr>
          <w:color w:val="CC3399"/>
        </w:rPr>
        <w:t xml:space="preserve">set </w:t>
      </w:r>
      <w:r>
        <w:rPr>
          <w:color w:val="000000"/>
        </w:rPr>
        <w:t xml:space="preserve">aside the </w:t>
      </w:r>
      <w:r>
        <w:rPr>
          <w:color w:val="33CCFF"/>
        </w:rPr>
        <w:t xml:space="preserve">small </w:t>
      </w:r>
      <w:r>
        <w:rPr>
          <w:color w:val="00FFCC"/>
        </w:rPr>
        <w:t xml:space="preserve">paddock </w:t>
      </w:r>
      <w:r>
        <w:rPr>
          <w:color w:val="FF6600"/>
        </w:rPr>
        <w:t xml:space="preserve">behind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orchard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home </w:t>
      </w:r>
      <w:r>
        <w:rPr>
          <w:color w:val="FF6600"/>
        </w:rPr>
        <w:t xml:space="preserve">of </w:t>
      </w:r>
      <w:r>
        <w:rPr>
          <w:color w:val="00FFCC"/>
        </w:rPr>
        <w:t xml:space="preserve">rest </w:t>
      </w:r>
      <w:r>
        <w:rPr>
          <w:color w:val="FF6600"/>
        </w:rPr>
        <w:t xml:space="preserve">for </w:t>
      </w:r>
      <w:r>
        <w:rPr>
          <w:color w:val="00FFCC"/>
        </w:rPr>
        <w:t xml:space="preserve">animals </w:t>
      </w:r>
      <w:r>
        <w:rPr>
          <w:color w:val="000000"/>
        </w:rPr>
        <w:t xml:space="preserve">who </w:t>
      </w:r>
      <w:r>
        <w:rPr>
          <w:color w:val="CC3399"/>
        </w:rPr>
        <w:t xml:space="preserve">were </w:t>
      </w:r>
      <w:r>
        <w:rPr>
          <w:color w:val="33CCFF"/>
        </w:rPr>
        <w:t xml:space="preserve">past </w:t>
      </w:r>
      <w:r>
        <w:rPr>
          <w:color w:val="00FFCC"/>
        </w:rPr>
        <w:t xml:space="preserve">work </w:t>
      </w:r>
      <w:r>
        <w:rPr>
          <w:color w:val="000000"/>
        </w:rPr>
        <w:t xml:space="preserve">, 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stormy </w:t>
      </w:r>
      <w:r>
        <w:rPr>
          <w:color w:val="00FFCC"/>
        </w:rPr>
        <w:t>de</w:t>
      </w:r>
      <w:r>
        <w:rPr>
          <w:color w:val="00FFCC"/>
        </w:rPr>
        <w:t xml:space="preserve">bate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33CCFF"/>
        </w:rPr>
        <w:t xml:space="preserve">correct </w:t>
      </w:r>
      <w:r>
        <w:rPr>
          <w:color w:val="00FFCC"/>
        </w:rPr>
        <w:t xml:space="preserve">retiring age </w:t>
      </w:r>
      <w:r>
        <w:rPr>
          <w:color w:val="FF6600"/>
        </w:rPr>
        <w:t xml:space="preserve">for </w:t>
      </w:r>
      <w:r>
        <w:rPr>
          <w:color w:val="000000"/>
        </w:rPr>
        <w:t xml:space="preserve">each </w:t>
      </w:r>
      <w:r>
        <w:rPr>
          <w:color w:val="00FFCC"/>
        </w:rPr>
        <w:t xml:space="preserve">class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 </w:t>
      </w:r>
      <w:r>
        <w:rPr>
          <w:color w:val="000000"/>
        </w:rPr>
        <w:t xml:space="preserve">. The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Meeting </w:t>
      </w:r>
      <w:r>
        <w:rPr>
          <w:color w:val="00787F"/>
        </w:rPr>
        <w:t xml:space="preserve">always </w:t>
      </w:r>
      <w:r>
        <w:rPr>
          <w:color w:val="CC3399"/>
        </w:rPr>
        <w:t xml:space="preserve">ended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singing </w:t>
      </w:r>
      <w:r>
        <w:rPr>
          <w:color w:val="FF6600"/>
        </w:rPr>
        <w:t xml:space="preserve">of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afternoon </w:t>
      </w:r>
      <w:r>
        <w:rPr>
          <w:color w:val="CC3399"/>
        </w:rPr>
        <w:t xml:space="preserve">was given </w:t>
      </w:r>
      <w:r>
        <w:rPr>
          <w:color w:val="000000"/>
        </w:rPr>
        <w:t xml:space="preserve">up to </w:t>
      </w:r>
      <w:r>
        <w:rPr>
          <w:color w:val="00FFCC"/>
        </w:rPr>
        <w:t xml:space="preserve">recreation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had set </w:t>
      </w:r>
      <w:r>
        <w:rPr>
          <w:color w:val="000000"/>
        </w:rPr>
        <w:t xml:space="preserve">aside the </w:t>
      </w:r>
      <w:r>
        <w:rPr>
          <w:color w:val="00FFCC"/>
        </w:rPr>
        <w:t xml:space="preserve">harness-room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headquarters </w:t>
      </w:r>
      <w:r>
        <w:rPr>
          <w:color w:val="FF6600"/>
        </w:rPr>
        <w:t xml:space="preserve">for </w:t>
      </w:r>
      <w:r>
        <w:rPr>
          <w:color w:val="000000"/>
        </w:rPr>
        <w:t xml:space="preserve">themselves .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Here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evenings </w:t>
      </w:r>
      <w:r>
        <w:rPr>
          <w:color w:val="000000"/>
        </w:rPr>
        <w:t xml:space="preserve">, they </w:t>
      </w:r>
      <w:r>
        <w:rPr>
          <w:color w:val="CC3399"/>
        </w:rPr>
        <w:t xml:space="preserve">studied </w:t>
      </w:r>
      <w:r>
        <w:rPr>
          <w:color w:val="00FFCC"/>
        </w:rPr>
        <w:t xml:space="preserve">blacksmithing </w:t>
      </w:r>
      <w:r>
        <w:rPr>
          <w:color w:val="000000"/>
        </w:rPr>
        <w:t xml:space="preserve">, </w:t>
      </w:r>
      <w:r>
        <w:rPr>
          <w:color w:val="00FFCC"/>
        </w:rPr>
        <w:t xml:space="preserve">carpentering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33CCFF"/>
        </w:rPr>
        <w:t xml:space="preserve">other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necessary </w:t>
      </w:r>
      <w:r>
        <w:rPr>
          <w:color w:val="00FFCC"/>
        </w:rPr>
        <w:t xml:space="preserve">arts </w:t>
      </w:r>
      <w:r>
        <w:rPr>
          <w:color w:val="FF6600"/>
        </w:rPr>
        <w:t xml:space="preserve">from </w:t>
      </w:r>
      <w:r>
        <w:rPr>
          <w:color w:val="00FFCC"/>
        </w:rPr>
        <w:t xml:space="preserve">books </w:t>
      </w:r>
      <w:r>
        <w:rPr>
          <w:color w:val="000000"/>
        </w:rPr>
        <w:t xml:space="preserve">which they </w:t>
      </w:r>
      <w:r>
        <w:rPr>
          <w:color w:val="CC3399"/>
        </w:rPr>
        <w:t xml:space="preserve">had brought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00787F"/>
        </w:rPr>
        <w:t xml:space="preserve">also </w:t>
      </w:r>
      <w:r>
        <w:rPr>
          <w:color w:val="CC3399"/>
        </w:rPr>
        <w:t xml:space="preserve">busied </w:t>
      </w:r>
      <w:r>
        <w:rPr>
          <w:color w:val="000000"/>
        </w:rPr>
        <w:t xml:space="preserve">himself </w:t>
      </w:r>
      <w:r>
        <w:rPr>
          <w:color w:val="FF6600"/>
        </w:rPr>
        <w:t xml:space="preserve">with </w:t>
      </w:r>
      <w:r>
        <w:rPr>
          <w:color w:val="CC3399"/>
        </w:rPr>
        <w:t xml:space="preserve">organising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FF6600"/>
        </w:rPr>
        <w:t xml:space="preserve">into </w:t>
      </w:r>
      <w:r>
        <w:rPr>
          <w:color w:val="000000"/>
        </w:rPr>
        <w:t xml:space="preserve">what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called </w:t>
      </w:r>
      <w:r>
        <w:rPr>
          <w:color w:val="00FFCC"/>
        </w:rPr>
        <w:t xml:space="preserve">Animal Committees </w:t>
      </w:r>
      <w:r>
        <w:rPr>
          <w:color w:val="000000"/>
        </w:rPr>
        <w:t xml:space="preserve">. He </w:t>
      </w:r>
      <w:r>
        <w:rPr>
          <w:color w:val="CC3399"/>
        </w:rPr>
        <w:t xml:space="preserve">was </w:t>
      </w:r>
      <w:r>
        <w:rPr>
          <w:color w:val="33CCFF"/>
        </w:rPr>
        <w:t xml:space="preserve">indefatigable </w:t>
      </w:r>
      <w:r>
        <w:rPr>
          <w:color w:val="FF6600"/>
        </w:rPr>
        <w:t xml:space="preserve">at </w:t>
      </w:r>
      <w:r>
        <w:rPr>
          <w:color w:val="000000"/>
        </w:rPr>
        <w:t xml:space="preserve">this . He </w:t>
      </w:r>
      <w:r>
        <w:rPr>
          <w:color w:val="CC3399"/>
        </w:rPr>
        <w:t xml:space="preserve">formed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Egg Production Committee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hens </w:t>
      </w:r>
      <w:r>
        <w:rPr>
          <w:color w:val="000000"/>
        </w:rPr>
        <w:t xml:space="preserve">, the </w:t>
      </w:r>
      <w:r>
        <w:rPr>
          <w:color w:val="00FFCC"/>
        </w:rPr>
        <w:t xml:space="preserve">Clean Tails League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cows </w:t>
      </w:r>
      <w:r>
        <w:rPr>
          <w:color w:val="000000"/>
        </w:rPr>
        <w:t xml:space="preserve">, the </w:t>
      </w:r>
      <w:r>
        <w:rPr>
          <w:color w:val="00FFCC"/>
        </w:rPr>
        <w:t xml:space="preserve">Wild Comrades </w:t>
      </w:r>
      <w:r>
        <w:rPr>
          <w:color w:val="000000"/>
        </w:rPr>
        <w:t xml:space="preserve">' </w:t>
      </w:r>
      <w:r>
        <w:rPr>
          <w:color w:val="00FFCC"/>
        </w:rPr>
        <w:t xml:space="preserve">Re-education Committee </w:t>
      </w:r>
      <w:r>
        <w:rPr>
          <w:color w:val="000000"/>
        </w:rPr>
        <w:t xml:space="preserve">( the </w:t>
      </w:r>
      <w:r>
        <w:rPr>
          <w:color w:val="00FFCC"/>
        </w:rPr>
        <w:t xml:space="preserve">object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tame </w:t>
      </w:r>
      <w:r>
        <w:rPr>
          <w:color w:val="000000"/>
        </w:rPr>
        <w:t xml:space="preserve">the </w:t>
      </w:r>
      <w:r>
        <w:rPr>
          <w:color w:val="00FFCC"/>
        </w:rPr>
        <w:t xml:space="preserve">rats </w:t>
      </w:r>
      <w:r>
        <w:rPr>
          <w:color w:val="FF0066"/>
        </w:rPr>
        <w:t xml:space="preserve">and </w:t>
      </w:r>
      <w:r>
        <w:rPr>
          <w:color w:val="00FFCC"/>
        </w:rPr>
        <w:t xml:space="preserve">rabbits </w:t>
      </w:r>
      <w:r>
        <w:rPr>
          <w:color w:val="000000"/>
        </w:rPr>
        <w:t xml:space="preserve">) , the </w:t>
      </w:r>
      <w:r>
        <w:rPr>
          <w:color w:val="00FFCC"/>
        </w:rPr>
        <w:t xml:space="preserve">Whiter Wool Movement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various </w:t>
      </w:r>
      <w:r>
        <w:rPr>
          <w:color w:val="00FFCC"/>
        </w:rPr>
        <w:t xml:space="preserve">others </w:t>
      </w:r>
      <w:r>
        <w:rPr>
          <w:color w:val="000000"/>
        </w:rPr>
        <w:t xml:space="preserve">, </w:t>
      </w:r>
      <w:r>
        <w:rPr>
          <w:color w:val="FF6600"/>
        </w:rPr>
        <w:t xml:space="preserve">besides </w:t>
      </w:r>
      <w:r>
        <w:rPr>
          <w:color w:val="CC3399"/>
        </w:rPr>
        <w:t xml:space="preserve">instituting </w:t>
      </w:r>
      <w:r>
        <w:rPr>
          <w:color w:val="00FFCC"/>
        </w:rPr>
        <w:t xml:space="preserve">classes </w:t>
      </w:r>
      <w:r>
        <w:rPr>
          <w:color w:val="FF6600"/>
        </w:rPr>
        <w:t xml:space="preserve">in </w:t>
      </w:r>
      <w:r>
        <w:rPr>
          <w:color w:val="00FFCC"/>
        </w:rPr>
        <w:t xml:space="preserve">reading </w:t>
      </w:r>
      <w:r>
        <w:rPr>
          <w:color w:val="FF0066"/>
        </w:rPr>
        <w:t xml:space="preserve">and </w:t>
      </w:r>
      <w:r>
        <w:rPr>
          <w:color w:val="CC3399"/>
        </w:rPr>
        <w:t xml:space="preserve">writing </w:t>
      </w:r>
      <w:r>
        <w:rPr>
          <w:color w:val="000000"/>
        </w:rPr>
        <w:t xml:space="preserve">.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whole </w:t>
      </w:r>
      <w:r>
        <w:rPr>
          <w:color w:val="000000"/>
        </w:rPr>
        <w:t xml:space="preserve">, these </w:t>
      </w:r>
      <w:r>
        <w:rPr>
          <w:color w:val="00FFCC"/>
        </w:rPr>
        <w:t xml:space="preserve">projects </w:t>
      </w:r>
      <w:r>
        <w:rPr>
          <w:color w:val="CC3399"/>
        </w:rPr>
        <w:t xml:space="preserve">were </w:t>
      </w:r>
      <w:r>
        <w:rPr>
          <w:color w:val="000000"/>
        </w:rPr>
        <w:t xml:space="preserve">a </w:t>
      </w:r>
      <w:r>
        <w:rPr>
          <w:color w:val="00FFCC"/>
        </w:rPr>
        <w:t xml:space="preserve">failure </w:t>
      </w:r>
      <w:r>
        <w:rPr>
          <w:color w:val="000000"/>
        </w:rPr>
        <w:t xml:space="preserve">. The </w:t>
      </w:r>
      <w:r>
        <w:rPr>
          <w:color w:val="00FFCC"/>
        </w:rPr>
        <w:t xml:space="preserve">attempt </w:t>
      </w:r>
      <w:r>
        <w:rPr>
          <w:color w:val="000000"/>
        </w:rPr>
        <w:t xml:space="preserve">to </w:t>
      </w:r>
      <w:r>
        <w:rPr>
          <w:color w:val="CC3399"/>
        </w:rPr>
        <w:t xml:space="preserve">tame </w:t>
      </w:r>
      <w:r>
        <w:rPr>
          <w:color w:val="000000"/>
        </w:rPr>
        <w:t xml:space="preserve">the </w:t>
      </w:r>
      <w:r>
        <w:rPr>
          <w:color w:val="00FFCC"/>
        </w:rPr>
        <w:t xml:space="preserve">wild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creatures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FFCC"/>
        </w:rPr>
        <w:t xml:space="preserve">instance </w:t>
      </w:r>
      <w:r>
        <w:rPr>
          <w:color w:val="000000"/>
        </w:rPr>
        <w:t xml:space="preserve">, </w:t>
      </w:r>
      <w:r>
        <w:rPr>
          <w:color w:val="CC3399"/>
        </w:rPr>
        <w:t xml:space="preserve">broke </w:t>
      </w:r>
      <w:r>
        <w:rPr>
          <w:color w:val="00787F"/>
        </w:rPr>
        <w:t xml:space="preserve">down almost immediately </w:t>
      </w:r>
      <w:r>
        <w:rPr>
          <w:color w:val="000000"/>
        </w:rPr>
        <w:t xml:space="preserve">. They </w:t>
      </w:r>
      <w:r>
        <w:rPr>
          <w:color w:val="CC3399"/>
        </w:rPr>
        <w:t xml:space="preserve">continued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behave </w:t>
      </w:r>
      <w:r>
        <w:rPr>
          <w:color w:val="00787F"/>
        </w:rPr>
        <w:t>ve</w:t>
      </w:r>
      <w:r>
        <w:rPr>
          <w:color w:val="00787F"/>
        </w:rPr>
        <w:t xml:space="preserve">ry much </w:t>
      </w:r>
      <w:r>
        <w:rPr>
          <w:color w:val="FF6600"/>
        </w:rPr>
        <w:t xml:space="preserve">as </w:t>
      </w:r>
      <w:r>
        <w:rPr>
          <w:color w:val="00787F"/>
        </w:rPr>
        <w:t xml:space="preserve">before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</w:t>
      </w:r>
      <w:r>
        <w:rPr>
          <w:color w:val="CC3399"/>
        </w:rPr>
        <w:t xml:space="preserve">treated </w:t>
      </w:r>
      <w:r>
        <w:rPr>
          <w:color w:val="FF6600"/>
        </w:rPr>
        <w:t xml:space="preserve">with </w:t>
      </w:r>
      <w:r>
        <w:rPr>
          <w:color w:val="00FFCC"/>
        </w:rPr>
        <w:t xml:space="preserve">generosity </w:t>
      </w:r>
      <w:r>
        <w:rPr>
          <w:color w:val="000000"/>
        </w:rPr>
        <w:t xml:space="preserve">, </w:t>
      </w:r>
      <w:r>
        <w:rPr>
          <w:color w:val="00787F"/>
        </w:rPr>
        <w:t xml:space="preserve">simply </w:t>
      </w:r>
      <w:r>
        <w:rPr>
          <w:color w:val="CC3399"/>
        </w:rPr>
        <w:t xml:space="preserve">took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advantage </w:t>
      </w:r>
      <w:r>
        <w:rPr>
          <w:color w:val="FF6600"/>
        </w:rPr>
        <w:t xml:space="preserve">of </w:t>
      </w:r>
      <w:r>
        <w:rPr>
          <w:color w:val="000000"/>
        </w:rPr>
        <w:t xml:space="preserve">it . The </w:t>
      </w:r>
      <w:r>
        <w:rPr>
          <w:color w:val="00FFCC"/>
        </w:rPr>
        <w:t xml:space="preserve">cat </w:t>
      </w:r>
      <w:r>
        <w:rPr>
          <w:color w:val="CC3399"/>
        </w:rPr>
        <w:t xml:space="preserve">joined </w:t>
      </w:r>
      <w:r>
        <w:rPr>
          <w:color w:val="000000"/>
        </w:rPr>
        <w:t xml:space="preserve">the </w:t>
      </w:r>
      <w:r>
        <w:rPr>
          <w:color w:val="00FFCC"/>
        </w:rPr>
        <w:t xml:space="preserve">Re-education Committee </w:t>
      </w:r>
      <w:r>
        <w:rPr>
          <w:color w:val="FF0066"/>
        </w:rPr>
        <w:t xml:space="preserve">and </w:t>
      </w:r>
      <w:r>
        <w:rPr>
          <w:color w:val="CC3399"/>
        </w:rPr>
        <w:t xml:space="preserve">was </w:t>
      </w:r>
      <w:r>
        <w:rPr>
          <w:color w:val="00787F"/>
        </w:rPr>
        <w:t xml:space="preserve">very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active </w:t>
      </w:r>
      <w:r>
        <w:rPr>
          <w:color w:val="FF6600"/>
        </w:rPr>
        <w:t xml:space="preserve">in </w:t>
      </w:r>
      <w:r>
        <w:rPr>
          <w:color w:val="000000"/>
        </w:rPr>
        <w:t xml:space="preserve">it </w:t>
      </w:r>
      <w:r>
        <w:rPr>
          <w:color w:val="FF6600"/>
        </w:rPr>
        <w:t xml:space="preserve">for </w:t>
      </w:r>
      <w:r>
        <w:rPr>
          <w:color w:val="000000"/>
        </w:rPr>
        <w:t xml:space="preserve">some </w:t>
      </w:r>
      <w:r>
        <w:rPr>
          <w:color w:val="00FFCC"/>
        </w:rPr>
        <w:t xml:space="preserve">days </w:t>
      </w:r>
      <w:r>
        <w:rPr>
          <w:color w:val="000000"/>
        </w:rPr>
        <w:t xml:space="preserve">. She </w:t>
      </w:r>
      <w:r>
        <w:rPr>
          <w:color w:val="CC3399"/>
        </w:rPr>
        <w:t xml:space="preserve">was seen </w:t>
      </w:r>
      <w:r>
        <w:rPr>
          <w:color w:val="000000"/>
        </w:rPr>
        <w:t xml:space="preserve">one </w:t>
      </w:r>
      <w:r>
        <w:rPr>
          <w:color w:val="00FFCC"/>
        </w:rPr>
        <w:t xml:space="preserve">day </w:t>
      </w:r>
      <w:r>
        <w:rPr>
          <w:color w:val="CC3399"/>
        </w:rPr>
        <w:t xml:space="preserve">sitting </w:t>
      </w:r>
      <w:r>
        <w:rPr>
          <w:color w:val="FF6600"/>
        </w:rPr>
        <w:t xml:space="preserve">on </w:t>
      </w:r>
      <w:r>
        <w:rPr>
          <w:color w:val="000000"/>
        </w:rPr>
        <w:t xml:space="preserve">a </w:t>
      </w:r>
      <w:r>
        <w:rPr>
          <w:color w:val="00FFCC"/>
        </w:rPr>
        <w:t xml:space="preserve">roof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talking </w:t>
      </w:r>
      <w:r>
        <w:rPr>
          <w:color w:val="000000"/>
        </w:rPr>
        <w:t xml:space="preserve">to some </w:t>
      </w:r>
      <w:r>
        <w:rPr>
          <w:color w:val="00FFCC"/>
        </w:rPr>
        <w:t xml:space="preserve">sparrows </w:t>
      </w:r>
      <w:r>
        <w:rPr>
          <w:color w:val="000000"/>
        </w:rPr>
        <w:t xml:space="preserve">who </w:t>
      </w:r>
      <w:r>
        <w:rPr>
          <w:color w:val="CC3399"/>
        </w:rPr>
        <w:t xml:space="preserve">were </w:t>
      </w:r>
      <w:r>
        <w:rPr>
          <w:color w:val="00787F"/>
        </w:rPr>
        <w:t xml:space="preserve">just </w:t>
      </w:r>
      <w:r>
        <w:rPr>
          <w:color w:val="FF6600"/>
        </w:rPr>
        <w:t xml:space="preserve">out of </w:t>
      </w:r>
      <w:r>
        <w:rPr>
          <w:color w:val="000000"/>
        </w:rPr>
        <w:t xml:space="preserve">her </w:t>
      </w:r>
      <w:r>
        <w:rPr>
          <w:color w:val="00FFCC"/>
        </w:rPr>
        <w:t xml:space="preserve">reach </w:t>
      </w:r>
      <w:r>
        <w:rPr>
          <w:color w:val="000000"/>
        </w:rPr>
        <w:t xml:space="preserve">. She </w:t>
      </w:r>
      <w:r>
        <w:rPr>
          <w:color w:val="CC3399"/>
        </w:rPr>
        <w:t xml:space="preserve">was telling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all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787F"/>
        </w:rPr>
        <w:t xml:space="preserve">now </w:t>
      </w:r>
      <w:r>
        <w:rPr>
          <w:color w:val="00FFCC"/>
        </w:rPr>
        <w:t xml:space="preserve">comrades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000000"/>
        </w:rPr>
        <w:t xml:space="preserve">any </w:t>
      </w:r>
      <w:r>
        <w:rPr>
          <w:color w:val="00FFCC"/>
        </w:rPr>
        <w:t xml:space="preserve">sparrow </w:t>
      </w:r>
      <w:r>
        <w:rPr>
          <w:color w:val="000000"/>
        </w:rPr>
        <w:t xml:space="preserve">who </w:t>
      </w:r>
      <w:r>
        <w:rPr>
          <w:color w:val="CC3399"/>
        </w:rPr>
        <w:t xml:space="preserve">chose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could </w:t>
      </w:r>
      <w:r>
        <w:rPr>
          <w:color w:val="CC3399"/>
        </w:rPr>
        <w:t xml:space="preserve">come </w:t>
      </w:r>
      <w:r>
        <w:rPr>
          <w:color w:val="FF0066"/>
        </w:rPr>
        <w:t xml:space="preserve">and </w:t>
      </w:r>
      <w:r>
        <w:rPr>
          <w:color w:val="CC3399"/>
        </w:rPr>
        <w:t xml:space="preserve">perch </w:t>
      </w:r>
      <w:r>
        <w:rPr>
          <w:color w:val="FF6600"/>
        </w:rPr>
        <w:t xml:space="preserve">on </w:t>
      </w:r>
      <w:r>
        <w:rPr>
          <w:color w:val="000000"/>
        </w:rPr>
        <w:t xml:space="preserve">her </w:t>
      </w:r>
      <w:r>
        <w:rPr>
          <w:color w:val="00FFCC"/>
        </w:rPr>
        <w:t xml:space="preserve">paw </w:t>
      </w:r>
      <w:r>
        <w:rPr>
          <w:color w:val="000000"/>
        </w:rPr>
        <w:t xml:space="preserve">;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sparrows </w:t>
      </w:r>
      <w:r>
        <w:rPr>
          <w:color w:val="CC3399"/>
        </w:rPr>
        <w:t xml:space="preserve">kept </w:t>
      </w:r>
      <w:r>
        <w:rPr>
          <w:color w:val="000000"/>
        </w:rPr>
        <w:t xml:space="preserve">their </w:t>
      </w:r>
      <w:r>
        <w:rPr>
          <w:color w:val="00FFCC"/>
        </w:rPr>
        <w:t xml:space="preserve">distance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reading </w:t>
      </w:r>
      <w:r>
        <w:rPr>
          <w:color w:val="FF0066"/>
        </w:rPr>
        <w:t xml:space="preserve">and </w:t>
      </w:r>
      <w:r>
        <w:rPr>
          <w:color w:val="00FFCC"/>
        </w:rPr>
        <w:t xml:space="preserve">writing classes </w:t>
      </w:r>
      <w:r>
        <w:rPr>
          <w:color w:val="000000"/>
        </w:rPr>
        <w:t xml:space="preserve">, </w:t>
      </w:r>
      <w:r>
        <w:rPr>
          <w:color w:val="00787F"/>
        </w:rPr>
        <w:t xml:space="preserve">however </w:t>
      </w:r>
      <w:r>
        <w:rPr>
          <w:color w:val="000000"/>
        </w:rPr>
        <w:t xml:space="preserve">, </w:t>
      </w:r>
      <w:r>
        <w:rPr>
          <w:color w:val="CC3399"/>
        </w:rPr>
        <w:t xml:space="preserve">were </w:t>
      </w:r>
      <w:r>
        <w:rPr>
          <w:color w:val="000000"/>
        </w:rPr>
        <w:t xml:space="preserve">a </w:t>
      </w:r>
      <w:r>
        <w:rPr>
          <w:color w:val="33CCFF"/>
        </w:rPr>
        <w:t xml:space="preserve">great </w:t>
      </w:r>
      <w:r>
        <w:rPr>
          <w:color w:val="00FFCC"/>
        </w:rPr>
        <w:t xml:space="preserve">success </w:t>
      </w:r>
      <w:r>
        <w:rPr>
          <w:color w:val="000000"/>
        </w:rPr>
        <w:t xml:space="preserve">. </w:t>
      </w:r>
      <w:r>
        <w:rPr>
          <w:color w:val="FF6600"/>
        </w:rPr>
        <w:t xml:space="preserve">By </w:t>
      </w:r>
      <w:r>
        <w:rPr>
          <w:color w:val="000000"/>
        </w:rPr>
        <w:t>the</w:t>
      </w:r>
      <w:r>
        <w:rPr>
          <w:color w:val="000000"/>
        </w:rPr>
        <w:t xml:space="preserve">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autumn </w:t>
      </w:r>
      <w:r>
        <w:rPr>
          <w:color w:val="00787F"/>
        </w:rPr>
        <w:t xml:space="preserve">almost </w:t>
      </w:r>
      <w:r>
        <w:rPr>
          <w:color w:val="000000"/>
        </w:rPr>
        <w:t xml:space="preserve">every </w:t>
      </w:r>
      <w:r>
        <w:rPr>
          <w:color w:val="00FFCC"/>
        </w:rPr>
        <w:t xml:space="preserve">animal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was </w:t>
      </w:r>
      <w:r>
        <w:rPr>
          <w:color w:val="00FFCC"/>
        </w:rPr>
        <w:t xml:space="preserve">literate </w:t>
      </w:r>
      <w:r>
        <w:rPr>
          <w:color w:val="FF6600"/>
        </w:rPr>
        <w:t xml:space="preserve">in </w:t>
      </w:r>
      <w:r>
        <w:rPr>
          <w:color w:val="000000"/>
        </w:rPr>
        <w:t xml:space="preserve">some </w:t>
      </w:r>
      <w:r>
        <w:rPr>
          <w:color w:val="00FFCC"/>
        </w:rPr>
        <w:t xml:space="preserve">degree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As for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, they </w:t>
      </w:r>
      <w:r>
        <w:rPr>
          <w:color w:val="003E3E"/>
        </w:rPr>
        <w:t xml:space="preserve">could </w:t>
      </w:r>
      <w:r>
        <w:rPr>
          <w:color w:val="00787F"/>
        </w:rPr>
        <w:t xml:space="preserve">already </w:t>
      </w:r>
      <w:r>
        <w:rPr>
          <w:color w:val="CC3399"/>
        </w:rPr>
        <w:t xml:space="preserve">read </w:t>
      </w:r>
      <w:r>
        <w:rPr>
          <w:color w:val="FF0066"/>
        </w:rPr>
        <w:t xml:space="preserve">and </w:t>
      </w:r>
      <w:r>
        <w:rPr>
          <w:color w:val="CC3399"/>
        </w:rPr>
        <w:t xml:space="preserve">write </w:t>
      </w:r>
      <w:r>
        <w:rPr>
          <w:color w:val="00787F"/>
        </w:rPr>
        <w:t xml:space="preserve">perfectly </w:t>
      </w:r>
      <w:r>
        <w:rPr>
          <w:color w:val="000000"/>
        </w:rPr>
        <w:t xml:space="preserve">. The </w:t>
      </w:r>
      <w:r>
        <w:rPr>
          <w:color w:val="00FFCC"/>
        </w:rPr>
        <w:t xml:space="preserve">dogs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learned </w:t>
      </w:r>
      <w:r>
        <w:rPr>
          <w:color w:val="000000"/>
        </w:rPr>
        <w:t xml:space="preserve">to </w:t>
      </w:r>
      <w:r>
        <w:rPr>
          <w:color w:val="CC3399"/>
        </w:rPr>
        <w:t xml:space="preserve">read </w:t>
      </w:r>
      <w:r>
        <w:rPr>
          <w:color w:val="00787F"/>
        </w:rPr>
        <w:t xml:space="preserve">fairly well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CC3399"/>
        </w:rPr>
        <w:t xml:space="preserve">were </w:t>
      </w:r>
      <w:r>
        <w:rPr>
          <w:color w:val="00787F"/>
        </w:rPr>
        <w:t xml:space="preserve">not </w:t>
      </w:r>
      <w:r>
        <w:rPr>
          <w:color w:val="33CCFF"/>
        </w:rPr>
        <w:t xml:space="preserve">interested </w:t>
      </w:r>
      <w:r>
        <w:rPr>
          <w:color w:val="FF6600"/>
        </w:rPr>
        <w:t xml:space="preserve">in </w:t>
      </w:r>
      <w:r>
        <w:rPr>
          <w:color w:val="CC3399"/>
        </w:rPr>
        <w:t xml:space="preserve">reading </w:t>
      </w:r>
      <w:r>
        <w:rPr>
          <w:color w:val="00FFCC"/>
        </w:rPr>
        <w:t xml:space="preserve">anything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except </w:t>
      </w:r>
      <w:r>
        <w:rPr>
          <w:color w:val="000000"/>
        </w:rPr>
        <w:t xml:space="preserve">the </w:t>
      </w:r>
      <w:r>
        <w:rPr>
          <w:color w:val="00FFCC"/>
        </w:rPr>
        <w:t xml:space="preserve">Seven Commandments </w:t>
      </w:r>
      <w:r>
        <w:rPr>
          <w:color w:val="000000"/>
        </w:rPr>
        <w:t xml:space="preserve">. </w:t>
      </w:r>
      <w:r>
        <w:rPr>
          <w:color w:val="00FFCC"/>
        </w:rPr>
        <w:t xml:space="preserve">Muriel </w:t>
      </w:r>
      <w:r>
        <w:rPr>
          <w:color w:val="000000"/>
        </w:rPr>
        <w:t xml:space="preserve">, the </w:t>
      </w:r>
      <w:r>
        <w:rPr>
          <w:color w:val="00FFCC"/>
        </w:rPr>
        <w:t xml:space="preserve">goat </w:t>
      </w:r>
      <w:r>
        <w:rPr>
          <w:color w:val="000000"/>
        </w:rPr>
        <w:t xml:space="preserve">, </w:t>
      </w:r>
      <w:r>
        <w:rPr>
          <w:color w:val="003E3E"/>
        </w:rPr>
        <w:t xml:space="preserve">could </w:t>
      </w:r>
      <w:r>
        <w:rPr>
          <w:color w:val="CC3399"/>
        </w:rPr>
        <w:t xml:space="preserve">read </w:t>
      </w:r>
      <w:r>
        <w:rPr>
          <w:color w:val="00787F"/>
        </w:rPr>
        <w:t xml:space="preserve">somewhat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better </w:t>
      </w:r>
      <w:r>
        <w:rPr>
          <w:color w:val="FF6600"/>
        </w:rPr>
        <w:t xml:space="preserve">than </w:t>
      </w: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sometimes </w:t>
      </w:r>
      <w:r>
        <w:rPr>
          <w:color w:val="CC3399"/>
        </w:rPr>
        <w:t xml:space="preserve">used </w:t>
      </w:r>
      <w:r>
        <w:rPr>
          <w:color w:val="000000"/>
        </w:rPr>
        <w:t xml:space="preserve">to </w:t>
      </w:r>
      <w:r>
        <w:rPr>
          <w:color w:val="CC3399"/>
        </w:rPr>
        <w:t xml:space="preserve">read </w:t>
      </w:r>
      <w:r>
        <w:rPr>
          <w:color w:val="000000"/>
        </w:rPr>
        <w:t xml:space="preserve">to the </w:t>
      </w:r>
      <w:r>
        <w:rPr>
          <w:color w:val="00FFCC"/>
        </w:rPr>
        <w:t xml:space="preserve">others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evenings </w:t>
      </w:r>
      <w:r>
        <w:rPr>
          <w:color w:val="FF6600"/>
        </w:rPr>
        <w:t xml:space="preserve">from </w:t>
      </w:r>
      <w:r>
        <w:rPr>
          <w:color w:val="00FFCC"/>
        </w:rPr>
        <w:t xml:space="preserve">scraps </w:t>
      </w:r>
      <w:r>
        <w:rPr>
          <w:color w:val="FF6600"/>
        </w:rPr>
        <w:t xml:space="preserve">of </w:t>
      </w:r>
      <w:r>
        <w:rPr>
          <w:color w:val="00FFCC"/>
        </w:rPr>
        <w:t xml:space="preserve">newspaper </w:t>
      </w:r>
      <w:r>
        <w:rPr>
          <w:color w:val="000000"/>
        </w:rPr>
        <w:t xml:space="preserve">which she </w:t>
      </w:r>
      <w:r>
        <w:rPr>
          <w:color w:val="CC3399"/>
        </w:rPr>
        <w:t xml:space="preserve">found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rubbish </w:t>
      </w:r>
      <w:r>
        <w:rPr>
          <w:color w:val="00FFCC"/>
        </w:rPr>
        <w:t xml:space="preserve">heap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Benjamin </w:t>
      </w:r>
      <w:r>
        <w:rPr>
          <w:color w:val="003E3E"/>
        </w:rPr>
        <w:t xml:space="preserve">could </w:t>
      </w:r>
      <w:r>
        <w:rPr>
          <w:color w:val="CC3399"/>
        </w:rPr>
        <w:t xml:space="preserve">read </w:t>
      </w:r>
      <w:r>
        <w:rPr>
          <w:color w:val="FF6600"/>
        </w:rPr>
        <w:t xml:space="preserve">as </w:t>
      </w:r>
      <w:r>
        <w:rPr>
          <w:color w:val="00787F"/>
        </w:rPr>
        <w:t xml:space="preserve">well </w:t>
      </w:r>
      <w:r>
        <w:rPr>
          <w:color w:val="FF6600"/>
        </w:rPr>
        <w:t xml:space="preserve">as </w:t>
      </w:r>
      <w:r>
        <w:rPr>
          <w:color w:val="000000"/>
        </w:rPr>
        <w:t xml:space="preserve">any </w:t>
      </w:r>
      <w:r>
        <w:rPr>
          <w:color w:val="00FFCC"/>
        </w:rPr>
        <w:t xml:space="preserve">pig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787F"/>
        </w:rPr>
        <w:t xml:space="preserve">never </w:t>
      </w:r>
      <w:r>
        <w:rPr>
          <w:color w:val="CC3399"/>
        </w:rPr>
        <w:t xml:space="preserve">exercised </w:t>
      </w:r>
      <w:r>
        <w:rPr>
          <w:color w:val="000000"/>
        </w:rPr>
        <w:t xml:space="preserve">his </w:t>
      </w:r>
      <w:r>
        <w:rPr>
          <w:color w:val="00FFCC"/>
        </w:rPr>
        <w:t>facul</w:t>
      </w:r>
      <w:r>
        <w:rPr>
          <w:color w:val="00FFCC"/>
        </w:rPr>
        <w:t xml:space="preserve">ty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So far </w:t>
      </w:r>
      <w:r>
        <w:rPr>
          <w:color w:val="FF6600"/>
        </w:rPr>
        <w:t xml:space="preserve">as </w:t>
      </w:r>
      <w:r>
        <w:rPr>
          <w:color w:val="000000"/>
        </w:rPr>
        <w:t xml:space="preserve">he </w:t>
      </w:r>
      <w:r>
        <w:rPr>
          <w:color w:val="CC3399"/>
        </w:rPr>
        <w:t xml:space="preserve">knew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there </w:t>
      </w:r>
      <w:r>
        <w:rPr>
          <w:color w:val="CC3399"/>
        </w:rPr>
        <w:t xml:space="preserve">was </w:t>
      </w:r>
      <w:r>
        <w:rPr>
          <w:color w:val="00FFCC"/>
        </w:rPr>
        <w:t xml:space="preserve">nothing </w:t>
      </w:r>
      <w:r>
        <w:rPr>
          <w:color w:val="33CCFF"/>
        </w:rPr>
        <w:t xml:space="preserve">worth </w:t>
      </w:r>
      <w:r>
        <w:rPr>
          <w:color w:val="00FFCC"/>
        </w:rPr>
        <w:t xml:space="preserve">reading </w:t>
      </w:r>
      <w:r>
        <w:rPr>
          <w:color w:val="000000"/>
        </w:rPr>
        <w:t xml:space="preserve">. </w:t>
      </w:r>
      <w:r>
        <w:rPr>
          <w:color w:val="00FFCC"/>
        </w:rPr>
        <w:t xml:space="preserve">Clover learnt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alphabet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CC3399"/>
        </w:rPr>
        <w:t xml:space="preserve">put </w:t>
      </w:r>
      <w:r>
        <w:rPr>
          <w:color w:val="00FFCC"/>
        </w:rPr>
        <w:t xml:space="preserve">words </w:t>
      </w:r>
      <w:r>
        <w:rPr>
          <w:color w:val="00787F"/>
        </w:rPr>
        <w:t xml:space="preserve">together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CC3399"/>
        </w:rPr>
        <w:t xml:space="preserve">get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beyond </w:t>
      </w:r>
      <w:r>
        <w:rPr>
          <w:color w:val="000000"/>
        </w:rPr>
        <w:t xml:space="preserve">the </w:t>
      </w:r>
      <w:r>
        <w:rPr>
          <w:color w:val="00FFCC"/>
        </w:rPr>
        <w:t xml:space="preserve">letter D. </w:t>
      </w:r>
      <w:r>
        <w:rPr>
          <w:color w:val="000000"/>
        </w:rPr>
        <w:t xml:space="preserve">He </w:t>
      </w:r>
      <w:r>
        <w:rPr>
          <w:color w:val="003E3E"/>
        </w:rPr>
        <w:t xml:space="preserve">would </w:t>
      </w:r>
      <w:r>
        <w:rPr>
          <w:color w:val="CC3399"/>
        </w:rPr>
        <w:t xml:space="preserve">trace </w:t>
      </w:r>
      <w:r>
        <w:rPr>
          <w:color w:val="000000"/>
        </w:rPr>
        <w:t xml:space="preserve">out </w:t>
      </w:r>
      <w:r>
        <w:rPr>
          <w:color w:val="00FFCC"/>
        </w:rPr>
        <w:t xml:space="preserve">A </w:t>
      </w:r>
      <w:r>
        <w:rPr>
          <w:color w:val="000000"/>
        </w:rPr>
        <w:t xml:space="preserve">, </w:t>
      </w:r>
      <w:r>
        <w:rPr>
          <w:color w:val="00FFCC"/>
        </w:rPr>
        <w:t xml:space="preserve">B </w:t>
      </w:r>
      <w:r>
        <w:rPr>
          <w:color w:val="000000"/>
        </w:rPr>
        <w:t xml:space="preserve">, </w:t>
      </w:r>
      <w:r>
        <w:rPr>
          <w:color w:val="00FFCC"/>
        </w:rPr>
        <w:t xml:space="preserve">C </w:t>
      </w:r>
      <w:r>
        <w:rPr>
          <w:color w:val="000000"/>
        </w:rPr>
        <w:t xml:space="preserve">, </w:t>
      </w:r>
      <w:r>
        <w:rPr>
          <w:color w:val="00FFCC"/>
        </w:rPr>
        <w:t xml:space="preserve">D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dust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great </w:t>
      </w:r>
      <w:r>
        <w:rPr>
          <w:color w:val="00FFCC"/>
        </w:rPr>
        <w:t xml:space="preserve">hoof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then </w:t>
      </w:r>
      <w:r>
        <w:rPr>
          <w:color w:val="003E3E"/>
        </w:rPr>
        <w:t xml:space="preserve">would </w:t>
      </w:r>
      <w:r>
        <w:rPr>
          <w:color w:val="CC3399"/>
        </w:rPr>
        <w:t xml:space="preserve">stand staring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letters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00FFCC"/>
        </w:rPr>
        <w:t xml:space="preserve">ears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back </w:t>
      </w:r>
      <w:r>
        <w:rPr>
          <w:color w:val="000000"/>
        </w:rPr>
        <w:t xml:space="preserve">, </w:t>
      </w:r>
      <w:r>
        <w:rPr>
          <w:color w:val="00787F"/>
        </w:rPr>
        <w:t xml:space="preserve">sometimes </w:t>
      </w:r>
      <w:r>
        <w:rPr>
          <w:color w:val="CC3399"/>
        </w:rPr>
        <w:t xml:space="preserve">shaking </w:t>
      </w:r>
      <w:r>
        <w:rPr>
          <w:color w:val="000000"/>
        </w:rPr>
        <w:t xml:space="preserve">his </w:t>
      </w:r>
      <w:r>
        <w:rPr>
          <w:color w:val="00FFCC"/>
        </w:rPr>
        <w:t xml:space="preserve">forelock </w:t>
      </w:r>
      <w:r>
        <w:rPr>
          <w:color w:val="000000"/>
        </w:rPr>
        <w:t xml:space="preserve">, </w:t>
      </w:r>
      <w:r>
        <w:rPr>
          <w:color w:val="CC3399"/>
        </w:rPr>
        <w:t xml:space="preserve">trying </w:t>
      </w:r>
      <w:r>
        <w:rPr>
          <w:color w:val="FF6600"/>
        </w:rPr>
        <w:t xml:space="preserve">with </w:t>
      </w:r>
      <w:r>
        <w:rPr>
          <w:color w:val="000000"/>
        </w:rPr>
        <w:t xml:space="preserve">all his </w:t>
      </w:r>
      <w:r>
        <w:rPr>
          <w:color w:val="003E3E"/>
        </w:rPr>
        <w:t xml:space="preserve">might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remember </w:t>
      </w:r>
      <w:r>
        <w:rPr>
          <w:color w:val="000000"/>
        </w:rPr>
        <w:t xml:space="preserve">what </w:t>
      </w:r>
      <w:r>
        <w:rPr>
          <w:color w:val="CC3399"/>
        </w:rPr>
        <w:t xml:space="preserve">came </w:t>
      </w:r>
      <w:r>
        <w:rPr>
          <w:color w:val="33CCFF"/>
        </w:rPr>
        <w:t xml:space="preserve">next </w:t>
      </w:r>
      <w:r>
        <w:rPr>
          <w:color w:val="FF0066"/>
        </w:rPr>
        <w:t xml:space="preserve">and </w:t>
      </w:r>
      <w:r>
        <w:rPr>
          <w:color w:val="00787F"/>
        </w:rPr>
        <w:t xml:space="preserve">never </w:t>
      </w:r>
      <w:r>
        <w:rPr>
          <w:color w:val="CC3399"/>
        </w:rPr>
        <w:t xml:space="preserve">succeeding </w:t>
      </w:r>
      <w:r>
        <w:rPr>
          <w:color w:val="000000"/>
        </w:rPr>
        <w:t xml:space="preserve">. </w:t>
      </w:r>
      <w:r>
        <w:rPr>
          <w:color w:val="FF6600"/>
        </w:rPr>
        <w:t xml:space="preserve">On </w:t>
      </w:r>
      <w:r>
        <w:rPr>
          <w:color w:val="33CCFF"/>
        </w:rPr>
        <w:t xml:space="preserve">several </w:t>
      </w:r>
      <w:r>
        <w:rPr>
          <w:color w:val="00FFCC"/>
        </w:rPr>
        <w:t xml:space="preserve">occasions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indeed </w:t>
      </w:r>
      <w:r>
        <w:rPr>
          <w:color w:val="000000"/>
        </w:rPr>
        <w:t xml:space="preserve">, he </w:t>
      </w:r>
      <w:r>
        <w:rPr>
          <w:color w:val="CC3399"/>
        </w:rPr>
        <w:t xml:space="preserve">did learn </w:t>
      </w:r>
      <w:r>
        <w:rPr>
          <w:color w:val="00FFCC"/>
        </w:rPr>
        <w:t xml:space="preserve">E </w:t>
      </w:r>
      <w:r>
        <w:rPr>
          <w:color w:val="000000"/>
        </w:rPr>
        <w:t xml:space="preserve">, </w:t>
      </w:r>
      <w:r>
        <w:rPr>
          <w:color w:val="00FFCC"/>
        </w:rPr>
        <w:t xml:space="preserve">F </w:t>
      </w:r>
      <w:r>
        <w:rPr>
          <w:color w:val="000000"/>
        </w:rPr>
        <w:t xml:space="preserve">, </w:t>
      </w:r>
      <w:r>
        <w:rPr>
          <w:color w:val="00FFCC"/>
        </w:rPr>
        <w:t xml:space="preserve">G </w:t>
      </w:r>
      <w:r>
        <w:rPr>
          <w:color w:val="000000"/>
        </w:rPr>
        <w:t xml:space="preserve">, </w:t>
      </w:r>
      <w:r>
        <w:rPr>
          <w:color w:val="00FFCC"/>
        </w:rPr>
        <w:t xml:space="preserve">H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time </w:t>
      </w:r>
      <w:r>
        <w:rPr>
          <w:color w:val="000000"/>
        </w:rPr>
        <w:t xml:space="preserve">he </w:t>
      </w:r>
      <w:r>
        <w:rPr>
          <w:color w:val="CC3399"/>
        </w:rPr>
        <w:t xml:space="preserve">knew </w:t>
      </w:r>
      <w:r>
        <w:rPr>
          <w:color w:val="000000"/>
        </w:rPr>
        <w:t xml:space="preserve">them , 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always </w:t>
      </w:r>
      <w:r>
        <w:rPr>
          <w:color w:val="CC3399"/>
        </w:rPr>
        <w:t xml:space="preserve">discovered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had forgotten </w:t>
      </w:r>
      <w:r>
        <w:rPr>
          <w:color w:val="00FFCC"/>
        </w:rPr>
        <w:t xml:space="preserve">A </w:t>
      </w:r>
      <w:r>
        <w:rPr>
          <w:color w:val="000000"/>
        </w:rPr>
        <w:t xml:space="preserve">, </w:t>
      </w:r>
      <w:r>
        <w:rPr>
          <w:color w:val="00FFCC"/>
        </w:rPr>
        <w:t xml:space="preserve">B </w:t>
      </w:r>
      <w:r>
        <w:rPr>
          <w:color w:val="000000"/>
        </w:rPr>
        <w:t xml:space="preserve">, </w:t>
      </w:r>
      <w:r>
        <w:rPr>
          <w:color w:val="00FFCC"/>
        </w:rPr>
        <w:t xml:space="preserve">C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D. Finally </w:t>
      </w:r>
      <w:r>
        <w:rPr>
          <w:color w:val="000000"/>
        </w:rPr>
        <w:t xml:space="preserve">he </w:t>
      </w:r>
      <w:r>
        <w:rPr>
          <w:color w:val="CC3399"/>
        </w:rPr>
        <w:t xml:space="preserve">decided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33CCFF"/>
        </w:rPr>
        <w:t xml:space="preserve">content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33CCFF"/>
        </w:rPr>
        <w:t xml:space="preserve">first </w:t>
      </w:r>
      <w:r>
        <w:rPr>
          <w:color w:val="000000"/>
        </w:rPr>
        <w:t xml:space="preserve">four </w:t>
      </w:r>
      <w:r>
        <w:rPr>
          <w:color w:val="00FFCC"/>
        </w:rPr>
        <w:t xml:space="preserve">letters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used </w:t>
      </w:r>
      <w:r>
        <w:rPr>
          <w:color w:val="000000"/>
        </w:rPr>
        <w:t xml:space="preserve">to </w:t>
      </w:r>
      <w:r>
        <w:rPr>
          <w:color w:val="CC3399"/>
        </w:rPr>
        <w:t xml:space="preserve">write </w:t>
      </w:r>
      <w:r>
        <w:rPr>
          <w:color w:val="000000"/>
        </w:rPr>
        <w:t xml:space="preserve">them out </w:t>
      </w:r>
      <w:r>
        <w:rPr>
          <w:color w:val="00787F"/>
        </w:rPr>
        <w:t xml:space="preserve">once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or </w:t>
      </w:r>
      <w:r>
        <w:rPr>
          <w:color w:val="00787F"/>
        </w:rPr>
        <w:t xml:space="preserve">twice </w:t>
      </w:r>
      <w:r>
        <w:rPr>
          <w:color w:val="000000"/>
        </w:rPr>
        <w:t xml:space="preserve">every </w:t>
      </w:r>
      <w:r>
        <w:rPr>
          <w:color w:val="00FFCC"/>
        </w:rPr>
        <w:t xml:space="preserve">day </w:t>
      </w:r>
      <w:r>
        <w:rPr>
          <w:color w:val="000000"/>
        </w:rPr>
        <w:t xml:space="preserve">to </w:t>
      </w:r>
      <w:r>
        <w:rPr>
          <w:color w:val="CC3399"/>
        </w:rPr>
        <w:t xml:space="preserve">refresh </w:t>
      </w:r>
      <w:r>
        <w:rPr>
          <w:color w:val="000000"/>
        </w:rPr>
        <w:t xml:space="preserve">his </w:t>
      </w:r>
      <w:r>
        <w:rPr>
          <w:color w:val="00FFCC"/>
        </w:rPr>
        <w:t xml:space="preserve">memory </w:t>
      </w:r>
      <w:r>
        <w:rPr>
          <w:color w:val="000000"/>
        </w:rPr>
        <w:t xml:space="preserve">. </w:t>
      </w:r>
      <w:r>
        <w:rPr>
          <w:color w:val="00FFCC"/>
        </w:rPr>
        <w:t xml:space="preserve">Mollie </w:t>
      </w:r>
      <w:r>
        <w:rPr>
          <w:color w:val="CC3399"/>
        </w:rPr>
        <w:t xml:space="preserve">refused </w:t>
      </w:r>
      <w:r>
        <w:rPr>
          <w:color w:val="000000"/>
        </w:rPr>
        <w:t xml:space="preserve">to </w:t>
      </w:r>
      <w:r>
        <w:rPr>
          <w:color w:val="CC3399"/>
        </w:rPr>
        <w:t xml:space="preserve">learn </w:t>
      </w:r>
      <w:r>
        <w:rPr>
          <w:color w:val="000000"/>
        </w:rPr>
        <w:t xml:space="preserve">any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000000"/>
        </w:rPr>
        <w:t>t</w:t>
      </w:r>
      <w:r>
        <w:rPr>
          <w:color w:val="000000"/>
        </w:rPr>
        <w:t xml:space="preserve">he six </w:t>
      </w:r>
      <w:r>
        <w:rPr>
          <w:color w:val="00FFCC"/>
        </w:rPr>
        <w:t xml:space="preserve">letters </w:t>
      </w:r>
      <w:r>
        <w:rPr>
          <w:color w:val="000000"/>
        </w:rPr>
        <w:t xml:space="preserve">which </w:t>
      </w:r>
      <w:r>
        <w:rPr>
          <w:color w:val="CC3399"/>
        </w:rPr>
        <w:t xml:space="preserve">spelt </w:t>
      </w:r>
      <w:r>
        <w:rPr>
          <w:color w:val="000000"/>
        </w:rPr>
        <w:t xml:space="preserve">her </w:t>
      </w:r>
      <w:r>
        <w:rPr>
          <w:color w:val="33CCFF"/>
        </w:rPr>
        <w:t xml:space="preserve">own </w:t>
      </w:r>
      <w:r>
        <w:rPr>
          <w:color w:val="00FFCC"/>
        </w:rPr>
        <w:t xml:space="preserve">name </w:t>
      </w:r>
      <w:r>
        <w:rPr>
          <w:color w:val="000000"/>
        </w:rPr>
        <w:t xml:space="preserve">. She </w:t>
      </w:r>
      <w:r>
        <w:rPr>
          <w:color w:val="003E3E"/>
        </w:rPr>
        <w:t xml:space="preserve">would </w:t>
      </w:r>
      <w:r>
        <w:rPr>
          <w:color w:val="CC3399"/>
        </w:rPr>
        <w:t xml:space="preserve">form </w:t>
      </w:r>
      <w:r>
        <w:rPr>
          <w:color w:val="000000"/>
        </w:rPr>
        <w:t xml:space="preserve">these </w:t>
      </w:r>
      <w:r>
        <w:rPr>
          <w:color w:val="00787F"/>
        </w:rPr>
        <w:t xml:space="preserve">very neatly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out of </w:t>
      </w:r>
      <w:r>
        <w:rPr>
          <w:color w:val="00FFCC"/>
        </w:rPr>
        <w:t xml:space="preserve">pieces </w:t>
      </w:r>
      <w:r>
        <w:rPr>
          <w:color w:val="FF6600"/>
        </w:rPr>
        <w:t xml:space="preserve">of </w:t>
      </w:r>
      <w:r>
        <w:rPr>
          <w:color w:val="00FFCC"/>
        </w:rPr>
        <w:t xml:space="preserve">twig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3E3E"/>
        </w:rPr>
        <w:t xml:space="preserve">would </w:t>
      </w:r>
      <w:r>
        <w:rPr>
          <w:color w:val="00787F"/>
        </w:rPr>
        <w:t xml:space="preserve">then </w:t>
      </w:r>
      <w:r>
        <w:rPr>
          <w:color w:val="CC3399"/>
        </w:rPr>
        <w:t xml:space="preserve">decorate </w:t>
      </w:r>
      <w:r>
        <w:rPr>
          <w:color w:val="000000"/>
        </w:rPr>
        <w:t xml:space="preserve">them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flower </w:t>
      </w:r>
      <w:r>
        <w:rPr>
          <w:color w:val="FF0066"/>
        </w:rPr>
        <w:t xml:space="preserve">or </w:t>
      </w:r>
      <w:r>
        <w:rPr>
          <w:color w:val="000000"/>
        </w:rPr>
        <w:t xml:space="preserve">two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walk round </w:t>
      </w:r>
      <w:r>
        <w:rPr>
          <w:color w:val="000000"/>
        </w:rPr>
        <w:t xml:space="preserve">them </w:t>
      </w:r>
      <w:r>
        <w:rPr>
          <w:color w:val="CC3399"/>
        </w:rPr>
        <w:t xml:space="preserve">admiring </w:t>
      </w:r>
      <w:r>
        <w:rPr>
          <w:color w:val="000000"/>
        </w:rPr>
        <w:t xml:space="preserve">them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None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3E3E"/>
        </w:rPr>
        <w:t xml:space="preserve">could </w:t>
      </w:r>
      <w:r>
        <w:rPr>
          <w:color w:val="CC3399"/>
        </w:rPr>
        <w:t xml:space="preserve">get </w:t>
      </w:r>
      <w:r>
        <w:rPr>
          <w:color w:val="00787F"/>
        </w:rPr>
        <w:t xml:space="preserve">further </w:t>
      </w:r>
      <w:r>
        <w:rPr>
          <w:color w:val="FF6600"/>
        </w:rPr>
        <w:t xml:space="preserve">than </w:t>
      </w:r>
      <w:r>
        <w:rPr>
          <w:color w:val="000000"/>
        </w:rPr>
        <w:t xml:space="preserve">the </w:t>
      </w:r>
      <w:r>
        <w:rPr>
          <w:color w:val="00FFCC"/>
        </w:rPr>
        <w:t xml:space="preserve">letter A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787F"/>
        </w:rPr>
        <w:t xml:space="preserve">also </w:t>
      </w:r>
      <w:r>
        <w:rPr>
          <w:color w:val="CC3399"/>
        </w:rPr>
        <w:t xml:space="preserve">found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stupider animals </w:t>
      </w:r>
      <w:r>
        <w:rPr>
          <w:color w:val="000000"/>
        </w:rPr>
        <w:t xml:space="preserve">, </w:t>
      </w:r>
      <w:r>
        <w:rPr>
          <w:color w:val="33CCFF"/>
        </w:rPr>
        <w:t xml:space="preserve">such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000000"/>
        </w:rPr>
        <w:t xml:space="preserve">, </w:t>
      </w:r>
      <w:r>
        <w:rPr>
          <w:color w:val="00FFCC"/>
        </w:rPr>
        <w:t xml:space="preserve">hens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ducks </w:t>
      </w:r>
      <w:r>
        <w:rPr>
          <w:color w:val="000000"/>
        </w:rPr>
        <w:t xml:space="preserve">, </w:t>
      </w:r>
      <w:r>
        <w:rPr>
          <w:color w:val="CC3399"/>
        </w:rPr>
        <w:t xml:space="preserve">were </w:t>
      </w:r>
      <w:r>
        <w:rPr>
          <w:color w:val="33CCFF"/>
        </w:rPr>
        <w:t xml:space="preserve">unable </w:t>
      </w:r>
      <w:r>
        <w:rPr>
          <w:color w:val="000000"/>
        </w:rPr>
        <w:t xml:space="preserve">to </w:t>
      </w:r>
      <w:r>
        <w:rPr>
          <w:color w:val="CC3399"/>
        </w:rPr>
        <w:t xml:space="preserve">learn </w:t>
      </w:r>
      <w:r>
        <w:rPr>
          <w:color w:val="000000"/>
        </w:rPr>
        <w:t xml:space="preserve">the </w:t>
      </w:r>
      <w:r>
        <w:rPr>
          <w:color w:val="00FFCC"/>
        </w:rPr>
        <w:t xml:space="preserve">Seven Commandments </w:t>
      </w:r>
      <w:r>
        <w:rPr>
          <w:color w:val="FF6600"/>
        </w:rPr>
        <w:t xml:space="preserve">by </w:t>
      </w:r>
      <w:r>
        <w:rPr>
          <w:color w:val="00FFCC"/>
        </w:rPr>
        <w:t xml:space="preserve">heart </w:t>
      </w:r>
      <w:r>
        <w:rPr>
          <w:color w:val="000000"/>
        </w:rPr>
        <w:t xml:space="preserve">. </w:t>
      </w:r>
      <w:r>
        <w:rPr>
          <w:color w:val="FF6600"/>
        </w:rPr>
        <w:t xml:space="preserve">After </w:t>
      </w:r>
      <w:r>
        <w:rPr>
          <w:color w:val="33CCFF"/>
        </w:rPr>
        <w:t xml:space="preserve">much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thought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declared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Seven Commandments </w:t>
      </w:r>
      <w:r>
        <w:rPr>
          <w:color w:val="003E3E"/>
        </w:rPr>
        <w:t xml:space="preserve">could </w:t>
      </w:r>
      <w:r>
        <w:rPr>
          <w:color w:val="FF6600"/>
        </w:rPr>
        <w:t xml:space="preserve">in </w:t>
      </w:r>
      <w:r>
        <w:rPr>
          <w:color w:val="00FFCC"/>
        </w:rPr>
        <w:t xml:space="preserve">effect </w:t>
      </w:r>
      <w:r>
        <w:rPr>
          <w:color w:val="CC3399"/>
        </w:rPr>
        <w:t xml:space="preserve">be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reduced </w:t>
      </w:r>
      <w:r>
        <w:rPr>
          <w:color w:val="000000"/>
        </w:rPr>
        <w:t xml:space="preserve">to a </w:t>
      </w:r>
      <w:r>
        <w:rPr>
          <w:color w:val="33CCFF"/>
        </w:rPr>
        <w:t xml:space="preserve">single </w:t>
      </w:r>
      <w:r>
        <w:rPr>
          <w:color w:val="00FFCC"/>
        </w:rPr>
        <w:t xml:space="preserve">maxim </w:t>
      </w:r>
      <w:r>
        <w:rPr>
          <w:color w:val="000000"/>
        </w:rPr>
        <w:t xml:space="preserve">, </w:t>
      </w:r>
      <w:r>
        <w:rPr>
          <w:color w:val="00787F"/>
        </w:rPr>
        <w:t xml:space="preserve">namely </w:t>
      </w:r>
      <w:r>
        <w:rPr>
          <w:color w:val="000000"/>
        </w:rPr>
        <w:t xml:space="preserve">: `` Four </w:t>
      </w:r>
      <w:r>
        <w:rPr>
          <w:color w:val="00FFCC"/>
        </w:rPr>
        <w:t xml:space="preserve">legs </w:t>
      </w:r>
      <w:r>
        <w:rPr>
          <w:color w:val="33CCFF"/>
        </w:rPr>
        <w:t xml:space="preserve">good </w:t>
      </w:r>
      <w:r>
        <w:rPr>
          <w:color w:val="000000"/>
        </w:rPr>
        <w:t xml:space="preserve">, two </w:t>
      </w:r>
      <w:r>
        <w:rPr>
          <w:color w:val="00FFCC"/>
        </w:rPr>
        <w:t xml:space="preserve">legs </w:t>
      </w:r>
      <w:r>
        <w:rPr>
          <w:color w:val="33CCFF"/>
        </w:rPr>
        <w:t xml:space="preserve">bad </w:t>
      </w:r>
      <w:r>
        <w:rPr>
          <w:color w:val="000000"/>
        </w:rPr>
        <w:t xml:space="preserve">. '' This 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CC3399"/>
        </w:rPr>
        <w:t xml:space="preserve">contained </w:t>
      </w:r>
      <w:r>
        <w:rPr>
          <w:color w:val="000000"/>
        </w:rPr>
        <w:t xml:space="preserve">the </w:t>
      </w:r>
      <w:r>
        <w:rPr>
          <w:color w:val="33CCFF"/>
        </w:rPr>
        <w:t xml:space="preserve">essential </w:t>
      </w:r>
      <w:r>
        <w:rPr>
          <w:color w:val="00FFCC"/>
        </w:rPr>
        <w:t xml:space="preserve">principle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Animalism </w:t>
      </w:r>
      <w:r>
        <w:rPr>
          <w:color w:val="000000"/>
        </w:rPr>
        <w:t xml:space="preserve">. </w:t>
      </w:r>
      <w:r>
        <w:rPr>
          <w:color w:val="00FFCC"/>
        </w:rPr>
        <w:t xml:space="preserve">Whoever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thoroughly </w:t>
      </w:r>
      <w:r>
        <w:rPr>
          <w:color w:val="CC3399"/>
        </w:rPr>
        <w:t xml:space="preserve">grasped </w:t>
      </w:r>
      <w:r>
        <w:rPr>
          <w:color w:val="000000"/>
        </w:rPr>
        <w:t xml:space="preserve">it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33CCFF"/>
        </w:rPr>
        <w:t xml:space="preserve">safe </w:t>
      </w:r>
      <w:r>
        <w:rPr>
          <w:color w:val="FF6600"/>
        </w:rPr>
        <w:t xml:space="preserve">from </w:t>
      </w:r>
      <w:r>
        <w:rPr>
          <w:color w:val="33CCFF"/>
        </w:rPr>
        <w:t xml:space="preserve">human </w:t>
      </w:r>
      <w:r>
        <w:rPr>
          <w:color w:val="00FFCC"/>
        </w:rPr>
        <w:t xml:space="preserve">influences </w:t>
      </w:r>
      <w:r>
        <w:rPr>
          <w:color w:val="000000"/>
        </w:rPr>
        <w:t xml:space="preserve">. The </w:t>
      </w:r>
      <w:r>
        <w:rPr>
          <w:color w:val="00FFCC"/>
        </w:rPr>
        <w:t xml:space="preserve">birds </w:t>
      </w:r>
      <w:r>
        <w:rPr>
          <w:color w:val="FF6600"/>
        </w:rPr>
        <w:t xml:space="preserve">at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first </w:t>
      </w:r>
      <w:r>
        <w:rPr>
          <w:color w:val="CC3399"/>
        </w:rPr>
        <w:t xml:space="preserve">objected </w:t>
      </w:r>
      <w:r>
        <w:rPr>
          <w:color w:val="000000"/>
        </w:rPr>
        <w:t xml:space="preserve">, </w:t>
      </w:r>
      <w:r>
        <w:rPr>
          <w:color w:val="FF6600"/>
        </w:rPr>
        <w:t xml:space="preserve">since </w:t>
      </w:r>
      <w:r>
        <w:rPr>
          <w:color w:val="000000"/>
        </w:rPr>
        <w:t xml:space="preserve">it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</w:t>
      </w:r>
      <w:r>
        <w:rPr>
          <w:color w:val="000000"/>
        </w:rPr>
        <w:t xml:space="preserve">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00787F"/>
        </w:rPr>
        <w:t xml:space="preserve">also </w:t>
      </w:r>
      <w:r>
        <w:rPr>
          <w:color w:val="CC3399"/>
        </w:rPr>
        <w:t xml:space="preserve">had </w:t>
      </w:r>
      <w:r>
        <w:rPr>
          <w:color w:val="000000"/>
        </w:rPr>
        <w:t xml:space="preserve">two </w:t>
      </w:r>
      <w:r>
        <w:rPr>
          <w:color w:val="00FFCC"/>
        </w:rPr>
        <w:t xml:space="preserve">legs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00787F"/>
        </w:rPr>
        <w:lastRenderedPageBreak/>
        <w:t xml:space="preserve">Snowball </w:t>
      </w:r>
      <w:r>
        <w:rPr>
          <w:color w:val="CC3399"/>
        </w:rPr>
        <w:t xml:space="preserve">proved </w:t>
      </w:r>
      <w:r>
        <w:rPr>
          <w:color w:val="000000"/>
        </w:rPr>
        <w:t xml:space="preserve">to 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this </w:t>
      </w:r>
      <w:r>
        <w:rPr>
          <w:color w:val="CC3399"/>
        </w:rPr>
        <w:t xml:space="preserve">was </w:t>
      </w:r>
      <w:r>
        <w:rPr>
          <w:color w:val="00787F"/>
        </w:rPr>
        <w:t xml:space="preserve">not so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A </w:t>
      </w:r>
      <w:r>
        <w:rPr>
          <w:color w:val="00FFCC"/>
        </w:rPr>
        <w:t xml:space="preserve">bird </w:t>
      </w:r>
      <w:r>
        <w:rPr>
          <w:color w:val="000000"/>
        </w:rPr>
        <w:t xml:space="preserve">'s </w:t>
      </w:r>
      <w:r>
        <w:rPr>
          <w:color w:val="00FFCC"/>
        </w:rPr>
        <w:t xml:space="preserve">wing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''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`` </w:t>
      </w:r>
      <w:r>
        <w:rPr>
          <w:color w:val="CC3399"/>
        </w:rPr>
        <w:t xml:space="preserve">is </w:t>
      </w:r>
      <w:r>
        <w:rPr>
          <w:color w:val="000000"/>
        </w:rPr>
        <w:t xml:space="preserve">an </w:t>
      </w:r>
      <w:r>
        <w:rPr>
          <w:color w:val="00FFCC"/>
        </w:rPr>
        <w:t xml:space="preserve">organ </w:t>
      </w:r>
      <w:r>
        <w:rPr>
          <w:color w:val="FF6600"/>
        </w:rPr>
        <w:t xml:space="preserve">of </w:t>
      </w:r>
      <w:r>
        <w:rPr>
          <w:color w:val="00FFCC"/>
        </w:rPr>
        <w:t xml:space="preserve">propulsion </w:t>
      </w:r>
      <w:r>
        <w:rPr>
          <w:color w:val="FF0066"/>
        </w:rPr>
        <w:t xml:space="preserve">and </w:t>
      </w:r>
      <w:r>
        <w:rPr>
          <w:color w:val="00787F"/>
        </w:rPr>
        <w:t xml:space="preserve">not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manipulation </w:t>
      </w:r>
      <w:r>
        <w:rPr>
          <w:color w:val="000000"/>
        </w:rPr>
        <w:t xml:space="preserve">. It </w:t>
      </w:r>
      <w:r>
        <w:rPr>
          <w:color w:val="003E3E"/>
        </w:rPr>
        <w:t xml:space="preserve">should </w:t>
      </w:r>
      <w:r>
        <w:rPr>
          <w:color w:val="00787F"/>
        </w:rPr>
        <w:t xml:space="preserve">therefore </w:t>
      </w:r>
      <w:r>
        <w:rPr>
          <w:color w:val="CC3399"/>
        </w:rPr>
        <w:t xml:space="preserve">be regarded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leg </w:t>
      </w:r>
      <w:r>
        <w:rPr>
          <w:color w:val="000000"/>
        </w:rPr>
        <w:t xml:space="preserve">. The </w:t>
      </w:r>
      <w:r>
        <w:rPr>
          <w:color w:val="00FFCC"/>
        </w:rPr>
        <w:t xml:space="preserve">distinguishing </w:t>
      </w:r>
    </w:p>
    <w:p w:rsidR="00D83EF7" w:rsidRDefault="00CA4524" w:rsidP="00CA4524">
      <w:pPr>
        <w:spacing w:after="0"/>
      </w:pPr>
      <w:r>
        <w:rPr>
          <w:color w:val="00FFCC"/>
        </w:rPr>
        <w:t>mark</w:t>
      </w:r>
      <w:r>
        <w:rPr>
          <w:color w:val="00FFCC"/>
        </w:rPr>
        <w:t xml:space="preserve"> </w:t>
      </w:r>
      <w:r>
        <w:rPr>
          <w:color w:val="FF6600"/>
        </w:rPr>
        <w:t xml:space="preserve">of </w:t>
      </w:r>
      <w:r>
        <w:rPr>
          <w:color w:val="00FFCC"/>
        </w:rPr>
        <w:t xml:space="preserve">man </w:t>
      </w:r>
      <w:r>
        <w:rPr>
          <w:color w:val="CC3399"/>
        </w:rPr>
        <w:t xml:space="preserve">is </w:t>
      </w:r>
      <w:r>
        <w:rPr>
          <w:color w:val="000000"/>
        </w:rPr>
        <w:t xml:space="preserve">the </w:t>
      </w:r>
      <w:r>
        <w:rPr>
          <w:color w:val="00FFCC"/>
        </w:rPr>
        <w:t xml:space="preserve">HAND </w:t>
      </w:r>
      <w:r>
        <w:rPr>
          <w:color w:val="000000"/>
        </w:rPr>
        <w:t xml:space="preserve">, the </w:t>
      </w:r>
      <w:r>
        <w:rPr>
          <w:color w:val="00FFCC"/>
        </w:rPr>
        <w:t xml:space="preserve">instrument </w:t>
      </w:r>
      <w:r>
        <w:rPr>
          <w:color w:val="FF6600"/>
        </w:rPr>
        <w:t xml:space="preserve">with </w:t>
      </w:r>
      <w:r>
        <w:rPr>
          <w:color w:val="000000"/>
        </w:rPr>
        <w:t xml:space="preserve">which he </w:t>
      </w:r>
      <w:r>
        <w:rPr>
          <w:color w:val="CC3399"/>
        </w:rPr>
        <w:t xml:space="preserve">does </w:t>
      </w:r>
      <w:r>
        <w:rPr>
          <w:color w:val="000000"/>
        </w:rPr>
        <w:t xml:space="preserve">all 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mischief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birds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understand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33CCFF"/>
        </w:rPr>
        <w:t xml:space="preserve">long </w:t>
      </w:r>
      <w:r>
        <w:rPr>
          <w:color w:val="00FFCC"/>
        </w:rPr>
        <w:t xml:space="preserve">words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they </w:t>
      </w:r>
      <w:r>
        <w:rPr>
          <w:color w:val="CC3399"/>
        </w:rPr>
        <w:t xml:space="preserve">accepted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explanation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all the </w:t>
      </w:r>
      <w:r>
        <w:rPr>
          <w:color w:val="00FFCC"/>
        </w:rPr>
        <w:t xml:space="preserve">humbler animals </w:t>
      </w:r>
      <w:r>
        <w:rPr>
          <w:color w:val="CC3399"/>
        </w:rPr>
        <w:t xml:space="preserve">set </w:t>
      </w:r>
      <w:r>
        <w:rPr>
          <w:color w:val="000000"/>
        </w:rPr>
        <w:t xml:space="preserve">to </w:t>
      </w:r>
      <w:r>
        <w:rPr>
          <w:color w:val="CC3399"/>
        </w:rPr>
        <w:t xml:space="preserve">work </w:t>
      </w:r>
      <w:r>
        <w:rPr>
          <w:color w:val="000000"/>
        </w:rPr>
        <w:t xml:space="preserve">to </w:t>
      </w:r>
      <w:r>
        <w:rPr>
          <w:color w:val="CC3399"/>
        </w:rPr>
        <w:t xml:space="preserve">learn </w:t>
      </w:r>
      <w:r>
        <w:rPr>
          <w:color w:val="000000"/>
        </w:rPr>
        <w:t xml:space="preserve">the </w:t>
      </w:r>
      <w:r>
        <w:rPr>
          <w:color w:val="33CCFF"/>
        </w:rPr>
        <w:t xml:space="preserve">new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maxim </w:t>
      </w:r>
      <w:r>
        <w:rPr>
          <w:color w:val="FF6600"/>
        </w:rPr>
        <w:t xml:space="preserve">by </w:t>
      </w:r>
      <w:r>
        <w:rPr>
          <w:color w:val="00FFCC"/>
        </w:rPr>
        <w:t xml:space="preserve">heart </w:t>
      </w:r>
      <w:r>
        <w:rPr>
          <w:color w:val="000000"/>
        </w:rPr>
        <w:t xml:space="preserve">. FOUR </w:t>
      </w:r>
      <w:r>
        <w:rPr>
          <w:color w:val="00FFCC"/>
        </w:rPr>
        <w:t xml:space="preserve">LEGS GOOD </w:t>
      </w:r>
      <w:r>
        <w:rPr>
          <w:color w:val="000000"/>
        </w:rPr>
        <w:t xml:space="preserve">, </w:t>
      </w:r>
      <w:r>
        <w:rPr>
          <w:color w:val="00FFCC"/>
        </w:rPr>
        <w:t xml:space="preserve">TWO LEGS BAD </w:t>
      </w:r>
      <w:r>
        <w:rPr>
          <w:color w:val="000000"/>
        </w:rPr>
        <w:t xml:space="preserve">, </w:t>
      </w:r>
      <w:r>
        <w:rPr>
          <w:color w:val="CC3399"/>
        </w:rPr>
        <w:t xml:space="preserve">was inscribed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end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wall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000000"/>
        </w:rPr>
        <w:t xml:space="preserve">, </w:t>
      </w:r>
      <w:r>
        <w:rPr>
          <w:color w:val="FF6600"/>
        </w:rPr>
        <w:t xml:space="preserve">above </w:t>
      </w:r>
      <w:r>
        <w:rPr>
          <w:color w:val="000000"/>
        </w:rPr>
        <w:t xml:space="preserve">the </w:t>
      </w:r>
      <w:r>
        <w:rPr>
          <w:color w:val="00FFCC"/>
        </w:rPr>
        <w:t xml:space="preserve">Seven Commandments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33CCFF"/>
        </w:rPr>
        <w:t xml:space="preserve">bigger </w:t>
      </w:r>
      <w:r>
        <w:rPr>
          <w:color w:val="00FFCC"/>
        </w:rPr>
        <w:t xml:space="preserve">letters </w:t>
      </w:r>
      <w:r>
        <w:rPr>
          <w:color w:val="000000"/>
        </w:rPr>
        <w:t xml:space="preserve">. When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787F"/>
        </w:rPr>
        <w:t xml:space="preserve">once </w:t>
      </w:r>
      <w:r>
        <w:rPr>
          <w:color w:val="CC3399"/>
        </w:rPr>
        <w:t xml:space="preserve">got </w:t>
      </w:r>
      <w:r>
        <w:rPr>
          <w:color w:val="000000"/>
        </w:rPr>
        <w:t xml:space="preserve">it </w:t>
      </w:r>
      <w:r>
        <w:rPr>
          <w:color w:val="FF6600"/>
        </w:rPr>
        <w:t xml:space="preserve">by </w:t>
      </w:r>
      <w:r>
        <w:rPr>
          <w:color w:val="00FFCC"/>
        </w:rPr>
        <w:t xml:space="preserve">heart </w:t>
      </w:r>
      <w:r>
        <w:rPr>
          <w:color w:val="000000"/>
        </w:rPr>
        <w:t xml:space="preserve">, the </w:t>
      </w:r>
      <w:r>
        <w:rPr>
          <w:color w:val="00FFCC"/>
        </w:rPr>
        <w:t xml:space="preserve">sheep </w:t>
      </w:r>
      <w:r>
        <w:rPr>
          <w:color w:val="CC3399"/>
        </w:rPr>
        <w:t xml:space="preserve">developed </w:t>
      </w:r>
      <w:r>
        <w:rPr>
          <w:color w:val="000000"/>
        </w:rPr>
        <w:t xml:space="preserve">a </w:t>
      </w:r>
      <w:r>
        <w:rPr>
          <w:color w:val="33CCFF"/>
        </w:rPr>
        <w:t xml:space="preserve">great </w:t>
      </w:r>
      <w:r>
        <w:rPr>
          <w:color w:val="00FFCC"/>
        </w:rPr>
        <w:t xml:space="preserve">liking </w:t>
      </w:r>
      <w:r>
        <w:rPr>
          <w:color w:val="FF6600"/>
        </w:rPr>
        <w:t xml:space="preserve">for </w:t>
      </w:r>
      <w:r>
        <w:rPr>
          <w:color w:val="000000"/>
        </w:rPr>
        <w:t xml:space="preserve">this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maxim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often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lay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field </w:t>
      </w:r>
      <w:r>
        <w:rPr>
          <w:color w:val="000000"/>
        </w:rPr>
        <w:t xml:space="preserve">they </w:t>
      </w:r>
      <w:r>
        <w:rPr>
          <w:color w:val="003E3E"/>
        </w:rPr>
        <w:t xml:space="preserve">would </w:t>
      </w:r>
      <w:r>
        <w:rPr>
          <w:color w:val="000000"/>
        </w:rPr>
        <w:t xml:space="preserve">all </w:t>
      </w:r>
      <w:r>
        <w:rPr>
          <w:color w:val="CC3399"/>
        </w:rPr>
        <w:t xml:space="preserve">start </w:t>
      </w:r>
      <w:r>
        <w:rPr>
          <w:color w:val="00FFCC"/>
        </w:rPr>
        <w:t xml:space="preserve">bleating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`` Four </w:t>
      </w:r>
      <w:r>
        <w:rPr>
          <w:color w:val="00FFCC"/>
        </w:rPr>
        <w:t xml:space="preserve">legs </w:t>
      </w:r>
      <w:r>
        <w:rPr>
          <w:color w:val="33CCFF"/>
        </w:rPr>
        <w:t xml:space="preserve">good </w:t>
      </w:r>
      <w:r>
        <w:rPr>
          <w:color w:val="000000"/>
        </w:rPr>
        <w:t xml:space="preserve">, two </w:t>
      </w:r>
      <w:r>
        <w:rPr>
          <w:color w:val="00FFCC"/>
        </w:rPr>
        <w:t xml:space="preserve">legs </w:t>
      </w:r>
      <w:r>
        <w:rPr>
          <w:color w:val="33CCFF"/>
        </w:rPr>
        <w:t xml:space="preserve">bad </w:t>
      </w:r>
      <w:r>
        <w:rPr>
          <w:color w:val="000000"/>
        </w:rPr>
        <w:t xml:space="preserve">! Four </w:t>
      </w:r>
      <w:r>
        <w:rPr>
          <w:color w:val="00FFCC"/>
        </w:rPr>
        <w:t xml:space="preserve">legs </w:t>
      </w:r>
      <w:r>
        <w:rPr>
          <w:color w:val="33CCFF"/>
        </w:rPr>
        <w:t xml:space="preserve">good </w:t>
      </w:r>
      <w:r>
        <w:rPr>
          <w:color w:val="000000"/>
        </w:rPr>
        <w:t xml:space="preserve">, two </w:t>
      </w:r>
      <w:r>
        <w:rPr>
          <w:color w:val="00FFCC"/>
        </w:rPr>
        <w:t xml:space="preserve">legs </w:t>
      </w:r>
      <w:r>
        <w:rPr>
          <w:color w:val="33CCFF"/>
        </w:rPr>
        <w:t xml:space="preserve">bad </w:t>
      </w:r>
      <w:r>
        <w:rPr>
          <w:color w:val="000000"/>
        </w:rPr>
        <w:t xml:space="preserve">! '' </w:t>
      </w:r>
      <w:r>
        <w:rPr>
          <w:color w:val="FF0066"/>
        </w:rPr>
        <w:t xml:space="preserve">and </w:t>
      </w:r>
      <w:r>
        <w:rPr>
          <w:color w:val="CC3399"/>
        </w:rPr>
        <w:t xml:space="preserve">keep </w:t>
      </w:r>
      <w:r>
        <w:rPr>
          <w:color w:val="000000"/>
        </w:rPr>
        <w:t xml:space="preserve">it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up </w:t>
      </w:r>
      <w:r>
        <w:rPr>
          <w:color w:val="FF6600"/>
        </w:rPr>
        <w:t xml:space="preserve">for </w:t>
      </w:r>
      <w:r>
        <w:rPr>
          <w:color w:val="00FFCC"/>
        </w:rPr>
        <w:t xml:space="preserve">hours </w:t>
      </w:r>
      <w:r>
        <w:rPr>
          <w:color w:val="FF6600"/>
        </w:rPr>
        <w:t xml:space="preserve">on </w:t>
      </w:r>
      <w:r>
        <w:rPr>
          <w:color w:val="00FFCC"/>
        </w:rPr>
        <w:t xml:space="preserve">end </w:t>
      </w:r>
      <w:r>
        <w:rPr>
          <w:color w:val="000000"/>
        </w:rPr>
        <w:t xml:space="preserve">, </w:t>
      </w:r>
      <w:r>
        <w:rPr>
          <w:color w:val="00787F"/>
        </w:rPr>
        <w:t xml:space="preserve">never </w:t>
      </w:r>
      <w:r>
        <w:rPr>
          <w:color w:val="CC3399"/>
        </w:rPr>
        <w:t xml:space="preserve">growing tired </w:t>
      </w:r>
      <w:r>
        <w:rPr>
          <w:color w:val="FF6600"/>
        </w:rPr>
        <w:t xml:space="preserve">of </w:t>
      </w:r>
      <w:r>
        <w:rPr>
          <w:color w:val="000000"/>
        </w:rPr>
        <w:t xml:space="preserve">it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took </w:t>
      </w:r>
      <w:r>
        <w:rPr>
          <w:color w:val="000000"/>
        </w:rPr>
        <w:t xml:space="preserve">no </w:t>
      </w:r>
      <w:r>
        <w:rPr>
          <w:color w:val="00FFCC"/>
        </w:rPr>
        <w:t xml:space="preserve">interest </w:t>
      </w:r>
      <w:r>
        <w:rPr>
          <w:color w:val="FF6600"/>
        </w:rPr>
        <w:t xml:space="preserve">in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committees </w:t>
      </w:r>
      <w:r>
        <w:rPr>
          <w:color w:val="000000"/>
        </w:rPr>
        <w:t xml:space="preserve">. He </w:t>
      </w:r>
      <w:r>
        <w:rPr>
          <w:color w:val="CC3399"/>
        </w:rPr>
        <w:t xml:space="preserve">said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education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young </w:t>
      </w:r>
      <w:r>
        <w:rPr>
          <w:color w:val="CC3399"/>
        </w:rPr>
        <w:t xml:space="preserve">was </w:t>
      </w:r>
      <w:r>
        <w:rPr>
          <w:color w:val="00787F"/>
        </w:rPr>
        <w:t xml:space="preserve">more </w:t>
      </w:r>
      <w:r>
        <w:rPr>
          <w:color w:val="33CCFF"/>
        </w:rPr>
        <w:t xml:space="preserve">important </w:t>
      </w:r>
      <w:r>
        <w:rPr>
          <w:color w:val="FF6600"/>
        </w:rPr>
        <w:t xml:space="preserve">than </w:t>
      </w:r>
      <w:r>
        <w:rPr>
          <w:color w:val="00FFCC"/>
        </w:rPr>
        <w:t xml:space="preserve">anything </w:t>
      </w:r>
      <w:r>
        <w:rPr>
          <w:color w:val="000000"/>
        </w:rPr>
        <w:t xml:space="preserve">that </w:t>
      </w:r>
      <w:r>
        <w:rPr>
          <w:color w:val="003E3E"/>
        </w:rPr>
        <w:t xml:space="preserve">could </w:t>
      </w:r>
      <w:r>
        <w:rPr>
          <w:color w:val="CC3399"/>
        </w:rPr>
        <w:t xml:space="preserve">be done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0000"/>
        </w:rPr>
        <w:t xml:space="preserve">those who </w:t>
      </w:r>
      <w:r>
        <w:rPr>
          <w:color w:val="CC3399"/>
        </w:rPr>
        <w:t xml:space="preserve">were </w:t>
      </w:r>
      <w:r>
        <w:rPr>
          <w:color w:val="00787F"/>
        </w:rPr>
        <w:t xml:space="preserve">already </w:t>
      </w:r>
      <w:r>
        <w:rPr>
          <w:color w:val="CC3399"/>
        </w:rPr>
        <w:t xml:space="preserve">grown </w:t>
      </w:r>
      <w:r>
        <w:rPr>
          <w:color w:val="000000"/>
        </w:rPr>
        <w:t xml:space="preserve">up . It </w:t>
      </w:r>
      <w:r>
        <w:rPr>
          <w:color w:val="CC3399"/>
        </w:rPr>
        <w:t xml:space="preserve">happened </w:t>
      </w:r>
      <w:r>
        <w:rPr>
          <w:color w:val="FF6600"/>
        </w:rPr>
        <w:t xml:space="preserve">that </w:t>
      </w:r>
      <w:r>
        <w:rPr>
          <w:color w:val="00FFCC"/>
        </w:rPr>
        <w:t xml:space="preserve">Jessie </w:t>
      </w:r>
      <w:r>
        <w:rPr>
          <w:color w:val="FF0066"/>
        </w:rPr>
        <w:t xml:space="preserve">and </w:t>
      </w:r>
      <w:r>
        <w:rPr>
          <w:color w:val="00FFCC"/>
        </w:rPr>
        <w:t xml:space="preserve">Bluebell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</w:t>
      </w:r>
      <w:r>
        <w:rPr>
          <w:color w:val="000000"/>
        </w:rPr>
        <w:t xml:space="preserve">both </w:t>
      </w:r>
      <w:r>
        <w:rPr>
          <w:color w:val="CC3399"/>
        </w:rPr>
        <w:t xml:space="preserve">whelped </w:t>
      </w:r>
      <w:r>
        <w:rPr>
          <w:color w:val="00787F"/>
        </w:rPr>
        <w:t xml:space="preserve">soon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 </w:t>
      </w:r>
      <w:r>
        <w:rPr>
          <w:color w:val="00FFCC"/>
        </w:rPr>
        <w:t xml:space="preserve">hay harvest </w:t>
      </w:r>
      <w:r>
        <w:rPr>
          <w:color w:val="000000"/>
        </w:rPr>
        <w:t xml:space="preserve">, </w:t>
      </w:r>
      <w:r>
        <w:rPr>
          <w:color w:val="CC3399"/>
        </w:rPr>
        <w:t xml:space="preserve">giving </w:t>
      </w:r>
      <w:r>
        <w:rPr>
          <w:color w:val="00FFCC"/>
        </w:rPr>
        <w:t xml:space="preserve">birth </w:t>
      </w:r>
      <w:r>
        <w:rPr>
          <w:color w:val="FF6600"/>
        </w:rPr>
        <w:t xml:space="preserve">between </w:t>
      </w:r>
      <w:r>
        <w:rPr>
          <w:color w:val="000000"/>
        </w:rPr>
        <w:t xml:space="preserve">them to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nine </w:t>
      </w:r>
      <w:r>
        <w:rPr>
          <w:color w:val="33CCFF"/>
        </w:rPr>
        <w:t xml:space="preserve">sturdy </w:t>
      </w:r>
      <w:r>
        <w:rPr>
          <w:color w:val="00FFCC"/>
        </w:rPr>
        <w:t xml:space="preserve">puppies </w:t>
      </w:r>
      <w:r>
        <w:rPr>
          <w:color w:val="000000"/>
        </w:rPr>
        <w:t xml:space="preserve">. </w:t>
      </w:r>
      <w:r>
        <w:rPr>
          <w:color w:val="00787F"/>
        </w:rPr>
        <w:t xml:space="preserve">As soon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weaned </w:t>
      </w:r>
      <w:r>
        <w:rPr>
          <w:color w:val="000000"/>
        </w:rPr>
        <w:t xml:space="preserve">,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took </w:t>
      </w:r>
      <w:r>
        <w:rPr>
          <w:color w:val="000000"/>
        </w:rPr>
        <w:t xml:space="preserve">them away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from </w:t>
      </w:r>
      <w:r>
        <w:rPr>
          <w:color w:val="000000"/>
        </w:rPr>
        <w:t xml:space="preserve">their </w:t>
      </w:r>
      <w:r>
        <w:rPr>
          <w:color w:val="00FFCC"/>
        </w:rPr>
        <w:t xml:space="preserve">mothers </w:t>
      </w:r>
      <w:r>
        <w:rPr>
          <w:color w:val="000000"/>
        </w:rPr>
        <w:t xml:space="preserve">, </w:t>
      </w:r>
      <w:r>
        <w:rPr>
          <w:color w:val="CC3399"/>
        </w:rPr>
        <w:t xml:space="preserve">saying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003E3E"/>
        </w:rPr>
        <w:t xml:space="preserve">would </w:t>
      </w:r>
      <w:r>
        <w:rPr>
          <w:color w:val="CC3399"/>
        </w:rPr>
        <w:t xml:space="preserve">make </w:t>
      </w:r>
      <w:r>
        <w:rPr>
          <w:color w:val="000000"/>
        </w:rPr>
        <w:t xml:space="preserve">himself </w:t>
      </w:r>
      <w:r>
        <w:rPr>
          <w:color w:val="33CCFF"/>
        </w:rPr>
        <w:t xml:space="preserve">responsible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their </w:t>
      </w:r>
      <w:r>
        <w:rPr>
          <w:color w:val="00FFCC"/>
        </w:rPr>
        <w:t xml:space="preserve">education </w:t>
      </w:r>
      <w:r>
        <w:rPr>
          <w:color w:val="000000"/>
        </w:rPr>
        <w:t xml:space="preserve">. He </w:t>
      </w:r>
      <w:r>
        <w:rPr>
          <w:color w:val="CC3399"/>
        </w:rPr>
        <w:t xml:space="preserve">took </w:t>
      </w:r>
      <w:r>
        <w:rPr>
          <w:color w:val="000000"/>
        </w:rPr>
        <w:t xml:space="preserve">them up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  <w:r>
        <w:rPr>
          <w:color w:val="33CCFF"/>
        </w:rPr>
        <w:t xml:space="preserve">loft </w:t>
      </w:r>
      <w:r>
        <w:rPr>
          <w:color w:val="000000"/>
        </w:rPr>
        <w:t xml:space="preserve">which </w:t>
      </w:r>
      <w:r>
        <w:rPr>
          <w:color w:val="003E3E"/>
        </w:rPr>
        <w:t xml:space="preserve">could </w:t>
      </w:r>
      <w:r>
        <w:rPr>
          <w:color w:val="00787F"/>
        </w:rPr>
        <w:t xml:space="preserve">only </w:t>
      </w:r>
      <w:r>
        <w:rPr>
          <w:color w:val="CC3399"/>
        </w:rPr>
        <w:t xml:space="preserve">be reached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  <w:r>
        <w:rPr>
          <w:color w:val="00FFCC"/>
        </w:rPr>
        <w:t xml:space="preserve">ladder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harness-room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there </w:t>
      </w:r>
      <w:r>
        <w:rPr>
          <w:color w:val="CC3399"/>
        </w:rPr>
        <w:t xml:space="preserve">kept </w:t>
      </w:r>
      <w:r>
        <w:rPr>
          <w:color w:val="000000"/>
        </w:rPr>
        <w:t xml:space="preserve">them </w:t>
      </w:r>
      <w:r>
        <w:rPr>
          <w:color w:val="FF6600"/>
        </w:rPr>
        <w:t xml:space="preserve">in </w:t>
      </w:r>
      <w:r>
        <w:rPr>
          <w:color w:val="33CCFF"/>
        </w:rPr>
        <w:t xml:space="preserve">such </w:t>
      </w:r>
      <w:r>
        <w:rPr>
          <w:color w:val="00FFCC"/>
        </w:rPr>
        <w:t xml:space="preserve">seclusion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rest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787F"/>
        </w:rPr>
        <w:t xml:space="preserve">soon </w:t>
      </w:r>
      <w:r>
        <w:rPr>
          <w:color w:val="CC3399"/>
        </w:rPr>
        <w:t xml:space="preserve">forgot </w:t>
      </w:r>
      <w:r>
        <w:rPr>
          <w:color w:val="000000"/>
        </w:rPr>
        <w:t xml:space="preserve">their </w:t>
      </w:r>
      <w:r>
        <w:rPr>
          <w:color w:val="00FFCC"/>
        </w:rPr>
        <w:t xml:space="preserve">existence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mystery </w:t>
      </w:r>
      <w:r>
        <w:rPr>
          <w:color w:val="FF6600"/>
        </w:rPr>
        <w:t xml:space="preserve">of </w:t>
      </w:r>
      <w:r>
        <w:rPr>
          <w:color w:val="000000"/>
        </w:rPr>
        <w:t xml:space="preserve">where the </w:t>
      </w:r>
      <w:r>
        <w:rPr>
          <w:color w:val="00FFCC"/>
        </w:rPr>
        <w:t xml:space="preserve">milk </w:t>
      </w:r>
      <w:r>
        <w:rPr>
          <w:color w:val="CC3399"/>
        </w:rPr>
        <w:t xml:space="preserve">went </w:t>
      </w:r>
      <w:r>
        <w:rPr>
          <w:color w:val="000000"/>
        </w:rPr>
        <w:t xml:space="preserve">to </w:t>
      </w:r>
      <w:r>
        <w:rPr>
          <w:color w:val="CC3399"/>
        </w:rPr>
        <w:t xml:space="preserve">was </w:t>
      </w:r>
      <w:r>
        <w:rPr>
          <w:color w:val="00787F"/>
        </w:rPr>
        <w:t xml:space="preserve">soon </w:t>
      </w:r>
      <w:r>
        <w:rPr>
          <w:color w:val="CC3399"/>
        </w:rPr>
        <w:t xml:space="preserve">cleared </w:t>
      </w:r>
      <w:r>
        <w:rPr>
          <w:color w:val="000000"/>
        </w:rPr>
        <w:t xml:space="preserve">up . It </w:t>
      </w:r>
      <w:r>
        <w:rPr>
          <w:color w:val="CC3399"/>
        </w:rPr>
        <w:t xml:space="preserve">was </w:t>
      </w:r>
      <w:r>
        <w:rPr>
          <w:color w:val="33CCFF"/>
        </w:rPr>
        <w:t xml:space="preserve">mixed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every </w:t>
      </w:r>
      <w:r>
        <w:rPr>
          <w:color w:val="00FFCC"/>
        </w:rPr>
        <w:t xml:space="preserve">day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' </w:t>
      </w:r>
      <w:r>
        <w:rPr>
          <w:color w:val="00FFCC"/>
        </w:rPr>
        <w:t xml:space="preserve">mash </w:t>
      </w:r>
      <w:r>
        <w:rPr>
          <w:color w:val="000000"/>
        </w:rPr>
        <w:t xml:space="preserve">. The </w:t>
      </w:r>
      <w:r>
        <w:rPr>
          <w:color w:val="33CCFF"/>
        </w:rPr>
        <w:t xml:space="preserve">early </w:t>
      </w:r>
      <w:r>
        <w:rPr>
          <w:color w:val="00FFCC"/>
        </w:rPr>
        <w:t xml:space="preserve">apples </w:t>
      </w:r>
      <w:r>
        <w:rPr>
          <w:color w:val="CC3399"/>
        </w:rPr>
        <w:t xml:space="preserve">were </w:t>
      </w:r>
      <w:r>
        <w:rPr>
          <w:color w:val="00787F"/>
        </w:rPr>
        <w:t xml:space="preserve">now </w:t>
      </w:r>
      <w:r>
        <w:rPr>
          <w:color w:val="CC3399"/>
        </w:rPr>
        <w:t xml:space="preserve">ripening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grass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orchard </w:t>
      </w:r>
      <w:r>
        <w:rPr>
          <w:color w:val="CC3399"/>
        </w:rPr>
        <w:t xml:space="preserve">was littered </w:t>
      </w:r>
      <w:r>
        <w:rPr>
          <w:color w:val="FF6600"/>
        </w:rPr>
        <w:t xml:space="preserve">with </w:t>
      </w:r>
      <w:r>
        <w:rPr>
          <w:color w:val="00FFCC"/>
        </w:rPr>
        <w:t xml:space="preserve">windfalls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assumed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matter </w:t>
      </w:r>
      <w:r>
        <w:rPr>
          <w:color w:val="FF6600"/>
        </w:rPr>
        <w:t xml:space="preserve">of </w:t>
      </w:r>
      <w:r>
        <w:rPr>
          <w:color w:val="00FFCC"/>
        </w:rPr>
        <w:t xml:space="preserve">course </w:t>
      </w:r>
      <w:r>
        <w:rPr>
          <w:color w:val="FF6600"/>
        </w:rPr>
        <w:t xml:space="preserve">that </w:t>
      </w:r>
      <w:r>
        <w:rPr>
          <w:color w:val="000000"/>
        </w:rPr>
        <w:t xml:space="preserve">these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shared </w:t>
      </w:r>
      <w:r>
        <w:rPr>
          <w:color w:val="000000"/>
        </w:rPr>
        <w:t xml:space="preserve">out </w:t>
      </w:r>
      <w:r>
        <w:rPr>
          <w:color w:val="00787F"/>
        </w:rPr>
        <w:t xml:space="preserve">equally </w:t>
      </w:r>
      <w:r>
        <w:rPr>
          <w:color w:val="000000"/>
        </w:rPr>
        <w:t xml:space="preserve">; one </w:t>
      </w:r>
      <w:r>
        <w:rPr>
          <w:color w:val="00FFCC"/>
        </w:rPr>
        <w:t xml:space="preserve">day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however </w:t>
      </w:r>
      <w:r>
        <w:rPr>
          <w:color w:val="000000"/>
        </w:rPr>
        <w:t xml:space="preserve">, the </w:t>
      </w:r>
      <w:r>
        <w:rPr>
          <w:color w:val="00FFCC"/>
        </w:rPr>
        <w:t xml:space="preserve">order </w:t>
      </w:r>
      <w:r>
        <w:rPr>
          <w:color w:val="CC3399"/>
        </w:rPr>
        <w:t xml:space="preserve">went </w:t>
      </w:r>
      <w:r>
        <w:rPr>
          <w:color w:val="00FFCC"/>
        </w:rPr>
        <w:t xml:space="preserve">forth </w:t>
      </w:r>
      <w:r>
        <w:rPr>
          <w:color w:val="FF6600"/>
        </w:rPr>
        <w:t xml:space="preserve">that </w:t>
      </w:r>
      <w:r>
        <w:rPr>
          <w:color w:val="000000"/>
        </w:rPr>
        <w:t xml:space="preserve">all the </w:t>
      </w:r>
      <w:r>
        <w:rPr>
          <w:color w:val="00FFCC"/>
        </w:rPr>
        <w:t xml:space="preserve">windfalls </w:t>
      </w:r>
      <w:r>
        <w:rPr>
          <w:color w:val="CC3399"/>
        </w:rPr>
        <w:t xml:space="preserve">were </w:t>
      </w:r>
      <w:r>
        <w:rPr>
          <w:color w:val="000000"/>
        </w:rPr>
        <w:t xml:space="preserve">to </w:t>
      </w:r>
      <w:r>
        <w:rPr>
          <w:color w:val="CC3399"/>
        </w:rPr>
        <w:t xml:space="preserve">be collected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brought </w:t>
      </w:r>
      <w:r>
        <w:rPr>
          <w:color w:val="000000"/>
        </w:rPr>
        <w:t xml:space="preserve">to the </w:t>
      </w:r>
      <w:r>
        <w:rPr>
          <w:color w:val="00FFCC"/>
        </w:rPr>
        <w:t xml:space="preserve">harness-room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use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this some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CC3399"/>
        </w:rPr>
        <w:t xml:space="preserve">murmured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no </w:t>
      </w:r>
      <w:r>
        <w:rPr>
          <w:color w:val="00FFCC"/>
        </w:rPr>
        <w:t xml:space="preserve">use </w:t>
      </w:r>
      <w:r>
        <w:rPr>
          <w:color w:val="000000"/>
        </w:rPr>
        <w:t xml:space="preserve">. All the </w:t>
      </w:r>
      <w:r>
        <w:rPr>
          <w:color w:val="00FFCC"/>
        </w:rPr>
        <w:t xml:space="preserve">pigs </w:t>
      </w:r>
      <w:r>
        <w:rPr>
          <w:color w:val="CC3399"/>
        </w:rPr>
        <w:t xml:space="preserve">were </w:t>
      </w:r>
      <w:r>
        <w:rPr>
          <w:color w:val="FF6600"/>
        </w:rPr>
        <w:t xml:space="preserve">in </w:t>
      </w:r>
      <w:r>
        <w:rPr>
          <w:color w:val="33CCFF"/>
        </w:rPr>
        <w:t xml:space="preserve">full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agreement </w:t>
      </w:r>
      <w:r>
        <w:rPr>
          <w:color w:val="FF6600"/>
        </w:rPr>
        <w:t xml:space="preserve">on </w:t>
      </w:r>
      <w:r>
        <w:rPr>
          <w:color w:val="000000"/>
        </w:rPr>
        <w:t xml:space="preserve">this </w:t>
      </w:r>
      <w:r>
        <w:rPr>
          <w:color w:val="00FFCC"/>
        </w:rPr>
        <w:t xml:space="preserve">point </w:t>
      </w:r>
      <w:r>
        <w:rPr>
          <w:color w:val="000000"/>
        </w:rPr>
        <w:t xml:space="preserve">, </w:t>
      </w:r>
      <w:r>
        <w:rPr>
          <w:color w:val="00787F"/>
        </w:rPr>
        <w:t xml:space="preserve">even </w:t>
      </w:r>
      <w:r>
        <w:rPr>
          <w:color w:val="00FFCC"/>
        </w:rPr>
        <w:t xml:space="preserve">Snowball </w:t>
      </w:r>
      <w:r>
        <w:rPr>
          <w:color w:val="FF0066"/>
        </w:rPr>
        <w:t xml:space="preserve">and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.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was sent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make </w:t>
      </w:r>
      <w:r>
        <w:rPr>
          <w:color w:val="000000"/>
        </w:rPr>
        <w:t xml:space="preserve">the </w:t>
      </w:r>
      <w:r>
        <w:rPr>
          <w:color w:val="33CCFF"/>
        </w:rPr>
        <w:t xml:space="preserve">necessary </w:t>
      </w:r>
      <w:r>
        <w:rPr>
          <w:color w:val="00FFCC"/>
        </w:rPr>
        <w:t xml:space="preserve">explanations </w:t>
      </w:r>
      <w:r>
        <w:rPr>
          <w:color w:val="000000"/>
        </w:rPr>
        <w:t xml:space="preserve">to the </w:t>
      </w:r>
      <w:r>
        <w:rPr>
          <w:color w:val="00FFCC"/>
        </w:rPr>
        <w:t xml:space="preserve">others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! '' he </w:t>
      </w:r>
      <w:r>
        <w:rPr>
          <w:color w:val="CC3399"/>
        </w:rPr>
        <w:t xml:space="preserve">cried </w:t>
      </w:r>
      <w:r>
        <w:rPr>
          <w:color w:val="000000"/>
        </w:rPr>
        <w:t xml:space="preserve">. `` You </w:t>
      </w:r>
      <w:r>
        <w:rPr>
          <w:color w:val="CC3399"/>
        </w:rPr>
        <w:t xml:space="preserve">do </w:t>
      </w:r>
      <w:r>
        <w:rPr>
          <w:color w:val="00787F"/>
        </w:rPr>
        <w:t xml:space="preserve">not </w:t>
      </w:r>
      <w:r>
        <w:rPr>
          <w:color w:val="CC3399"/>
        </w:rPr>
        <w:t xml:space="preserve">imagine </w:t>
      </w:r>
      <w:r>
        <w:rPr>
          <w:color w:val="000000"/>
        </w:rPr>
        <w:t xml:space="preserve">, I </w:t>
      </w:r>
      <w:r>
        <w:rPr>
          <w:color w:val="CC3399"/>
        </w:rPr>
        <w:t xml:space="preserve">hope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we </w:t>
      </w:r>
      <w:r>
        <w:rPr>
          <w:color w:val="00FFCC"/>
        </w:rPr>
        <w:t xml:space="preserve">pigs </w:t>
      </w:r>
      <w:r>
        <w:rPr>
          <w:color w:val="CC3399"/>
        </w:rPr>
        <w:t xml:space="preserve">are doing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this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spirit </w:t>
      </w:r>
      <w:r>
        <w:rPr>
          <w:color w:val="FF6600"/>
        </w:rPr>
        <w:t xml:space="preserve">of </w:t>
      </w:r>
      <w:r>
        <w:rPr>
          <w:color w:val="00FFCC"/>
        </w:rPr>
        <w:t xml:space="preserve">selfishness </w:t>
      </w:r>
      <w:r>
        <w:rPr>
          <w:color w:val="FF0066"/>
        </w:rPr>
        <w:t xml:space="preserve">and </w:t>
      </w:r>
      <w:r>
        <w:rPr>
          <w:color w:val="00FFCC"/>
        </w:rPr>
        <w:t xml:space="preserve">privilege </w:t>
      </w:r>
      <w:r>
        <w:rPr>
          <w:color w:val="000000"/>
        </w:rPr>
        <w:t xml:space="preserve">? </w:t>
      </w:r>
      <w:r>
        <w:rPr>
          <w:color w:val="00FFCC"/>
        </w:rPr>
        <w:t xml:space="preserve">Many </w:t>
      </w:r>
      <w:r>
        <w:rPr>
          <w:color w:val="FF6600"/>
        </w:rPr>
        <w:t xml:space="preserve">of </w:t>
      </w:r>
      <w:r>
        <w:rPr>
          <w:color w:val="000000"/>
        </w:rPr>
        <w:t xml:space="preserve">us </w:t>
      </w:r>
      <w:r>
        <w:rPr>
          <w:color w:val="00787F"/>
        </w:rPr>
        <w:t xml:space="preserve">actually </w:t>
      </w:r>
      <w:r>
        <w:rPr>
          <w:color w:val="CC3399"/>
        </w:rPr>
        <w:t xml:space="preserve">dislike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milk </w:t>
      </w:r>
      <w:r>
        <w:rPr>
          <w:color w:val="FF0066"/>
        </w:rPr>
        <w:t xml:space="preserve">and </w:t>
      </w:r>
      <w:r>
        <w:rPr>
          <w:color w:val="00FFCC"/>
        </w:rPr>
        <w:t xml:space="preserve">apples </w:t>
      </w:r>
      <w:r>
        <w:rPr>
          <w:color w:val="000000"/>
        </w:rPr>
        <w:t xml:space="preserve">. I </w:t>
      </w:r>
      <w:r>
        <w:rPr>
          <w:color w:val="CC3399"/>
        </w:rPr>
        <w:t xml:space="preserve">dislike </w:t>
      </w:r>
      <w:r>
        <w:rPr>
          <w:color w:val="000000"/>
        </w:rPr>
        <w:t xml:space="preserve">them myself . Our </w:t>
      </w:r>
      <w:r>
        <w:rPr>
          <w:color w:val="33CCFF"/>
        </w:rPr>
        <w:t xml:space="preserve">sole </w:t>
      </w:r>
      <w:r>
        <w:rPr>
          <w:color w:val="00FFCC"/>
        </w:rPr>
        <w:t xml:space="preserve">object </w:t>
      </w:r>
      <w:r>
        <w:rPr>
          <w:color w:val="FF6600"/>
        </w:rPr>
        <w:t xml:space="preserve">in </w:t>
      </w:r>
      <w:r>
        <w:rPr>
          <w:color w:val="CC3399"/>
        </w:rPr>
        <w:t xml:space="preserve">taking </w:t>
      </w:r>
      <w:r>
        <w:rPr>
          <w:color w:val="000000"/>
        </w:rPr>
        <w:t xml:space="preserve">these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things </w:t>
      </w:r>
      <w:r>
        <w:rPr>
          <w:color w:val="CC3399"/>
        </w:rPr>
        <w:t xml:space="preserve">is </w:t>
      </w:r>
      <w:r>
        <w:rPr>
          <w:color w:val="000000"/>
        </w:rPr>
        <w:t xml:space="preserve">to </w:t>
      </w:r>
      <w:r>
        <w:rPr>
          <w:color w:val="CC3399"/>
        </w:rPr>
        <w:t xml:space="preserve">preserve </w:t>
      </w:r>
      <w:r>
        <w:rPr>
          <w:color w:val="000000"/>
        </w:rPr>
        <w:t xml:space="preserve">our </w:t>
      </w:r>
      <w:r>
        <w:rPr>
          <w:color w:val="00FFCC"/>
        </w:rPr>
        <w:t xml:space="preserve">health </w:t>
      </w:r>
      <w:r>
        <w:rPr>
          <w:color w:val="000000"/>
        </w:rPr>
        <w:t xml:space="preserve">. </w:t>
      </w:r>
      <w:r>
        <w:rPr>
          <w:color w:val="00FFCC"/>
        </w:rPr>
        <w:t xml:space="preserve">Milk </w:t>
      </w:r>
      <w:r>
        <w:rPr>
          <w:color w:val="FF0066"/>
        </w:rPr>
        <w:t xml:space="preserve">and </w:t>
      </w:r>
      <w:r>
        <w:rPr>
          <w:color w:val="00FFCC"/>
        </w:rPr>
        <w:t xml:space="preserve">apples </w:t>
      </w:r>
      <w:r>
        <w:rPr>
          <w:color w:val="000000"/>
        </w:rPr>
        <w:t xml:space="preserve">( this </w:t>
      </w:r>
      <w:r>
        <w:rPr>
          <w:color w:val="CC3399"/>
        </w:rPr>
        <w:t xml:space="preserve">has been </w:t>
      </w:r>
      <w:r>
        <w:rPr>
          <w:color w:val="CC3399"/>
        </w:rPr>
        <w:t xml:space="preserve">proved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Science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) </w:t>
      </w:r>
      <w:r>
        <w:rPr>
          <w:color w:val="CC3399"/>
        </w:rPr>
        <w:t xml:space="preserve">contain </w:t>
      </w:r>
      <w:r>
        <w:rPr>
          <w:color w:val="00FFCC"/>
        </w:rPr>
        <w:t xml:space="preserve">substances </w:t>
      </w:r>
      <w:r>
        <w:rPr>
          <w:color w:val="00787F"/>
        </w:rPr>
        <w:t xml:space="preserve">absolutely </w:t>
      </w:r>
      <w:r>
        <w:rPr>
          <w:color w:val="33CCFF"/>
        </w:rPr>
        <w:t xml:space="preserve">necessary </w:t>
      </w:r>
      <w:r>
        <w:rPr>
          <w:color w:val="000000"/>
        </w:rPr>
        <w:t xml:space="preserve">to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well-being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pig </w:t>
      </w:r>
      <w:r>
        <w:rPr>
          <w:color w:val="000000"/>
        </w:rPr>
        <w:t xml:space="preserve">. We </w:t>
      </w:r>
      <w:r>
        <w:rPr>
          <w:color w:val="00FFCC"/>
        </w:rPr>
        <w:t xml:space="preserve">pigs </w:t>
      </w:r>
      <w:r>
        <w:rPr>
          <w:color w:val="CC3399"/>
        </w:rPr>
        <w:t xml:space="preserve">are </w:t>
      </w:r>
      <w:r>
        <w:rPr>
          <w:color w:val="00FFCC"/>
        </w:rPr>
        <w:t xml:space="preserve">brainworkers </w:t>
      </w:r>
      <w:r>
        <w:rPr>
          <w:color w:val="000000"/>
        </w:rPr>
        <w:t xml:space="preserve">. 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management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organisation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00FFCC"/>
        </w:rPr>
        <w:t xml:space="preserve">farm depend </w:t>
      </w:r>
      <w:r>
        <w:rPr>
          <w:color w:val="FF6600"/>
        </w:rPr>
        <w:t xml:space="preserve">on </w:t>
      </w:r>
      <w:r>
        <w:rPr>
          <w:color w:val="000000"/>
        </w:rPr>
        <w:t xml:space="preserve">us . </w:t>
      </w:r>
      <w:r>
        <w:rPr>
          <w:color w:val="00FFCC"/>
        </w:rPr>
        <w:t xml:space="preserve">Day </w:t>
      </w:r>
      <w:r>
        <w:rPr>
          <w:color w:val="FF0066"/>
        </w:rPr>
        <w:t xml:space="preserve">and </w:t>
      </w:r>
      <w:r>
        <w:rPr>
          <w:color w:val="00FFCC"/>
        </w:rPr>
        <w:t xml:space="preserve">night </w:t>
      </w:r>
      <w:r>
        <w:rPr>
          <w:color w:val="000000"/>
        </w:rPr>
        <w:t xml:space="preserve">we </w:t>
      </w:r>
      <w:r>
        <w:rPr>
          <w:color w:val="CC3399"/>
        </w:rPr>
        <w:t xml:space="preserve">are watching </w:t>
      </w:r>
      <w:r>
        <w:rPr>
          <w:color w:val="FF6600"/>
        </w:rPr>
        <w:t xml:space="preserve">over </w:t>
      </w: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your </w:t>
      </w:r>
      <w:r>
        <w:rPr>
          <w:color w:val="00FFCC"/>
        </w:rPr>
        <w:t xml:space="preserve">welfare </w:t>
      </w:r>
      <w:r>
        <w:rPr>
          <w:color w:val="000000"/>
        </w:rPr>
        <w:t xml:space="preserve">. It </w:t>
      </w:r>
      <w:r>
        <w:rPr>
          <w:color w:val="CC3399"/>
        </w:rPr>
        <w:t xml:space="preserve">is </w:t>
      </w:r>
      <w:r>
        <w:rPr>
          <w:color w:val="FF6600"/>
        </w:rPr>
        <w:t>for</w:t>
      </w:r>
      <w:r>
        <w:rPr>
          <w:color w:val="FF6600"/>
        </w:rPr>
        <w:t xml:space="preserve"> </w:t>
      </w:r>
      <w:r>
        <w:rPr>
          <w:color w:val="00FFCC"/>
        </w:rPr>
        <w:t xml:space="preserve">YOUR sake </w:t>
      </w:r>
      <w:r>
        <w:rPr>
          <w:color w:val="FF6600"/>
        </w:rPr>
        <w:t xml:space="preserve">that </w:t>
      </w:r>
      <w:r>
        <w:rPr>
          <w:color w:val="000000"/>
        </w:rPr>
        <w:t xml:space="preserve">we </w:t>
      </w:r>
      <w:r>
        <w:rPr>
          <w:color w:val="CC3399"/>
        </w:rPr>
        <w:t xml:space="preserve">drink </w:t>
      </w:r>
      <w:r>
        <w:rPr>
          <w:color w:val="FF6600"/>
        </w:rPr>
        <w:t xml:space="preserve">that </w:t>
      </w:r>
      <w:r>
        <w:rPr>
          <w:color w:val="00FFCC"/>
        </w:rPr>
        <w:t xml:space="preserve">milk </w:t>
      </w:r>
      <w:r>
        <w:rPr>
          <w:color w:val="FF0066"/>
        </w:rPr>
        <w:t xml:space="preserve">and </w:t>
      </w:r>
      <w:r>
        <w:rPr>
          <w:color w:val="00FFCC"/>
        </w:rPr>
        <w:t xml:space="preserve">eat </w:t>
      </w:r>
      <w:r>
        <w:rPr>
          <w:color w:val="000000"/>
        </w:rPr>
        <w:t xml:space="preserve">those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apples </w:t>
      </w:r>
      <w:r>
        <w:rPr>
          <w:color w:val="000000"/>
        </w:rPr>
        <w:t xml:space="preserve">. </w:t>
      </w:r>
      <w:r>
        <w:rPr>
          <w:color w:val="CC3399"/>
        </w:rPr>
        <w:t xml:space="preserve">Do </w:t>
      </w:r>
      <w:r>
        <w:rPr>
          <w:color w:val="000000"/>
        </w:rPr>
        <w:t xml:space="preserve">you </w:t>
      </w:r>
      <w:r>
        <w:rPr>
          <w:color w:val="CC3399"/>
        </w:rPr>
        <w:t xml:space="preserve">know </w:t>
      </w:r>
      <w:r>
        <w:rPr>
          <w:color w:val="000000"/>
        </w:rPr>
        <w:t xml:space="preserve">what </w:t>
      </w:r>
      <w:r>
        <w:rPr>
          <w:color w:val="003E3E"/>
        </w:rPr>
        <w:t xml:space="preserve">would </w:t>
      </w:r>
      <w:r>
        <w:rPr>
          <w:color w:val="CC3399"/>
        </w:rPr>
        <w:t xml:space="preserve">happen </w:t>
      </w:r>
      <w:r>
        <w:rPr>
          <w:color w:val="FF6600"/>
        </w:rPr>
        <w:t xml:space="preserve">if </w:t>
      </w:r>
      <w:r>
        <w:rPr>
          <w:color w:val="000000"/>
        </w:rPr>
        <w:t xml:space="preserve">we </w:t>
      </w:r>
      <w:r>
        <w:rPr>
          <w:color w:val="CC3399"/>
        </w:rPr>
        <w:t xml:space="preserve">pigs failed </w:t>
      </w:r>
      <w:r>
        <w:rPr>
          <w:color w:val="FF6600"/>
        </w:rPr>
        <w:t xml:space="preserve">in </w:t>
      </w:r>
      <w:r>
        <w:rPr>
          <w:color w:val="000000"/>
        </w:rPr>
        <w:t xml:space="preserve">our </w:t>
      </w:r>
      <w:r>
        <w:rPr>
          <w:color w:val="00FFCC"/>
        </w:rPr>
        <w:t xml:space="preserve">duty </w:t>
      </w:r>
      <w:r>
        <w:rPr>
          <w:color w:val="000000"/>
        </w:rPr>
        <w:t xml:space="preserve">? </w:t>
      </w:r>
      <w:r>
        <w:rPr>
          <w:color w:val="00FFCC"/>
        </w:rPr>
        <w:t xml:space="preserve">Jones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would </w:t>
      </w:r>
      <w:r>
        <w:rPr>
          <w:color w:val="CC3399"/>
        </w:rPr>
        <w:t xml:space="preserve">come </w:t>
      </w:r>
      <w:r>
        <w:rPr>
          <w:color w:val="00787F"/>
        </w:rPr>
        <w:t xml:space="preserve">back </w:t>
      </w:r>
      <w:r>
        <w:rPr>
          <w:color w:val="000000"/>
        </w:rPr>
        <w:t xml:space="preserve">! Yes , </w:t>
      </w:r>
      <w:r>
        <w:rPr>
          <w:color w:val="00FFCC"/>
        </w:rPr>
        <w:t xml:space="preserve">Jones </w:t>
      </w:r>
      <w:r>
        <w:rPr>
          <w:color w:val="003E3E"/>
        </w:rPr>
        <w:t xml:space="preserve">would </w:t>
      </w:r>
      <w:r>
        <w:rPr>
          <w:color w:val="CC3399"/>
        </w:rPr>
        <w:t xml:space="preserve">come </w:t>
      </w:r>
      <w:r>
        <w:rPr>
          <w:color w:val="00787F"/>
        </w:rPr>
        <w:t xml:space="preserve">back </w:t>
      </w:r>
      <w:r>
        <w:rPr>
          <w:color w:val="000000"/>
        </w:rPr>
        <w:t xml:space="preserve">! </w:t>
      </w:r>
      <w:r>
        <w:rPr>
          <w:color w:val="00787F"/>
        </w:rPr>
        <w:t xml:space="preserve">Surely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'' </w:t>
      </w:r>
      <w:r>
        <w:rPr>
          <w:color w:val="CC3399"/>
        </w:rPr>
        <w:t xml:space="preserve">cried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Squealer </w:t>
      </w:r>
      <w:r>
        <w:rPr>
          <w:color w:val="00787F"/>
        </w:rPr>
        <w:t xml:space="preserve">almost pleadingly </w:t>
      </w:r>
      <w:r>
        <w:rPr>
          <w:color w:val="000000"/>
        </w:rPr>
        <w:t xml:space="preserve">, </w:t>
      </w:r>
      <w:r>
        <w:rPr>
          <w:color w:val="CC3399"/>
        </w:rPr>
        <w:t xml:space="preserve">skipping </w:t>
      </w:r>
      <w:r>
        <w:rPr>
          <w:color w:val="FF6600"/>
        </w:rPr>
        <w:t xml:space="preserve">from </w:t>
      </w:r>
      <w:r>
        <w:rPr>
          <w:color w:val="CC3399"/>
        </w:rPr>
        <w:t xml:space="preserve">side </w:t>
      </w:r>
      <w:r>
        <w:rPr>
          <w:color w:val="000000"/>
        </w:rPr>
        <w:t xml:space="preserve">to </w:t>
      </w:r>
      <w:r>
        <w:rPr>
          <w:color w:val="CC3399"/>
        </w:rPr>
        <w:t xml:space="preserve">side </w:t>
      </w:r>
      <w:r>
        <w:rPr>
          <w:color w:val="FF0066"/>
        </w:rPr>
        <w:t xml:space="preserve">and </w:t>
      </w:r>
      <w:r>
        <w:rPr>
          <w:color w:val="CC3399"/>
        </w:rPr>
        <w:t xml:space="preserve">whisking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tail </w:t>
      </w:r>
      <w:r>
        <w:rPr>
          <w:color w:val="000000"/>
        </w:rPr>
        <w:t xml:space="preserve">, `` </w:t>
      </w:r>
      <w:r>
        <w:rPr>
          <w:color w:val="00787F"/>
        </w:rPr>
        <w:t xml:space="preserve">surely </w:t>
      </w:r>
      <w:r>
        <w:rPr>
          <w:color w:val="000000"/>
        </w:rPr>
        <w:t xml:space="preserve">there </w:t>
      </w:r>
      <w:r>
        <w:rPr>
          <w:color w:val="CC3399"/>
        </w:rPr>
        <w:t xml:space="preserve">is </w:t>
      </w:r>
      <w:r>
        <w:rPr>
          <w:color w:val="000000"/>
        </w:rPr>
        <w:t xml:space="preserve">no </w:t>
      </w:r>
      <w:r>
        <w:rPr>
          <w:color w:val="00FFCC"/>
        </w:rPr>
        <w:t xml:space="preserve">one </w:t>
      </w:r>
      <w:r>
        <w:rPr>
          <w:color w:val="FF6600"/>
        </w:rPr>
        <w:t xml:space="preserve">among </w:t>
      </w:r>
      <w:r>
        <w:rPr>
          <w:color w:val="000000"/>
        </w:rPr>
        <w:t xml:space="preserve">you who </w:t>
      </w:r>
      <w:r>
        <w:rPr>
          <w:color w:val="CC3399"/>
        </w:rPr>
        <w:t xml:space="preserve">wants </w:t>
      </w:r>
      <w:r>
        <w:rPr>
          <w:color w:val="000000"/>
        </w:rPr>
        <w:t xml:space="preserve">to </w:t>
      </w:r>
      <w:r>
        <w:rPr>
          <w:color w:val="CC3399"/>
        </w:rPr>
        <w:t xml:space="preserve">see </w:t>
      </w:r>
      <w:r>
        <w:rPr>
          <w:color w:val="00FFCC"/>
        </w:rPr>
        <w:t xml:space="preserve">Jones </w:t>
      </w:r>
      <w:r>
        <w:rPr>
          <w:color w:val="CC3399"/>
        </w:rPr>
        <w:t xml:space="preserve">come </w:t>
      </w:r>
      <w:r>
        <w:rPr>
          <w:color w:val="00787F"/>
        </w:rPr>
        <w:t xml:space="preserve">back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Now </w:t>
      </w:r>
      <w:r>
        <w:rPr>
          <w:color w:val="FF6600"/>
        </w:rPr>
        <w:t xml:space="preserve">if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one </w:t>
      </w:r>
      <w:r>
        <w:rPr>
          <w:color w:val="00FFCC"/>
        </w:rPr>
        <w:t xml:space="preserve">thing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787F"/>
        </w:rPr>
        <w:t xml:space="preserve">completely </w:t>
      </w:r>
      <w:r>
        <w:rPr>
          <w:color w:val="33CCFF"/>
        </w:rPr>
        <w:t xml:space="preserve">certain </w:t>
      </w:r>
      <w:r>
        <w:rPr>
          <w:color w:val="FF6600"/>
        </w:rPr>
        <w:t xml:space="preserve">of </w:t>
      </w:r>
      <w:r>
        <w:rPr>
          <w:color w:val="000000"/>
        </w:rPr>
        <w:t xml:space="preserve">, it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want </w:t>
      </w:r>
      <w:r>
        <w:rPr>
          <w:color w:val="00FFCC"/>
        </w:rPr>
        <w:t xml:space="preserve">Jones </w:t>
      </w:r>
      <w:r>
        <w:rPr>
          <w:color w:val="00787F"/>
        </w:rPr>
        <w:t xml:space="preserve">back </w:t>
      </w:r>
      <w:r>
        <w:rPr>
          <w:color w:val="000000"/>
        </w:rPr>
        <w:t xml:space="preserve">. When it </w:t>
      </w:r>
      <w:r>
        <w:rPr>
          <w:color w:val="CC3399"/>
        </w:rPr>
        <w:t xml:space="preserve">was put </w:t>
      </w:r>
      <w:r>
        <w:rPr>
          <w:color w:val="000000"/>
        </w:rPr>
        <w:t xml:space="preserve">to them </w:t>
      </w:r>
      <w:r>
        <w:rPr>
          <w:color w:val="FF6600"/>
        </w:rPr>
        <w:t xml:space="preserve">in </w:t>
      </w:r>
      <w:r>
        <w:rPr>
          <w:color w:val="000000"/>
        </w:rPr>
        <w:t>thi</w:t>
      </w:r>
      <w:r>
        <w:rPr>
          <w:color w:val="000000"/>
        </w:rPr>
        <w:t xml:space="preserve">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light </w:t>
      </w:r>
      <w:r>
        <w:rPr>
          <w:color w:val="000000"/>
        </w:rPr>
        <w:t xml:space="preserve">, they </w:t>
      </w:r>
      <w:r>
        <w:rPr>
          <w:color w:val="CC3399"/>
        </w:rPr>
        <w:t xml:space="preserve">had </w:t>
      </w:r>
      <w:r>
        <w:rPr>
          <w:color w:val="000000"/>
        </w:rPr>
        <w:t xml:space="preserve">no </w:t>
      </w:r>
      <w:r>
        <w:rPr>
          <w:color w:val="00787F"/>
        </w:rPr>
        <w:t xml:space="preserve">more </w:t>
      </w:r>
      <w:r>
        <w:rPr>
          <w:color w:val="000000"/>
        </w:rPr>
        <w:t xml:space="preserve">to </w:t>
      </w:r>
      <w:r>
        <w:rPr>
          <w:color w:val="CC3399"/>
        </w:rPr>
        <w:t xml:space="preserve">say </w:t>
      </w:r>
      <w:r>
        <w:rPr>
          <w:color w:val="000000"/>
        </w:rPr>
        <w:t xml:space="preserve">. The </w:t>
      </w:r>
      <w:r>
        <w:rPr>
          <w:color w:val="00FFCC"/>
        </w:rPr>
        <w:t xml:space="preserve">importance </w:t>
      </w:r>
      <w:r>
        <w:rPr>
          <w:color w:val="FF6600"/>
        </w:rPr>
        <w:t xml:space="preserve">of </w:t>
      </w:r>
      <w:r>
        <w:rPr>
          <w:color w:val="CC3399"/>
        </w:rPr>
        <w:t xml:space="preserve">keeping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6600"/>
        </w:rPr>
        <w:t xml:space="preserve">in </w:t>
      </w:r>
      <w:r>
        <w:rPr>
          <w:color w:val="33CCFF"/>
        </w:rPr>
        <w:t xml:space="preserve">good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health </w:t>
      </w:r>
      <w:r>
        <w:rPr>
          <w:color w:val="CC3399"/>
        </w:rPr>
        <w:t xml:space="preserve">was </w:t>
      </w:r>
      <w:r>
        <w:rPr>
          <w:color w:val="000000"/>
        </w:rPr>
        <w:t xml:space="preserve">all </w:t>
      </w:r>
      <w:r>
        <w:rPr>
          <w:color w:val="00787F"/>
        </w:rPr>
        <w:t xml:space="preserve">too </w:t>
      </w:r>
      <w:r>
        <w:rPr>
          <w:color w:val="33CCFF"/>
        </w:rPr>
        <w:t xml:space="preserve">obvious </w:t>
      </w:r>
      <w:r>
        <w:rPr>
          <w:color w:val="000000"/>
        </w:rPr>
        <w:t xml:space="preserve">. </w:t>
      </w:r>
      <w:r>
        <w:rPr>
          <w:color w:val="FF6600"/>
        </w:rPr>
        <w:t xml:space="preserve">So </w:t>
      </w:r>
      <w:r>
        <w:rPr>
          <w:color w:val="000000"/>
        </w:rPr>
        <w:t xml:space="preserve">it </w:t>
      </w:r>
      <w:r>
        <w:rPr>
          <w:color w:val="CC3399"/>
        </w:rPr>
        <w:t xml:space="preserve">was agreed </w:t>
      </w:r>
      <w:r>
        <w:rPr>
          <w:color w:val="FF6600"/>
        </w:rPr>
        <w:t xml:space="preserve">without </w:t>
      </w:r>
      <w:r>
        <w:rPr>
          <w:color w:val="33CCFF"/>
        </w:rPr>
        <w:t xml:space="preserve">further </w:t>
      </w:r>
      <w:r>
        <w:rPr>
          <w:color w:val="00FFCC"/>
        </w:rPr>
        <w:t xml:space="preserve">argument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milk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windfall apples </w:t>
      </w:r>
      <w:r>
        <w:rPr>
          <w:color w:val="000000"/>
        </w:rPr>
        <w:t xml:space="preserve">( </w:t>
      </w:r>
      <w:r>
        <w:rPr>
          <w:color w:val="FF0066"/>
        </w:rPr>
        <w:t xml:space="preserve">and </w:t>
      </w:r>
      <w:r>
        <w:rPr>
          <w:color w:val="00787F"/>
        </w:rPr>
        <w:t xml:space="preserve">also </w:t>
      </w:r>
      <w:r>
        <w:rPr>
          <w:color w:val="000000"/>
        </w:rPr>
        <w:t xml:space="preserve">the </w:t>
      </w:r>
      <w:r>
        <w:rPr>
          <w:color w:val="33CCFF"/>
        </w:rPr>
        <w:t xml:space="preserve">main </w:t>
      </w:r>
      <w:r>
        <w:rPr>
          <w:color w:val="00FFCC"/>
        </w:rPr>
        <w:t xml:space="preserve">crop </w:t>
      </w:r>
      <w:r>
        <w:rPr>
          <w:color w:val="FF6600"/>
        </w:rPr>
        <w:t xml:space="preserve">of </w:t>
      </w:r>
      <w:r>
        <w:rPr>
          <w:color w:val="00FFCC"/>
        </w:rPr>
        <w:t xml:space="preserve">apples </w:t>
      </w:r>
      <w:r>
        <w:rPr>
          <w:color w:val="000000"/>
        </w:rPr>
        <w:t xml:space="preserve">when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ripened </w:t>
      </w:r>
      <w:r>
        <w:rPr>
          <w:color w:val="000000"/>
        </w:rPr>
        <w:t xml:space="preserve">) </w:t>
      </w:r>
      <w:r>
        <w:rPr>
          <w:color w:val="003E3E"/>
        </w:rPr>
        <w:t xml:space="preserve">should </w:t>
      </w:r>
      <w:r>
        <w:rPr>
          <w:color w:val="CC3399"/>
        </w:rPr>
        <w:t xml:space="preserve">be reserved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787F"/>
        </w:rPr>
        <w:t xml:space="preserve">alone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Chapter IV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33CCFF"/>
        </w:rPr>
        <w:t xml:space="preserve">late </w:t>
      </w:r>
      <w:r>
        <w:rPr>
          <w:color w:val="00FFCC"/>
        </w:rPr>
        <w:t xml:space="preserve">summer </w:t>
      </w:r>
      <w:r>
        <w:rPr>
          <w:color w:val="000000"/>
        </w:rPr>
        <w:t xml:space="preserve">the </w:t>
      </w:r>
      <w:r>
        <w:rPr>
          <w:color w:val="00FFCC"/>
        </w:rPr>
        <w:t xml:space="preserve">news </w:t>
      </w:r>
      <w:r>
        <w:rPr>
          <w:color w:val="FF6600"/>
        </w:rPr>
        <w:t xml:space="preserve">of </w:t>
      </w:r>
      <w:r>
        <w:rPr>
          <w:color w:val="000000"/>
        </w:rPr>
        <w:t xml:space="preserve">what </w:t>
      </w:r>
      <w:r>
        <w:rPr>
          <w:color w:val="CC3399"/>
        </w:rPr>
        <w:t xml:space="preserve">had happened </w:t>
      </w:r>
      <w:r>
        <w:rPr>
          <w:color w:val="FF6600"/>
        </w:rPr>
        <w:t xml:space="preserve">on </w:t>
      </w:r>
      <w:r>
        <w:rPr>
          <w:color w:val="00FFCC"/>
        </w:rPr>
        <w:t xml:space="preserve">Animal Farm </w:t>
      </w:r>
      <w:r>
        <w:rPr>
          <w:color w:val="CC3399"/>
        </w:rPr>
        <w:t xml:space="preserve">had spread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across </w:t>
      </w:r>
      <w:r>
        <w:rPr>
          <w:color w:val="000000"/>
        </w:rPr>
        <w:t xml:space="preserve">half the </w:t>
      </w:r>
      <w:r>
        <w:rPr>
          <w:color w:val="00FFCC"/>
        </w:rPr>
        <w:t xml:space="preserve">county </w:t>
      </w:r>
      <w:r>
        <w:rPr>
          <w:color w:val="000000"/>
        </w:rPr>
        <w:t xml:space="preserve">. Every </w:t>
      </w:r>
      <w:r>
        <w:rPr>
          <w:color w:val="00FFCC"/>
        </w:rPr>
        <w:t xml:space="preserve">day Snowball </w:t>
      </w:r>
      <w:r>
        <w:rPr>
          <w:color w:val="FF0066"/>
        </w:rPr>
        <w:t xml:space="preserve">and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sent </w:t>
      </w:r>
      <w:r>
        <w:rPr>
          <w:color w:val="000000"/>
        </w:rPr>
        <w:t xml:space="preserve">out </w:t>
      </w:r>
      <w:r>
        <w:rPr>
          <w:color w:val="00FFCC"/>
        </w:rPr>
        <w:t xml:space="preserve">flights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pigeons </w:t>
      </w:r>
      <w:r>
        <w:rPr>
          <w:color w:val="000000"/>
        </w:rPr>
        <w:t xml:space="preserve">whose </w:t>
      </w:r>
      <w:r>
        <w:rPr>
          <w:color w:val="00FFCC"/>
        </w:rPr>
        <w:t xml:space="preserve">instructions </w:t>
      </w:r>
      <w:r>
        <w:rPr>
          <w:color w:val="CC3399"/>
        </w:rPr>
        <w:t xml:space="preserve">were </w:t>
      </w:r>
      <w:r>
        <w:rPr>
          <w:color w:val="000000"/>
        </w:rPr>
        <w:t xml:space="preserve">to </w:t>
      </w:r>
      <w:r>
        <w:rPr>
          <w:color w:val="CC3399"/>
        </w:rPr>
        <w:t xml:space="preserve">mingle </w:t>
      </w:r>
      <w:r>
        <w:rPr>
          <w:color w:val="FF6600"/>
        </w:rPr>
        <w:t xml:space="preserve">with </w:t>
      </w:r>
      <w:r>
        <w:rPr>
          <w:color w:val="000000"/>
        </w:rPr>
        <w:t>th</w:t>
      </w:r>
      <w:r>
        <w:rPr>
          <w:color w:val="000000"/>
        </w:rPr>
        <w:t xml:space="preserve">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neighbouring </w:t>
      </w:r>
      <w:r>
        <w:rPr>
          <w:color w:val="00FFCC"/>
        </w:rPr>
        <w:t xml:space="preserve">farms </w:t>
      </w:r>
      <w:r>
        <w:rPr>
          <w:color w:val="000000"/>
        </w:rPr>
        <w:t xml:space="preserve">, </w:t>
      </w:r>
      <w:r>
        <w:rPr>
          <w:color w:val="CC3399"/>
        </w:rPr>
        <w:t xml:space="preserve">tell </w:t>
      </w:r>
      <w:r>
        <w:rPr>
          <w:color w:val="000000"/>
        </w:rPr>
        <w:t xml:space="preserve">them the </w:t>
      </w:r>
      <w:r>
        <w:rPr>
          <w:color w:val="00FFCC"/>
        </w:rPr>
        <w:t xml:space="preserve">story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teach </w:t>
      </w:r>
      <w:r>
        <w:rPr>
          <w:color w:val="000000"/>
        </w:rPr>
        <w:t xml:space="preserve">them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tune </w:t>
      </w:r>
      <w:r>
        <w:rPr>
          <w:color w:val="FF6600"/>
        </w:rPr>
        <w:t xml:space="preserve">of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33CCFF"/>
        </w:rPr>
        <w:t xml:space="preserve">Most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00FFCC"/>
        </w:rPr>
        <w:t xml:space="preserve">time Mr. Jones </w:t>
      </w:r>
      <w:r>
        <w:rPr>
          <w:color w:val="CC3399"/>
        </w:rPr>
        <w:t xml:space="preserve">had spent sitting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taproom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Red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Lion </w:t>
      </w:r>
      <w:r>
        <w:rPr>
          <w:color w:val="FF6600"/>
        </w:rPr>
        <w:t xml:space="preserve">at </w:t>
      </w:r>
      <w:r>
        <w:rPr>
          <w:color w:val="00FFCC"/>
        </w:rPr>
        <w:t xml:space="preserve">Willingdon </w:t>
      </w:r>
      <w:r>
        <w:rPr>
          <w:color w:val="000000"/>
        </w:rPr>
        <w:t xml:space="preserve">, </w:t>
      </w:r>
      <w:r>
        <w:rPr>
          <w:color w:val="CC3399"/>
        </w:rPr>
        <w:t xml:space="preserve">complaining </w:t>
      </w:r>
      <w:r>
        <w:rPr>
          <w:color w:val="000000"/>
        </w:rPr>
        <w:t xml:space="preserve">to </w:t>
      </w:r>
      <w:r>
        <w:rPr>
          <w:color w:val="00FFCC"/>
        </w:rPr>
        <w:t xml:space="preserve">anyone </w:t>
      </w:r>
      <w:r>
        <w:rPr>
          <w:color w:val="000000"/>
        </w:rPr>
        <w:t xml:space="preserve">who </w:t>
      </w:r>
      <w:r>
        <w:rPr>
          <w:color w:val="003E3E"/>
        </w:rPr>
        <w:t xml:space="preserve">would </w:t>
      </w:r>
      <w:r>
        <w:rPr>
          <w:color w:val="CC3399"/>
        </w:rPr>
        <w:t xml:space="preserve">listen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monstrous </w:t>
      </w:r>
      <w:r>
        <w:rPr>
          <w:color w:val="00FFCC"/>
        </w:rPr>
        <w:t xml:space="preserve">injustice </w:t>
      </w:r>
      <w:r>
        <w:rPr>
          <w:color w:val="000000"/>
        </w:rPr>
        <w:t xml:space="preserve">he </w:t>
      </w:r>
      <w:r>
        <w:rPr>
          <w:color w:val="CC3399"/>
        </w:rPr>
        <w:t xml:space="preserve">had suffered </w:t>
      </w:r>
      <w:r>
        <w:rPr>
          <w:color w:val="FF6600"/>
        </w:rPr>
        <w:t xml:space="preserve">in </w:t>
      </w:r>
      <w:r>
        <w:rPr>
          <w:color w:val="CC3399"/>
        </w:rPr>
        <w:t xml:space="preserve">being turned </w:t>
      </w:r>
      <w:r>
        <w:rPr>
          <w:color w:val="FF6600"/>
        </w:rPr>
        <w:t xml:space="preserve">out of </w:t>
      </w:r>
      <w:r>
        <w:rPr>
          <w:color w:val="000000"/>
        </w:rPr>
        <w:t xml:space="preserve">his </w:t>
      </w:r>
      <w:r>
        <w:rPr>
          <w:color w:val="00FFCC"/>
        </w:rPr>
        <w:t xml:space="preserve">property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00FFCC"/>
        </w:rPr>
        <w:t xml:space="preserve">pack </w:t>
      </w:r>
      <w:r>
        <w:rPr>
          <w:color w:val="FF6600"/>
        </w:rPr>
        <w:t xml:space="preserve">of </w:t>
      </w:r>
      <w:r>
        <w:rPr>
          <w:color w:val="33CCFF"/>
        </w:rPr>
        <w:t xml:space="preserve">good-for-nothing </w:t>
      </w:r>
      <w:r>
        <w:rPr>
          <w:color w:val="00FFCC"/>
        </w:rPr>
        <w:t xml:space="preserve">animals </w:t>
      </w:r>
      <w:r>
        <w:rPr>
          <w:color w:val="000000"/>
        </w:rPr>
        <w:t xml:space="preserve">.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farmers </w:t>
      </w:r>
      <w:r>
        <w:rPr>
          <w:color w:val="CC3399"/>
        </w:rPr>
        <w:t xml:space="preserve">sympathised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principle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they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FF6600"/>
        </w:rPr>
        <w:t xml:space="preserve">at </w:t>
      </w:r>
      <w:r>
        <w:rPr>
          <w:color w:val="33CCFF"/>
        </w:rPr>
        <w:t xml:space="preserve">first </w:t>
      </w:r>
      <w:r>
        <w:rPr>
          <w:color w:val="CC3399"/>
        </w:rPr>
        <w:t xml:space="preserve">give </w:t>
      </w:r>
      <w:r>
        <w:rPr>
          <w:color w:val="000000"/>
        </w:rPr>
        <w:t xml:space="preserve">him </w:t>
      </w:r>
      <w:r>
        <w:rPr>
          <w:color w:val="00787F"/>
        </w:rPr>
        <w:t xml:space="preserve">much </w:t>
      </w:r>
      <w:r>
        <w:rPr>
          <w:color w:val="00FFCC"/>
        </w:rPr>
        <w:t xml:space="preserve">help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FFCC"/>
        </w:rPr>
        <w:t xml:space="preserve">heart </w:t>
      </w:r>
      <w:r>
        <w:rPr>
          <w:color w:val="000000"/>
        </w:rPr>
        <w:t xml:space="preserve">, each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</w:t>
      </w:r>
      <w:r>
        <w:rPr>
          <w:color w:val="CC3399"/>
        </w:rPr>
        <w:t xml:space="preserve">was </w:t>
      </w:r>
      <w:r>
        <w:rPr>
          <w:color w:val="00787F"/>
        </w:rPr>
        <w:t>secret</w:t>
      </w:r>
      <w:r>
        <w:rPr>
          <w:color w:val="00787F"/>
        </w:rPr>
        <w:t xml:space="preserve">ly </w:t>
      </w:r>
      <w:r>
        <w:rPr>
          <w:color w:val="CC3399"/>
        </w:rPr>
        <w:t xml:space="preserve">wondering </w:t>
      </w:r>
      <w:r>
        <w:rPr>
          <w:color w:val="FF6600"/>
        </w:rPr>
        <w:t xml:space="preserve">whether </w:t>
      </w:r>
      <w:r>
        <w:rPr>
          <w:color w:val="000000"/>
        </w:rPr>
        <w:t xml:space="preserve">he </w:t>
      </w: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CC3399"/>
        </w:rPr>
        <w:t xml:space="preserve">somehow </w:t>
      </w:r>
      <w:r>
        <w:rPr>
          <w:color w:val="00FFCC"/>
        </w:rPr>
        <w:t xml:space="preserve">turn Jones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misfortune </w:t>
      </w:r>
      <w:r>
        <w:rPr>
          <w:color w:val="000000"/>
        </w:rPr>
        <w:t xml:space="preserve">to his </w:t>
      </w:r>
      <w:r>
        <w:rPr>
          <w:color w:val="33CCFF"/>
        </w:rPr>
        <w:t xml:space="preserve">own </w:t>
      </w:r>
      <w:r>
        <w:rPr>
          <w:color w:val="00FFCC"/>
        </w:rPr>
        <w:t xml:space="preserve">advantage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33CCFF"/>
        </w:rPr>
        <w:t xml:space="preserve">lucky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owners </w:t>
      </w:r>
      <w:r>
        <w:rPr>
          <w:color w:val="FF6600"/>
        </w:rPr>
        <w:t xml:space="preserve">of </w:t>
      </w:r>
      <w:r>
        <w:rPr>
          <w:color w:val="000000"/>
        </w:rPr>
        <w:t xml:space="preserve">the two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farms </w:t>
      </w:r>
      <w:r>
        <w:rPr>
          <w:color w:val="000000"/>
        </w:rPr>
        <w:t xml:space="preserve">which </w:t>
      </w:r>
      <w:r>
        <w:rPr>
          <w:color w:val="CC3399"/>
        </w:rPr>
        <w:t xml:space="preserve">adjoined </w:t>
      </w:r>
      <w:r>
        <w:rPr>
          <w:color w:val="00FFCC"/>
        </w:rPr>
        <w:t xml:space="preserve">Animal Farm </w:t>
      </w:r>
      <w:r>
        <w:rPr>
          <w:color w:val="CC3399"/>
        </w:rPr>
        <w:t xml:space="preserve">were </w:t>
      </w:r>
      <w:r>
        <w:rPr>
          <w:color w:val="FF6600"/>
        </w:rPr>
        <w:t xml:space="preserve">on </w:t>
      </w:r>
      <w:r>
        <w:rPr>
          <w:color w:val="00787F"/>
        </w:rPr>
        <w:t xml:space="preserve">permanently </w:t>
      </w:r>
      <w:r>
        <w:rPr>
          <w:color w:val="33CCFF"/>
        </w:rPr>
        <w:t xml:space="preserve">bad </w:t>
      </w:r>
      <w:r>
        <w:rPr>
          <w:color w:val="00FFCC"/>
        </w:rPr>
        <w:t xml:space="preserve">terms </w:t>
      </w:r>
      <w:r>
        <w:rPr>
          <w:color w:val="000000"/>
        </w:rPr>
        <w:t xml:space="preserve">. One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, which </w:t>
      </w:r>
      <w:r>
        <w:rPr>
          <w:color w:val="CC3399"/>
        </w:rPr>
        <w:t xml:space="preserve">was named </w:t>
      </w:r>
      <w:r>
        <w:rPr>
          <w:color w:val="00FFCC"/>
        </w:rPr>
        <w:t xml:space="preserve">Foxwood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large </w:t>
      </w:r>
      <w:r>
        <w:rPr>
          <w:color w:val="000000"/>
        </w:rPr>
        <w:t xml:space="preserve">, </w:t>
      </w:r>
      <w:r>
        <w:rPr>
          <w:color w:val="33CCFF"/>
        </w:rPr>
        <w:t xml:space="preserve">neglected </w:t>
      </w:r>
      <w:r>
        <w:rPr>
          <w:color w:val="000000"/>
        </w:rPr>
        <w:t xml:space="preserve">, </w:t>
      </w:r>
      <w:r>
        <w:rPr>
          <w:color w:val="33CCFF"/>
        </w:rPr>
        <w:t xml:space="preserve">old-fashioned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much </w:t>
      </w:r>
      <w:r>
        <w:rPr>
          <w:color w:val="CC3399"/>
        </w:rPr>
        <w:t xml:space="preserve">overgrown </w:t>
      </w:r>
      <w:r>
        <w:rPr>
          <w:color w:val="FF6600"/>
        </w:rPr>
        <w:t xml:space="preserve">by </w:t>
      </w:r>
      <w:r>
        <w:rPr>
          <w:color w:val="00FFCC"/>
        </w:rPr>
        <w:t xml:space="preserve">woodland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all its </w:t>
      </w:r>
      <w:r>
        <w:rPr>
          <w:color w:val="00FFCC"/>
        </w:rPr>
        <w:t xml:space="preserve">pastures </w:t>
      </w:r>
      <w:r>
        <w:rPr>
          <w:color w:val="CC3399"/>
        </w:rPr>
        <w:t xml:space="preserve">worn </w:t>
      </w:r>
      <w:r>
        <w:rPr>
          <w:color w:val="000000"/>
        </w:rPr>
        <w:t xml:space="preserve">out </w:t>
      </w:r>
      <w:r>
        <w:rPr>
          <w:color w:val="FF0066"/>
        </w:rPr>
        <w:t xml:space="preserve">and </w:t>
      </w:r>
      <w:r>
        <w:rPr>
          <w:color w:val="000000"/>
        </w:rPr>
        <w:t xml:space="preserve">its </w:t>
      </w:r>
      <w:r>
        <w:rPr>
          <w:color w:val="00FFCC"/>
        </w:rPr>
        <w:t xml:space="preserve">hedges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disgraceful </w:t>
      </w:r>
      <w:r>
        <w:rPr>
          <w:color w:val="00FFCC"/>
        </w:rPr>
        <w:t xml:space="preserve">condition </w:t>
      </w:r>
      <w:r>
        <w:rPr>
          <w:color w:val="000000"/>
        </w:rPr>
        <w:t xml:space="preserve">. Its </w:t>
      </w:r>
      <w:r>
        <w:rPr>
          <w:color w:val="00FFCC"/>
        </w:rPr>
        <w:t xml:space="preserve">owner </w:t>
      </w:r>
      <w:r>
        <w:rPr>
          <w:color w:val="000000"/>
        </w:rPr>
        <w:t xml:space="preserve">, </w:t>
      </w:r>
      <w:r>
        <w:rPr>
          <w:color w:val="00FFCC"/>
        </w:rPr>
        <w:t xml:space="preserve">Mr. Pilkington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0000"/>
        </w:rPr>
        <w:t xml:space="preserve">an </w:t>
      </w:r>
      <w:r>
        <w:rPr>
          <w:color w:val="33CCFF"/>
        </w:rPr>
        <w:t xml:space="preserve">easy-going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gentleman </w:t>
      </w:r>
      <w:r>
        <w:rPr>
          <w:color w:val="00FFCC"/>
        </w:rPr>
        <w:t xml:space="preserve">farmer </w:t>
      </w:r>
      <w:r>
        <w:rPr>
          <w:color w:val="000000"/>
        </w:rPr>
        <w:t xml:space="preserve">who </w:t>
      </w:r>
      <w:r>
        <w:rPr>
          <w:color w:val="CC3399"/>
        </w:rPr>
        <w:t xml:space="preserve">spent </w:t>
      </w:r>
      <w:r>
        <w:rPr>
          <w:color w:val="33CCFF"/>
        </w:rPr>
        <w:t xml:space="preserve">most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00FFCC"/>
        </w:rPr>
        <w:t xml:space="preserve">time </w:t>
      </w:r>
      <w:r>
        <w:rPr>
          <w:color w:val="FF6600"/>
        </w:rPr>
        <w:t xml:space="preserve">in </w:t>
      </w:r>
      <w:r>
        <w:rPr>
          <w:color w:val="00FFCC"/>
        </w:rPr>
        <w:t xml:space="preserve">fishing </w:t>
      </w:r>
      <w:r>
        <w:rPr>
          <w:color w:val="FF0066"/>
        </w:rPr>
        <w:t xml:space="preserve">or </w:t>
      </w:r>
      <w:r>
        <w:rPr>
          <w:color w:val="00FFCC"/>
        </w:rPr>
        <w:t xml:space="preserve">hunting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according </w:t>
      </w:r>
      <w:r>
        <w:rPr>
          <w:color w:val="000000"/>
        </w:rPr>
        <w:t xml:space="preserve">to the </w:t>
      </w:r>
      <w:r>
        <w:rPr>
          <w:color w:val="00FFCC"/>
        </w:rPr>
        <w:t xml:space="preserve">season </w:t>
      </w:r>
      <w:r>
        <w:rPr>
          <w:color w:val="000000"/>
        </w:rPr>
        <w:t xml:space="preserve">.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farm </w:t>
      </w:r>
      <w:r>
        <w:rPr>
          <w:color w:val="000000"/>
        </w:rPr>
        <w:t xml:space="preserve">, which </w:t>
      </w:r>
      <w:r>
        <w:rPr>
          <w:color w:val="CC3399"/>
        </w:rPr>
        <w:t xml:space="preserve">was called </w:t>
      </w:r>
      <w:r>
        <w:rPr>
          <w:color w:val="00FFCC"/>
        </w:rPr>
        <w:t xml:space="preserve">Pinchfield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smaller </w:t>
      </w:r>
      <w:r>
        <w:rPr>
          <w:color w:val="FF0066"/>
        </w:rPr>
        <w:t xml:space="preserve">and </w:t>
      </w:r>
      <w:r>
        <w:rPr>
          <w:color w:val="33CCFF"/>
        </w:rPr>
        <w:t xml:space="preserve">better </w:t>
      </w:r>
      <w:r>
        <w:rPr>
          <w:color w:val="00FFCC"/>
        </w:rPr>
        <w:t xml:space="preserve">kept </w:t>
      </w:r>
      <w:r>
        <w:rPr>
          <w:color w:val="000000"/>
        </w:rPr>
        <w:t xml:space="preserve">. Its </w:t>
      </w:r>
      <w:r>
        <w:rPr>
          <w:color w:val="00FFCC"/>
        </w:rPr>
        <w:t xml:space="preserve">owner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Mr. Frederick </w:t>
      </w:r>
      <w:r>
        <w:rPr>
          <w:color w:val="000000"/>
        </w:rPr>
        <w:t xml:space="preserve">, a </w:t>
      </w:r>
      <w:r>
        <w:rPr>
          <w:color w:val="33CCFF"/>
        </w:rPr>
        <w:t xml:space="preserve">tough </w:t>
      </w:r>
      <w:r>
        <w:rPr>
          <w:color w:val="000000"/>
        </w:rPr>
        <w:t xml:space="preserve">, </w:t>
      </w:r>
      <w:r>
        <w:rPr>
          <w:color w:val="CC3399"/>
        </w:rPr>
        <w:t xml:space="preserve">shrewd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man </w:t>
      </w:r>
      <w:r>
        <w:rPr>
          <w:color w:val="000000"/>
        </w:rPr>
        <w:t xml:space="preserve">, </w:t>
      </w:r>
      <w:r>
        <w:rPr>
          <w:color w:val="00787F"/>
        </w:rPr>
        <w:t xml:space="preserve">perpetually </w:t>
      </w:r>
      <w:r>
        <w:rPr>
          <w:color w:val="CC3399"/>
        </w:rPr>
        <w:t xml:space="preserve">involved </w:t>
      </w:r>
      <w:r>
        <w:rPr>
          <w:color w:val="FF6600"/>
        </w:rPr>
        <w:t xml:space="preserve">in </w:t>
      </w:r>
      <w:r>
        <w:rPr>
          <w:color w:val="00FFCC"/>
        </w:rPr>
        <w:t xml:space="preserve">lawsuits </w:t>
      </w:r>
      <w:r>
        <w:rPr>
          <w:color w:val="FF0066"/>
        </w:rPr>
        <w:t xml:space="preserve">and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name </w:t>
      </w:r>
      <w:r>
        <w:rPr>
          <w:color w:val="FF6600"/>
        </w:rPr>
        <w:t xml:space="preserve">for </w:t>
      </w:r>
      <w:r>
        <w:rPr>
          <w:color w:val="CC3399"/>
        </w:rPr>
        <w:t xml:space="preserve">driving </w:t>
      </w:r>
      <w:r>
        <w:rPr>
          <w:color w:val="33CCFF"/>
        </w:rPr>
        <w:t xml:space="preserve">hard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bargains </w:t>
      </w:r>
      <w:r>
        <w:rPr>
          <w:color w:val="000000"/>
        </w:rPr>
        <w:t xml:space="preserve">. These two </w:t>
      </w:r>
      <w:r>
        <w:rPr>
          <w:color w:val="CC3399"/>
        </w:rPr>
        <w:t>disliked</w:t>
      </w:r>
      <w:r>
        <w:rPr>
          <w:color w:val="CC3399"/>
        </w:rPr>
        <w:t xml:space="preserve"> </w:t>
      </w:r>
      <w:r>
        <w:rPr>
          <w:color w:val="000000"/>
        </w:rPr>
        <w:t xml:space="preserve">each </w:t>
      </w:r>
      <w:r>
        <w:rPr>
          <w:color w:val="33CCFF"/>
        </w:rPr>
        <w:t xml:space="preserve">other </w:t>
      </w:r>
      <w:r>
        <w:rPr>
          <w:color w:val="00787F"/>
        </w:rPr>
        <w:t xml:space="preserve">so </w:t>
      </w:r>
      <w:r>
        <w:rPr>
          <w:color w:val="33CCFF"/>
        </w:rPr>
        <w:t xml:space="preserve">much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33CCFF"/>
        </w:rPr>
        <w:t xml:space="preserve">difficult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to </w:t>
      </w:r>
      <w:r>
        <w:rPr>
          <w:color w:val="CC3399"/>
        </w:rPr>
        <w:t xml:space="preserve">come </w:t>
      </w:r>
      <w:r>
        <w:rPr>
          <w:color w:val="000000"/>
        </w:rPr>
        <w:t xml:space="preserve">to any </w:t>
      </w:r>
      <w:r>
        <w:rPr>
          <w:color w:val="00FFCC"/>
        </w:rPr>
        <w:t xml:space="preserve">agreement </w:t>
      </w:r>
      <w:r>
        <w:rPr>
          <w:color w:val="000000"/>
        </w:rPr>
        <w:t xml:space="preserve">, </w:t>
      </w:r>
      <w:r>
        <w:rPr>
          <w:color w:val="00787F"/>
        </w:rPr>
        <w:t xml:space="preserve">even </w:t>
      </w:r>
      <w:r>
        <w:rPr>
          <w:color w:val="FF6600"/>
        </w:rPr>
        <w:t xml:space="preserve">in </w:t>
      </w:r>
      <w:r>
        <w:rPr>
          <w:color w:val="00FFCC"/>
        </w:rPr>
        <w:t xml:space="preserve">defence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FFCC"/>
        </w:rPr>
        <w:t xml:space="preserve">interests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Nevertheless </w:t>
      </w:r>
      <w:r>
        <w:rPr>
          <w:color w:val="000000"/>
        </w:rPr>
        <w:t xml:space="preserve">, they </w:t>
      </w:r>
      <w:r>
        <w:rPr>
          <w:color w:val="CC3399"/>
        </w:rPr>
        <w:t xml:space="preserve">were </w:t>
      </w:r>
      <w:r>
        <w:rPr>
          <w:color w:val="000000"/>
        </w:rPr>
        <w:t xml:space="preserve">both </w:t>
      </w:r>
      <w:r>
        <w:rPr>
          <w:color w:val="00787F"/>
        </w:rPr>
        <w:t xml:space="preserve">thoroughly </w:t>
      </w:r>
      <w:r>
        <w:rPr>
          <w:color w:val="CC3399"/>
        </w:rPr>
        <w:t xml:space="preserve">frightened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 Farm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very </w:t>
      </w:r>
      <w:r>
        <w:rPr>
          <w:color w:val="33CCFF"/>
        </w:rPr>
        <w:t xml:space="preserve">anxious </w:t>
      </w:r>
      <w:r>
        <w:rPr>
          <w:color w:val="000000"/>
        </w:rPr>
        <w:t xml:space="preserve">to </w:t>
      </w:r>
      <w:r>
        <w:rPr>
          <w:color w:val="CC3399"/>
        </w:rPr>
        <w:t xml:space="preserve">prevent </w:t>
      </w: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FFCC"/>
        </w:rPr>
        <w:t xml:space="preserve">animals </w:t>
      </w:r>
      <w:r>
        <w:rPr>
          <w:color w:val="FF6600"/>
        </w:rPr>
        <w:t xml:space="preserve">from </w:t>
      </w:r>
      <w:r>
        <w:rPr>
          <w:color w:val="CC3399"/>
        </w:rPr>
        <w:t xml:space="preserve">learning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too </w:t>
      </w:r>
      <w:r>
        <w:rPr>
          <w:color w:val="33CCFF"/>
        </w:rPr>
        <w:t xml:space="preserve">much </w:t>
      </w:r>
      <w:r>
        <w:rPr>
          <w:color w:val="FF6600"/>
        </w:rPr>
        <w:t xml:space="preserve">about </w:t>
      </w:r>
      <w:r>
        <w:rPr>
          <w:color w:val="000000"/>
        </w:rPr>
        <w:t xml:space="preserve">it . </w:t>
      </w:r>
      <w:r>
        <w:rPr>
          <w:color w:val="FF6600"/>
        </w:rPr>
        <w:t xml:space="preserve">At </w:t>
      </w:r>
      <w:r>
        <w:rPr>
          <w:color w:val="33CCFF"/>
        </w:rPr>
        <w:t xml:space="preserve">first </w:t>
      </w:r>
      <w:r>
        <w:rPr>
          <w:color w:val="000000"/>
        </w:rPr>
        <w:t xml:space="preserve">they </w:t>
      </w:r>
      <w:r>
        <w:rPr>
          <w:color w:val="CC3399"/>
        </w:rPr>
        <w:t xml:space="preserve">pretended </w:t>
      </w:r>
      <w:r>
        <w:rPr>
          <w:color w:val="000000"/>
        </w:rPr>
        <w:t xml:space="preserve">to </w:t>
      </w:r>
      <w:r>
        <w:rPr>
          <w:color w:val="CC3399"/>
        </w:rPr>
        <w:t xml:space="preserve">laugh </w:t>
      </w:r>
      <w:r>
        <w:rPr>
          <w:color w:val="000000"/>
        </w:rPr>
        <w:t xml:space="preserve">to </w:t>
      </w:r>
      <w:r>
        <w:rPr>
          <w:color w:val="CC3399"/>
        </w:rPr>
        <w:t xml:space="preserve">scorn </w:t>
      </w:r>
      <w:r>
        <w:rPr>
          <w:color w:val="000000"/>
        </w:rPr>
        <w:t xml:space="preserve">the </w:t>
      </w:r>
      <w:r>
        <w:rPr>
          <w:color w:val="00FFCC"/>
        </w:rPr>
        <w:t xml:space="preserve">idea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managing </w:t>
      </w:r>
      <w:r>
        <w:rPr>
          <w:color w:val="000000"/>
        </w:rPr>
        <w:t xml:space="preserve">a </w:t>
      </w:r>
      <w:r>
        <w:rPr>
          <w:color w:val="00FFCC"/>
        </w:rPr>
        <w:t xml:space="preserve">farm </w:t>
      </w:r>
      <w:r>
        <w:rPr>
          <w:color w:val="FF6600"/>
        </w:rPr>
        <w:t xml:space="preserve">for </w:t>
      </w:r>
      <w:r>
        <w:rPr>
          <w:color w:val="000000"/>
        </w:rPr>
        <w:t xml:space="preserve">themselves . 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thing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FF6600"/>
        </w:rPr>
        <w:t xml:space="preserve">over in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fortnight </w:t>
      </w:r>
      <w:r>
        <w:rPr>
          <w:color w:val="000000"/>
        </w:rPr>
        <w:t xml:space="preserve">, they </w:t>
      </w:r>
      <w:r>
        <w:rPr>
          <w:color w:val="CC3399"/>
        </w:rPr>
        <w:t xml:space="preserve">said </w:t>
      </w:r>
      <w:r>
        <w:rPr>
          <w:color w:val="000000"/>
        </w:rPr>
        <w:t xml:space="preserve">. They </w:t>
      </w:r>
      <w:r>
        <w:rPr>
          <w:color w:val="CC3399"/>
        </w:rPr>
        <w:t xml:space="preserve">put </w:t>
      </w:r>
      <w:r>
        <w:rPr>
          <w:color w:val="000000"/>
        </w:rPr>
        <w:t xml:space="preserve">it </w:t>
      </w:r>
      <w:r>
        <w:rPr>
          <w:color w:val="FF6600"/>
        </w:rPr>
        <w:t xml:space="preserve">about that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Manor Farm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( they </w:t>
      </w:r>
      <w:r>
        <w:rPr>
          <w:color w:val="CC3399"/>
        </w:rPr>
        <w:t>insi</w:t>
      </w:r>
      <w:r>
        <w:rPr>
          <w:color w:val="CC3399"/>
        </w:rPr>
        <w:t xml:space="preserve">sted </w:t>
      </w:r>
      <w:r>
        <w:rPr>
          <w:color w:val="FF6600"/>
        </w:rPr>
        <w:t xml:space="preserve">on </w:t>
      </w:r>
      <w:r>
        <w:rPr>
          <w:color w:val="CC3399"/>
        </w:rPr>
        <w:t xml:space="preserve">calling </w:t>
      </w:r>
      <w:r>
        <w:rPr>
          <w:color w:val="000000"/>
        </w:rPr>
        <w:t xml:space="preserve">it the </w:t>
      </w:r>
      <w:r>
        <w:rPr>
          <w:color w:val="00FFCC"/>
        </w:rPr>
        <w:t xml:space="preserve">Manor Farm </w:t>
      </w:r>
      <w:r>
        <w:rPr>
          <w:color w:val="000000"/>
        </w:rPr>
        <w:t xml:space="preserve">; they </w:t>
      </w:r>
      <w:r>
        <w:rPr>
          <w:color w:val="003E3E"/>
        </w:rPr>
        <w:t xml:space="preserve">would </w:t>
      </w:r>
      <w:r>
        <w:rPr>
          <w:color w:val="00787F"/>
        </w:rPr>
        <w:t xml:space="preserve">not </w:t>
      </w:r>
      <w:r>
        <w:rPr>
          <w:color w:val="CC3399"/>
        </w:rPr>
        <w:t xml:space="preserve">tolerate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name </w:t>
      </w:r>
      <w:r>
        <w:rPr>
          <w:color w:val="000000"/>
        </w:rPr>
        <w:t xml:space="preserve">`` </w:t>
      </w:r>
      <w:r>
        <w:rPr>
          <w:color w:val="33CCFF"/>
        </w:rPr>
        <w:t xml:space="preserve">Animal </w:t>
      </w:r>
      <w:r>
        <w:rPr>
          <w:color w:val="00FFCC"/>
        </w:rPr>
        <w:t xml:space="preserve">Farm </w:t>
      </w:r>
      <w:r>
        <w:rPr>
          <w:color w:val="000000"/>
        </w:rPr>
        <w:t xml:space="preserve">'' ) </w:t>
      </w:r>
      <w:r>
        <w:rPr>
          <w:color w:val="CC3399"/>
        </w:rPr>
        <w:t xml:space="preserve">were </w:t>
      </w:r>
      <w:r>
        <w:rPr>
          <w:color w:val="00787F"/>
        </w:rPr>
        <w:t xml:space="preserve">perpetually </w:t>
      </w:r>
      <w:r>
        <w:rPr>
          <w:color w:val="CC3399"/>
        </w:rPr>
        <w:t xml:space="preserve">fighting </w:t>
      </w:r>
      <w:r>
        <w:rPr>
          <w:color w:val="FF6600"/>
        </w:rPr>
        <w:t xml:space="preserve">among </w:t>
      </w:r>
      <w:r>
        <w:rPr>
          <w:color w:val="000000"/>
        </w:rPr>
        <w:t xml:space="preserve">themselves </w:t>
      </w:r>
      <w:r>
        <w:rPr>
          <w:color w:val="FF0066"/>
        </w:rPr>
        <w:t xml:space="preserve">and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also rapidly </w:t>
      </w:r>
      <w:r>
        <w:rPr>
          <w:color w:val="CC3399"/>
        </w:rPr>
        <w:t xml:space="preserve">starving </w:t>
      </w:r>
      <w:r>
        <w:rPr>
          <w:color w:val="000000"/>
        </w:rPr>
        <w:t xml:space="preserve">to </w:t>
      </w:r>
      <w:r>
        <w:rPr>
          <w:color w:val="00FFCC"/>
        </w:rPr>
        <w:t xml:space="preserve">death </w:t>
      </w:r>
      <w:r>
        <w:rPr>
          <w:color w:val="000000"/>
        </w:rPr>
        <w:t xml:space="preserve">. When </w:t>
      </w:r>
      <w:r>
        <w:rPr>
          <w:color w:val="00FFCC"/>
        </w:rPr>
        <w:t xml:space="preserve">time </w:t>
      </w:r>
      <w:r>
        <w:rPr>
          <w:color w:val="CC3399"/>
        </w:rPr>
        <w:t xml:space="preserve">passed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evidently not </w:t>
      </w:r>
      <w:r>
        <w:rPr>
          <w:color w:val="CC3399"/>
        </w:rPr>
        <w:t xml:space="preserve">starved </w:t>
      </w:r>
      <w:r>
        <w:rPr>
          <w:color w:val="000000"/>
        </w:rPr>
        <w:t xml:space="preserve">to </w:t>
      </w:r>
      <w:r>
        <w:rPr>
          <w:color w:val="00FFCC"/>
        </w:rPr>
        <w:t xml:space="preserve">death </w:t>
      </w:r>
      <w:r>
        <w:rPr>
          <w:color w:val="000000"/>
        </w:rPr>
        <w:t xml:space="preserve">, </w:t>
      </w:r>
      <w:r>
        <w:rPr>
          <w:color w:val="00FFCC"/>
        </w:rPr>
        <w:t xml:space="preserve">Frederick </w:t>
      </w:r>
      <w:r>
        <w:rPr>
          <w:color w:val="FF0066"/>
        </w:rPr>
        <w:t xml:space="preserve">and </w:t>
      </w:r>
      <w:r>
        <w:rPr>
          <w:color w:val="00FFCC"/>
        </w:rPr>
        <w:t xml:space="preserve">Pilkington </w:t>
      </w:r>
      <w:r>
        <w:rPr>
          <w:color w:val="CC3399"/>
        </w:rPr>
        <w:t xml:space="preserve">changed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tune </w:t>
      </w:r>
      <w:r>
        <w:rPr>
          <w:color w:val="FF0066"/>
        </w:rPr>
        <w:t xml:space="preserve">and </w:t>
      </w:r>
      <w:r>
        <w:rPr>
          <w:color w:val="CC3399"/>
        </w:rPr>
        <w:t xml:space="preserve">began </w:t>
      </w:r>
      <w:r>
        <w:rPr>
          <w:color w:val="000000"/>
        </w:rPr>
        <w:t xml:space="preserve">to </w:t>
      </w:r>
      <w:r>
        <w:rPr>
          <w:color w:val="CC3399"/>
        </w:rPr>
        <w:t xml:space="preserve">talk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terrible </w:t>
      </w:r>
      <w:r>
        <w:rPr>
          <w:color w:val="00FFCC"/>
        </w:rPr>
        <w:t xml:space="preserve">wickedness </w:t>
      </w:r>
      <w:r>
        <w:rPr>
          <w:color w:val="000000"/>
        </w:rPr>
        <w:t xml:space="preserve">that </w:t>
      </w:r>
      <w:r>
        <w:rPr>
          <w:color w:val="00787F"/>
        </w:rPr>
        <w:t xml:space="preserve">now </w:t>
      </w:r>
      <w:r>
        <w:rPr>
          <w:color w:val="CC3399"/>
        </w:rPr>
        <w:t xml:space="preserve">flourished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 Farm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given </w:t>
      </w:r>
      <w:r>
        <w:rPr>
          <w:color w:val="000000"/>
        </w:rPr>
        <w:t xml:space="preserve">out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787F"/>
        </w:rPr>
        <w:t xml:space="preserve">there </w:t>
      </w:r>
      <w:r>
        <w:rPr>
          <w:color w:val="33CCFF"/>
        </w:rPr>
        <w:t xml:space="preserve">practised </w:t>
      </w:r>
      <w:r>
        <w:rPr>
          <w:color w:val="00FFCC"/>
        </w:rPr>
        <w:t xml:space="preserve">cannibalism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tortured </w:t>
      </w:r>
      <w:r>
        <w:rPr>
          <w:color w:val="000000"/>
        </w:rPr>
        <w:t xml:space="preserve">one another </w:t>
      </w:r>
      <w:r>
        <w:rPr>
          <w:color w:val="FF6600"/>
        </w:rPr>
        <w:t xml:space="preserve">with </w:t>
      </w:r>
      <w:r>
        <w:rPr>
          <w:color w:val="33CCFF"/>
        </w:rPr>
        <w:t xml:space="preserve">red-hot </w:t>
      </w:r>
      <w:r>
        <w:rPr>
          <w:color w:val="00FFCC"/>
        </w:rPr>
        <w:t xml:space="preserve">horseshoes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had </w:t>
      </w:r>
      <w:r>
        <w:rPr>
          <w:color w:val="000000"/>
        </w:rPr>
        <w:t xml:space="preserve">their </w:t>
      </w:r>
      <w:r>
        <w:rPr>
          <w:color w:val="00FFCC"/>
        </w:rPr>
        <w:t>fe</w:t>
      </w:r>
      <w:r>
        <w:rPr>
          <w:color w:val="00FFCC"/>
        </w:rPr>
        <w:t xml:space="preserve">males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common </w:t>
      </w:r>
      <w:r>
        <w:rPr>
          <w:color w:val="000000"/>
        </w:rPr>
        <w:t xml:space="preserve">. This </w:t>
      </w:r>
      <w:r>
        <w:rPr>
          <w:color w:val="CC3399"/>
        </w:rPr>
        <w:t xml:space="preserve">was </w:t>
      </w:r>
      <w:r>
        <w:rPr>
          <w:color w:val="000000"/>
        </w:rPr>
        <w:t xml:space="preserve">what </w:t>
      </w:r>
      <w:r>
        <w:rPr>
          <w:color w:val="CC3399"/>
        </w:rPr>
        <w:t xml:space="preserve">came </w:t>
      </w:r>
      <w:r>
        <w:rPr>
          <w:color w:val="FF6600"/>
        </w:rPr>
        <w:t xml:space="preserve">of </w:t>
      </w:r>
      <w:r>
        <w:rPr>
          <w:color w:val="CC3399"/>
        </w:rPr>
        <w:t xml:space="preserve">rebelling </w:t>
      </w:r>
      <w:r>
        <w:rPr>
          <w:color w:val="FF6600"/>
        </w:rPr>
        <w:t xml:space="preserve">against </w:t>
      </w:r>
      <w:r>
        <w:rPr>
          <w:color w:val="000000"/>
        </w:rPr>
        <w:t xml:space="preserve">the </w:t>
      </w:r>
      <w:r>
        <w:rPr>
          <w:color w:val="00FFCC"/>
        </w:rPr>
        <w:t xml:space="preserve">laws </w:t>
      </w:r>
      <w:r>
        <w:rPr>
          <w:color w:val="FF6600"/>
        </w:rPr>
        <w:t xml:space="preserve">of </w:t>
      </w:r>
      <w:r>
        <w:rPr>
          <w:color w:val="00FFCC"/>
        </w:rPr>
        <w:t xml:space="preserve">Nature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Frederick </w:t>
      </w:r>
      <w:r>
        <w:rPr>
          <w:color w:val="FF0066"/>
        </w:rPr>
        <w:t xml:space="preserve">and </w:t>
      </w:r>
      <w:r>
        <w:rPr>
          <w:color w:val="00FFCC"/>
        </w:rPr>
        <w:t xml:space="preserve">Pilkington </w:t>
      </w:r>
      <w:r>
        <w:rPr>
          <w:color w:val="CC3399"/>
        </w:rPr>
        <w:t xml:space="preserve">said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However </w:t>
      </w:r>
      <w:r>
        <w:rPr>
          <w:color w:val="000000"/>
        </w:rPr>
        <w:t xml:space="preserve">, these </w:t>
      </w:r>
      <w:r>
        <w:rPr>
          <w:color w:val="00FFCC"/>
        </w:rPr>
        <w:t xml:space="preserve">stories </w:t>
      </w:r>
      <w:r>
        <w:rPr>
          <w:color w:val="CC3399"/>
        </w:rPr>
        <w:t xml:space="preserve">were </w:t>
      </w:r>
      <w:r>
        <w:rPr>
          <w:color w:val="00787F"/>
        </w:rPr>
        <w:t xml:space="preserve">never fully </w:t>
      </w:r>
      <w:r>
        <w:rPr>
          <w:color w:val="CC3399"/>
        </w:rPr>
        <w:t xml:space="preserve">believed </w:t>
      </w:r>
      <w:r>
        <w:rPr>
          <w:color w:val="000000"/>
        </w:rPr>
        <w:t xml:space="preserve">. </w:t>
      </w:r>
      <w:r>
        <w:rPr>
          <w:color w:val="00FFCC"/>
        </w:rPr>
        <w:t xml:space="preserve">Rumours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33CCFF"/>
        </w:rPr>
        <w:t xml:space="preserve">wonderful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000000"/>
        </w:rPr>
        <w:t xml:space="preserve">, where 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CC3399"/>
        </w:rPr>
        <w:t xml:space="preserve">had been turned </w:t>
      </w:r>
      <w:r>
        <w:rPr>
          <w:color w:val="000000"/>
        </w:rPr>
        <w:t xml:space="preserve">out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managed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FFCC"/>
        </w:rPr>
        <w:t xml:space="preserve">affairs </w:t>
      </w:r>
      <w:r>
        <w:rPr>
          <w:color w:val="000000"/>
        </w:rPr>
        <w:t xml:space="preserve">, </w:t>
      </w:r>
      <w:r>
        <w:rPr>
          <w:color w:val="CC3399"/>
        </w:rPr>
        <w:t xml:space="preserve">continued </w:t>
      </w:r>
      <w:r>
        <w:rPr>
          <w:color w:val="000000"/>
        </w:rPr>
        <w:t xml:space="preserve">to </w:t>
      </w:r>
      <w:r>
        <w:rPr>
          <w:color w:val="CC3399"/>
        </w:rPr>
        <w:t xml:space="preserve">circulate </w:t>
      </w:r>
      <w:r>
        <w:rPr>
          <w:color w:val="FF6600"/>
        </w:rPr>
        <w:t xml:space="preserve">in </w:t>
      </w:r>
      <w:r>
        <w:rPr>
          <w:color w:val="33CCFF"/>
        </w:rPr>
        <w:t xml:space="preserve">vague </w:t>
      </w:r>
      <w:r>
        <w:rPr>
          <w:color w:val="FF0066"/>
        </w:rPr>
        <w:t xml:space="preserve">and </w:t>
      </w:r>
      <w:r>
        <w:rPr>
          <w:color w:val="33CCFF"/>
        </w:rPr>
        <w:t xml:space="preserve">distorted </w:t>
      </w:r>
      <w:r>
        <w:rPr>
          <w:color w:val="00FFCC"/>
        </w:rPr>
        <w:t xml:space="preserve">forms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FF6600"/>
        </w:rPr>
        <w:t xml:space="preserve">throughout </w:t>
      </w:r>
      <w:r>
        <w:rPr>
          <w:color w:val="000000"/>
        </w:rPr>
        <w:t xml:space="preserve">that </w:t>
      </w:r>
      <w:r>
        <w:rPr>
          <w:color w:val="00FFCC"/>
        </w:rPr>
        <w:t xml:space="preserve">year </w:t>
      </w:r>
      <w:r>
        <w:rPr>
          <w:color w:val="000000"/>
        </w:rPr>
        <w:t xml:space="preserve">a </w:t>
      </w:r>
      <w:r>
        <w:rPr>
          <w:color w:val="00FFCC"/>
        </w:rPr>
        <w:t xml:space="preserve">wave </w:t>
      </w:r>
      <w:r>
        <w:rPr>
          <w:color w:val="FF6600"/>
        </w:rPr>
        <w:t xml:space="preserve">of </w:t>
      </w:r>
      <w:r>
        <w:rPr>
          <w:color w:val="00FFCC"/>
        </w:rPr>
        <w:t xml:space="preserve">rebelliousness </w:t>
      </w:r>
      <w:r>
        <w:rPr>
          <w:color w:val="CC3399"/>
        </w:rPr>
        <w:t xml:space="preserve">ran </w:t>
      </w:r>
      <w:r>
        <w:rPr>
          <w:color w:val="FF6600"/>
        </w:rPr>
        <w:t xml:space="preserve">through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countryside </w:t>
      </w:r>
      <w:r>
        <w:rPr>
          <w:color w:val="000000"/>
        </w:rPr>
        <w:t xml:space="preserve">. </w:t>
      </w:r>
      <w:r>
        <w:rPr>
          <w:color w:val="00FFCC"/>
        </w:rPr>
        <w:t xml:space="preserve">Bulls </w:t>
      </w:r>
      <w:r>
        <w:rPr>
          <w:color w:val="000000"/>
        </w:rPr>
        <w:t xml:space="preserve">which </w:t>
      </w:r>
      <w:r>
        <w:rPr>
          <w:color w:val="CC3399"/>
        </w:rPr>
        <w:t xml:space="preserve">had </w:t>
      </w:r>
      <w:r>
        <w:rPr>
          <w:color w:val="00787F"/>
        </w:rPr>
        <w:t xml:space="preserve">always </w:t>
      </w:r>
      <w:r>
        <w:rPr>
          <w:color w:val="CC3399"/>
        </w:rPr>
        <w:t xml:space="preserve">been </w:t>
      </w:r>
      <w:r>
        <w:rPr>
          <w:color w:val="33CCFF"/>
        </w:rPr>
        <w:t xml:space="preserve">tractable </w:t>
      </w:r>
      <w:r>
        <w:rPr>
          <w:color w:val="00787F"/>
        </w:rPr>
        <w:t xml:space="preserve">suddenly </w:t>
      </w:r>
      <w:r>
        <w:rPr>
          <w:color w:val="CC3399"/>
        </w:rPr>
        <w:t xml:space="preserve">turned </w:t>
      </w:r>
      <w:r>
        <w:rPr>
          <w:color w:val="00FFCC"/>
        </w:rPr>
        <w:t xml:space="preserve">savage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sheep </w:t>
      </w:r>
      <w:r>
        <w:rPr>
          <w:color w:val="CC3399"/>
        </w:rPr>
        <w:t xml:space="preserve">broke </w:t>
      </w:r>
      <w:r>
        <w:rPr>
          <w:color w:val="00787F"/>
        </w:rPr>
        <w:t xml:space="preserve">down </w:t>
      </w:r>
      <w:r>
        <w:rPr>
          <w:color w:val="00FFCC"/>
        </w:rPr>
        <w:t>he</w:t>
      </w:r>
      <w:r>
        <w:rPr>
          <w:color w:val="00FFCC"/>
        </w:rPr>
        <w:t xml:space="preserve">dges </w:t>
      </w:r>
      <w:r>
        <w:rPr>
          <w:color w:val="FF0066"/>
        </w:rPr>
        <w:t xml:space="preserve">and </w:t>
      </w:r>
      <w:r>
        <w:rPr>
          <w:color w:val="CC3399"/>
        </w:rPr>
        <w:t xml:space="preserve">devoured </w:t>
      </w:r>
      <w:r>
        <w:rPr>
          <w:color w:val="000000"/>
        </w:rPr>
        <w:t xml:space="preserve">the </w:t>
      </w:r>
      <w:r>
        <w:rPr>
          <w:color w:val="00FFCC"/>
        </w:rPr>
        <w:t xml:space="preserve">clover </w:t>
      </w:r>
      <w:r>
        <w:rPr>
          <w:color w:val="000000"/>
        </w:rPr>
        <w:t xml:space="preserve">, </w:t>
      </w:r>
      <w:r>
        <w:rPr>
          <w:color w:val="CC3399"/>
        </w:rPr>
        <w:t xml:space="preserve">cows kicked </w:t>
      </w:r>
      <w:r>
        <w:rPr>
          <w:color w:val="000000"/>
        </w:rPr>
        <w:t xml:space="preserve">the </w:t>
      </w:r>
      <w:r>
        <w:rPr>
          <w:color w:val="00FFCC"/>
        </w:rPr>
        <w:t xml:space="preserve">pail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over </w:t>
      </w:r>
      <w:r>
        <w:rPr>
          <w:color w:val="000000"/>
        </w:rPr>
        <w:t xml:space="preserve">, </w:t>
      </w:r>
      <w:r>
        <w:rPr>
          <w:color w:val="00FFCC"/>
        </w:rPr>
        <w:t xml:space="preserve">hunters </w:t>
      </w:r>
      <w:r>
        <w:rPr>
          <w:color w:val="CC3399"/>
        </w:rPr>
        <w:t xml:space="preserve">refused </w:t>
      </w:r>
      <w:r>
        <w:rPr>
          <w:color w:val="000000"/>
        </w:rPr>
        <w:t xml:space="preserve">their </w:t>
      </w:r>
      <w:r>
        <w:rPr>
          <w:color w:val="00FFCC"/>
        </w:rPr>
        <w:t xml:space="preserve">fences </w:t>
      </w:r>
      <w:r>
        <w:rPr>
          <w:color w:val="FF0066"/>
        </w:rPr>
        <w:t xml:space="preserve">and </w:t>
      </w:r>
      <w:r>
        <w:rPr>
          <w:color w:val="CC3399"/>
        </w:rPr>
        <w:t xml:space="preserve">shot </w:t>
      </w:r>
      <w:r>
        <w:rPr>
          <w:color w:val="000000"/>
        </w:rPr>
        <w:t xml:space="preserve">their </w:t>
      </w:r>
      <w:r>
        <w:rPr>
          <w:color w:val="00FFCC"/>
        </w:rPr>
        <w:t xml:space="preserve">riders </w:t>
      </w:r>
      <w:r>
        <w:rPr>
          <w:color w:val="FF6600"/>
        </w:rPr>
        <w:t xml:space="preserve">on </w:t>
      </w:r>
      <w:r>
        <w:rPr>
          <w:color w:val="000000"/>
        </w:rPr>
        <w:t xml:space="preserve">to the </w:t>
      </w:r>
      <w:r>
        <w:rPr>
          <w:color w:val="33CCFF"/>
        </w:rPr>
        <w:t xml:space="preserve">other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side </w:t>
      </w:r>
      <w:r>
        <w:rPr>
          <w:color w:val="000000"/>
        </w:rPr>
        <w:t xml:space="preserve">. </w:t>
      </w:r>
      <w:r>
        <w:rPr>
          <w:color w:val="FF6600"/>
        </w:rPr>
        <w:t xml:space="preserve">Above </w:t>
      </w:r>
      <w:r>
        <w:rPr>
          <w:color w:val="000000"/>
        </w:rPr>
        <w:t xml:space="preserve">all , the </w:t>
      </w:r>
      <w:r>
        <w:rPr>
          <w:color w:val="00FFCC"/>
        </w:rPr>
        <w:t xml:space="preserve">tune </w:t>
      </w:r>
      <w:r>
        <w:rPr>
          <w:color w:val="FF0066"/>
        </w:rPr>
        <w:t xml:space="preserve">and </w:t>
      </w:r>
      <w:r>
        <w:rPr>
          <w:color w:val="00787F"/>
        </w:rPr>
        <w:t xml:space="preserve">even </w:t>
      </w:r>
      <w:r>
        <w:rPr>
          <w:color w:val="000000"/>
        </w:rPr>
        <w:t xml:space="preserve">the </w:t>
      </w:r>
      <w:r>
        <w:rPr>
          <w:color w:val="00FFCC"/>
        </w:rPr>
        <w:t xml:space="preserve">words </w:t>
      </w:r>
      <w:r>
        <w:rPr>
          <w:color w:val="FF6600"/>
        </w:rPr>
        <w:t xml:space="preserve">of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known </w:t>
      </w:r>
      <w:r>
        <w:rPr>
          <w:color w:val="00787F"/>
        </w:rPr>
        <w:t xml:space="preserve">everywhere </w:t>
      </w:r>
      <w:r>
        <w:rPr>
          <w:color w:val="000000"/>
        </w:rPr>
        <w:t xml:space="preserve">. It </w:t>
      </w:r>
      <w:r>
        <w:rPr>
          <w:color w:val="CC3399"/>
        </w:rPr>
        <w:t xml:space="preserve">had spread </w:t>
      </w:r>
      <w:r>
        <w:rPr>
          <w:color w:val="FF6600"/>
        </w:rPr>
        <w:t xml:space="preserve">with </w:t>
      </w:r>
      <w:r>
        <w:rPr>
          <w:color w:val="CC3399"/>
        </w:rPr>
        <w:t xml:space="preserve">astonishing </w:t>
      </w:r>
      <w:r>
        <w:rPr>
          <w:color w:val="00FFCC"/>
        </w:rPr>
        <w:t xml:space="preserve">speed </w:t>
      </w:r>
      <w:r>
        <w:rPr>
          <w:color w:val="000000"/>
        </w:rPr>
        <w:t xml:space="preserve">. 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CC3399"/>
        </w:rPr>
        <w:t xml:space="preserve">contain </w:t>
      </w:r>
      <w:r>
        <w:rPr>
          <w:color w:val="000000"/>
        </w:rPr>
        <w:t xml:space="preserve">their </w:t>
      </w:r>
      <w:r>
        <w:rPr>
          <w:color w:val="00FFCC"/>
        </w:rPr>
        <w:t xml:space="preserve">rage </w:t>
      </w:r>
      <w:r>
        <w:rPr>
          <w:color w:val="000000"/>
        </w:rPr>
        <w:t xml:space="preserve">when they </w:t>
      </w:r>
      <w:r>
        <w:rPr>
          <w:color w:val="CC3399"/>
        </w:rPr>
        <w:t xml:space="preserve">heard </w:t>
      </w:r>
      <w:r>
        <w:rPr>
          <w:color w:val="000000"/>
        </w:rPr>
        <w:t xml:space="preserve">this </w:t>
      </w:r>
      <w:r>
        <w:rPr>
          <w:color w:val="00FFCC"/>
        </w:rPr>
        <w:t xml:space="preserve">song </w:t>
      </w:r>
      <w:r>
        <w:rPr>
          <w:color w:val="000000"/>
        </w:rPr>
        <w:t xml:space="preserve">, </w:t>
      </w:r>
      <w:r>
        <w:rPr>
          <w:color w:val="FF6600"/>
        </w:rPr>
        <w:t xml:space="preserve">though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pretended </w:t>
      </w:r>
      <w:r>
        <w:rPr>
          <w:color w:val="000000"/>
        </w:rPr>
        <w:t xml:space="preserve">to </w:t>
      </w:r>
      <w:r>
        <w:rPr>
          <w:color w:val="CC3399"/>
        </w:rPr>
        <w:t xml:space="preserve">think </w:t>
      </w:r>
      <w:r>
        <w:rPr>
          <w:color w:val="000000"/>
        </w:rPr>
        <w:t xml:space="preserve">it </w:t>
      </w:r>
      <w:r>
        <w:rPr>
          <w:color w:val="00787F"/>
        </w:rPr>
        <w:t xml:space="preserve">merely </w:t>
      </w:r>
      <w:r>
        <w:rPr>
          <w:color w:val="33CCFF"/>
        </w:rPr>
        <w:t xml:space="preserve">ridiculous </w:t>
      </w:r>
      <w:r>
        <w:rPr>
          <w:color w:val="000000"/>
        </w:rPr>
        <w:t xml:space="preserve">. They </w:t>
      </w: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CC3399"/>
        </w:rPr>
        <w:t xml:space="preserve">understand </w:t>
      </w:r>
      <w:r>
        <w:rPr>
          <w:color w:val="000000"/>
        </w:rPr>
        <w:t xml:space="preserve">, 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said </w:t>
      </w:r>
      <w:r>
        <w:rPr>
          <w:color w:val="000000"/>
        </w:rPr>
        <w:t xml:space="preserve">, how </w:t>
      </w:r>
      <w:r>
        <w:rPr>
          <w:color w:val="00787F"/>
        </w:rPr>
        <w:t xml:space="preserve">even </w:t>
      </w:r>
      <w:r>
        <w:rPr>
          <w:color w:val="00FFCC"/>
        </w:rPr>
        <w:t xml:space="preserve">animals </w:t>
      </w:r>
      <w:r>
        <w:rPr>
          <w:color w:val="003E3E"/>
        </w:rPr>
        <w:t xml:space="preserve">could </w:t>
      </w:r>
      <w:r>
        <w:rPr>
          <w:color w:val="CC3399"/>
        </w:rPr>
        <w:t xml:space="preserve">bring </w:t>
      </w:r>
      <w:r>
        <w:rPr>
          <w:color w:val="000000"/>
        </w:rPr>
        <w:t xml:space="preserve">themselves to </w:t>
      </w:r>
      <w:r>
        <w:rPr>
          <w:color w:val="CC3399"/>
        </w:rPr>
        <w:t xml:space="preserve">sing </w:t>
      </w:r>
      <w:r>
        <w:rPr>
          <w:color w:val="33CCFF"/>
        </w:rPr>
        <w:t xml:space="preserve">such contemptible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rubbish </w:t>
      </w:r>
      <w:r>
        <w:rPr>
          <w:color w:val="000000"/>
        </w:rPr>
        <w:t xml:space="preserve">. </w:t>
      </w:r>
      <w:r>
        <w:rPr>
          <w:color w:val="000000"/>
        </w:rPr>
        <w:t xml:space="preserve">Any </w:t>
      </w:r>
      <w:r>
        <w:rPr>
          <w:color w:val="33CCFF"/>
        </w:rPr>
        <w:t xml:space="preserve">animal </w:t>
      </w:r>
      <w:r>
        <w:rPr>
          <w:color w:val="00FFCC"/>
        </w:rPr>
        <w:t xml:space="preserve">caught </w:t>
      </w:r>
      <w:r>
        <w:rPr>
          <w:color w:val="CC3399"/>
        </w:rPr>
        <w:t xml:space="preserve">singing </w:t>
      </w:r>
      <w:r>
        <w:rPr>
          <w:color w:val="000000"/>
        </w:rPr>
        <w:t xml:space="preserve">it </w:t>
      </w:r>
      <w:r>
        <w:rPr>
          <w:color w:val="CC3399"/>
        </w:rPr>
        <w:t xml:space="preserve">was given </w:t>
      </w:r>
      <w:r>
        <w:rPr>
          <w:color w:val="000000"/>
        </w:rPr>
        <w:t xml:space="preserve">a </w:t>
      </w:r>
      <w:r>
        <w:rPr>
          <w:color w:val="00FFCC"/>
        </w:rPr>
        <w:t xml:space="preserve">flogging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spot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yet </w:t>
      </w:r>
      <w:r>
        <w:rPr>
          <w:color w:val="000000"/>
        </w:rPr>
        <w:t xml:space="preserve">the </w:t>
      </w:r>
      <w:r>
        <w:rPr>
          <w:color w:val="00FFCC"/>
        </w:rPr>
        <w:t xml:space="preserve">song </w:t>
      </w:r>
      <w:r>
        <w:rPr>
          <w:color w:val="CC3399"/>
        </w:rPr>
        <w:t xml:space="preserve">was </w:t>
      </w:r>
      <w:r>
        <w:rPr>
          <w:color w:val="33CCFF"/>
        </w:rPr>
        <w:t xml:space="preserve">irrepressible </w:t>
      </w:r>
      <w:r>
        <w:rPr>
          <w:color w:val="000000"/>
        </w:rPr>
        <w:t xml:space="preserve">. The </w:t>
      </w:r>
      <w:r>
        <w:rPr>
          <w:color w:val="00FFCC"/>
        </w:rPr>
        <w:t xml:space="preserve">blackbirds </w:t>
      </w:r>
      <w:r>
        <w:rPr>
          <w:color w:val="CC3399"/>
        </w:rPr>
        <w:t xml:space="preserve">whistled </w:t>
      </w:r>
      <w:r>
        <w:rPr>
          <w:color w:val="000000"/>
        </w:rPr>
        <w:t xml:space="preserve">it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hedges </w:t>
      </w:r>
      <w:r>
        <w:rPr>
          <w:color w:val="000000"/>
        </w:rPr>
        <w:t xml:space="preserve">, the </w:t>
      </w:r>
      <w:r>
        <w:rPr>
          <w:color w:val="00FFCC"/>
        </w:rPr>
        <w:t xml:space="preserve">pigeons </w:t>
      </w:r>
      <w:r>
        <w:rPr>
          <w:color w:val="CC3399"/>
        </w:rPr>
        <w:t xml:space="preserve">cooed </w:t>
      </w:r>
      <w:r>
        <w:rPr>
          <w:color w:val="000000"/>
        </w:rPr>
        <w:t xml:space="preserve">it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elms </w:t>
      </w:r>
      <w:r>
        <w:rPr>
          <w:color w:val="000000"/>
        </w:rPr>
        <w:t xml:space="preserve">, it </w:t>
      </w:r>
      <w:r>
        <w:rPr>
          <w:color w:val="CC3399"/>
        </w:rPr>
        <w:t xml:space="preserve">got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din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smithies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tune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church bells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listened </w:t>
      </w:r>
      <w:r>
        <w:rPr>
          <w:color w:val="000000"/>
        </w:rPr>
        <w:t xml:space="preserve">to it , they </w:t>
      </w:r>
      <w:r>
        <w:rPr>
          <w:color w:val="00787F"/>
        </w:rPr>
        <w:t xml:space="preserve">secretly </w:t>
      </w:r>
      <w:r>
        <w:rPr>
          <w:color w:val="CC3399"/>
        </w:rPr>
        <w:t xml:space="preserve">trembled </w:t>
      </w:r>
      <w:r>
        <w:rPr>
          <w:color w:val="000000"/>
        </w:rPr>
        <w:t xml:space="preserve">, </w:t>
      </w:r>
      <w:r>
        <w:rPr>
          <w:color w:val="CC3399"/>
        </w:rPr>
        <w:t xml:space="preserve">hearing </w:t>
      </w:r>
      <w:r>
        <w:rPr>
          <w:color w:val="FF6600"/>
        </w:rPr>
        <w:t xml:space="preserve">in </w:t>
      </w:r>
      <w:r>
        <w:rPr>
          <w:color w:val="000000"/>
        </w:rPr>
        <w:t xml:space="preserve">it a </w:t>
      </w:r>
      <w:r>
        <w:rPr>
          <w:color w:val="00FFCC"/>
        </w:rPr>
        <w:t xml:space="preserve">prophecy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future </w:t>
      </w:r>
      <w:r>
        <w:rPr>
          <w:color w:val="00FFCC"/>
        </w:rPr>
        <w:t xml:space="preserve">doom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Early </w:t>
      </w:r>
      <w:r>
        <w:rPr>
          <w:color w:val="FF6600"/>
        </w:rPr>
        <w:t xml:space="preserve">in </w:t>
      </w:r>
      <w:r>
        <w:rPr>
          <w:color w:val="00FFCC"/>
        </w:rPr>
        <w:t xml:space="preserve">October </w:t>
      </w:r>
      <w:r>
        <w:rPr>
          <w:color w:val="000000"/>
        </w:rPr>
        <w:t xml:space="preserve">, when the </w:t>
      </w:r>
      <w:r>
        <w:rPr>
          <w:color w:val="00FFCC"/>
        </w:rPr>
        <w:t xml:space="preserve">corn </w:t>
      </w:r>
      <w:r>
        <w:rPr>
          <w:color w:val="CC3399"/>
        </w:rPr>
        <w:t xml:space="preserve">was cut </w:t>
      </w:r>
      <w:r>
        <w:rPr>
          <w:color w:val="FF0066"/>
        </w:rPr>
        <w:t xml:space="preserve">and </w:t>
      </w:r>
      <w:r>
        <w:rPr>
          <w:color w:val="CC3399"/>
        </w:rPr>
        <w:t xml:space="preserve">stacked </w:t>
      </w:r>
      <w:r>
        <w:rPr>
          <w:color w:val="FF0066"/>
        </w:rPr>
        <w:t xml:space="preserve">and </w:t>
      </w:r>
      <w:r>
        <w:rPr>
          <w:color w:val="000000"/>
        </w:rPr>
        <w:t xml:space="preserve">some </w:t>
      </w:r>
      <w:r>
        <w:rPr>
          <w:color w:val="FF6600"/>
        </w:rPr>
        <w:t xml:space="preserve">of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already </w:t>
      </w:r>
      <w:r>
        <w:rPr>
          <w:color w:val="CC3399"/>
        </w:rPr>
        <w:t xml:space="preserve">threshed </w:t>
      </w:r>
      <w:r>
        <w:rPr>
          <w:color w:val="000000"/>
        </w:rPr>
        <w:t xml:space="preserve">, a </w:t>
      </w:r>
      <w:r>
        <w:rPr>
          <w:color w:val="00FFCC"/>
        </w:rPr>
        <w:t xml:space="preserve">flight </w:t>
      </w:r>
      <w:r>
        <w:rPr>
          <w:color w:val="FF6600"/>
        </w:rPr>
        <w:t xml:space="preserve">of </w:t>
      </w:r>
      <w:r>
        <w:rPr>
          <w:color w:val="00FFCC"/>
        </w:rPr>
        <w:t xml:space="preserve">pigeons </w:t>
      </w:r>
      <w:r>
        <w:rPr>
          <w:color w:val="CC3399"/>
        </w:rPr>
        <w:t xml:space="preserve">came whirling </w:t>
      </w:r>
      <w:r>
        <w:rPr>
          <w:color w:val="FF6600"/>
        </w:rPr>
        <w:t xml:space="preserve">through </w:t>
      </w:r>
      <w:r>
        <w:rPr>
          <w:color w:val="000000"/>
        </w:rPr>
        <w:t>th</w:t>
      </w:r>
      <w:r>
        <w:rPr>
          <w:color w:val="000000"/>
        </w:rPr>
        <w:t xml:space="preserve">e </w:t>
      </w:r>
      <w:r>
        <w:rPr>
          <w:color w:val="00FFCC"/>
        </w:rPr>
        <w:t xml:space="preserve">air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alighted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 Farm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wildest </w:t>
      </w:r>
      <w:r>
        <w:rPr>
          <w:color w:val="00FFCC"/>
        </w:rPr>
        <w:t xml:space="preserve">excitement </w:t>
      </w:r>
      <w:r>
        <w:rPr>
          <w:color w:val="000000"/>
        </w:rPr>
        <w:t xml:space="preserve">. </w:t>
      </w:r>
      <w:r>
        <w:rPr>
          <w:color w:val="00FFCC"/>
        </w:rPr>
        <w:t xml:space="preserve">Jones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all his </w:t>
      </w:r>
      <w:r>
        <w:rPr>
          <w:color w:val="00FFCC"/>
        </w:rPr>
        <w:t xml:space="preserve">men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half a </w:t>
      </w:r>
      <w:r>
        <w:rPr>
          <w:color w:val="00FFCC"/>
        </w:rPr>
        <w:t xml:space="preserve">dozen others </w:t>
      </w:r>
      <w:r>
        <w:rPr>
          <w:color w:val="FF6600"/>
        </w:rPr>
        <w:t xml:space="preserve">from </w:t>
      </w:r>
      <w:r>
        <w:rPr>
          <w:color w:val="00FFCC"/>
        </w:rPr>
        <w:t xml:space="preserve">Foxwood </w:t>
      </w:r>
      <w:r>
        <w:rPr>
          <w:color w:val="FF0066"/>
        </w:rPr>
        <w:t xml:space="preserve">and </w:t>
      </w:r>
      <w:r>
        <w:rPr>
          <w:color w:val="00FFCC"/>
        </w:rPr>
        <w:t xml:space="preserve">Pinchfield </w:t>
      </w:r>
      <w:r>
        <w:rPr>
          <w:color w:val="000000"/>
        </w:rPr>
        <w:t xml:space="preserve">,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entered </w:t>
      </w:r>
      <w:r>
        <w:rPr>
          <w:color w:val="000000"/>
        </w:rPr>
        <w:t xml:space="preserve">the </w:t>
      </w:r>
      <w:r>
        <w:rPr>
          <w:color w:val="33CCFF"/>
        </w:rPr>
        <w:t xml:space="preserve">five-barred </w:t>
      </w:r>
      <w:r>
        <w:rPr>
          <w:color w:val="00FFCC"/>
        </w:rPr>
        <w:t xml:space="preserve">gate </w:t>
      </w:r>
      <w:r>
        <w:rPr>
          <w:color w:val="FF0066"/>
        </w:rPr>
        <w:t xml:space="preserve">and </w:t>
      </w:r>
      <w:r>
        <w:rPr>
          <w:color w:val="CC3399"/>
        </w:rPr>
        <w:t xml:space="preserve">were coming </w:t>
      </w:r>
      <w:r>
        <w:rPr>
          <w:color w:val="000000"/>
        </w:rPr>
        <w:t xml:space="preserve">up the </w:t>
      </w:r>
      <w:r>
        <w:rPr>
          <w:color w:val="00FFCC"/>
        </w:rPr>
        <w:t xml:space="preserve">cart-track </w:t>
      </w:r>
      <w:r>
        <w:rPr>
          <w:color w:val="000000"/>
        </w:rPr>
        <w:t xml:space="preserve">that </w:t>
      </w:r>
      <w:r>
        <w:rPr>
          <w:color w:val="CC3399"/>
        </w:rPr>
        <w:t xml:space="preserve">led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</w:t>
      </w:r>
      <w:r>
        <w:rPr>
          <w:color w:val="000000"/>
        </w:rPr>
        <w:t xml:space="preserve">all </w:t>
      </w:r>
      <w:r>
        <w:rPr>
          <w:color w:val="CC3399"/>
        </w:rPr>
        <w:t xml:space="preserve">carrying </w:t>
      </w:r>
      <w:r>
        <w:rPr>
          <w:color w:val="00FFCC"/>
        </w:rPr>
        <w:t xml:space="preserve">sticks </w:t>
      </w:r>
      <w:r>
        <w:rPr>
          <w:color w:val="000000"/>
        </w:rPr>
        <w:t xml:space="preserve">, </w:t>
      </w:r>
      <w:r>
        <w:rPr>
          <w:color w:val="FF6600"/>
        </w:rPr>
        <w:t xml:space="preserve">except </w:t>
      </w:r>
      <w:r>
        <w:rPr>
          <w:color w:val="00FFCC"/>
        </w:rPr>
        <w:t xml:space="preserve">Jones </w:t>
      </w:r>
      <w:r>
        <w:rPr>
          <w:color w:val="000000"/>
        </w:rPr>
        <w:t xml:space="preserve">, who </w:t>
      </w:r>
      <w:r>
        <w:rPr>
          <w:color w:val="CC3399"/>
        </w:rPr>
        <w:t xml:space="preserve">was marching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ahead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gun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hands </w:t>
      </w:r>
      <w:r>
        <w:rPr>
          <w:color w:val="000000"/>
        </w:rPr>
        <w:t xml:space="preserve">. </w:t>
      </w:r>
      <w:r>
        <w:rPr>
          <w:color w:val="00787F"/>
        </w:rPr>
        <w:t xml:space="preserve">Obviously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going </w:t>
      </w:r>
      <w:r>
        <w:rPr>
          <w:color w:val="000000"/>
        </w:rPr>
        <w:t xml:space="preserve">to </w:t>
      </w:r>
      <w:r>
        <w:rPr>
          <w:color w:val="CC3399"/>
        </w:rPr>
        <w:t xml:space="preserve">attempt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recapture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This </w:t>
      </w:r>
      <w:r>
        <w:rPr>
          <w:color w:val="CC3399"/>
        </w:rPr>
        <w:t xml:space="preserve">had </w:t>
      </w:r>
      <w:r>
        <w:rPr>
          <w:color w:val="00787F"/>
        </w:rPr>
        <w:t xml:space="preserve">long </w:t>
      </w:r>
      <w:r>
        <w:rPr>
          <w:color w:val="CC3399"/>
        </w:rPr>
        <w:t xml:space="preserve">been expected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all </w:t>
      </w:r>
      <w:r>
        <w:rPr>
          <w:color w:val="00FFCC"/>
        </w:rPr>
        <w:t xml:space="preserve">preparations </w:t>
      </w:r>
      <w:r>
        <w:rPr>
          <w:color w:val="CC3399"/>
        </w:rPr>
        <w:t xml:space="preserve">had been made </w:t>
      </w:r>
      <w:r>
        <w:rPr>
          <w:color w:val="000000"/>
        </w:rPr>
        <w:t xml:space="preserve">.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who </w:t>
      </w:r>
      <w:r>
        <w:rPr>
          <w:color w:val="CC3399"/>
        </w:rPr>
        <w:t xml:space="preserve">had studied </w:t>
      </w:r>
      <w:r>
        <w:rPr>
          <w:color w:val="000000"/>
        </w:rPr>
        <w:t>a</w:t>
      </w:r>
      <w:r>
        <w:rPr>
          <w:color w:val="000000"/>
        </w:rPr>
        <w:t xml:space="preserve">n </w:t>
      </w:r>
      <w:r>
        <w:rPr>
          <w:color w:val="33CCFF"/>
        </w:rPr>
        <w:t xml:space="preserve">old </w:t>
      </w:r>
      <w:r>
        <w:rPr>
          <w:color w:val="00FFCC"/>
        </w:rPr>
        <w:t xml:space="preserve">book </w:t>
      </w:r>
      <w:r>
        <w:rPr>
          <w:color w:val="FF6600"/>
        </w:rPr>
        <w:t xml:space="preserve">of </w:t>
      </w:r>
      <w:r>
        <w:rPr>
          <w:color w:val="00FFCC"/>
        </w:rPr>
        <w:t xml:space="preserve">Julius Caesar </w:t>
      </w:r>
      <w:r>
        <w:rPr>
          <w:color w:val="000000"/>
        </w:rPr>
        <w:t xml:space="preserve">'s </w:t>
      </w:r>
      <w:r>
        <w:rPr>
          <w:color w:val="00FFCC"/>
        </w:rPr>
        <w:t xml:space="preserve">campaigns </w:t>
      </w:r>
      <w:r>
        <w:rPr>
          <w:color w:val="000000"/>
        </w:rPr>
        <w:t xml:space="preserve">which he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found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FF6600"/>
        </w:rPr>
        <w:t xml:space="preserve">in </w:t>
      </w:r>
      <w:r>
        <w:rPr>
          <w:color w:val="00FFCC"/>
        </w:rPr>
        <w:t xml:space="preserve">charge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defensive </w:t>
      </w:r>
      <w:r>
        <w:rPr>
          <w:color w:val="00FFCC"/>
        </w:rPr>
        <w:t xml:space="preserve">operations </w:t>
      </w:r>
      <w:r>
        <w:rPr>
          <w:color w:val="000000"/>
        </w:rPr>
        <w:t xml:space="preserve">. He </w:t>
      </w:r>
      <w:r>
        <w:rPr>
          <w:color w:val="CC3399"/>
        </w:rPr>
        <w:t xml:space="preserve">gave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orders </w:t>
      </w:r>
      <w:r>
        <w:rPr>
          <w:color w:val="00787F"/>
        </w:rPr>
        <w:t xml:space="preserve">quickly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couple </w:t>
      </w:r>
      <w:r>
        <w:rPr>
          <w:color w:val="FF6600"/>
        </w:rPr>
        <w:t xml:space="preserve">of </w:t>
      </w:r>
      <w:r>
        <w:rPr>
          <w:color w:val="00FFCC"/>
        </w:rPr>
        <w:t xml:space="preserve">minutes </w:t>
      </w:r>
      <w:r>
        <w:rPr>
          <w:color w:val="000000"/>
        </w:rPr>
        <w:t xml:space="preserve">every </w:t>
      </w:r>
      <w:r>
        <w:rPr>
          <w:color w:val="00FFCC"/>
        </w:rPr>
        <w:t xml:space="preserve">animal </w:t>
      </w:r>
      <w:r>
        <w:rPr>
          <w:color w:val="CC3399"/>
        </w:rPr>
        <w:t xml:space="preserve">was </w:t>
      </w:r>
      <w:r>
        <w:rPr>
          <w:color w:val="FF6600"/>
        </w:rPr>
        <w:t xml:space="preserve">at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post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CC3399"/>
        </w:rPr>
        <w:t xml:space="preserve">approached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FFCC"/>
        </w:rPr>
        <w:t xml:space="preserve">buildings </w:t>
      </w:r>
      <w:r>
        <w:rPr>
          <w:color w:val="000000"/>
        </w:rPr>
        <w:t xml:space="preserve">,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launched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first </w:t>
      </w:r>
      <w:r>
        <w:rPr>
          <w:color w:val="00FFCC"/>
        </w:rPr>
        <w:t xml:space="preserve">attack </w:t>
      </w:r>
      <w:r>
        <w:rPr>
          <w:color w:val="000000"/>
        </w:rPr>
        <w:t xml:space="preserve">. All the </w:t>
      </w:r>
      <w:r>
        <w:rPr>
          <w:color w:val="00FFCC"/>
        </w:rPr>
        <w:t xml:space="preserve">pigeons </w:t>
      </w:r>
      <w:r>
        <w:rPr>
          <w:color w:val="000000"/>
        </w:rPr>
        <w:t xml:space="preserve">, to the </w:t>
      </w:r>
      <w:r>
        <w:rPr>
          <w:color w:val="00FFCC"/>
        </w:rPr>
        <w:t xml:space="preserve">number </w:t>
      </w:r>
      <w:r>
        <w:rPr>
          <w:color w:val="FF6600"/>
        </w:rPr>
        <w:t xml:space="preserve">of </w:t>
      </w:r>
      <w:r>
        <w:rPr>
          <w:color w:val="33CCFF"/>
        </w:rPr>
        <w:t xml:space="preserve">thirty-five </w:t>
      </w:r>
      <w:r>
        <w:rPr>
          <w:color w:val="000000"/>
        </w:rPr>
        <w:t xml:space="preserve">, </w:t>
      </w:r>
      <w:r>
        <w:rPr>
          <w:color w:val="CC3399"/>
        </w:rPr>
        <w:t xml:space="preserve">flew </w:t>
      </w:r>
      <w:r>
        <w:rPr>
          <w:color w:val="000000"/>
        </w:rPr>
        <w:t xml:space="preserve">to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fro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00FFCC"/>
        </w:rPr>
        <w:t xml:space="preserve">men </w:t>
      </w:r>
      <w:r>
        <w:rPr>
          <w:color w:val="000000"/>
        </w:rPr>
        <w:t xml:space="preserve">'s </w:t>
      </w:r>
      <w:r>
        <w:rPr>
          <w:color w:val="00FFCC"/>
        </w:rPr>
        <w:t xml:space="preserve">heads </w:t>
      </w:r>
      <w:r>
        <w:rPr>
          <w:color w:val="FF0066"/>
        </w:rPr>
        <w:t xml:space="preserve">and </w:t>
      </w:r>
      <w:r>
        <w:rPr>
          <w:color w:val="CC3399"/>
        </w:rPr>
        <w:t xml:space="preserve">muted </w:t>
      </w:r>
      <w:r>
        <w:rPr>
          <w:color w:val="FF6600"/>
        </w:rPr>
        <w:t xml:space="preserve">upon </w:t>
      </w:r>
      <w:r>
        <w:rPr>
          <w:color w:val="000000"/>
        </w:rPr>
        <w:t xml:space="preserve">them </w:t>
      </w:r>
      <w:r>
        <w:rPr>
          <w:color w:val="FF6600"/>
        </w:rPr>
        <w:t xml:space="preserve">from </w:t>
      </w:r>
      <w:r>
        <w:rPr>
          <w:color w:val="00FFCC"/>
        </w:rPr>
        <w:t xml:space="preserve">mid-air </w:t>
      </w:r>
      <w:r>
        <w:rPr>
          <w:color w:val="000000"/>
        </w:rPr>
        <w:t xml:space="preserve">; </w:t>
      </w:r>
      <w:r>
        <w:rPr>
          <w:color w:val="FF0066"/>
        </w:rPr>
        <w:t xml:space="preserve">and </w:t>
      </w:r>
      <w:r>
        <w:rPr>
          <w:color w:val="FF6600"/>
        </w:rPr>
        <w:t xml:space="preserve">while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men </w:t>
      </w:r>
      <w:r>
        <w:rPr>
          <w:color w:val="CC3399"/>
        </w:rPr>
        <w:t xml:space="preserve">were dealing </w:t>
      </w:r>
      <w:r>
        <w:rPr>
          <w:color w:val="FF6600"/>
        </w:rPr>
        <w:t xml:space="preserve">with </w:t>
      </w:r>
      <w:r>
        <w:rPr>
          <w:color w:val="000000"/>
        </w:rPr>
        <w:t xml:space="preserve">this , the </w:t>
      </w:r>
      <w:r>
        <w:rPr>
          <w:color w:val="33CCFF"/>
        </w:rPr>
        <w:t xml:space="preserve">geese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been hiding </w:t>
      </w:r>
      <w:r>
        <w:rPr>
          <w:color w:val="FF6600"/>
        </w:rPr>
        <w:t xml:space="preserve">behind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hedge </w:t>
      </w:r>
      <w:r>
        <w:rPr>
          <w:color w:val="000000"/>
        </w:rPr>
        <w:t xml:space="preserve">, </w:t>
      </w:r>
      <w:r>
        <w:rPr>
          <w:color w:val="CC3399"/>
        </w:rPr>
        <w:t xml:space="preserve">rushed </w:t>
      </w:r>
      <w:r>
        <w:rPr>
          <w:color w:val="000000"/>
        </w:rPr>
        <w:t xml:space="preserve">out </w:t>
      </w:r>
      <w:r>
        <w:rPr>
          <w:color w:val="FF0066"/>
        </w:rPr>
        <w:t xml:space="preserve">and </w:t>
      </w:r>
      <w:r>
        <w:rPr>
          <w:color w:val="CC3399"/>
        </w:rPr>
        <w:t xml:space="preserve">pecked </w:t>
      </w:r>
      <w:r>
        <w:rPr>
          <w:color w:val="00787F"/>
        </w:rPr>
        <w:t xml:space="preserve">viciously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calves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00FFCC"/>
        </w:rPr>
        <w:t xml:space="preserve">legs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However </w:t>
      </w:r>
      <w:r>
        <w:rPr>
          <w:color w:val="000000"/>
        </w:rPr>
        <w:t xml:space="preserve">, this </w:t>
      </w:r>
      <w:r>
        <w:rPr>
          <w:color w:val="CC3399"/>
        </w:rPr>
        <w:t xml:space="preserve">was </w:t>
      </w:r>
      <w:r>
        <w:rPr>
          <w:color w:val="00787F"/>
        </w:rPr>
        <w:t xml:space="preserve">only </w:t>
      </w:r>
      <w:r>
        <w:rPr>
          <w:color w:val="000000"/>
        </w:rPr>
        <w:t xml:space="preserve">a </w:t>
      </w:r>
      <w:r>
        <w:rPr>
          <w:color w:val="33CCFF"/>
        </w:rPr>
        <w:t xml:space="preserve">light </w:t>
      </w:r>
      <w:r>
        <w:rPr>
          <w:color w:val="CC3399"/>
        </w:rPr>
        <w:t xml:space="preserve">skirmishing </w:t>
      </w:r>
      <w:r>
        <w:rPr>
          <w:color w:val="00FFCC"/>
        </w:rPr>
        <w:t xml:space="preserve">manoeuvre </w:t>
      </w:r>
      <w:r>
        <w:rPr>
          <w:color w:val="000000"/>
        </w:rPr>
        <w:t xml:space="preserve">, </w:t>
      </w:r>
      <w:r>
        <w:rPr>
          <w:color w:val="CC3399"/>
        </w:rPr>
        <w:t xml:space="preserve">intended </w:t>
      </w:r>
      <w:r>
        <w:rPr>
          <w:color w:val="000000"/>
        </w:rPr>
        <w:t xml:space="preserve">to </w:t>
      </w:r>
      <w:r>
        <w:rPr>
          <w:color w:val="CC3399"/>
        </w:rPr>
        <w:t xml:space="preserve">create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little </w:t>
      </w:r>
      <w:r>
        <w:rPr>
          <w:color w:val="00FFCC"/>
        </w:rPr>
        <w:t xml:space="preserve">disorder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men </w:t>
      </w:r>
      <w:r>
        <w:rPr>
          <w:color w:val="00787F"/>
        </w:rPr>
        <w:t xml:space="preserve">easily </w:t>
      </w:r>
      <w:r>
        <w:rPr>
          <w:color w:val="CC3399"/>
        </w:rPr>
        <w:t xml:space="preserve">drove </w:t>
      </w:r>
      <w:r>
        <w:rPr>
          <w:color w:val="000000"/>
        </w:rPr>
        <w:t xml:space="preserve">the </w:t>
      </w:r>
      <w:r>
        <w:rPr>
          <w:color w:val="33CCFF"/>
        </w:rPr>
        <w:t xml:space="preserve">geese </w:t>
      </w:r>
      <w:r>
        <w:rPr>
          <w:color w:val="FF6600"/>
        </w:rPr>
        <w:t xml:space="preserve">off with </w:t>
      </w:r>
      <w:r>
        <w:rPr>
          <w:color w:val="000000"/>
        </w:rPr>
        <w:t xml:space="preserve">their </w:t>
      </w:r>
      <w:r>
        <w:rPr>
          <w:color w:val="00FFCC"/>
        </w:rPr>
        <w:t xml:space="preserve">sticks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Snowball now </w:t>
      </w:r>
      <w:r>
        <w:rPr>
          <w:color w:val="CC3399"/>
        </w:rPr>
        <w:t xml:space="preserve">launched </w:t>
      </w:r>
      <w:r>
        <w:rPr>
          <w:color w:val="000000"/>
        </w:rPr>
        <w:t xml:space="preserve">his </w:t>
      </w:r>
      <w:r>
        <w:rPr>
          <w:color w:val="33CCFF"/>
        </w:rPr>
        <w:t xml:space="preserve">second </w:t>
      </w:r>
      <w:r>
        <w:rPr>
          <w:color w:val="00FFCC"/>
        </w:rPr>
        <w:t xml:space="preserve">line </w:t>
      </w:r>
      <w:r>
        <w:rPr>
          <w:color w:val="FF6600"/>
        </w:rPr>
        <w:t xml:space="preserve">of </w:t>
      </w:r>
      <w:r>
        <w:rPr>
          <w:color w:val="00FFCC"/>
        </w:rPr>
        <w:t xml:space="preserve">attack </w:t>
      </w:r>
      <w:r>
        <w:rPr>
          <w:color w:val="000000"/>
        </w:rPr>
        <w:t xml:space="preserve">. </w:t>
      </w:r>
      <w:r>
        <w:rPr>
          <w:color w:val="00FFCC"/>
        </w:rPr>
        <w:t xml:space="preserve">Muriel </w:t>
      </w:r>
      <w:r>
        <w:rPr>
          <w:color w:val="000000"/>
        </w:rPr>
        <w:t xml:space="preserve">, </w:t>
      </w:r>
      <w:r>
        <w:rPr>
          <w:color w:val="00FFCC"/>
        </w:rPr>
        <w:t xml:space="preserve">Benjamin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all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FFCC"/>
        </w:rPr>
        <w:t xml:space="preserve">Snowball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head </w:t>
      </w:r>
      <w:r>
        <w:rPr>
          <w:color w:val="FF6600"/>
        </w:rPr>
        <w:t xml:space="preserve">of </w:t>
      </w:r>
      <w:r>
        <w:rPr>
          <w:color w:val="000000"/>
        </w:rPr>
        <w:t xml:space="preserve">them , </w:t>
      </w:r>
      <w:r>
        <w:rPr>
          <w:color w:val="CC3399"/>
        </w:rPr>
        <w:t xml:space="preserve">rushed </w:t>
      </w:r>
      <w:r>
        <w:rPr>
          <w:color w:val="00787F"/>
        </w:rPr>
        <w:t xml:space="preserve">forward </w:t>
      </w:r>
      <w:r>
        <w:rPr>
          <w:color w:val="FF0066"/>
        </w:rPr>
        <w:t xml:space="preserve">and </w:t>
      </w:r>
      <w:r>
        <w:rPr>
          <w:color w:val="CC3399"/>
        </w:rPr>
        <w:t xml:space="preserve">prodded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butted </w:t>
      </w:r>
      <w:r>
        <w:rPr>
          <w:color w:val="000000"/>
        </w:rPr>
        <w:t xml:space="preserve">the </w:t>
      </w:r>
      <w:r>
        <w:rPr>
          <w:color w:val="00FFCC"/>
        </w:rPr>
        <w:t xml:space="preserve">men </w:t>
      </w:r>
      <w:r>
        <w:rPr>
          <w:color w:val="FF6600"/>
        </w:rPr>
        <w:t xml:space="preserve">from </w:t>
      </w:r>
      <w:r>
        <w:rPr>
          <w:color w:val="000000"/>
        </w:rPr>
        <w:t xml:space="preserve">every </w:t>
      </w:r>
      <w:r>
        <w:rPr>
          <w:color w:val="00FFCC"/>
        </w:rPr>
        <w:t xml:space="preserve">side </w:t>
      </w:r>
      <w:r>
        <w:rPr>
          <w:color w:val="000000"/>
        </w:rPr>
        <w:t xml:space="preserve">, </w:t>
      </w:r>
      <w:r>
        <w:rPr>
          <w:color w:val="FF6600"/>
        </w:rPr>
        <w:t xml:space="preserve">while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turned </w:t>
      </w:r>
      <w:r>
        <w:rPr>
          <w:color w:val="000000"/>
        </w:rPr>
        <w:t xml:space="preserve">around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lashed </w:t>
      </w:r>
      <w:r>
        <w:rPr>
          <w:color w:val="FF6600"/>
        </w:rPr>
        <w:t xml:space="preserve">at </w:t>
      </w:r>
      <w:r>
        <w:rPr>
          <w:color w:val="000000"/>
        </w:rPr>
        <w:t xml:space="preserve">them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33CCFF"/>
        </w:rPr>
        <w:t xml:space="preserve">small </w:t>
      </w:r>
      <w:r>
        <w:rPr>
          <w:color w:val="00FFCC"/>
        </w:rPr>
        <w:t xml:space="preserve">hoofs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787F"/>
        </w:rPr>
        <w:t xml:space="preserve">once </w:t>
      </w:r>
      <w:r>
        <w:rPr>
          <w:color w:val="00787F"/>
        </w:rPr>
        <w:t xml:space="preserve">again </w:t>
      </w:r>
      <w:r>
        <w:rPr>
          <w:color w:val="000000"/>
        </w:rPr>
        <w:t xml:space="preserve">the </w:t>
      </w:r>
      <w:r>
        <w:rPr>
          <w:color w:val="00FFCC"/>
        </w:rPr>
        <w:t xml:space="preserve">men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sticks </w:t>
      </w:r>
      <w:r>
        <w:rPr>
          <w:color w:val="FF0066"/>
        </w:rPr>
        <w:t xml:space="preserve">and </w:t>
      </w:r>
      <w:r>
        <w:rPr>
          <w:color w:val="000000"/>
        </w:rPr>
        <w:t xml:space="preserve">their </w:t>
      </w:r>
      <w:r>
        <w:rPr>
          <w:color w:val="33CCFF"/>
        </w:rPr>
        <w:t xml:space="preserve">hobnailed </w:t>
      </w:r>
      <w:r>
        <w:rPr>
          <w:color w:val="00FFCC"/>
        </w:rPr>
        <w:t xml:space="preserve">boots </w:t>
      </w:r>
      <w:r>
        <w:rPr>
          <w:color w:val="000000"/>
        </w:rPr>
        <w:t xml:space="preserve">, </w:t>
      </w:r>
      <w:r>
        <w:rPr>
          <w:color w:val="CC3399"/>
        </w:rPr>
        <w:t xml:space="preserve">were </w:t>
      </w:r>
      <w:r>
        <w:rPr>
          <w:color w:val="00787F"/>
        </w:rPr>
        <w:t xml:space="preserve">too </w:t>
      </w:r>
      <w:r>
        <w:rPr>
          <w:color w:val="33CCFF"/>
        </w:rPr>
        <w:t xml:space="preserve">strong </w:t>
      </w:r>
      <w:r>
        <w:rPr>
          <w:color w:val="FF6600"/>
        </w:rPr>
        <w:t xml:space="preserve">for </w:t>
      </w:r>
      <w:r>
        <w:rPr>
          <w:color w:val="000000"/>
        </w:rPr>
        <w:t xml:space="preserve">them ; </w:t>
      </w:r>
      <w:r>
        <w:rPr>
          <w:color w:val="FF0066"/>
        </w:rPr>
        <w:t xml:space="preserve">and </w:t>
      </w:r>
      <w:r>
        <w:rPr>
          <w:color w:val="00787F"/>
        </w:rPr>
        <w:t xml:space="preserve">suddenly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at </w:t>
      </w:r>
      <w:r>
        <w:rPr>
          <w:color w:val="000000"/>
        </w:rPr>
        <w:t xml:space="preserve">a </w:t>
      </w:r>
      <w:r>
        <w:rPr>
          <w:color w:val="00FFCC"/>
        </w:rPr>
        <w:t xml:space="preserve">squeal </w:t>
      </w:r>
      <w:r>
        <w:rPr>
          <w:color w:val="FF6600"/>
        </w:rPr>
        <w:t xml:space="preserve">from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which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00FFCC"/>
        </w:rPr>
        <w:t xml:space="preserve">signal </w:t>
      </w:r>
      <w:r>
        <w:rPr>
          <w:color w:val="FF6600"/>
        </w:rPr>
        <w:t xml:space="preserve">for </w:t>
      </w:r>
      <w:r>
        <w:rPr>
          <w:color w:val="00FFCC"/>
        </w:rPr>
        <w:t xml:space="preserve">retreat </w:t>
      </w:r>
      <w:r>
        <w:rPr>
          <w:color w:val="000000"/>
        </w:rPr>
        <w:t xml:space="preserve">, all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turned </w:t>
      </w:r>
      <w:r>
        <w:rPr>
          <w:color w:val="FF0066"/>
        </w:rPr>
        <w:t xml:space="preserve">and </w:t>
      </w:r>
      <w:r>
        <w:rPr>
          <w:color w:val="CC3399"/>
        </w:rPr>
        <w:t xml:space="preserve">fled </w:t>
      </w:r>
      <w:r>
        <w:rPr>
          <w:color w:val="FF6600"/>
        </w:rPr>
        <w:t xml:space="preserve">through </w:t>
      </w:r>
      <w:r>
        <w:rPr>
          <w:color w:val="000000"/>
        </w:rPr>
        <w:t xml:space="preserve">the </w:t>
      </w:r>
      <w:r>
        <w:rPr>
          <w:color w:val="00FFCC"/>
        </w:rPr>
        <w:t xml:space="preserve">gateway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men </w:t>
      </w:r>
      <w:r>
        <w:rPr>
          <w:color w:val="CC3399"/>
        </w:rPr>
        <w:t xml:space="preserve">gave </w:t>
      </w:r>
      <w:r>
        <w:rPr>
          <w:color w:val="000000"/>
        </w:rPr>
        <w:t xml:space="preserve">a </w:t>
      </w:r>
      <w:r>
        <w:rPr>
          <w:color w:val="00FFCC"/>
        </w:rPr>
        <w:t>s</w:t>
      </w:r>
      <w:r>
        <w:rPr>
          <w:color w:val="00FFCC"/>
        </w:rPr>
        <w:t xml:space="preserve">hout </w:t>
      </w:r>
      <w:r>
        <w:rPr>
          <w:color w:val="FF6600"/>
        </w:rPr>
        <w:t xml:space="preserve">of </w:t>
      </w:r>
      <w:r>
        <w:rPr>
          <w:color w:val="00FFCC"/>
        </w:rPr>
        <w:t xml:space="preserve">triumph </w:t>
      </w:r>
      <w:r>
        <w:rPr>
          <w:color w:val="000000"/>
        </w:rPr>
        <w:t xml:space="preserve">. They </w:t>
      </w:r>
      <w:r>
        <w:rPr>
          <w:color w:val="CC3399"/>
        </w:rPr>
        <w:t xml:space="preserve">saw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imagined </w:t>
      </w:r>
      <w:r>
        <w:rPr>
          <w:color w:val="000000"/>
        </w:rPr>
        <w:t xml:space="preserve">, their </w:t>
      </w:r>
      <w:r>
        <w:rPr>
          <w:color w:val="00FFCC"/>
        </w:rPr>
        <w:t xml:space="preserve">enemies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FFCC"/>
        </w:rPr>
        <w:t xml:space="preserve">flight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they </w:t>
      </w:r>
      <w:r>
        <w:rPr>
          <w:color w:val="CC3399"/>
        </w:rPr>
        <w:t xml:space="preserve">rushed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them </w:t>
      </w:r>
      <w:r>
        <w:rPr>
          <w:color w:val="FF6600"/>
        </w:rPr>
        <w:t xml:space="preserve">in </w:t>
      </w:r>
      <w:r>
        <w:rPr>
          <w:color w:val="00FFCC"/>
        </w:rPr>
        <w:t xml:space="preserve">disorder </w:t>
      </w:r>
      <w:r>
        <w:rPr>
          <w:color w:val="000000"/>
        </w:rPr>
        <w:t xml:space="preserve">. This </w:t>
      </w:r>
      <w:r>
        <w:rPr>
          <w:color w:val="CC3399"/>
        </w:rPr>
        <w:t xml:space="preserve">was </w:t>
      </w:r>
      <w:r>
        <w:rPr>
          <w:color w:val="00787F"/>
        </w:rPr>
        <w:t xml:space="preserve">just </w:t>
      </w:r>
      <w:r>
        <w:rPr>
          <w:color w:val="000000"/>
        </w:rPr>
        <w:t xml:space="preserve">what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CC3399"/>
        </w:rPr>
        <w:t xml:space="preserve">had intended </w:t>
      </w:r>
      <w:r>
        <w:rPr>
          <w:color w:val="000000"/>
        </w:rPr>
        <w:t xml:space="preserve">. </w:t>
      </w:r>
      <w:r>
        <w:rPr>
          <w:color w:val="00787F"/>
        </w:rPr>
        <w:t xml:space="preserve">As soon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well </w:t>
      </w:r>
      <w:r>
        <w:rPr>
          <w:color w:val="FF6600"/>
        </w:rPr>
        <w:t xml:space="preserve">inside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, the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three </w:t>
      </w:r>
      <w:r>
        <w:rPr>
          <w:color w:val="00FFCC"/>
        </w:rPr>
        <w:t xml:space="preserve">horses </w:t>
      </w:r>
      <w:r>
        <w:rPr>
          <w:color w:val="000000"/>
        </w:rPr>
        <w:t xml:space="preserve">, the three </w:t>
      </w:r>
      <w:r>
        <w:rPr>
          <w:color w:val="00FFCC"/>
        </w:rPr>
        <w:t xml:space="preserve">cows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rest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been lying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FFCC"/>
        </w:rPr>
        <w:t xml:space="preserve">ambush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cowshed </w:t>
      </w:r>
      <w:r>
        <w:rPr>
          <w:color w:val="000000"/>
        </w:rPr>
        <w:t xml:space="preserve">, </w:t>
      </w:r>
      <w:r>
        <w:rPr>
          <w:color w:val="00787F"/>
        </w:rPr>
        <w:t xml:space="preserve">suddenly </w:t>
      </w:r>
      <w:r>
        <w:rPr>
          <w:color w:val="CC3399"/>
        </w:rPr>
        <w:t xml:space="preserve">emerged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rear </w:t>
      </w:r>
      <w:r>
        <w:rPr>
          <w:color w:val="000000"/>
        </w:rPr>
        <w:t xml:space="preserve">, </w:t>
      </w:r>
      <w:r>
        <w:rPr>
          <w:color w:val="CC3399"/>
        </w:rPr>
        <w:t xml:space="preserve">cutting </w:t>
      </w:r>
      <w:r>
        <w:rPr>
          <w:color w:val="000000"/>
        </w:rPr>
        <w:t xml:space="preserve">them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off </w:t>
      </w:r>
      <w:r>
        <w:rPr>
          <w:color w:val="000000"/>
        </w:rPr>
        <w:t xml:space="preserve">. </w:t>
      </w:r>
      <w:r>
        <w:rPr>
          <w:color w:val="CC3399"/>
        </w:rPr>
        <w:t xml:space="preserve">Snowball </w:t>
      </w:r>
      <w:r>
        <w:rPr>
          <w:color w:val="00787F"/>
        </w:rPr>
        <w:t xml:space="preserve">now </w:t>
      </w:r>
      <w:r>
        <w:rPr>
          <w:color w:val="CC3399"/>
        </w:rPr>
        <w:t xml:space="preserve">gave </w:t>
      </w:r>
      <w:r>
        <w:rPr>
          <w:color w:val="000000"/>
        </w:rPr>
        <w:t xml:space="preserve">the </w:t>
      </w:r>
      <w:r>
        <w:rPr>
          <w:color w:val="00FFCC"/>
        </w:rPr>
        <w:t xml:space="preserve">signal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charge </w:t>
      </w:r>
      <w:r>
        <w:rPr>
          <w:color w:val="000000"/>
        </w:rPr>
        <w:t xml:space="preserve">. He himself </w:t>
      </w:r>
      <w:r>
        <w:rPr>
          <w:color w:val="CC3399"/>
        </w:rPr>
        <w:t xml:space="preserve">dashed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straight </w:t>
      </w:r>
      <w:r>
        <w:rPr>
          <w:color w:val="FF6600"/>
        </w:rPr>
        <w:t xml:space="preserve">for </w:t>
      </w:r>
      <w:r>
        <w:rPr>
          <w:color w:val="00FFCC"/>
        </w:rPr>
        <w:t xml:space="preserve">Jones </w:t>
      </w:r>
      <w:r>
        <w:rPr>
          <w:color w:val="000000"/>
        </w:rPr>
        <w:t xml:space="preserve">. </w:t>
      </w:r>
      <w:r>
        <w:rPr>
          <w:color w:val="00FFCC"/>
        </w:rPr>
        <w:t xml:space="preserve">Jones </w:t>
      </w:r>
      <w:r>
        <w:rPr>
          <w:color w:val="CC3399"/>
        </w:rPr>
        <w:t xml:space="preserve">saw </w:t>
      </w:r>
      <w:r>
        <w:rPr>
          <w:color w:val="000000"/>
        </w:rPr>
        <w:t xml:space="preserve">him </w:t>
      </w:r>
      <w:r>
        <w:rPr>
          <w:color w:val="CC3399"/>
        </w:rPr>
        <w:t xml:space="preserve">coming </w:t>
      </w:r>
      <w:r>
        <w:rPr>
          <w:color w:val="000000"/>
        </w:rPr>
        <w:t xml:space="preserve">, </w:t>
      </w:r>
      <w:r>
        <w:rPr>
          <w:color w:val="CC3399"/>
        </w:rPr>
        <w:t xml:space="preserve">raised </w:t>
      </w:r>
      <w:r>
        <w:rPr>
          <w:color w:val="000000"/>
        </w:rPr>
        <w:t xml:space="preserve">his </w:t>
      </w:r>
      <w:r>
        <w:rPr>
          <w:color w:val="00FFCC"/>
        </w:rPr>
        <w:t xml:space="preserve">gun </w:t>
      </w:r>
      <w:r>
        <w:rPr>
          <w:color w:val="FF0066"/>
        </w:rPr>
        <w:t xml:space="preserve">and </w:t>
      </w:r>
      <w:r>
        <w:rPr>
          <w:color w:val="CC3399"/>
        </w:rPr>
        <w:t xml:space="preserve">fired </w:t>
      </w:r>
      <w:r>
        <w:rPr>
          <w:color w:val="000000"/>
        </w:rPr>
        <w:t xml:space="preserve">. The </w:t>
      </w:r>
    </w:p>
    <w:p w:rsidR="00D83EF7" w:rsidRDefault="00CA4524" w:rsidP="00CA4524">
      <w:pPr>
        <w:spacing w:after="0"/>
      </w:pPr>
      <w:r>
        <w:rPr>
          <w:color w:val="00FFCC"/>
        </w:rPr>
        <w:t>p</w:t>
      </w:r>
      <w:r>
        <w:rPr>
          <w:color w:val="00FFCC"/>
        </w:rPr>
        <w:t xml:space="preserve">ellets </w:t>
      </w:r>
      <w:r>
        <w:rPr>
          <w:color w:val="CC3399"/>
        </w:rPr>
        <w:t xml:space="preserve">scored </w:t>
      </w:r>
      <w:r>
        <w:rPr>
          <w:color w:val="33CCFF"/>
        </w:rPr>
        <w:t xml:space="preserve">bloody </w:t>
      </w:r>
      <w:r>
        <w:rPr>
          <w:color w:val="00FFCC"/>
        </w:rPr>
        <w:t xml:space="preserve">streaks </w:t>
      </w:r>
      <w:r>
        <w:rPr>
          <w:color w:val="FF6600"/>
        </w:rPr>
        <w:t xml:space="preserve">along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back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00FFCC"/>
        </w:rPr>
        <w:t xml:space="preserve">sheep </w:t>
      </w:r>
      <w:r>
        <w:rPr>
          <w:color w:val="CC3399"/>
        </w:rPr>
        <w:t xml:space="preserve">dropped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dead </w:t>
      </w:r>
      <w:r>
        <w:rPr>
          <w:color w:val="000000"/>
        </w:rPr>
        <w:t xml:space="preserve">. </w:t>
      </w:r>
      <w:r>
        <w:rPr>
          <w:color w:val="FF6600"/>
        </w:rPr>
        <w:t xml:space="preserve">Without </w:t>
      </w:r>
      <w:r>
        <w:rPr>
          <w:color w:val="CC3399"/>
        </w:rPr>
        <w:t xml:space="preserve">halting </w:t>
      </w:r>
      <w:r>
        <w:rPr>
          <w:color w:val="FF6600"/>
        </w:rPr>
        <w:t xml:space="preserve">for </w:t>
      </w:r>
      <w:r>
        <w:rPr>
          <w:color w:val="000000"/>
        </w:rPr>
        <w:t xml:space="preserve">an </w:t>
      </w:r>
      <w:r>
        <w:rPr>
          <w:color w:val="00FFCC"/>
        </w:rPr>
        <w:t xml:space="preserve">instant </w:t>
      </w:r>
      <w:r>
        <w:rPr>
          <w:color w:val="000000"/>
        </w:rPr>
        <w:t xml:space="preserve">,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flung </w:t>
      </w:r>
      <w:r>
        <w:rPr>
          <w:color w:val="000000"/>
        </w:rPr>
        <w:t xml:space="preserve">his </w:t>
      </w:r>
      <w:r>
        <w:rPr>
          <w:color w:val="33CCFF"/>
        </w:rPr>
        <w:t xml:space="preserve">fifteen </w:t>
      </w:r>
      <w:r>
        <w:rPr>
          <w:color w:val="00FFCC"/>
        </w:rPr>
        <w:t xml:space="preserve">stone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against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legs </w:t>
      </w:r>
      <w:r>
        <w:rPr>
          <w:color w:val="000000"/>
        </w:rPr>
        <w:t xml:space="preserve">. </w:t>
      </w:r>
      <w:r>
        <w:rPr>
          <w:color w:val="00FFCC"/>
        </w:rPr>
        <w:t xml:space="preserve">Jones </w:t>
      </w:r>
      <w:r>
        <w:rPr>
          <w:color w:val="CC3399"/>
        </w:rPr>
        <w:t xml:space="preserve">was hurled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  <w:r>
        <w:rPr>
          <w:color w:val="00FFCC"/>
        </w:rPr>
        <w:t xml:space="preserve">pile </w:t>
      </w:r>
      <w:r>
        <w:rPr>
          <w:color w:val="FF6600"/>
        </w:rPr>
        <w:t xml:space="preserve">of </w:t>
      </w:r>
      <w:r>
        <w:rPr>
          <w:color w:val="00FFCC"/>
        </w:rPr>
        <w:t xml:space="preserve">dung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gun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flew </w:t>
      </w:r>
      <w:r>
        <w:rPr>
          <w:color w:val="FF6600"/>
        </w:rPr>
        <w:t xml:space="preserve">out of </w:t>
      </w:r>
      <w:r>
        <w:rPr>
          <w:color w:val="000000"/>
        </w:rPr>
        <w:t xml:space="preserve">his </w:t>
      </w:r>
      <w:r>
        <w:rPr>
          <w:color w:val="00FFCC"/>
        </w:rPr>
        <w:t xml:space="preserve">hands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787F"/>
        </w:rPr>
        <w:t xml:space="preserve">most </w:t>
      </w:r>
      <w:r>
        <w:rPr>
          <w:color w:val="33CCFF"/>
        </w:rPr>
        <w:t xml:space="preserve">terrifying </w:t>
      </w:r>
      <w:r>
        <w:rPr>
          <w:color w:val="00FFCC"/>
        </w:rPr>
        <w:t xml:space="preserve">spectacle </w:t>
      </w:r>
      <w:r>
        <w:rPr>
          <w:color w:val="FF6600"/>
        </w:rPr>
        <w:t xml:space="preserve">of </w:t>
      </w:r>
      <w:r>
        <w:rPr>
          <w:color w:val="000000"/>
        </w:rPr>
        <w:t xml:space="preserve">all </w:t>
      </w:r>
      <w:r>
        <w:rPr>
          <w:color w:val="CC3399"/>
        </w:rPr>
        <w:t xml:space="preserve">was </w:t>
      </w:r>
      <w:r>
        <w:rPr>
          <w:color w:val="00FFCC"/>
        </w:rPr>
        <w:t xml:space="preserve">Boxer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rearing </w:t>
      </w:r>
      <w:r>
        <w:rPr>
          <w:color w:val="000000"/>
        </w:rPr>
        <w:t xml:space="preserve">up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00FFCC"/>
        </w:rPr>
        <w:t xml:space="preserve">hind legs </w:t>
      </w:r>
      <w:r>
        <w:rPr>
          <w:color w:val="FF0066"/>
        </w:rPr>
        <w:t xml:space="preserve">and </w:t>
      </w:r>
      <w:r>
        <w:rPr>
          <w:color w:val="CC3399"/>
        </w:rPr>
        <w:t xml:space="preserve">striking </w:t>
      </w:r>
      <w:r>
        <w:rPr>
          <w:color w:val="000000"/>
        </w:rPr>
        <w:t xml:space="preserve">out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33CCFF"/>
        </w:rPr>
        <w:t xml:space="preserve">great iron-shod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hoofs </w:t>
      </w:r>
      <w:r>
        <w:rPr>
          <w:color w:val="FF6600"/>
        </w:rPr>
        <w:t xml:space="preserve">like </w:t>
      </w:r>
      <w:r>
        <w:rPr>
          <w:color w:val="000000"/>
        </w:rPr>
        <w:t xml:space="preserve">a </w:t>
      </w:r>
      <w:r>
        <w:rPr>
          <w:color w:val="00FFCC"/>
        </w:rPr>
        <w:t xml:space="preserve">stallion </w:t>
      </w:r>
      <w:r>
        <w:rPr>
          <w:color w:val="000000"/>
        </w:rPr>
        <w:t xml:space="preserve">. His </w:t>
      </w:r>
      <w:r>
        <w:rPr>
          <w:color w:val="00787F"/>
        </w:rPr>
        <w:t xml:space="preserve">very first </w:t>
      </w:r>
      <w:r>
        <w:rPr>
          <w:color w:val="CC3399"/>
        </w:rPr>
        <w:t xml:space="preserve">blow took </w:t>
      </w:r>
      <w:r>
        <w:rPr>
          <w:color w:val="000000"/>
        </w:rPr>
        <w:t xml:space="preserve">a </w:t>
      </w:r>
      <w:r>
        <w:rPr>
          <w:color w:val="33CCFF"/>
        </w:rPr>
        <w:t xml:space="preserve">stable-lad </w:t>
      </w:r>
      <w:r>
        <w:rPr>
          <w:color w:val="FF6600"/>
        </w:rPr>
        <w:t xml:space="preserve">from </w:t>
      </w:r>
      <w:r>
        <w:rPr>
          <w:color w:val="00FFCC"/>
        </w:rPr>
        <w:t xml:space="preserve">Foxwood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skull </w:t>
      </w:r>
      <w:r>
        <w:rPr>
          <w:color w:val="FF0066"/>
        </w:rPr>
        <w:t xml:space="preserve">and </w:t>
      </w:r>
      <w:r>
        <w:rPr>
          <w:color w:val="CC3399"/>
        </w:rPr>
        <w:t xml:space="preserve">stretched </w:t>
      </w:r>
      <w:r>
        <w:rPr>
          <w:color w:val="000000"/>
        </w:rPr>
        <w:t xml:space="preserve">him </w:t>
      </w:r>
      <w:r>
        <w:rPr>
          <w:color w:val="00FFCC"/>
        </w:rPr>
        <w:t xml:space="preserve">lifeless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mud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>sig</w:t>
      </w:r>
      <w:r>
        <w:rPr>
          <w:color w:val="00FFCC"/>
        </w:rPr>
        <w:t xml:space="preserve">ht </w:t>
      </w:r>
      <w:r>
        <w:rPr>
          <w:color w:val="000000"/>
        </w:rPr>
        <w:t xml:space="preserve">, </w:t>
      </w:r>
      <w:r>
        <w:rPr>
          <w:color w:val="33CCFF"/>
        </w:rPr>
        <w:t xml:space="preserve">several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men </w:t>
      </w:r>
      <w:r>
        <w:rPr>
          <w:color w:val="CC3399"/>
        </w:rPr>
        <w:t xml:space="preserve">dropped </w:t>
      </w:r>
      <w:r>
        <w:rPr>
          <w:color w:val="000000"/>
        </w:rPr>
        <w:t xml:space="preserve">their </w:t>
      </w:r>
      <w:r>
        <w:rPr>
          <w:color w:val="00FFCC"/>
        </w:rPr>
        <w:t xml:space="preserve">sticks </w:t>
      </w:r>
      <w:r>
        <w:rPr>
          <w:color w:val="FF0066"/>
        </w:rPr>
        <w:t xml:space="preserve">and </w:t>
      </w:r>
      <w:r>
        <w:rPr>
          <w:color w:val="CC3399"/>
        </w:rPr>
        <w:t xml:space="preserve">tried </w:t>
      </w:r>
      <w:r>
        <w:rPr>
          <w:color w:val="000000"/>
        </w:rPr>
        <w:t xml:space="preserve">to </w:t>
      </w:r>
      <w:r>
        <w:rPr>
          <w:color w:val="CC3399"/>
        </w:rPr>
        <w:t xml:space="preserve">run </w:t>
      </w:r>
      <w:r>
        <w:rPr>
          <w:color w:val="000000"/>
        </w:rPr>
        <w:t xml:space="preserve">. </w:t>
      </w:r>
      <w:r>
        <w:rPr>
          <w:color w:val="00FFCC"/>
        </w:rPr>
        <w:t xml:space="preserve">Panic </w:t>
      </w:r>
      <w:r>
        <w:rPr>
          <w:color w:val="CC3399"/>
        </w:rPr>
        <w:t xml:space="preserve">overtook </w:t>
      </w:r>
      <w:r>
        <w:rPr>
          <w:color w:val="000000"/>
        </w:rPr>
        <w:t xml:space="preserve">them 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next </w:t>
      </w:r>
      <w:r>
        <w:rPr>
          <w:color w:val="00FFCC"/>
        </w:rPr>
        <w:t xml:space="preserve">moment </w:t>
      </w:r>
      <w:r>
        <w:rPr>
          <w:color w:val="000000"/>
        </w:rPr>
        <w:t xml:space="preserve">all the </w:t>
      </w:r>
      <w:r>
        <w:rPr>
          <w:color w:val="00FFCC"/>
        </w:rPr>
        <w:t xml:space="preserve">animals </w:t>
      </w:r>
      <w:r>
        <w:rPr>
          <w:color w:val="00787F"/>
        </w:rPr>
        <w:t xml:space="preserve">together </w:t>
      </w:r>
      <w:r>
        <w:rPr>
          <w:color w:val="CC3399"/>
        </w:rPr>
        <w:t xml:space="preserve">were chasing </w:t>
      </w:r>
      <w:r>
        <w:rPr>
          <w:color w:val="000000"/>
        </w:rPr>
        <w:t xml:space="preserve">them </w:t>
      </w:r>
      <w:r>
        <w:rPr>
          <w:color w:val="CC3399"/>
        </w:rPr>
        <w:t xml:space="preserve">round </w:t>
      </w:r>
      <w:r>
        <w:rPr>
          <w:color w:val="FF0066"/>
        </w:rPr>
        <w:t xml:space="preserve">and </w:t>
      </w:r>
      <w:r>
        <w:rPr>
          <w:color w:val="CC3399"/>
        </w:rPr>
        <w:t xml:space="preserve">round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yard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gored </w:t>
      </w:r>
      <w:r>
        <w:rPr>
          <w:color w:val="000000"/>
        </w:rPr>
        <w:t xml:space="preserve">, </w:t>
      </w:r>
      <w:r>
        <w:rPr>
          <w:color w:val="CC3399"/>
        </w:rPr>
        <w:t xml:space="preserve">kicked </w:t>
      </w:r>
      <w:r>
        <w:rPr>
          <w:color w:val="000000"/>
        </w:rPr>
        <w:t xml:space="preserve">, </w:t>
      </w:r>
      <w:r>
        <w:rPr>
          <w:color w:val="CC3399"/>
        </w:rPr>
        <w:t xml:space="preserve">bitten </w:t>
      </w:r>
      <w:r>
        <w:rPr>
          <w:color w:val="000000"/>
        </w:rPr>
        <w:t xml:space="preserve">, </w:t>
      </w:r>
      <w:r>
        <w:rPr>
          <w:color w:val="CC3399"/>
        </w:rPr>
        <w:t xml:space="preserve">trampled </w:t>
      </w:r>
      <w:r>
        <w:rPr>
          <w:color w:val="FF6600"/>
        </w:rPr>
        <w:t xml:space="preserve">on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000000"/>
        </w:rPr>
        <w:t xml:space="preserve">an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that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take </w:t>
      </w:r>
      <w:r>
        <w:rPr>
          <w:color w:val="00FFCC"/>
        </w:rPr>
        <w:t xml:space="preserve">vengeance </w:t>
      </w:r>
      <w:r>
        <w:rPr>
          <w:color w:val="FF6600"/>
        </w:rPr>
        <w:t xml:space="preserve">on </w:t>
      </w:r>
      <w:r>
        <w:rPr>
          <w:color w:val="000000"/>
        </w:rPr>
        <w:t xml:space="preserve">them </w:t>
      </w:r>
      <w:r>
        <w:rPr>
          <w:color w:val="FF6600"/>
        </w:rPr>
        <w:t xml:space="preserve">after </w:t>
      </w:r>
      <w:r>
        <w:rPr>
          <w:color w:val="000000"/>
        </w:rPr>
        <w:t xml:space="preserve">his </w:t>
      </w:r>
      <w:r>
        <w:rPr>
          <w:color w:val="33CCFF"/>
        </w:rPr>
        <w:t xml:space="preserve">own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fashion </w:t>
      </w:r>
      <w:r>
        <w:rPr>
          <w:color w:val="000000"/>
        </w:rPr>
        <w:t xml:space="preserve">. </w:t>
      </w:r>
      <w:r>
        <w:rPr>
          <w:color w:val="00787F"/>
        </w:rPr>
        <w:t xml:space="preserve">Even </w:t>
      </w:r>
      <w:r>
        <w:rPr>
          <w:color w:val="000000"/>
        </w:rPr>
        <w:t xml:space="preserve">the </w:t>
      </w:r>
      <w:r>
        <w:rPr>
          <w:color w:val="00FFCC"/>
        </w:rPr>
        <w:t xml:space="preserve">cat </w:t>
      </w:r>
      <w:r>
        <w:rPr>
          <w:color w:val="00787F"/>
        </w:rPr>
        <w:t xml:space="preserve">suddenly </w:t>
      </w:r>
      <w:r>
        <w:rPr>
          <w:color w:val="CC3399"/>
        </w:rPr>
        <w:t xml:space="preserve">leapt </w:t>
      </w:r>
      <w:r>
        <w:rPr>
          <w:color w:val="000000"/>
        </w:rPr>
        <w:t xml:space="preserve">off a </w:t>
      </w:r>
      <w:r>
        <w:rPr>
          <w:color w:val="00FFCC"/>
        </w:rPr>
        <w:t xml:space="preserve">roof </w:t>
      </w:r>
      <w:r>
        <w:rPr>
          <w:color w:val="FF6600"/>
        </w:rPr>
        <w:t xml:space="preserve">onto </w:t>
      </w:r>
      <w:r>
        <w:rPr>
          <w:color w:val="000000"/>
        </w:rPr>
        <w:t xml:space="preserve">a </w:t>
      </w:r>
      <w:r>
        <w:rPr>
          <w:color w:val="00FFCC"/>
        </w:rPr>
        <w:t xml:space="preserve">cowman </w:t>
      </w:r>
      <w:r>
        <w:rPr>
          <w:color w:val="000000"/>
        </w:rPr>
        <w:t xml:space="preserve">'s </w:t>
      </w:r>
      <w:r>
        <w:rPr>
          <w:color w:val="00FFCC"/>
        </w:rPr>
        <w:t xml:space="preserve">shoulders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sank </w:t>
      </w:r>
      <w:r>
        <w:rPr>
          <w:color w:val="000000"/>
        </w:rPr>
        <w:t xml:space="preserve">her </w:t>
      </w:r>
      <w:r>
        <w:rPr>
          <w:color w:val="00FFCC"/>
        </w:rPr>
        <w:t xml:space="preserve">claws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neck </w:t>
      </w:r>
      <w:r>
        <w:rPr>
          <w:color w:val="000000"/>
        </w:rPr>
        <w:t xml:space="preserve">, </w:t>
      </w:r>
      <w:r>
        <w:rPr>
          <w:color w:val="FF6600"/>
        </w:rPr>
        <w:t xml:space="preserve">at </w:t>
      </w:r>
      <w:r>
        <w:rPr>
          <w:color w:val="000000"/>
        </w:rPr>
        <w:t xml:space="preserve">which he </w:t>
      </w:r>
      <w:r>
        <w:rPr>
          <w:color w:val="CC3399"/>
        </w:rPr>
        <w:t xml:space="preserve">yelled </w:t>
      </w:r>
      <w:r>
        <w:rPr>
          <w:color w:val="00787F"/>
        </w:rPr>
        <w:t xml:space="preserve">horribly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when the </w:t>
      </w:r>
      <w:r>
        <w:rPr>
          <w:color w:val="00FFCC"/>
        </w:rPr>
        <w:t xml:space="preserve">opening </w:t>
      </w:r>
      <w:r>
        <w:rPr>
          <w:color w:val="CC3399"/>
        </w:rPr>
        <w:t xml:space="preserve">was </w:t>
      </w:r>
      <w:r>
        <w:rPr>
          <w:color w:val="33CCFF"/>
        </w:rPr>
        <w:t xml:space="preserve">clear </w:t>
      </w:r>
      <w:r>
        <w:rPr>
          <w:color w:val="000000"/>
        </w:rPr>
        <w:t xml:space="preserve">, the </w:t>
      </w:r>
      <w:r>
        <w:rPr>
          <w:color w:val="00FFCC"/>
        </w:rPr>
        <w:t xml:space="preserve">men </w:t>
      </w:r>
      <w:r>
        <w:rPr>
          <w:color w:val="CC3399"/>
        </w:rPr>
        <w:t xml:space="preserve">were </w:t>
      </w:r>
      <w:r>
        <w:rPr>
          <w:color w:val="33CCFF"/>
        </w:rPr>
        <w:t xml:space="preserve">glad </w:t>
      </w:r>
      <w:r>
        <w:rPr>
          <w:color w:val="00787F"/>
        </w:rPr>
        <w:t xml:space="preserve">enough </w:t>
      </w:r>
      <w:r>
        <w:rPr>
          <w:color w:val="000000"/>
        </w:rPr>
        <w:t xml:space="preserve">to </w:t>
      </w:r>
      <w:r>
        <w:rPr>
          <w:color w:val="CC3399"/>
        </w:rPr>
        <w:t xml:space="preserve">rush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yard </w:t>
      </w:r>
      <w:r>
        <w:rPr>
          <w:color w:val="FF0066"/>
        </w:rPr>
        <w:t xml:space="preserve">and </w:t>
      </w:r>
      <w:r>
        <w:rPr>
          <w:color w:val="CC3399"/>
        </w:rPr>
        <w:t xml:space="preserve">make </w:t>
      </w:r>
      <w:r>
        <w:rPr>
          <w:color w:val="000000"/>
        </w:rPr>
        <w:t xml:space="preserve">a </w:t>
      </w:r>
      <w:r>
        <w:rPr>
          <w:color w:val="00FFCC"/>
        </w:rPr>
        <w:t xml:space="preserve">bolt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33CCFF"/>
        </w:rPr>
        <w:t xml:space="preserve">main </w:t>
      </w:r>
      <w:r>
        <w:rPr>
          <w:color w:val="00FFCC"/>
        </w:rPr>
        <w:t xml:space="preserve">road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787F"/>
        </w:rPr>
        <w:t xml:space="preserve">so </w:t>
      </w:r>
      <w:r>
        <w:rPr>
          <w:color w:val="FF6600"/>
        </w:rPr>
        <w:t xml:space="preserve">within </w:t>
      </w:r>
      <w:r>
        <w:rPr>
          <w:color w:val="000000"/>
        </w:rPr>
        <w:t xml:space="preserve">five </w:t>
      </w:r>
      <w:r>
        <w:rPr>
          <w:color w:val="00FFCC"/>
        </w:rPr>
        <w:t xml:space="preserve">minutes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their </w:t>
      </w:r>
      <w:r>
        <w:rPr>
          <w:color w:val="00FFCC"/>
        </w:rPr>
        <w:t xml:space="preserve">invasion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FF6600"/>
        </w:rPr>
        <w:t xml:space="preserve">in </w:t>
      </w:r>
      <w:r>
        <w:rPr>
          <w:color w:val="33CCFF"/>
        </w:rPr>
        <w:t xml:space="preserve">ignominious </w:t>
      </w:r>
      <w:r>
        <w:rPr>
          <w:color w:val="00FFCC"/>
        </w:rPr>
        <w:t xml:space="preserve">retreat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FFCC"/>
        </w:rPr>
        <w:t xml:space="preserve">way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come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flock </w:t>
      </w:r>
      <w:r>
        <w:rPr>
          <w:color w:val="FF6600"/>
        </w:rPr>
        <w:t xml:space="preserve">of </w:t>
      </w:r>
      <w:r>
        <w:rPr>
          <w:color w:val="33CCFF"/>
        </w:rPr>
        <w:t xml:space="preserve">geese </w:t>
      </w:r>
      <w:r>
        <w:rPr>
          <w:color w:val="00FFCC"/>
        </w:rPr>
        <w:t xml:space="preserve">hissing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them </w:t>
      </w:r>
      <w:r>
        <w:rPr>
          <w:color w:val="FF0066"/>
        </w:rPr>
        <w:t xml:space="preserve">and </w:t>
      </w:r>
      <w:r>
        <w:rPr>
          <w:color w:val="CC3399"/>
        </w:rPr>
        <w:t xml:space="preserve">pecking </w:t>
      </w:r>
      <w:r>
        <w:rPr>
          <w:color w:val="FF6600"/>
        </w:rPr>
        <w:t xml:space="preserve">at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calves </w:t>
      </w:r>
      <w:r>
        <w:rPr>
          <w:color w:val="000000"/>
        </w:rPr>
        <w:t>all</w:t>
      </w:r>
      <w:r>
        <w:rPr>
          <w:color w:val="000000"/>
        </w:rPr>
        <w:t xml:space="preserve"> the </w:t>
      </w:r>
      <w:r>
        <w:rPr>
          <w:color w:val="00FFCC"/>
        </w:rPr>
        <w:t xml:space="preserve">way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All the </w:t>
      </w:r>
      <w:r>
        <w:rPr>
          <w:color w:val="00FFCC"/>
        </w:rPr>
        <w:t xml:space="preserve">men </w:t>
      </w:r>
      <w:r>
        <w:rPr>
          <w:color w:val="CC3399"/>
        </w:rPr>
        <w:t xml:space="preserve">were gone </w:t>
      </w:r>
      <w:r>
        <w:rPr>
          <w:color w:val="FF6600"/>
        </w:rPr>
        <w:t xml:space="preserve">except </w:t>
      </w:r>
      <w:r>
        <w:rPr>
          <w:color w:val="000000"/>
        </w:rPr>
        <w:t xml:space="preserve">one . </w:t>
      </w:r>
      <w:r>
        <w:rPr>
          <w:color w:val="CC3399"/>
        </w:rPr>
        <w:t xml:space="preserve">Back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Boxer </w:t>
      </w:r>
      <w:r>
        <w:rPr>
          <w:color w:val="CC3399"/>
        </w:rPr>
        <w:t xml:space="preserve">was pawing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hoof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stable-lad </w:t>
      </w:r>
      <w:r>
        <w:rPr>
          <w:color w:val="000000"/>
        </w:rPr>
        <w:t xml:space="preserve">who </w:t>
      </w:r>
      <w:r>
        <w:rPr>
          <w:color w:val="CC3399"/>
        </w:rPr>
        <w:t xml:space="preserve">lay face </w:t>
      </w:r>
      <w:r>
        <w:rPr>
          <w:color w:val="000000"/>
        </w:rPr>
        <w:t xml:space="preserve">down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mud </w:t>
      </w:r>
      <w:r>
        <w:rPr>
          <w:color w:val="000000"/>
        </w:rPr>
        <w:t xml:space="preserve">, </w:t>
      </w:r>
      <w:r>
        <w:rPr>
          <w:color w:val="CC3399"/>
        </w:rPr>
        <w:t xml:space="preserve">trying </w:t>
      </w:r>
      <w:r>
        <w:rPr>
          <w:color w:val="000000"/>
        </w:rPr>
        <w:t xml:space="preserve">to </w:t>
      </w:r>
      <w:r>
        <w:rPr>
          <w:color w:val="CC3399"/>
        </w:rPr>
        <w:t xml:space="preserve">turn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him over . The </w:t>
      </w:r>
      <w:r>
        <w:rPr>
          <w:color w:val="00FFCC"/>
        </w:rPr>
        <w:t xml:space="preserve">boy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stir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He </w:t>
      </w:r>
      <w:r>
        <w:rPr>
          <w:color w:val="CC3399"/>
        </w:rPr>
        <w:t xml:space="preserve">is </w:t>
      </w:r>
      <w:r>
        <w:rPr>
          <w:color w:val="33CCFF"/>
        </w:rPr>
        <w:t xml:space="preserve">dead </w:t>
      </w:r>
      <w:r>
        <w:rPr>
          <w:color w:val="000000"/>
        </w:rPr>
        <w:t xml:space="preserve">, '' </w:t>
      </w:r>
      <w:r>
        <w:rPr>
          <w:color w:val="CC3399"/>
        </w:rPr>
        <w:t xml:space="preserve">said </w:t>
      </w:r>
      <w:r>
        <w:rPr>
          <w:color w:val="00FFCC"/>
        </w:rPr>
        <w:t xml:space="preserve">Boxer </w:t>
      </w:r>
      <w:r>
        <w:rPr>
          <w:color w:val="00787F"/>
        </w:rPr>
        <w:t xml:space="preserve">sorrowfully </w:t>
      </w:r>
      <w:r>
        <w:rPr>
          <w:color w:val="000000"/>
        </w:rPr>
        <w:t xml:space="preserve">. `` I </w:t>
      </w:r>
      <w:r>
        <w:rPr>
          <w:color w:val="CC3399"/>
        </w:rPr>
        <w:t xml:space="preserve">had </w:t>
      </w:r>
      <w:r>
        <w:rPr>
          <w:color w:val="000000"/>
        </w:rPr>
        <w:t xml:space="preserve">no </w:t>
      </w:r>
      <w:r>
        <w:rPr>
          <w:color w:val="00FFCC"/>
        </w:rPr>
        <w:t xml:space="preserve">intention </w:t>
      </w:r>
      <w:r>
        <w:rPr>
          <w:color w:val="FF6600"/>
        </w:rPr>
        <w:t xml:space="preserve">of </w:t>
      </w:r>
      <w:r>
        <w:rPr>
          <w:color w:val="CC3399"/>
        </w:rPr>
        <w:t xml:space="preserve">doing </w:t>
      </w:r>
      <w:r>
        <w:rPr>
          <w:color w:val="000000"/>
        </w:rPr>
        <w:t xml:space="preserve">that 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 </w:t>
      </w:r>
      <w:r>
        <w:rPr>
          <w:color w:val="CC3399"/>
        </w:rPr>
        <w:t xml:space="preserve">forgot </w:t>
      </w:r>
      <w:r>
        <w:rPr>
          <w:color w:val="FF6600"/>
        </w:rPr>
        <w:t xml:space="preserve">that </w:t>
      </w:r>
      <w:r>
        <w:rPr>
          <w:color w:val="000000"/>
        </w:rPr>
        <w:t xml:space="preserve">I </w:t>
      </w:r>
      <w:r>
        <w:rPr>
          <w:color w:val="CC3399"/>
        </w:rPr>
        <w:t xml:space="preserve">was wearing </w:t>
      </w:r>
      <w:r>
        <w:rPr>
          <w:color w:val="00FFCC"/>
        </w:rPr>
        <w:t xml:space="preserve">iron shoes </w:t>
      </w:r>
      <w:r>
        <w:rPr>
          <w:color w:val="000000"/>
        </w:rPr>
        <w:t xml:space="preserve">. Who </w:t>
      </w:r>
      <w:r>
        <w:rPr>
          <w:color w:val="003E3E"/>
        </w:rPr>
        <w:t xml:space="preserve">will </w:t>
      </w:r>
      <w:r>
        <w:rPr>
          <w:color w:val="CC3399"/>
        </w:rPr>
        <w:t xml:space="preserve">believe </w:t>
      </w:r>
      <w:r>
        <w:rPr>
          <w:color w:val="FF6600"/>
        </w:rPr>
        <w:t xml:space="preserve">that </w:t>
      </w:r>
      <w:r>
        <w:rPr>
          <w:color w:val="000000"/>
        </w:rPr>
        <w:t xml:space="preserve">I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do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this </w:t>
      </w:r>
      <w:r>
        <w:rPr>
          <w:color w:val="FF6600"/>
        </w:rPr>
        <w:t xml:space="preserve">on </w:t>
      </w:r>
      <w:r>
        <w:rPr>
          <w:color w:val="00FFCC"/>
        </w:rPr>
        <w:t xml:space="preserve">purpose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No </w:t>
      </w:r>
      <w:r>
        <w:rPr>
          <w:color w:val="00FFCC"/>
        </w:rPr>
        <w:t xml:space="preserve">sentimentality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</w:t>
      </w:r>
      <w:r>
        <w:rPr>
          <w:color w:val="000000"/>
        </w:rPr>
        <w:t xml:space="preserve">! '' </w:t>
      </w:r>
      <w:r>
        <w:rPr>
          <w:color w:val="CC3399"/>
        </w:rPr>
        <w:t xml:space="preserve">cried </w:t>
      </w:r>
      <w:r>
        <w:rPr>
          <w:color w:val="00FFCC"/>
        </w:rPr>
        <w:t xml:space="preserve">Snowball </w:t>
      </w:r>
      <w:r>
        <w:rPr>
          <w:color w:val="FF6600"/>
        </w:rPr>
        <w:t xml:space="preserve">from </w:t>
      </w:r>
      <w:r>
        <w:rPr>
          <w:color w:val="000000"/>
        </w:rPr>
        <w:t xml:space="preserve">whose </w:t>
      </w:r>
      <w:r>
        <w:rPr>
          <w:color w:val="00FFCC"/>
        </w:rPr>
        <w:t xml:space="preserve">wounds </w:t>
      </w:r>
      <w:r>
        <w:rPr>
          <w:color w:val="000000"/>
        </w:rPr>
        <w:t xml:space="preserve">the </w:t>
      </w:r>
      <w:r>
        <w:rPr>
          <w:color w:val="00FFCC"/>
        </w:rPr>
        <w:t xml:space="preserve">blood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787F"/>
        </w:rPr>
        <w:t xml:space="preserve">still </w:t>
      </w:r>
      <w:r>
        <w:rPr>
          <w:color w:val="CC3399"/>
        </w:rPr>
        <w:t xml:space="preserve">dripping </w:t>
      </w:r>
      <w:r>
        <w:rPr>
          <w:color w:val="000000"/>
        </w:rPr>
        <w:t xml:space="preserve">. `` </w:t>
      </w:r>
      <w:r>
        <w:rPr>
          <w:color w:val="00FFCC"/>
        </w:rPr>
        <w:t xml:space="preserve">War </w:t>
      </w:r>
      <w:r>
        <w:rPr>
          <w:color w:val="CC3399"/>
        </w:rPr>
        <w:t xml:space="preserve">is </w:t>
      </w:r>
      <w:r>
        <w:rPr>
          <w:color w:val="00FFCC"/>
        </w:rPr>
        <w:t xml:space="preserve">war </w:t>
      </w:r>
      <w:r>
        <w:rPr>
          <w:color w:val="000000"/>
        </w:rPr>
        <w:t xml:space="preserve">. The </w:t>
      </w:r>
      <w:r>
        <w:rPr>
          <w:color w:val="00787F"/>
        </w:rPr>
        <w:t xml:space="preserve">only </w:t>
      </w:r>
      <w:r>
        <w:rPr>
          <w:color w:val="33CCFF"/>
        </w:rPr>
        <w:t>goo</w:t>
      </w:r>
      <w:r>
        <w:rPr>
          <w:color w:val="33CCFF"/>
        </w:rPr>
        <w:t xml:space="preserve">d </w:t>
      </w:r>
      <w:r>
        <w:rPr>
          <w:color w:val="00FFCC"/>
        </w:rPr>
        <w:t xml:space="preserve">human </w:t>
      </w:r>
      <w:r>
        <w:rPr>
          <w:color w:val="CC3399"/>
        </w:rPr>
        <w:t xml:space="preserve">being is </w:t>
      </w:r>
      <w:r>
        <w:rPr>
          <w:color w:val="000000"/>
        </w:rPr>
        <w:t xml:space="preserve">a </w:t>
      </w:r>
      <w:r>
        <w:rPr>
          <w:color w:val="33CCFF"/>
        </w:rPr>
        <w:t xml:space="preserve">dead </w:t>
      </w:r>
      <w:r>
        <w:rPr>
          <w:color w:val="00FFCC"/>
        </w:rPr>
        <w:t xml:space="preserve">one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I </w:t>
      </w:r>
      <w:r>
        <w:rPr>
          <w:color w:val="CC3399"/>
        </w:rPr>
        <w:t xml:space="preserve">have </w:t>
      </w:r>
      <w:r>
        <w:rPr>
          <w:color w:val="000000"/>
        </w:rPr>
        <w:t xml:space="preserve">no </w:t>
      </w:r>
      <w:r>
        <w:rPr>
          <w:color w:val="33CCFF"/>
        </w:rPr>
        <w:t xml:space="preserve">wish </w:t>
      </w:r>
      <w:r>
        <w:rPr>
          <w:color w:val="000000"/>
        </w:rPr>
        <w:t xml:space="preserve">to </w:t>
      </w:r>
      <w:r>
        <w:rPr>
          <w:color w:val="CC3399"/>
        </w:rPr>
        <w:t xml:space="preserve">take </w:t>
      </w:r>
      <w:r>
        <w:rPr>
          <w:color w:val="00FFCC"/>
        </w:rPr>
        <w:t xml:space="preserve">life </w:t>
      </w:r>
      <w:r>
        <w:rPr>
          <w:color w:val="000000"/>
        </w:rPr>
        <w:t xml:space="preserve">, </w:t>
      </w:r>
      <w:r>
        <w:rPr>
          <w:color w:val="00787F"/>
        </w:rPr>
        <w:t xml:space="preserve">not even </w:t>
      </w:r>
      <w:r>
        <w:rPr>
          <w:color w:val="33CCFF"/>
        </w:rPr>
        <w:t xml:space="preserve">human </w:t>
      </w:r>
      <w:r>
        <w:rPr>
          <w:color w:val="00FFCC"/>
        </w:rPr>
        <w:t xml:space="preserve">life </w:t>
      </w:r>
      <w:r>
        <w:rPr>
          <w:color w:val="000000"/>
        </w:rPr>
        <w:t xml:space="preserve">, '' </w:t>
      </w:r>
      <w:r>
        <w:rPr>
          <w:color w:val="CC3399"/>
        </w:rPr>
        <w:t xml:space="preserve">repeated </w:t>
      </w:r>
      <w:r>
        <w:rPr>
          <w:color w:val="00FFCC"/>
        </w:rPr>
        <w:t xml:space="preserve">Boxer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eyes </w:t>
      </w:r>
      <w:r>
        <w:rPr>
          <w:color w:val="CC3399"/>
        </w:rPr>
        <w:t xml:space="preserve">were </w:t>
      </w:r>
      <w:r>
        <w:rPr>
          <w:color w:val="33CCFF"/>
        </w:rPr>
        <w:t xml:space="preserve">full </w:t>
      </w:r>
      <w:r>
        <w:rPr>
          <w:color w:val="FF6600"/>
        </w:rPr>
        <w:t xml:space="preserve">of </w:t>
      </w:r>
      <w:r>
        <w:rPr>
          <w:color w:val="00FFCC"/>
        </w:rPr>
        <w:t xml:space="preserve">tears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Where </w:t>
      </w:r>
      <w:r>
        <w:rPr>
          <w:color w:val="CC3399"/>
        </w:rPr>
        <w:t xml:space="preserve">is </w:t>
      </w:r>
      <w:r>
        <w:rPr>
          <w:color w:val="00FFCC"/>
        </w:rPr>
        <w:t xml:space="preserve">Mollie </w:t>
      </w:r>
      <w:r>
        <w:rPr>
          <w:color w:val="000000"/>
        </w:rPr>
        <w:t xml:space="preserve">? '' </w:t>
      </w:r>
      <w:r>
        <w:rPr>
          <w:color w:val="CC3399"/>
        </w:rPr>
        <w:t xml:space="preserve">exclaimed </w:t>
      </w:r>
      <w:r>
        <w:rPr>
          <w:color w:val="00FFCC"/>
        </w:rPr>
        <w:t xml:space="preserve">somebody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Mollie </w:t>
      </w:r>
      <w:r>
        <w:rPr>
          <w:color w:val="FF6600"/>
        </w:rPr>
        <w:t xml:space="preserve">in </w:t>
      </w:r>
      <w:r>
        <w:rPr>
          <w:color w:val="00FFCC"/>
        </w:rPr>
        <w:t xml:space="preserve">fact </w:t>
      </w:r>
      <w:r>
        <w:rPr>
          <w:color w:val="CC3399"/>
        </w:rPr>
        <w:t xml:space="preserve">was missing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  <w:r>
        <w:rPr>
          <w:color w:val="00787F"/>
        </w:rPr>
        <w:t xml:space="preserve">there </w:t>
      </w:r>
      <w:r>
        <w:rPr>
          <w:color w:val="CC3399"/>
        </w:rPr>
        <w:t xml:space="preserve">was </w:t>
      </w:r>
      <w:r>
        <w:rPr>
          <w:color w:val="33CCFF"/>
        </w:rPr>
        <w:t xml:space="preserve">great </w:t>
      </w:r>
      <w:r>
        <w:rPr>
          <w:color w:val="00FFCC"/>
        </w:rPr>
        <w:t xml:space="preserve">alarm </w:t>
      </w:r>
      <w:r>
        <w:rPr>
          <w:color w:val="000000"/>
        </w:rPr>
        <w:t xml:space="preserve">; 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feared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men </w:t>
      </w:r>
      <w:r>
        <w:rPr>
          <w:color w:val="003E3E"/>
        </w:rPr>
        <w:t xml:space="preserve">might </w:t>
      </w:r>
      <w:r>
        <w:rPr>
          <w:color w:val="CC3399"/>
        </w:rPr>
        <w:t xml:space="preserve">have harmed </w:t>
      </w:r>
      <w:r>
        <w:rPr>
          <w:color w:val="000000"/>
        </w:rPr>
        <w:t xml:space="preserve">her </w:t>
      </w:r>
      <w:r>
        <w:rPr>
          <w:color w:val="FF6600"/>
        </w:rPr>
        <w:t xml:space="preserve">in </w:t>
      </w:r>
      <w:r>
        <w:rPr>
          <w:color w:val="000000"/>
        </w:rPr>
        <w:t xml:space="preserve">some </w:t>
      </w:r>
      <w:r>
        <w:rPr>
          <w:color w:val="00FFCC"/>
        </w:rPr>
        <w:t xml:space="preserve">way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00787F"/>
        </w:rPr>
        <w:t xml:space="preserve">even </w:t>
      </w:r>
      <w:r>
        <w:rPr>
          <w:color w:val="CC3399"/>
        </w:rPr>
        <w:t xml:space="preserve">carried </w:t>
      </w:r>
      <w:r>
        <w:rPr>
          <w:color w:val="000000"/>
        </w:rPr>
        <w:t xml:space="preserve">her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off with </w:t>
      </w:r>
      <w:r>
        <w:rPr>
          <w:color w:val="000000"/>
        </w:rPr>
        <w:t xml:space="preserve">them 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end </w:t>
      </w:r>
      <w:r>
        <w:rPr>
          <w:color w:val="000000"/>
        </w:rPr>
        <w:t xml:space="preserve">, </w:t>
      </w:r>
      <w:r>
        <w:rPr>
          <w:color w:val="00787F"/>
        </w:rPr>
        <w:t xml:space="preserve">however </w:t>
      </w:r>
      <w:r>
        <w:rPr>
          <w:color w:val="000000"/>
        </w:rPr>
        <w:t xml:space="preserve">, she </w:t>
      </w:r>
      <w:r>
        <w:rPr>
          <w:color w:val="CC3399"/>
        </w:rPr>
        <w:t xml:space="preserve">was found </w:t>
      </w:r>
      <w:r>
        <w:rPr>
          <w:color w:val="00FFCC"/>
        </w:rPr>
        <w:t xml:space="preserve">hiding </w:t>
      </w:r>
      <w:r>
        <w:rPr>
          <w:color w:val="FF6600"/>
        </w:rPr>
        <w:t xml:space="preserve">in </w:t>
      </w:r>
      <w:r>
        <w:rPr>
          <w:color w:val="000000"/>
        </w:rPr>
        <w:t xml:space="preserve">her </w:t>
      </w:r>
      <w:r>
        <w:rPr>
          <w:color w:val="00FFCC"/>
        </w:rPr>
        <w:t xml:space="preserve">stall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her </w:t>
      </w:r>
      <w:r>
        <w:rPr>
          <w:color w:val="00FFCC"/>
        </w:rPr>
        <w:t xml:space="preserve">head </w:t>
      </w:r>
      <w:r>
        <w:rPr>
          <w:color w:val="CC3399"/>
        </w:rPr>
        <w:t xml:space="preserve">buried </w:t>
      </w:r>
      <w:r>
        <w:rPr>
          <w:color w:val="FF6600"/>
        </w:rPr>
        <w:t xml:space="preserve">among </w:t>
      </w:r>
      <w:r>
        <w:rPr>
          <w:color w:val="000000"/>
        </w:rPr>
        <w:t xml:space="preserve">the </w:t>
      </w:r>
      <w:r>
        <w:rPr>
          <w:color w:val="00FFCC"/>
        </w:rPr>
        <w:t xml:space="preserve">hay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manger </w:t>
      </w:r>
      <w:r>
        <w:rPr>
          <w:color w:val="000000"/>
        </w:rPr>
        <w:t xml:space="preserve">. She </w:t>
      </w:r>
      <w:r>
        <w:rPr>
          <w:color w:val="CC3399"/>
        </w:rPr>
        <w:t xml:space="preserve">had taken </w:t>
      </w:r>
      <w:r>
        <w:rPr>
          <w:color w:val="000000"/>
        </w:rPr>
        <w:t xml:space="preserve">to </w:t>
      </w:r>
      <w:r>
        <w:rPr>
          <w:color w:val="00FFCC"/>
        </w:rPr>
        <w:t xml:space="preserve">flight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soon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00FFCC"/>
        </w:rPr>
        <w:t xml:space="preserve">gun </w:t>
      </w:r>
      <w:r>
        <w:rPr>
          <w:color w:val="CC3399"/>
        </w:rPr>
        <w:t xml:space="preserve">went </w:t>
      </w:r>
      <w:r>
        <w:rPr>
          <w:color w:val="00787F"/>
        </w:rPr>
        <w:t xml:space="preserve">off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the </w:t>
      </w:r>
      <w:r>
        <w:rPr>
          <w:color w:val="00FFCC"/>
        </w:rPr>
        <w:t xml:space="preserve">others </w:t>
      </w:r>
      <w:r>
        <w:rPr>
          <w:color w:val="CC3399"/>
        </w:rPr>
        <w:t xml:space="preserve">came </w:t>
      </w:r>
      <w:r>
        <w:rPr>
          <w:color w:val="00787F"/>
        </w:rPr>
        <w:t xml:space="preserve">back </w:t>
      </w:r>
      <w:r>
        <w:rPr>
          <w:color w:val="FF6600"/>
        </w:rPr>
        <w:t xml:space="preserve">from </w:t>
      </w:r>
      <w:r>
        <w:rPr>
          <w:color w:val="CC3399"/>
        </w:rPr>
        <w:t xml:space="preserve">looking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her , it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find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33CCFF"/>
        </w:rPr>
        <w:t xml:space="preserve">stable-lad </w:t>
      </w:r>
      <w:r>
        <w:rPr>
          <w:color w:val="000000"/>
        </w:rPr>
        <w:t xml:space="preserve">, who </w:t>
      </w:r>
      <w:r>
        <w:rPr>
          <w:color w:val="FF6600"/>
        </w:rPr>
        <w:t xml:space="preserve">in </w:t>
      </w:r>
      <w:r>
        <w:rPr>
          <w:color w:val="00FFCC"/>
        </w:rPr>
        <w:t xml:space="preserve">fact </w:t>
      </w:r>
      <w:r>
        <w:rPr>
          <w:color w:val="CC3399"/>
        </w:rPr>
        <w:t xml:space="preserve">was </w:t>
      </w:r>
      <w:r>
        <w:rPr>
          <w:color w:val="00787F"/>
        </w:rPr>
        <w:t xml:space="preserve">only </w:t>
      </w:r>
      <w:r>
        <w:rPr>
          <w:color w:val="33CCFF"/>
        </w:rPr>
        <w:t xml:space="preserve">stunned </w:t>
      </w:r>
      <w:r>
        <w:rPr>
          <w:color w:val="000000"/>
        </w:rPr>
        <w:t xml:space="preserve">,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already </w:t>
      </w:r>
      <w:r>
        <w:rPr>
          <w:color w:val="CC3399"/>
        </w:rPr>
        <w:t xml:space="preserve">recovered </w:t>
      </w:r>
      <w:r>
        <w:rPr>
          <w:color w:val="FF0066"/>
        </w:rPr>
        <w:t xml:space="preserve">and </w:t>
      </w:r>
      <w:r>
        <w:rPr>
          <w:color w:val="CC3399"/>
        </w:rPr>
        <w:t xml:space="preserve">made </w:t>
      </w:r>
      <w:r>
        <w:rPr>
          <w:color w:val="000000"/>
        </w:rPr>
        <w:t xml:space="preserve">off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</w:t>
      </w:r>
      <w:r>
        <w:rPr>
          <w:color w:val="00787F"/>
        </w:rPr>
        <w:t xml:space="preserve">now </w:t>
      </w:r>
      <w:r>
        <w:rPr>
          <w:color w:val="CC3399"/>
        </w:rPr>
        <w:t xml:space="preserve">reassembled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wildest </w:t>
      </w:r>
      <w:r>
        <w:rPr>
          <w:color w:val="00FFCC"/>
        </w:rPr>
        <w:t xml:space="preserve">excitement </w:t>
      </w:r>
      <w:r>
        <w:rPr>
          <w:color w:val="000000"/>
        </w:rPr>
        <w:t xml:space="preserve">, each </w:t>
      </w:r>
      <w:r>
        <w:rPr>
          <w:color w:val="00FFCC"/>
        </w:rPr>
        <w:t>recounting</w:t>
      </w:r>
      <w:r>
        <w:rPr>
          <w:color w:val="00FFCC"/>
        </w:rPr>
        <w:t xml:space="preserve">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33CCFF"/>
        </w:rPr>
        <w:t xml:space="preserve">own </w:t>
      </w:r>
      <w:r>
        <w:rPr>
          <w:color w:val="00FFCC"/>
        </w:rPr>
        <w:t xml:space="preserve">exploits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top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00FFCC"/>
        </w:rPr>
        <w:t xml:space="preserve">voice </w:t>
      </w:r>
      <w:r>
        <w:rPr>
          <w:color w:val="000000"/>
        </w:rPr>
        <w:t xml:space="preserve">. An </w:t>
      </w:r>
      <w:r>
        <w:rPr>
          <w:color w:val="00FFCC"/>
        </w:rPr>
        <w:t xml:space="preserve">impromptu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celebration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victory </w:t>
      </w:r>
      <w:r>
        <w:rPr>
          <w:color w:val="CC3399"/>
        </w:rPr>
        <w:t xml:space="preserve">was held </w:t>
      </w:r>
      <w:r>
        <w:rPr>
          <w:color w:val="00787F"/>
        </w:rPr>
        <w:t xml:space="preserve">immediately </w:t>
      </w:r>
      <w:r>
        <w:rPr>
          <w:color w:val="000000"/>
        </w:rPr>
        <w:t xml:space="preserve">. The </w:t>
      </w:r>
      <w:r>
        <w:rPr>
          <w:color w:val="00FFCC"/>
        </w:rPr>
        <w:t xml:space="preserve">flag </w:t>
      </w:r>
      <w:r>
        <w:rPr>
          <w:color w:val="CC3399"/>
        </w:rPr>
        <w:t xml:space="preserve">was run </w:t>
      </w:r>
      <w:r>
        <w:rPr>
          <w:color w:val="000000"/>
        </w:rPr>
        <w:t xml:space="preserve">up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</w:t>
      </w:r>
      <w:r>
        <w:rPr>
          <w:color w:val="CC3399"/>
        </w:rPr>
        <w:t xml:space="preserve">was sung </w:t>
      </w:r>
      <w:r>
        <w:rPr>
          <w:color w:val="000000"/>
        </w:rPr>
        <w:t xml:space="preserve">a </w:t>
      </w:r>
      <w:r>
        <w:rPr>
          <w:color w:val="00FFCC"/>
        </w:rPr>
        <w:t xml:space="preserve">number </w:t>
      </w:r>
      <w:r>
        <w:rPr>
          <w:color w:val="FF6600"/>
        </w:rPr>
        <w:t xml:space="preserve">of </w:t>
      </w:r>
      <w:r>
        <w:rPr>
          <w:color w:val="00FFCC"/>
        </w:rPr>
        <w:t xml:space="preserve">times </w:t>
      </w:r>
      <w:r>
        <w:rPr>
          <w:color w:val="000000"/>
        </w:rPr>
        <w:t xml:space="preserve">, </w:t>
      </w:r>
      <w:r>
        <w:rPr>
          <w:color w:val="00787F"/>
        </w:rPr>
        <w:t xml:space="preserve">then </w:t>
      </w: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000000"/>
        </w:rPr>
        <w:t xml:space="preserve">who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killed was given </w:t>
      </w:r>
      <w:r>
        <w:rPr>
          <w:color w:val="000000"/>
        </w:rPr>
        <w:t xml:space="preserve">a </w:t>
      </w:r>
      <w:r>
        <w:rPr>
          <w:color w:val="33CCFF"/>
        </w:rPr>
        <w:t xml:space="preserve">solemn </w:t>
      </w:r>
      <w:r>
        <w:rPr>
          <w:color w:val="00FFCC"/>
        </w:rPr>
        <w:t xml:space="preserve">funeral </w:t>
      </w:r>
      <w:r>
        <w:rPr>
          <w:color w:val="000000"/>
        </w:rPr>
        <w:t xml:space="preserve">, a </w:t>
      </w:r>
      <w:r>
        <w:rPr>
          <w:color w:val="33CCFF"/>
        </w:rPr>
        <w:t xml:space="preserve">hawthorn </w:t>
      </w:r>
      <w:r>
        <w:rPr>
          <w:color w:val="00FFCC"/>
        </w:rPr>
        <w:t xml:space="preserve">bush </w:t>
      </w:r>
      <w:r>
        <w:rPr>
          <w:color w:val="CC3399"/>
        </w:rPr>
        <w:t xml:space="preserve">being planted </w:t>
      </w:r>
      <w:r>
        <w:rPr>
          <w:color w:val="FF6600"/>
        </w:rPr>
        <w:t xml:space="preserve">on </w:t>
      </w:r>
      <w:r>
        <w:rPr>
          <w:color w:val="000000"/>
        </w:rPr>
        <w:t xml:space="preserve">her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grave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graveside Snowball </w:t>
      </w:r>
      <w:r>
        <w:rPr>
          <w:color w:val="CC3399"/>
        </w:rPr>
        <w:t xml:space="preserve">made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</w:t>
      </w:r>
      <w:r>
        <w:rPr>
          <w:color w:val="00FFCC"/>
        </w:rPr>
        <w:t xml:space="preserve">speech </w:t>
      </w:r>
      <w:r>
        <w:rPr>
          <w:color w:val="000000"/>
        </w:rPr>
        <w:t xml:space="preserve">, </w:t>
      </w:r>
      <w:r>
        <w:rPr>
          <w:color w:val="CC3399"/>
        </w:rPr>
        <w:t xml:space="preserve">emphasising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need </w:t>
      </w:r>
      <w:r>
        <w:rPr>
          <w:color w:val="FF6600"/>
        </w:rPr>
        <w:t xml:space="preserve">for </w:t>
      </w:r>
      <w:r>
        <w:rPr>
          <w:color w:val="000000"/>
        </w:rPr>
        <w:t xml:space="preserve">all </w:t>
      </w:r>
      <w:r>
        <w:rPr>
          <w:color w:val="00FFCC"/>
        </w:rPr>
        <w:t xml:space="preserve">animals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33CCFF"/>
        </w:rPr>
        <w:t xml:space="preserve">ready </w:t>
      </w:r>
      <w:r>
        <w:rPr>
          <w:color w:val="000000"/>
        </w:rPr>
        <w:t xml:space="preserve">to </w:t>
      </w:r>
      <w:r>
        <w:rPr>
          <w:color w:val="CC3399"/>
        </w:rPr>
        <w:t xml:space="preserve">die </w:t>
      </w:r>
      <w:r>
        <w:rPr>
          <w:color w:val="FF6600"/>
        </w:rPr>
        <w:t xml:space="preserve">for </w:t>
      </w:r>
      <w:r>
        <w:rPr>
          <w:color w:val="00FFCC"/>
        </w:rPr>
        <w:t xml:space="preserve">Animal Farm </w:t>
      </w:r>
      <w:r>
        <w:rPr>
          <w:color w:val="FF6600"/>
        </w:rPr>
        <w:t xml:space="preserve">if </w:t>
      </w:r>
      <w:r>
        <w:rPr>
          <w:color w:val="CC3399"/>
        </w:rPr>
        <w:t xml:space="preserve">need be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decided </w:t>
      </w:r>
      <w:r>
        <w:rPr>
          <w:color w:val="00787F"/>
        </w:rPr>
        <w:t xml:space="preserve">unanimously </w:t>
      </w:r>
      <w:r>
        <w:rPr>
          <w:color w:val="000000"/>
        </w:rPr>
        <w:t xml:space="preserve">to </w:t>
      </w:r>
      <w:r>
        <w:rPr>
          <w:color w:val="CC3399"/>
        </w:rPr>
        <w:t xml:space="preserve">create </w:t>
      </w:r>
      <w:r>
        <w:rPr>
          <w:color w:val="000000"/>
        </w:rPr>
        <w:t xml:space="preserve">a </w:t>
      </w:r>
      <w:r>
        <w:rPr>
          <w:color w:val="33CCFF"/>
        </w:rPr>
        <w:t xml:space="preserve">military </w:t>
      </w:r>
      <w:r>
        <w:rPr>
          <w:color w:val="00FFCC"/>
        </w:rPr>
        <w:t>decoration</w:t>
      </w:r>
      <w:r>
        <w:rPr>
          <w:color w:val="00FFCC"/>
        </w:rPr>
        <w:t xml:space="preserve"> </w:t>
      </w:r>
      <w:r>
        <w:rPr>
          <w:color w:val="000000"/>
        </w:rPr>
        <w:t xml:space="preserve">, `` </w:t>
      </w:r>
      <w:r>
        <w:rPr>
          <w:color w:val="00FFCC"/>
        </w:rPr>
        <w:t xml:space="preserve">Animal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Hero </w:t>
      </w:r>
      <w:r>
        <w:rPr>
          <w:color w:val="000000"/>
        </w:rPr>
        <w:t xml:space="preserve">, </w:t>
      </w:r>
      <w:r>
        <w:rPr>
          <w:color w:val="00FFCC"/>
        </w:rPr>
        <w:t xml:space="preserve">First Class </w:t>
      </w:r>
      <w:r>
        <w:rPr>
          <w:color w:val="000000"/>
        </w:rPr>
        <w:t xml:space="preserve">, '' which </w:t>
      </w:r>
      <w:r>
        <w:rPr>
          <w:color w:val="CC3399"/>
        </w:rPr>
        <w:t xml:space="preserve">was conferred </w:t>
      </w:r>
      <w:r>
        <w:rPr>
          <w:color w:val="00787F"/>
        </w:rPr>
        <w:t xml:space="preserve">there </w:t>
      </w:r>
      <w:r>
        <w:rPr>
          <w:color w:val="FF0066"/>
        </w:rPr>
        <w:t xml:space="preserve">and </w:t>
      </w:r>
      <w:r>
        <w:rPr>
          <w:color w:val="00787F"/>
        </w:rPr>
        <w:t xml:space="preserve">then </w:t>
      </w:r>
      <w:r>
        <w:rPr>
          <w:color w:val="FF6600"/>
        </w:rPr>
        <w:t xml:space="preserve">on </w:t>
      </w:r>
      <w:r>
        <w:rPr>
          <w:color w:val="00FFCC"/>
        </w:rPr>
        <w:t xml:space="preserve">Snowball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Boxer </w:t>
      </w:r>
      <w:r>
        <w:rPr>
          <w:color w:val="000000"/>
        </w:rPr>
        <w:t xml:space="preserve">. It </w:t>
      </w:r>
      <w:r>
        <w:rPr>
          <w:color w:val="CC3399"/>
        </w:rPr>
        <w:t xml:space="preserve">consisted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brass medal </w:t>
      </w:r>
      <w:r>
        <w:rPr>
          <w:color w:val="000000"/>
        </w:rPr>
        <w:t xml:space="preserve">( 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really </w:t>
      </w:r>
      <w:r>
        <w:rPr>
          <w:color w:val="000000"/>
        </w:rPr>
        <w:t xml:space="preserve">some </w:t>
      </w:r>
      <w:r>
        <w:rPr>
          <w:color w:val="33CCFF"/>
        </w:rPr>
        <w:t xml:space="preserve">old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horse-brasses </w:t>
      </w:r>
      <w:r>
        <w:rPr>
          <w:color w:val="000000"/>
        </w:rPr>
        <w:t xml:space="preserve">which </w:t>
      </w:r>
      <w:r>
        <w:rPr>
          <w:color w:val="CC3399"/>
        </w:rPr>
        <w:t xml:space="preserve">had been found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harness-room </w:t>
      </w:r>
      <w:r>
        <w:rPr>
          <w:color w:val="000000"/>
        </w:rPr>
        <w:t xml:space="preserve">) , to </w:t>
      </w:r>
      <w:r>
        <w:rPr>
          <w:color w:val="CC3399"/>
        </w:rPr>
        <w:t xml:space="preserve">be worn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Sundays </w:t>
      </w:r>
      <w:r>
        <w:rPr>
          <w:color w:val="FF0066"/>
        </w:rPr>
        <w:t xml:space="preserve">and </w:t>
      </w:r>
      <w:r>
        <w:rPr>
          <w:color w:val="00FFCC"/>
        </w:rPr>
        <w:t xml:space="preserve">holidays </w:t>
      </w:r>
      <w:r>
        <w:rPr>
          <w:color w:val="000000"/>
        </w:rPr>
        <w:t xml:space="preserve">.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787F"/>
        </w:rPr>
        <w:t xml:space="preserve">also </w:t>
      </w:r>
      <w:r>
        <w:rPr>
          <w:color w:val="000000"/>
        </w:rPr>
        <w:t xml:space="preserve">`` </w:t>
      </w:r>
      <w:r>
        <w:rPr>
          <w:color w:val="00FFCC"/>
        </w:rPr>
        <w:t xml:space="preserve">Animal Hero </w:t>
      </w:r>
      <w:r>
        <w:rPr>
          <w:color w:val="000000"/>
        </w:rPr>
        <w:t xml:space="preserve">, </w:t>
      </w:r>
      <w:r>
        <w:rPr>
          <w:color w:val="00FFCC"/>
        </w:rPr>
        <w:t xml:space="preserve">Second Class </w:t>
      </w:r>
      <w:r>
        <w:rPr>
          <w:color w:val="000000"/>
        </w:rPr>
        <w:t xml:space="preserve">, '' which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conferred </w:t>
      </w:r>
      <w:r>
        <w:rPr>
          <w:color w:val="00787F"/>
        </w:rPr>
        <w:t xml:space="preserve">posthumously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dead </w:t>
      </w:r>
      <w:r>
        <w:rPr>
          <w:color w:val="00FFCC"/>
        </w:rPr>
        <w:t xml:space="preserve">sheep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33CCFF"/>
        </w:rPr>
        <w:t xml:space="preserve">much </w:t>
      </w:r>
      <w:r>
        <w:rPr>
          <w:color w:val="00FFCC"/>
        </w:rPr>
        <w:t xml:space="preserve">discussion </w:t>
      </w:r>
      <w:r>
        <w:rPr>
          <w:color w:val="FF6600"/>
        </w:rPr>
        <w:t xml:space="preserve">as </w:t>
      </w:r>
      <w:r>
        <w:rPr>
          <w:color w:val="000000"/>
        </w:rPr>
        <w:t xml:space="preserve">to what the </w:t>
      </w:r>
      <w:r>
        <w:rPr>
          <w:color w:val="00FFCC"/>
        </w:rPr>
        <w:t xml:space="preserve">battle </w:t>
      </w:r>
      <w:r>
        <w:rPr>
          <w:color w:val="003E3E"/>
        </w:rPr>
        <w:t xml:space="preserve">should </w:t>
      </w:r>
      <w:r>
        <w:rPr>
          <w:color w:val="CC3399"/>
        </w:rPr>
        <w:t xml:space="preserve">be called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end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named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Cowshed </w:t>
      </w:r>
      <w:r>
        <w:rPr>
          <w:color w:val="000000"/>
        </w:rPr>
        <w:t xml:space="preserve">, </w:t>
      </w:r>
      <w:r>
        <w:rPr>
          <w:color w:val="FF6600"/>
        </w:rPr>
        <w:t xml:space="preserve">since </w:t>
      </w:r>
      <w:r>
        <w:rPr>
          <w:color w:val="000000"/>
        </w:rPr>
        <w:t xml:space="preserve">that </w:t>
      </w:r>
      <w:r>
        <w:rPr>
          <w:color w:val="CC3399"/>
        </w:rPr>
        <w:t xml:space="preserve">was </w:t>
      </w:r>
      <w:r>
        <w:rPr>
          <w:color w:val="000000"/>
        </w:rPr>
        <w:t xml:space="preserve">where the </w:t>
      </w:r>
    </w:p>
    <w:p w:rsidR="00D83EF7" w:rsidRDefault="00CA4524" w:rsidP="00CA4524">
      <w:pPr>
        <w:spacing w:after="0"/>
      </w:pPr>
      <w:r>
        <w:rPr>
          <w:color w:val="00FFCC"/>
        </w:rPr>
        <w:t>am</w:t>
      </w:r>
      <w:r>
        <w:rPr>
          <w:color w:val="00FFCC"/>
        </w:rPr>
        <w:t xml:space="preserve">bush </w:t>
      </w:r>
      <w:r>
        <w:rPr>
          <w:color w:val="CC3399"/>
        </w:rPr>
        <w:t xml:space="preserve">had been </w:t>
      </w:r>
      <w:r>
        <w:rPr>
          <w:color w:val="00787F"/>
        </w:rPr>
        <w:t xml:space="preserve">sprung </w:t>
      </w:r>
      <w:r>
        <w:rPr>
          <w:color w:val="000000"/>
        </w:rPr>
        <w:t xml:space="preserve">. </w:t>
      </w:r>
      <w:r>
        <w:rPr>
          <w:color w:val="00FFCC"/>
        </w:rPr>
        <w:t xml:space="preserve">Mr. Jones </w:t>
      </w:r>
      <w:r>
        <w:rPr>
          <w:color w:val="000000"/>
        </w:rPr>
        <w:t xml:space="preserve">'s </w:t>
      </w:r>
      <w:r>
        <w:rPr>
          <w:color w:val="00FFCC"/>
        </w:rPr>
        <w:t xml:space="preserve">gun </w:t>
      </w:r>
      <w:r>
        <w:rPr>
          <w:color w:val="CC3399"/>
        </w:rPr>
        <w:t xml:space="preserve">had been found lying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mud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it </w:t>
      </w:r>
      <w:r>
        <w:rPr>
          <w:color w:val="CC3399"/>
        </w:rPr>
        <w:t xml:space="preserve">was known </w:t>
      </w:r>
      <w:r>
        <w:rPr>
          <w:color w:val="FF6600"/>
        </w:rPr>
        <w:t xml:space="preserve">that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supply </w:t>
      </w:r>
      <w:r>
        <w:rPr>
          <w:color w:val="FF6600"/>
        </w:rPr>
        <w:t xml:space="preserve">of </w:t>
      </w:r>
      <w:r>
        <w:rPr>
          <w:color w:val="00FFCC"/>
        </w:rPr>
        <w:t xml:space="preserve">cartridges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was decided </w:t>
      </w:r>
      <w:r>
        <w:rPr>
          <w:color w:val="000000"/>
        </w:rPr>
        <w:t xml:space="preserve">to </w:t>
      </w:r>
      <w:r>
        <w:rPr>
          <w:color w:val="CC3399"/>
        </w:rPr>
        <w:t xml:space="preserve">set </w:t>
      </w:r>
      <w:r>
        <w:rPr>
          <w:color w:val="000000"/>
        </w:rPr>
        <w:t xml:space="preserve">the </w:t>
      </w:r>
      <w:r>
        <w:rPr>
          <w:color w:val="00FFCC"/>
        </w:rPr>
        <w:t xml:space="preserve">gun </w:t>
      </w:r>
      <w:r>
        <w:rPr>
          <w:color w:val="00787F"/>
        </w:rPr>
        <w:t xml:space="preserve">up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foot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Flagstaff </w:t>
      </w:r>
      <w:r>
        <w:rPr>
          <w:color w:val="000000"/>
        </w:rPr>
        <w:t xml:space="preserve">, </w:t>
      </w:r>
      <w:r>
        <w:rPr>
          <w:color w:val="FF6600"/>
        </w:rPr>
        <w:t xml:space="preserve">like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piece </w:t>
      </w:r>
      <w:r>
        <w:rPr>
          <w:color w:val="FF6600"/>
        </w:rPr>
        <w:t xml:space="preserve">of </w:t>
      </w:r>
      <w:r>
        <w:rPr>
          <w:color w:val="00FFCC"/>
        </w:rPr>
        <w:t xml:space="preserve">artillery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to </w:t>
      </w:r>
      <w:r>
        <w:rPr>
          <w:color w:val="CC3399"/>
        </w:rPr>
        <w:t xml:space="preserve">fire </w:t>
      </w:r>
      <w:r>
        <w:rPr>
          <w:color w:val="000000"/>
        </w:rPr>
        <w:t xml:space="preserve">it </w:t>
      </w:r>
      <w:r>
        <w:rPr>
          <w:color w:val="00787F"/>
        </w:rPr>
        <w:t xml:space="preserve">twice </w:t>
      </w:r>
      <w:r>
        <w:rPr>
          <w:color w:val="000000"/>
        </w:rPr>
        <w:t xml:space="preserve">a </w:t>
      </w:r>
      <w:r>
        <w:rPr>
          <w:color w:val="00FFCC"/>
        </w:rPr>
        <w:t xml:space="preserve">year </w:t>
      </w:r>
      <w:r>
        <w:rPr>
          <w:color w:val="000000"/>
        </w:rPr>
        <w:t xml:space="preserve">-- </w:t>
      </w:r>
      <w:r>
        <w:rPr>
          <w:color w:val="00787F"/>
        </w:rPr>
        <w:t xml:space="preserve">once </w:t>
      </w:r>
      <w:r>
        <w:rPr>
          <w:color w:val="FF6600"/>
        </w:rPr>
        <w:t xml:space="preserve">on </w:t>
      </w:r>
      <w:r>
        <w:rPr>
          <w:color w:val="00FFCC"/>
        </w:rPr>
        <w:t xml:space="preserve">October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twelfth </w:t>
      </w:r>
      <w:r>
        <w:rPr>
          <w:color w:val="000000"/>
        </w:rPr>
        <w:t xml:space="preserve">, the </w:t>
      </w:r>
      <w:r>
        <w:rPr>
          <w:color w:val="00FFCC"/>
        </w:rPr>
        <w:t xml:space="preserve">anniversary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Cowshed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once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Midsummer Day </w:t>
      </w:r>
      <w:r>
        <w:rPr>
          <w:color w:val="000000"/>
        </w:rPr>
        <w:t xml:space="preserve">, the </w:t>
      </w:r>
      <w:r>
        <w:rPr>
          <w:color w:val="00FFCC"/>
        </w:rPr>
        <w:t xml:space="preserve">anniversary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Chapter V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As </w:t>
      </w:r>
      <w:r>
        <w:rPr>
          <w:color w:val="00FFCC"/>
        </w:rPr>
        <w:t xml:space="preserve">winter drew </w:t>
      </w:r>
      <w:r>
        <w:rPr>
          <w:color w:val="FF6600"/>
        </w:rPr>
        <w:t xml:space="preserve">on </w:t>
      </w:r>
      <w:r>
        <w:rPr>
          <w:color w:val="000000"/>
        </w:rPr>
        <w:t xml:space="preserve">, </w:t>
      </w:r>
      <w:r>
        <w:rPr>
          <w:color w:val="00FFCC"/>
        </w:rPr>
        <w:t xml:space="preserve">Mollie </w:t>
      </w:r>
      <w:r>
        <w:rPr>
          <w:color w:val="CC3399"/>
        </w:rPr>
        <w:t xml:space="preserve">became </w:t>
      </w:r>
      <w:r>
        <w:rPr>
          <w:color w:val="00787F"/>
        </w:rPr>
        <w:t xml:space="preserve">more </w:t>
      </w:r>
      <w:r>
        <w:rPr>
          <w:color w:val="FF0066"/>
        </w:rPr>
        <w:t xml:space="preserve">and </w:t>
      </w:r>
      <w:r>
        <w:rPr>
          <w:color w:val="00787F"/>
        </w:rPr>
        <w:t xml:space="preserve">more </w:t>
      </w:r>
      <w:r>
        <w:rPr>
          <w:color w:val="33CCFF"/>
        </w:rPr>
        <w:t xml:space="preserve">troublesome </w:t>
      </w:r>
      <w:r>
        <w:rPr>
          <w:color w:val="000000"/>
        </w:rPr>
        <w:t xml:space="preserve">. She </w:t>
      </w:r>
      <w:r>
        <w:rPr>
          <w:color w:val="CC3399"/>
        </w:rPr>
        <w:t xml:space="preserve">was </w:t>
      </w:r>
      <w:r>
        <w:rPr>
          <w:color w:val="33CCFF"/>
        </w:rPr>
        <w:t xml:space="preserve">late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FFCC"/>
        </w:rPr>
        <w:t xml:space="preserve">work </w:t>
      </w:r>
      <w:r>
        <w:rPr>
          <w:color w:val="000000"/>
        </w:rPr>
        <w:t xml:space="preserve">every </w:t>
      </w:r>
      <w:r>
        <w:rPr>
          <w:color w:val="00FFCC"/>
        </w:rPr>
        <w:t xml:space="preserve">morning </w:t>
      </w:r>
      <w:r>
        <w:rPr>
          <w:color w:val="FF0066"/>
        </w:rPr>
        <w:t xml:space="preserve">and </w:t>
      </w:r>
      <w:r>
        <w:rPr>
          <w:color w:val="CC3399"/>
        </w:rPr>
        <w:t xml:space="preserve">excused </w:t>
      </w:r>
      <w:r>
        <w:rPr>
          <w:color w:val="000000"/>
        </w:rPr>
        <w:t xml:space="preserve">herself </w:t>
      </w:r>
      <w:r>
        <w:rPr>
          <w:color w:val="FF6600"/>
        </w:rPr>
        <w:t xml:space="preserve">by </w:t>
      </w:r>
      <w:r>
        <w:rPr>
          <w:color w:val="CC3399"/>
        </w:rPr>
        <w:t xml:space="preserve">saying </w:t>
      </w:r>
      <w:r>
        <w:rPr>
          <w:color w:val="FF6600"/>
        </w:rPr>
        <w:t xml:space="preserve">that </w:t>
      </w:r>
      <w:r>
        <w:rPr>
          <w:color w:val="000000"/>
        </w:rPr>
        <w:t xml:space="preserve">she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overslept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she </w:t>
      </w:r>
      <w:r>
        <w:rPr>
          <w:color w:val="CC3399"/>
        </w:rPr>
        <w:t xml:space="preserve">complained </w:t>
      </w:r>
      <w:r>
        <w:rPr>
          <w:color w:val="FF6600"/>
        </w:rPr>
        <w:t xml:space="preserve">of </w:t>
      </w:r>
      <w:r>
        <w:rPr>
          <w:color w:val="33CCFF"/>
        </w:rPr>
        <w:t xml:space="preserve">mysterious </w:t>
      </w:r>
      <w:r>
        <w:rPr>
          <w:color w:val="00FFCC"/>
        </w:rPr>
        <w:t xml:space="preserve">pains </w:t>
      </w:r>
      <w:r>
        <w:rPr>
          <w:color w:val="000000"/>
        </w:rPr>
        <w:t xml:space="preserve">, </w:t>
      </w:r>
      <w:r>
        <w:rPr>
          <w:color w:val="FF6600"/>
        </w:rPr>
        <w:t xml:space="preserve">although </w:t>
      </w:r>
      <w:r>
        <w:rPr>
          <w:color w:val="000000"/>
        </w:rPr>
        <w:t xml:space="preserve">her </w:t>
      </w:r>
      <w:r>
        <w:rPr>
          <w:color w:val="00FFCC"/>
        </w:rPr>
        <w:t xml:space="preserve">appetite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33CCFF"/>
        </w:rPr>
        <w:t xml:space="preserve">excellent </w:t>
      </w:r>
      <w:r>
        <w:rPr>
          <w:color w:val="000000"/>
        </w:rPr>
        <w:t xml:space="preserve">. </w:t>
      </w:r>
      <w:r>
        <w:rPr>
          <w:color w:val="FF6600"/>
        </w:rPr>
        <w:t xml:space="preserve">On </w:t>
      </w:r>
      <w:r>
        <w:rPr>
          <w:color w:val="000000"/>
        </w:rPr>
        <w:t xml:space="preserve">every </w:t>
      </w:r>
      <w:r>
        <w:rPr>
          <w:color w:val="00FFCC"/>
        </w:rPr>
        <w:t xml:space="preserve">kind </w:t>
      </w:r>
      <w:r>
        <w:rPr>
          <w:color w:val="FF6600"/>
        </w:rPr>
        <w:t xml:space="preserve">of </w:t>
      </w:r>
      <w:r>
        <w:rPr>
          <w:color w:val="00FFCC"/>
        </w:rPr>
        <w:t xml:space="preserve">pretext </w:t>
      </w:r>
      <w:r>
        <w:rPr>
          <w:color w:val="000000"/>
        </w:rPr>
        <w:t xml:space="preserve">she </w:t>
      </w:r>
      <w:r>
        <w:rPr>
          <w:color w:val="003E3E"/>
        </w:rPr>
        <w:t xml:space="preserve">would </w:t>
      </w:r>
      <w:r>
        <w:rPr>
          <w:color w:val="CC3399"/>
        </w:rPr>
        <w:t xml:space="preserve">run </w:t>
      </w:r>
      <w:r>
        <w:rPr>
          <w:color w:val="00787F"/>
        </w:rPr>
        <w:t xml:space="preserve">away </w:t>
      </w:r>
      <w:r>
        <w:rPr>
          <w:color w:val="FF6600"/>
        </w:rPr>
        <w:t xml:space="preserve">from </w:t>
      </w:r>
      <w:r>
        <w:rPr>
          <w:color w:val="00FFCC"/>
        </w:rPr>
        <w:t xml:space="preserve">work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go </w:t>
      </w:r>
      <w:r>
        <w:rPr>
          <w:color w:val="000000"/>
        </w:rPr>
        <w:t xml:space="preserve">to the </w:t>
      </w:r>
      <w:r>
        <w:rPr>
          <w:color w:val="00FFCC"/>
        </w:rPr>
        <w:t xml:space="preserve">drinking pool </w:t>
      </w:r>
      <w:r>
        <w:rPr>
          <w:color w:val="000000"/>
        </w:rPr>
        <w:t xml:space="preserve">, where she </w:t>
      </w:r>
      <w:r>
        <w:rPr>
          <w:color w:val="003E3E"/>
        </w:rPr>
        <w:t>wo</w:t>
      </w:r>
      <w:r>
        <w:rPr>
          <w:color w:val="003E3E"/>
        </w:rPr>
        <w:t xml:space="preserve">uld </w:t>
      </w:r>
      <w:r>
        <w:rPr>
          <w:color w:val="CC3399"/>
        </w:rPr>
        <w:t xml:space="preserve">stand </w:t>
      </w:r>
      <w:r>
        <w:rPr>
          <w:color w:val="00787F"/>
        </w:rPr>
        <w:t xml:space="preserve">foolishly </w:t>
      </w:r>
      <w:r>
        <w:rPr>
          <w:color w:val="CC3399"/>
        </w:rPr>
        <w:t xml:space="preserve">gazing </w:t>
      </w:r>
      <w:r>
        <w:rPr>
          <w:color w:val="FF6600"/>
        </w:rPr>
        <w:t xml:space="preserve">at </w:t>
      </w:r>
      <w:r>
        <w:rPr>
          <w:color w:val="000000"/>
        </w:rPr>
        <w:t xml:space="preserve">her </w:t>
      </w:r>
      <w:r>
        <w:rPr>
          <w:color w:val="33CCFF"/>
        </w:rPr>
        <w:t xml:space="preserve">own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reflection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water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00787F"/>
        </w:rPr>
        <w:t xml:space="preserve">also </w:t>
      </w:r>
      <w:r>
        <w:rPr>
          <w:color w:val="00FFCC"/>
        </w:rPr>
        <w:t xml:space="preserve">rumours </w:t>
      </w:r>
      <w:r>
        <w:rPr>
          <w:color w:val="FF6600"/>
        </w:rPr>
        <w:t xml:space="preserve">of </w:t>
      </w:r>
      <w:r>
        <w:rPr>
          <w:color w:val="00FFCC"/>
        </w:rPr>
        <w:t xml:space="preserve">something </w:t>
      </w:r>
      <w:r>
        <w:rPr>
          <w:color w:val="00787F"/>
        </w:rPr>
        <w:t xml:space="preserve">more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serious </w:t>
      </w:r>
      <w:r>
        <w:rPr>
          <w:color w:val="000000"/>
        </w:rPr>
        <w:t xml:space="preserve">. One </w:t>
      </w:r>
      <w:r>
        <w:rPr>
          <w:color w:val="00FFCC"/>
        </w:rPr>
        <w:t xml:space="preserve">day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FFCC"/>
        </w:rPr>
        <w:t xml:space="preserve">Mollie </w:t>
      </w:r>
      <w:r>
        <w:rPr>
          <w:color w:val="CC3399"/>
        </w:rPr>
        <w:t xml:space="preserve">strolled </w:t>
      </w:r>
      <w:r>
        <w:rPr>
          <w:color w:val="00787F"/>
        </w:rPr>
        <w:t xml:space="preserve">blithely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, </w:t>
      </w:r>
      <w:r>
        <w:rPr>
          <w:color w:val="CC3399"/>
        </w:rPr>
        <w:t xml:space="preserve">flirting </w:t>
      </w:r>
      <w:r>
        <w:rPr>
          <w:color w:val="000000"/>
        </w:rPr>
        <w:t xml:space="preserve">her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long </w:t>
      </w:r>
      <w:r>
        <w:rPr>
          <w:color w:val="00FFCC"/>
        </w:rPr>
        <w:t xml:space="preserve">tail </w:t>
      </w:r>
      <w:r>
        <w:rPr>
          <w:color w:val="FF0066"/>
        </w:rPr>
        <w:t xml:space="preserve">and </w:t>
      </w:r>
      <w:r>
        <w:rPr>
          <w:color w:val="00FFCC"/>
        </w:rPr>
        <w:t xml:space="preserve">chewing </w:t>
      </w:r>
      <w:r>
        <w:rPr>
          <w:color w:val="FF6600"/>
        </w:rPr>
        <w:t xml:space="preserve">at </w:t>
      </w:r>
      <w:r>
        <w:rPr>
          <w:color w:val="000000"/>
        </w:rPr>
        <w:t xml:space="preserve">a </w:t>
      </w:r>
      <w:r>
        <w:rPr>
          <w:color w:val="00FFCC"/>
        </w:rPr>
        <w:t xml:space="preserve">stalk </w:t>
      </w:r>
      <w:r>
        <w:rPr>
          <w:color w:val="FF6600"/>
        </w:rPr>
        <w:t xml:space="preserve">of </w:t>
      </w:r>
      <w:r>
        <w:rPr>
          <w:color w:val="00FFCC"/>
        </w:rPr>
        <w:t xml:space="preserve">hay </w:t>
      </w:r>
      <w:r>
        <w:rPr>
          <w:color w:val="000000"/>
        </w:rPr>
        <w:t xml:space="preserve">, </w:t>
      </w:r>
      <w:r>
        <w:rPr>
          <w:color w:val="00FFCC"/>
        </w:rPr>
        <w:t xml:space="preserve">Clover </w:t>
      </w:r>
      <w:r>
        <w:rPr>
          <w:color w:val="CC3399"/>
        </w:rPr>
        <w:t xml:space="preserve">took </w:t>
      </w:r>
      <w:r>
        <w:rPr>
          <w:color w:val="000000"/>
        </w:rPr>
        <w:t xml:space="preserve">her </w:t>
      </w:r>
      <w:r>
        <w:rPr>
          <w:color w:val="00FFCC"/>
        </w:rPr>
        <w:t xml:space="preserve">aside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Mollie </w:t>
      </w:r>
      <w:r>
        <w:rPr>
          <w:color w:val="000000"/>
        </w:rPr>
        <w:t xml:space="preserve">, '' she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`` I </w:t>
      </w:r>
      <w:r>
        <w:rPr>
          <w:color w:val="CC3399"/>
        </w:rPr>
        <w:t xml:space="preserve">have </w:t>
      </w:r>
      <w:r>
        <w:rPr>
          <w:color w:val="00FFCC"/>
        </w:rPr>
        <w:t xml:space="preserve">something </w:t>
      </w:r>
      <w:r>
        <w:rPr>
          <w:color w:val="00787F"/>
        </w:rPr>
        <w:t xml:space="preserve">very </w:t>
      </w:r>
      <w:r>
        <w:rPr>
          <w:color w:val="33CCFF"/>
        </w:rPr>
        <w:t xml:space="preserve">serious </w:t>
      </w:r>
      <w:r>
        <w:rPr>
          <w:color w:val="000000"/>
        </w:rPr>
        <w:t xml:space="preserve">to </w:t>
      </w:r>
      <w:r>
        <w:rPr>
          <w:color w:val="CC3399"/>
        </w:rPr>
        <w:t xml:space="preserve">say </w:t>
      </w:r>
      <w:r>
        <w:rPr>
          <w:color w:val="000000"/>
        </w:rPr>
        <w:t xml:space="preserve">to you . This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morning </w:t>
      </w:r>
      <w:r>
        <w:rPr>
          <w:color w:val="000000"/>
        </w:rPr>
        <w:t xml:space="preserve">I </w:t>
      </w:r>
      <w:r>
        <w:rPr>
          <w:color w:val="CC3399"/>
        </w:rPr>
        <w:t xml:space="preserve">saw </w:t>
      </w:r>
      <w:r>
        <w:rPr>
          <w:color w:val="000000"/>
        </w:rPr>
        <w:t xml:space="preserve">you </w:t>
      </w:r>
      <w:r>
        <w:rPr>
          <w:color w:val="CC3399"/>
        </w:rPr>
        <w:t xml:space="preserve">looking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00FFCC"/>
        </w:rPr>
        <w:t xml:space="preserve">hedge </w:t>
      </w:r>
      <w:r>
        <w:rPr>
          <w:color w:val="000000"/>
        </w:rPr>
        <w:t xml:space="preserve">that </w:t>
      </w:r>
      <w:r>
        <w:rPr>
          <w:color w:val="CC3399"/>
        </w:rPr>
        <w:t xml:space="preserve">divides </w:t>
      </w:r>
      <w:r>
        <w:rPr>
          <w:color w:val="00FFCC"/>
        </w:rPr>
        <w:t xml:space="preserve">Animal Farm </w:t>
      </w:r>
      <w:r>
        <w:rPr>
          <w:color w:val="FF6600"/>
        </w:rPr>
        <w:t xml:space="preserve">from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Foxwood </w:t>
      </w:r>
      <w:r>
        <w:rPr>
          <w:color w:val="000000"/>
        </w:rPr>
        <w:t xml:space="preserve">. One </w:t>
      </w:r>
      <w:r>
        <w:rPr>
          <w:color w:val="FF6600"/>
        </w:rPr>
        <w:t xml:space="preserve">of </w:t>
      </w:r>
      <w:r>
        <w:rPr>
          <w:color w:val="00FFCC"/>
        </w:rPr>
        <w:t xml:space="preserve">Mr. Pilkington </w:t>
      </w:r>
      <w:r>
        <w:rPr>
          <w:color w:val="000000"/>
        </w:rPr>
        <w:t xml:space="preserve">'s </w:t>
      </w:r>
      <w:r>
        <w:rPr>
          <w:color w:val="00FFCC"/>
        </w:rPr>
        <w:t xml:space="preserve">men </w:t>
      </w:r>
      <w:r>
        <w:rPr>
          <w:color w:val="CC3399"/>
        </w:rPr>
        <w:t xml:space="preserve">was standing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side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hedge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-- I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long </w:t>
      </w:r>
      <w:r>
        <w:rPr>
          <w:color w:val="00FFCC"/>
        </w:rPr>
        <w:t xml:space="preserve">way </w:t>
      </w:r>
      <w:r>
        <w:rPr>
          <w:color w:val="00787F"/>
        </w:rPr>
        <w:t xml:space="preserve">away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I </w:t>
      </w:r>
      <w:r>
        <w:rPr>
          <w:color w:val="CC3399"/>
        </w:rPr>
        <w:t xml:space="preserve">am </w:t>
      </w:r>
      <w:r>
        <w:rPr>
          <w:color w:val="00787F"/>
        </w:rPr>
        <w:t xml:space="preserve">almost </w:t>
      </w:r>
      <w:r>
        <w:rPr>
          <w:color w:val="33CCFF"/>
        </w:rPr>
        <w:t xml:space="preserve">certain </w:t>
      </w:r>
      <w:r>
        <w:rPr>
          <w:color w:val="000000"/>
        </w:rPr>
        <w:t xml:space="preserve">I </w:t>
      </w:r>
      <w:r>
        <w:rPr>
          <w:color w:val="CC3399"/>
        </w:rPr>
        <w:t xml:space="preserve">saw </w:t>
      </w:r>
      <w:r>
        <w:rPr>
          <w:color w:val="000000"/>
        </w:rPr>
        <w:t xml:space="preserve">this -- 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talking </w:t>
      </w:r>
      <w:r>
        <w:rPr>
          <w:color w:val="000000"/>
        </w:rPr>
        <w:t xml:space="preserve">to you </w:t>
      </w:r>
      <w:r>
        <w:rPr>
          <w:color w:val="FF0066"/>
        </w:rPr>
        <w:t xml:space="preserve">and </w:t>
      </w:r>
      <w:r>
        <w:rPr>
          <w:color w:val="000000"/>
        </w:rPr>
        <w:t xml:space="preserve">you </w:t>
      </w:r>
      <w:r>
        <w:rPr>
          <w:color w:val="CC3399"/>
        </w:rPr>
        <w:t xml:space="preserve">were allowing </w:t>
      </w:r>
      <w:r>
        <w:rPr>
          <w:color w:val="000000"/>
        </w:rPr>
        <w:t xml:space="preserve">him to </w:t>
      </w:r>
      <w:r>
        <w:rPr>
          <w:color w:val="CC3399"/>
        </w:rPr>
        <w:t xml:space="preserve">stroke </w:t>
      </w:r>
      <w:r>
        <w:rPr>
          <w:color w:val="000000"/>
        </w:rPr>
        <w:t xml:space="preserve">your </w:t>
      </w:r>
      <w:r>
        <w:rPr>
          <w:color w:val="00FFCC"/>
        </w:rPr>
        <w:t xml:space="preserve">nose </w:t>
      </w:r>
      <w:r>
        <w:rPr>
          <w:color w:val="000000"/>
        </w:rPr>
        <w:t xml:space="preserve">. What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does </w:t>
      </w:r>
      <w:r>
        <w:rPr>
          <w:color w:val="FF6600"/>
        </w:rPr>
        <w:t xml:space="preserve">that </w:t>
      </w:r>
      <w:r>
        <w:rPr>
          <w:color w:val="CC3399"/>
        </w:rPr>
        <w:t xml:space="preserve">mean </w:t>
      </w:r>
      <w:r>
        <w:rPr>
          <w:color w:val="000000"/>
        </w:rPr>
        <w:t xml:space="preserve">, </w:t>
      </w:r>
      <w:r>
        <w:rPr>
          <w:color w:val="00FFCC"/>
        </w:rPr>
        <w:t xml:space="preserve">Mollie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He </w:t>
      </w:r>
      <w:r>
        <w:rPr>
          <w:color w:val="CC3399"/>
        </w:rPr>
        <w:t xml:space="preserve">did </w:t>
      </w:r>
      <w:r>
        <w:rPr>
          <w:color w:val="00787F"/>
        </w:rPr>
        <w:t xml:space="preserve">n't </w:t>
      </w:r>
      <w:r>
        <w:rPr>
          <w:color w:val="000000"/>
        </w:rPr>
        <w:t xml:space="preserve">! I </w:t>
      </w:r>
      <w:r>
        <w:rPr>
          <w:color w:val="CC3399"/>
        </w:rPr>
        <w:t xml:space="preserve">was </w:t>
      </w:r>
      <w:r>
        <w:rPr>
          <w:color w:val="00787F"/>
        </w:rPr>
        <w:t xml:space="preserve">n't </w:t>
      </w:r>
      <w:r>
        <w:rPr>
          <w:color w:val="000000"/>
        </w:rPr>
        <w:t xml:space="preserve">! It </w:t>
      </w:r>
      <w:r>
        <w:rPr>
          <w:color w:val="CC3399"/>
        </w:rPr>
        <w:t xml:space="preserve">is </w:t>
      </w:r>
      <w:r>
        <w:rPr>
          <w:color w:val="00787F"/>
        </w:rPr>
        <w:t xml:space="preserve">n't </w:t>
      </w:r>
      <w:r>
        <w:rPr>
          <w:color w:val="33CCFF"/>
        </w:rPr>
        <w:t xml:space="preserve">true </w:t>
      </w:r>
      <w:r>
        <w:rPr>
          <w:color w:val="000000"/>
        </w:rPr>
        <w:t xml:space="preserve">! '' </w:t>
      </w:r>
      <w:r>
        <w:rPr>
          <w:color w:val="CC3399"/>
        </w:rPr>
        <w:t xml:space="preserve">cried </w:t>
      </w:r>
      <w:r>
        <w:rPr>
          <w:color w:val="00FFCC"/>
        </w:rPr>
        <w:t xml:space="preserve">Mollie </w:t>
      </w:r>
      <w:r>
        <w:rPr>
          <w:color w:val="000000"/>
        </w:rPr>
        <w:t xml:space="preserve">, </w:t>
      </w:r>
      <w:r>
        <w:rPr>
          <w:color w:val="CC3399"/>
        </w:rPr>
        <w:t xml:space="preserve">beginning </w:t>
      </w:r>
      <w:r>
        <w:rPr>
          <w:color w:val="000000"/>
        </w:rPr>
        <w:t xml:space="preserve">to </w:t>
      </w:r>
      <w:r>
        <w:rPr>
          <w:color w:val="CC3399"/>
        </w:rPr>
        <w:t xml:space="preserve">prance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about </w:t>
      </w:r>
      <w:r>
        <w:rPr>
          <w:color w:val="FF0066"/>
        </w:rPr>
        <w:t xml:space="preserve">and </w:t>
      </w:r>
      <w:r>
        <w:rPr>
          <w:color w:val="CC3399"/>
        </w:rPr>
        <w:t xml:space="preserve">paw </w:t>
      </w:r>
      <w:r>
        <w:rPr>
          <w:color w:val="000000"/>
        </w:rPr>
        <w:t xml:space="preserve">the </w:t>
      </w:r>
      <w:r>
        <w:rPr>
          <w:color w:val="00FFCC"/>
        </w:rPr>
        <w:t xml:space="preserve">ground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Mollie </w:t>
      </w:r>
      <w:r>
        <w:rPr>
          <w:color w:val="000000"/>
        </w:rPr>
        <w:t xml:space="preserve">! </w:t>
      </w:r>
      <w:r>
        <w:rPr>
          <w:color w:val="CC3399"/>
        </w:rPr>
        <w:t xml:space="preserve">Look </w:t>
      </w:r>
      <w:r>
        <w:rPr>
          <w:color w:val="000000"/>
        </w:rPr>
        <w:t xml:space="preserve">me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face </w:t>
      </w:r>
      <w:r>
        <w:rPr>
          <w:color w:val="000000"/>
        </w:rPr>
        <w:t xml:space="preserve">. </w:t>
      </w:r>
      <w:r>
        <w:rPr>
          <w:color w:val="CC3399"/>
        </w:rPr>
        <w:t xml:space="preserve">Do </w:t>
      </w:r>
      <w:r>
        <w:rPr>
          <w:color w:val="000000"/>
        </w:rPr>
        <w:t xml:space="preserve">you </w:t>
      </w:r>
      <w:r>
        <w:rPr>
          <w:color w:val="CC3399"/>
        </w:rPr>
        <w:t xml:space="preserve">give </w:t>
      </w:r>
      <w:r>
        <w:rPr>
          <w:color w:val="000000"/>
        </w:rPr>
        <w:t xml:space="preserve">me your </w:t>
      </w:r>
      <w:r>
        <w:rPr>
          <w:color w:val="00FFCC"/>
        </w:rPr>
        <w:t xml:space="preserve">word </w:t>
      </w:r>
      <w:r>
        <w:rPr>
          <w:color w:val="FF6600"/>
        </w:rPr>
        <w:t xml:space="preserve">of </w:t>
      </w:r>
      <w:r>
        <w:rPr>
          <w:color w:val="00FFCC"/>
        </w:rPr>
        <w:t xml:space="preserve">honour </w:t>
      </w:r>
      <w:r>
        <w:rPr>
          <w:color w:val="000000"/>
        </w:rPr>
        <w:t xml:space="preserve">that that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man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CC3399"/>
        </w:rPr>
        <w:t xml:space="preserve">stroking </w:t>
      </w:r>
      <w:r>
        <w:rPr>
          <w:color w:val="000000"/>
        </w:rPr>
        <w:t xml:space="preserve">your </w:t>
      </w:r>
      <w:r>
        <w:rPr>
          <w:color w:val="00FFCC"/>
        </w:rPr>
        <w:t xml:space="preserve">nose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It </w:t>
      </w:r>
      <w:r>
        <w:rPr>
          <w:color w:val="CC3399"/>
        </w:rPr>
        <w:t xml:space="preserve">is </w:t>
      </w:r>
      <w:r>
        <w:rPr>
          <w:color w:val="00787F"/>
        </w:rPr>
        <w:t xml:space="preserve">n't </w:t>
      </w:r>
      <w:r>
        <w:rPr>
          <w:color w:val="33CCFF"/>
        </w:rPr>
        <w:t xml:space="preserve">true </w:t>
      </w:r>
      <w:r>
        <w:rPr>
          <w:color w:val="000000"/>
        </w:rPr>
        <w:t xml:space="preserve">! '' </w:t>
      </w:r>
      <w:r>
        <w:rPr>
          <w:color w:val="CC3399"/>
        </w:rPr>
        <w:t xml:space="preserve">repeated </w:t>
      </w:r>
      <w:r>
        <w:rPr>
          <w:color w:val="00FFCC"/>
        </w:rPr>
        <w:t xml:space="preserve">Mollie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she </w:t>
      </w: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CC3399"/>
        </w:rPr>
        <w:t xml:space="preserve">look </w:t>
      </w:r>
      <w:r>
        <w:rPr>
          <w:color w:val="00FFCC"/>
        </w:rPr>
        <w:t xml:space="preserve">Clover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face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next </w:t>
      </w:r>
      <w:r>
        <w:rPr>
          <w:color w:val="00FFCC"/>
        </w:rPr>
        <w:t xml:space="preserve">moment </w:t>
      </w:r>
      <w:r>
        <w:rPr>
          <w:color w:val="000000"/>
        </w:rPr>
        <w:t xml:space="preserve">she </w:t>
      </w:r>
      <w:r>
        <w:rPr>
          <w:color w:val="CC3399"/>
        </w:rPr>
        <w:t xml:space="preserve">took </w:t>
      </w:r>
      <w:r>
        <w:rPr>
          <w:color w:val="000000"/>
        </w:rPr>
        <w:t xml:space="preserve">to </w:t>
      </w:r>
      <w:r>
        <w:rPr>
          <w:color w:val="000000"/>
        </w:rPr>
        <w:t xml:space="preserve">her </w:t>
      </w:r>
      <w:r>
        <w:rPr>
          <w:color w:val="00FFCC"/>
        </w:rPr>
        <w:t xml:space="preserve">heels </w:t>
      </w:r>
      <w:r>
        <w:rPr>
          <w:color w:val="FF0066"/>
        </w:rPr>
        <w:t xml:space="preserve">and </w:t>
      </w:r>
      <w:r>
        <w:rPr>
          <w:color w:val="CC3399"/>
        </w:rPr>
        <w:t xml:space="preserve">galloped </w:t>
      </w:r>
      <w:r>
        <w:rPr>
          <w:color w:val="00787F"/>
        </w:rPr>
        <w:t xml:space="preserve">away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field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A </w:t>
      </w:r>
      <w:r>
        <w:rPr>
          <w:color w:val="33CCFF"/>
        </w:rPr>
        <w:t xml:space="preserve">thought </w:t>
      </w:r>
      <w:r>
        <w:rPr>
          <w:color w:val="00FFCC"/>
        </w:rPr>
        <w:t xml:space="preserve">struck Clover </w:t>
      </w:r>
      <w:r>
        <w:rPr>
          <w:color w:val="000000"/>
        </w:rPr>
        <w:t xml:space="preserve">. </w:t>
      </w:r>
      <w:r>
        <w:rPr>
          <w:color w:val="FF6600"/>
        </w:rPr>
        <w:t xml:space="preserve">Without </w:t>
      </w:r>
      <w:r>
        <w:rPr>
          <w:color w:val="CC3399"/>
        </w:rPr>
        <w:t xml:space="preserve">saying </w:t>
      </w:r>
      <w:r>
        <w:rPr>
          <w:color w:val="00FFCC"/>
        </w:rPr>
        <w:t xml:space="preserve">anything </w:t>
      </w:r>
      <w:r>
        <w:rPr>
          <w:color w:val="000000"/>
        </w:rPr>
        <w:t xml:space="preserve">to the </w:t>
      </w:r>
      <w:r>
        <w:rPr>
          <w:color w:val="00FFCC"/>
        </w:rPr>
        <w:t xml:space="preserve">others </w:t>
      </w:r>
      <w:r>
        <w:rPr>
          <w:color w:val="000000"/>
        </w:rPr>
        <w:t xml:space="preserve">, she </w:t>
      </w:r>
      <w:r>
        <w:rPr>
          <w:color w:val="CC3399"/>
        </w:rPr>
        <w:t xml:space="preserve">went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00FFCC"/>
        </w:rPr>
        <w:t xml:space="preserve">Mollie </w:t>
      </w:r>
      <w:r>
        <w:rPr>
          <w:color w:val="000000"/>
        </w:rPr>
        <w:t xml:space="preserve">'s </w:t>
      </w:r>
      <w:r>
        <w:rPr>
          <w:color w:val="00FFCC"/>
        </w:rPr>
        <w:t xml:space="preserve">stall </w:t>
      </w:r>
      <w:r>
        <w:rPr>
          <w:color w:val="FF0066"/>
        </w:rPr>
        <w:t xml:space="preserve">and </w:t>
      </w:r>
      <w:r>
        <w:rPr>
          <w:color w:val="CC3399"/>
        </w:rPr>
        <w:t xml:space="preserve">turned </w:t>
      </w:r>
      <w:r>
        <w:rPr>
          <w:color w:val="000000"/>
        </w:rPr>
        <w:t xml:space="preserve">over the </w:t>
      </w:r>
      <w:r>
        <w:rPr>
          <w:color w:val="00FFCC"/>
        </w:rPr>
        <w:t xml:space="preserve">straw </w:t>
      </w:r>
      <w:r>
        <w:rPr>
          <w:color w:val="FF6600"/>
        </w:rPr>
        <w:t xml:space="preserve">with </w:t>
      </w:r>
      <w:r>
        <w:rPr>
          <w:color w:val="000000"/>
        </w:rPr>
        <w:t xml:space="preserve">her </w:t>
      </w:r>
      <w:r>
        <w:rPr>
          <w:color w:val="00FFCC"/>
        </w:rPr>
        <w:t xml:space="preserve">hoof </w:t>
      </w:r>
      <w:r>
        <w:rPr>
          <w:color w:val="000000"/>
        </w:rPr>
        <w:t xml:space="preserve">. </w:t>
      </w:r>
      <w:r>
        <w:rPr>
          <w:color w:val="00FFCC"/>
        </w:rPr>
        <w:t xml:space="preserve">Hidden </w:t>
      </w:r>
      <w:r>
        <w:rPr>
          <w:color w:val="FF6600"/>
        </w:rPr>
        <w:t xml:space="preserve">under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straw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</w:t>
      </w:r>
      <w:r>
        <w:rPr>
          <w:color w:val="00FFCC"/>
        </w:rPr>
        <w:t xml:space="preserve">pile </w:t>
      </w:r>
      <w:r>
        <w:rPr>
          <w:color w:val="FF6600"/>
        </w:rPr>
        <w:t xml:space="preserve">of </w:t>
      </w:r>
      <w:r>
        <w:rPr>
          <w:color w:val="00FFCC"/>
        </w:rPr>
        <w:t xml:space="preserve">lump sugar </w:t>
      </w:r>
      <w:r>
        <w:rPr>
          <w:color w:val="FF0066"/>
        </w:rPr>
        <w:t xml:space="preserve">and </w:t>
      </w:r>
      <w:r>
        <w:rPr>
          <w:color w:val="33CCFF"/>
        </w:rPr>
        <w:t xml:space="preserve">several </w:t>
      </w:r>
      <w:r>
        <w:rPr>
          <w:color w:val="00FFCC"/>
        </w:rPr>
        <w:t xml:space="preserve">bunches </w:t>
      </w:r>
      <w:r>
        <w:rPr>
          <w:color w:val="FF6600"/>
        </w:rPr>
        <w:t xml:space="preserve">of </w:t>
      </w:r>
      <w:r>
        <w:rPr>
          <w:color w:val="00FFCC"/>
        </w:rPr>
        <w:t xml:space="preserve">ribbon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different </w:t>
      </w:r>
      <w:r>
        <w:rPr>
          <w:color w:val="00FFCC"/>
        </w:rPr>
        <w:t xml:space="preserve">colours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Three </w:t>
      </w:r>
      <w:r>
        <w:rPr>
          <w:color w:val="00FFCC"/>
        </w:rPr>
        <w:t xml:space="preserve">days </w:t>
      </w:r>
      <w:r>
        <w:rPr>
          <w:color w:val="00787F"/>
        </w:rPr>
        <w:t xml:space="preserve">later </w:t>
      </w:r>
      <w:r>
        <w:rPr>
          <w:color w:val="00FFCC"/>
        </w:rPr>
        <w:t xml:space="preserve">Mollie </w:t>
      </w:r>
      <w:r>
        <w:rPr>
          <w:color w:val="CC3399"/>
        </w:rPr>
        <w:t xml:space="preserve">disappeared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some </w:t>
      </w:r>
      <w:r>
        <w:rPr>
          <w:color w:val="00FFCC"/>
        </w:rPr>
        <w:t xml:space="preserve">weeks nothing </w:t>
      </w:r>
      <w:r>
        <w:rPr>
          <w:color w:val="CC3399"/>
        </w:rPr>
        <w:t xml:space="preserve">was known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her </w:t>
      </w:r>
      <w:r>
        <w:rPr>
          <w:color w:val="00FFCC"/>
        </w:rPr>
        <w:t xml:space="preserve">whereabouts </w:t>
      </w:r>
      <w:r>
        <w:rPr>
          <w:color w:val="000000"/>
        </w:rPr>
        <w:t xml:space="preserve">, </w:t>
      </w:r>
      <w:r>
        <w:rPr>
          <w:color w:val="00787F"/>
        </w:rPr>
        <w:t xml:space="preserve">then </w:t>
      </w:r>
      <w:r>
        <w:rPr>
          <w:color w:val="000000"/>
        </w:rPr>
        <w:t xml:space="preserve">the </w:t>
      </w:r>
      <w:r>
        <w:rPr>
          <w:color w:val="00FFCC"/>
        </w:rPr>
        <w:t xml:space="preserve">pigeons </w:t>
      </w:r>
      <w:r>
        <w:rPr>
          <w:color w:val="CC3399"/>
        </w:rPr>
        <w:t xml:space="preserve">reported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seen </w:t>
      </w:r>
      <w:r>
        <w:rPr>
          <w:color w:val="000000"/>
        </w:rPr>
        <w:t xml:space="preserve">her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other </w:t>
      </w:r>
      <w:r>
        <w:rPr>
          <w:color w:val="00FFCC"/>
        </w:rPr>
        <w:t xml:space="preserve">side </w:t>
      </w:r>
      <w:r>
        <w:rPr>
          <w:color w:val="FF6600"/>
        </w:rPr>
        <w:t xml:space="preserve">of </w:t>
      </w:r>
      <w:r>
        <w:rPr>
          <w:color w:val="00FFCC"/>
        </w:rPr>
        <w:t xml:space="preserve">Willingdon </w:t>
      </w:r>
      <w:r>
        <w:rPr>
          <w:color w:val="000000"/>
        </w:rPr>
        <w:t xml:space="preserve">. She </w:t>
      </w:r>
      <w:r>
        <w:rPr>
          <w:color w:val="CC3399"/>
        </w:rPr>
        <w:t xml:space="preserve">was </w:t>
      </w:r>
      <w:r>
        <w:rPr>
          <w:color w:val="FF6600"/>
        </w:rPr>
        <w:t xml:space="preserve">between </w:t>
      </w:r>
      <w:r>
        <w:rPr>
          <w:color w:val="000000"/>
        </w:rPr>
        <w:t xml:space="preserve">the </w:t>
      </w:r>
      <w:r>
        <w:rPr>
          <w:color w:val="00FFCC"/>
        </w:rPr>
        <w:t xml:space="preserve">shafts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33CCFF"/>
        </w:rPr>
        <w:t xml:space="preserve">smart </w:t>
      </w:r>
      <w:r>
        <w:rPr>
          <w:color w:val="00FFCC"/>
        </w:rPr>
        <w:t xml:space="preserve">dogcart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painted </w:t>
      </w:r>
      <w:r>
        <w:rPr>
          <w:color w:val="33CCFF"/>
        </w:rPr>
        <w:t xml:space="preserve">red </w:t>
      </w:r>
      <w:r>
        <w:rPr>
          <w:color w:val="FF0066"/>
        </w:rPr>
        <w:t xml:space="preserve">and </w:t>
      </w:r>
      <w:r>
        <w:rPr>
          <w:color w:val="33CCFF"/>
        </w:rPr>
        <w:t xml:space="preserve">black </w:t>
      </w:r>
      <w:r>
        <w:rPr>
          <w:color w:val="000000"/>
        </w:rPr>
        <w:t xml:space="preserve">, which </w:t>
      </w:r>
      <w:r>
        <w:rPr>
          <w:color w:val="CC3399"/>
        </w:rPr>
        <w:t xml:space="preserve">was standing </w:t>
      </w:r>
      <w:r>
        <w:rPr>
          <w:color w:val="FF6600"/>
        </w:rPr>
        <w:t xml:space="preserve">outside </w:t>
      </w:r>
      <w:r>
        <w:rPr>
          <w:color w:val="000000"/>
        </w:rPr>
        <w:t xml:space="preserve">a </w:t>
      </w:r>
      <w:r>
        <w:rPr>
          <w:color w:val="00FFCC"/>
        </w:rPr>
        <w:t xml:space="preserve">public-house </w:t>
      </w:r>
      <w:r>
        <w:rPr>
          <w:color w:val="000000"/>
        </w:rPr>
        <w:t xml:space="preserve">. A </w:t>
      </w:r>
      <w:r>
        <w:rPr>
          <w:color w:val="33CCFF"/>
        </w:rPr>
        <w:t xml:space="preserve">fat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red-faced </w:t>
      </w:r>
      <w:r>
        <w:rPr>
          <w:color w:val="00FFCC"/>
        </w:rPr>
        <w:t xml:space="preserve">man </w:t>
      </w:r>
      <w:r>
        <w:rPr>
          <w:color w:val="FF6600"/>
        </w:rPr>
        <w:t xml:space="preserve">in </w:t>
      </w:r>
      <w:r>
        <w:rPr>
          <w:color w:val="00FFCC"/>
        </w:rPr>
        <w:t xml:space="preserve">check breeches </w:t>
      </w:r>
      <w:r>
        <w:rPr>
          <w:color w:val="FF0066"/>
        </w:rPr>
        <w:t xml:space="preserve">and </w:t>
      </w:r>
      <w:r>
        <w:rPr>
          <w:color w:val="00FFCC"/>
        </w:rPr>
        <w:t xml:space="preserve">gaiters </w:t>
      </w:r>
      <w:r>
        <w:rPr>
          <w:color w:val="000000"/>
        </w:rPr>
        <w:t xml:space="preserve">, who </w:t>
      </w:r>
      <w:r>
        <w:rPr>
          <w:color w:val="CC3399"/>
        </w:rPr>
        <w:t xml:space="preserve">looked </w:t>
      </w:r>
      <w:r>
        <w:rPr>
          <w:color w:val="FF6600"/>
        </w:rPr>
        <w:t xml:space="preserve">like </w:t>
      </w:r>
      <w:r>
        <w:rPr>
          <w:color w:val="000000"/>
        </w:rPr>
        <w:t xml:space="preserve">a </w:t>
      </w:r>
      <w:r>
        <w:rPr>
          <w:color w:val="33CCFF"/>
        </w:rPr>
        <w:t xml:space="preserve">publican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stroking </w:t>
      </w:r>
      <w:r>
        <w:rPr>
          <w:color w:val="000000"/>
        </w:rPr>
        <w:t xml:space="preserve">her </w:t>
      </w:r>
      <w:r>
        <w:rPr>
          <w:color w:val="00FFCC"/>
        </w:rPr>
        <w:t xml:space="preserve">nose </w:t>
      </w:r>
      <w:r>
        <w:rPr>
          <w:color w:val="FF0066"/>
        </w:rPr>
        <w:t xml:space="preserve">and </w:t>
      </w:r>
      <w:r>
        <w:rPr>
          <w:color w:val="CC3399"/>
        </w:rPr>
        <w:t xml:space="preserve">feeding </w:t>
      </w:r>
      <w:r>
        <w:rPr>
          <w:color w:val="000000"/>
        </w:rPr>
        <w:t xml:space="preserve">her </w:t>
      </w:r>
      <w:r>
        <w:rPr>
          <w:color w:val="FF6600"/>
        </w:rPr>
        <w:t xml:space="preserve">with </w:t>
      </w:r>
      <w:r>
        <w:rPr>
          <w:color w:val="00FFCC"/>
        </w:rPr>
        <w:t xml:space="preserve">sugar </w:t>
      </w:r>
      <w:r>
        <w:rPr>
          <w:color w:val="000000"/>
        </w:rPr>
        <w:t xml:space="preserve">. Her </w:t>
      </w:r>
      <w:r>
        <w:rPr>
          <w:color w:val="00FFCC"/>
        </w:rPr>
        <w:t xml:space="preserve">coat </w:t>
      </w:r>
      <w:r>
        <w:rPr>
          <w:color w:val="CC3399"/>
        </w:rPr>
        <w:t xml:space="preserve">was </w:t>
      </w:r>
      <w:r>
        <w:rPr>
          <w:color w:val="00787F"/>
        </w:rPr>
        <w:t xml:space="preserve">newly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clipped </w:t>
      </w:r>
      <w:r>
        <w:rPr>
          <w:color w:val="FF0066"/>
        </w:rPr>
        <w:t xml:space="preserve">and </w:t>
      </w:r>
      <w:r>
        <w:rPr>
          <w:color w:val="000000"/>
        </w:rPr>
        <w:t xml:space="preserve">she </w:t>
      </w:r>
      <w:r>
        <w:rPr>
          <w:color w:val="CC3399"/>
        </w:rPr>
        <w:t>wor</w:t>
      </w:r>
      <w:r>
        <w:rPr>
          <w:color w:val="CC3399"/>
        </w:rPr>
        <w:t xml:space="preserve">e </w:t>
      </w:r>
      <w:r>
        <w:rPr>
          <w:color w:val="000000"/>
        </w:rPr>
        <w:t xml:space="preserve">a </w:t>
      </w:r>
      <w:r>
        <w:rPr>
          <w:color w:val="00FFCC"/>
        </w:rPr>
        <w:t xml:space="preserve">scarlet ribbon </w:t>
      </w:r>
      <w:r>
        <w:rPr>
          <w:color w:val="CC3399"/>
        </w:rPr>
        <w:t xml:space="preserve">round </w:t>
      </w:r>
      <w:r>
        <w:rPr>
          <w:color w:val="000000"/>
        </w:rPr>
        <w:t xml:space="preserve">her </w:t>
      </w:r>
      <w:r>
        <w:rPr>
          <w:color w:val="00FFCC"/>
        </w:rPr>
        <w:t xml:space="preserve">forelock </w:t>
      </w:r>
      <w:r>
        <w:rPr>
          <w:color w:val="000000"/>
        </w:rPr>
        <w:t xml:space="preserve">. She </w:t>
      </w:r>
      <w:r>
        <w:rPr>
          <w:color w:val="CC3399"/>
        </w:rPr>
        <w:t xml:space="preserve">appeared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enjoying </w:t>
      </w:r>
      <w:r>
        <w:rPr>
          <w:color w:val="000000"/>
        </w:rPr>
        <w:t xml:space="preserve">herself , </w:t>
      </w:r>
      <w:r>
        <w:rPr>
          <w:color w:val="FF6600"/>
        </w:rPr>
        <w:t xml:space="preserve">so </w:t>
      </w:r>
      <w:r>
        <w:rPr>
          <w:color w:val="000000"/>
        </w:rPr>
        <w:t xml:space="preserve">the </w:t>
      </w:r>
      <w:r>
        <w:rPr>
          <w:color w:val="00FFCC"/>
        </w:rPr>
        <w:t xml:space="preserve">pigeons </w:t>
      </w:r>
      <w:r>
        <w:rPr>
          <w:color w:val="CC3399"/>
        </w:rPr>
        <w:t xml:space="preserve">said </w:t>
      </w:r>
      <w:r>
        <w:rPr>
          <w:color w:val="000000"/>
        </w:rPr>
        <w:t xml:space="preserve">. </w:t>
      </w:r>
      <w:r>
        <w:rPr>
          <w:color w:val="00FFCC"/>
        </w:rPr>
        <w:t xml:space="preserve">None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787F"/>
        </w:rPr>
        <w:t xml:space="preserve">ever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mentioned </w:t>
      </w:r>
      <w:r>
        <w:rPr>
          <w:color w:val="00FFCC"/>
        </w:rPr>
        <w:t xml:space="preserve">Mollie </w:t>
      </w:r>
      <w:r>
        <w:rPr>
          <w:color w:val="00787F"/>
        </w:rPr>
        <w:t xml:space="preserve">again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FFCC"/>
        </w:rPr>
        <w:t xml:space="preserve">January </w:t>
      </w:r>
      <w:r>
        <w:rPr>
          <w:color w:val="000000"/>
        </w:rPr>
        <w:t xml:space="preserve">there </w:t>
      </w:r>
      <w:r>
        <w:rPr>
          <w:color w:val="CC3399"/>
        </w:rPr>
        <w:t xml:space="preserve">came </w:t>
      </w:r>
      <w:r>
        <w:rPr>
          <w:color w:val="00787F"/>
        </w:rPr>
        <w:t xml:space="preserve">bitterly </w:t>
      </w:r>
      <w:r>
        <w:rPr>
          <w:color w:val="33CCFF"/>
        </w:rPr>
        <w:t xml:space="preserve">hard </w:t>
      </w:r>
      <w:r>
        <w:rPr>
          <w:color w:val="00FFCC"/>
        </w:rPr>
        <w:t xml:space="preserve">weather </w:t>
      </w:r>
      <w:r>
        <w:rPr>
          <w:color w:val="000000"/>
        </w:rPr>
        <w:t xml:space="preserve">. The </w:t>
      </w:r>
      <w:r>
        <w:rPr>
          <w:color w:val="00FFCC"/>
        </w:rPr>
        <w:t xml:space="preserve">earth </w:t>
      </w:r>
      <w:r>
        <w:rPr>
          <w:color w:val="CC3399"/>
        </w:rPr>
        <w:t xml:space="preserve">was </w:t>
      </w:r>
      <w:r>
        <w:rPr>
          <w:color w:val="FF6600"/>
        </w:rPr>
        <w:t xml:space="preserve">like </w:t>
      </w:r>
      <w:r>
        <w:rPr>
          <w:color w:val="00FFCC"/>
        </w:rPr>
        <w:t xml:space="preserve">iron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nothing </w:t>
      </w:r>
      <w:r>
        <w:rPr>
          <w:color w:val="003E3E"/>
        </w:rPr>
        <w:t xml:space="preserve">could </w:t>
      </w:r>
      <w:r>
        <w:rPr>
          <w:color w:val="CC3399"/>
        </w:rPr>
        <w:t xml:space="preserve">be done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fields </w:t>
      </w:r>
      <w:r>
        <w:rPr>
          <w:color w:val="000000"/>
        </w:rPr>
        <w:t xml:space="preserve">. </w:t>
      </w:r>
      <w:r>
        <w:rPr>
          <w:color w:val="33CCFF"/>
        </w:rPr>
        <w:t xml:space="preserve">Many </w:t>
      </w:r>
      <w:r>
        <w:rPr>
          <w:color w:val="00FFCC"/>
        </w:rPr>
        <w:t xml:space="preserve">meetings </w:t>
      </w:r>
      <w:r>
        <w:rPr>
          <w:color w:val="CC3399"/>
        </w:rPr>
        <w:t xml:space="preserve">were held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big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barn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occupied </w:t>
      </w:r>
      <w:r>
        <w:rPr>
          <w:color w:val="000000"/>
        </w:rPr>
        <w:t xml:space="preserve">themselves </w:t>
      </w:r>
      <w:r>
        <w:rPr>
          <w:color w:val="FF6600"/>
        </w:rPr>
        <w:t xml:space="preserve">with </w:t>
      </w:r>
      <w:r>
        <w:rPr>
          <w:color w:val="CC3399"/>
        </w:rPr>
        <w:t xml:space="preserve">planning </w:t>
      </w:r>
      <w:r>
        <w:rPr>
          <w:color w:val="000000"/>
        </w:rPr>
        <w:t xml:space="preserve">out the </w:t>
      </w:r>
      <w:r>
        <w:rPr>
          <w:color w:val="00FFCC"/>
        </w:rPr>
        <w:t xml:space="preserve">work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coming </w:t>
      </w:r>
      <w:r>
        <w:rPr>
          <w:color w:val="00FFCC"/>
        </w:rPr>
        <w:t xml:space="preserve">season </w:t>
      </w:r>
      <w:r>
        <w:rPr>
          <w:color w:val="000000"/>
        </w:rPr>
        <w:t xml:space="preserve">. It </w:t>
      </w:r>
      <w:r>
        <w:rPr>
          <w:color w:val="CC3399"/>
        </w:rPr>
        <w:t xml:space="preserve">had come </w:t>
      </w:r>
      <w:r>
        <w:rPr>
          <w:color w:val="000000"/>
        </w:rPr>
        <w:t xml:space="preserve">to </w:t>
      </w:r>
      <w:r>
        <w:rPr>
          <w:color w:val="CC3399"/>
        </w:rPr>
        <w:t xml:space="preserve">be accepted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, who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manifestly </w:t>
      </w:r>
      <w:r>
        <w:rPr>
          <w:color w:val="33CCFF"/>
        </w:rPr>
        <w:t xml:space="preserve">cleverer </w:t>
      </w:r>
      <w:r>
        <w:rPr>
          <w:color w:val="FF6600"/>
        </w:rPr>
        <w:t xml:space="preserve">than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000000"/>
        </w:rPr>
        <w:t xml:space="preserve">, </w:t>
      </w:r>
      <w:r>
        <w:rPr>
          <w:color w:val="003E3E"/>
        </w:rPr>
        <w:t xml:space="preserve">should </w:t>
      </w:r>
      <w:r>
        <w:rPr>
          <w:color w:val="CC3399"/>
        </w:rPr>
        <w:t xml:space="preserve">decide </w:t>
      </w:r>
      <w:r>
        <w:rPr>
          <w:color w:val="000000"/>
        </w:rPr>
        <w:t xml:space="preserve">all </w:t>
      </w:r>
      <w:r>
        <w:rPr>
          <w:color w:val="00FFCC"/>
        </w:rPr>
        <w:t xml:space="preserve">questions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policy </w:t>
      </w:r>
      <w:r>
        <w:rPr>
          <w:color w:val="000000"/>
        </w:rPr>
        <w:t xml:space="preserve">, </w:t>
      </w:r>
      <w:r>
        <w:rPr>
          <w:color w:val="FF6600"/>
        </w:rPr>
        <w:t xml:space="preserve">though </w:t>
      </w:r>
      <w:r>
        <w:rPr>
          <w:color w:val="000000"/>
        </w:rPr>
        <w:t xml:space="preserve">their </w:t>
      </w:r>
      <w:r>
        <w:rPr>
          <w:color w:val="00FFCC"/>
        </w:rPr>
        <w:t xml:space="preserve">decisions </w:t>
      </w:r>
      <w:r>
        <w:rPr>
          <w:color w:val="CC3399"/>
        </w:rPr>
        <w:t xml:space="preserve">had </w:t>
      </w:r>
      <w:r>
        <w:rPr>
          <w:color w:val="000000"/>
        </w:rPr>
        <w:t xml:space="preserve">to </w:t>
      </w:r>
      <w:r>
        <w:rPr>
          <w:color w:val="CC3399"/>
        </w:rPr>
        <w:t xml:space="preserve">be ratified </w:t>
      </w: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  <w:r>
        <w:rPr>
          <w:color w:val="00FFCC"/>
        </w:rPr>
        <w:t xml:space="preserve">majority vote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This </w:t>
      </w:r>
      <w:r>
        <w:rPr>
          <w:color w:val="00FFCC"/>
        </w:rPr>
        <w:t xml:space="preserve">arrangement </w:t>
      </w:r>
      <w:r>
        <w:rPr>
          <w:color w:val="003E3E"/>
        </w:rPr>
        <w:t xml:space="preserve">would </w:t>
      </w:r>
      <w:r>
        <w:rPr>
          <w:color w:val="CC3399"/>
        </w:rPr>
        <w:t xml:space="preserve">have worked </w:t>
      </w:r>
      <w:r>
        <w:rPr>
          <w:color w:val="00787F"/>
        </w:rPr>
        <w:t xml:space="preserve">well enough </w:t>
      </w:r>
      <w:r>
        <w:rPr>
          <w:color w:val="FF6600"/>
        </w:rPr>
        <w:t xml:space="preserve">if </w:t>
      </w:r>
      <w:r>
        <w:rPr>
          <w:color w:val="000000"/>
        </w:rPr>
        <w:t xml:space="preserve">it </w:t>
      </w: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  <w:r>
        <w:rPr>
          <w:color w:val="CC3399"/>
        </w:rPr>
        <w:t xml:space="preserve">been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disputes </w:t>
      </w:r>
      <w:r>
        <w:rPr>
          <w:color w:val="FF6600"/>
        </w:rPr>
        <w:t xml:space="preserve">between </w:t>
      </w:r>
      <w:r>
        <w:rPr>
          <w:color w:val="00FFCC"/>
        </w:rPr>
        <w:t xml:space="preserve">Snowball </w:t>
      </w:r>
      <w:r>
        <w:rPr>
          <w:color w:val="FF0066"/>
        </w:rPr>
        <w:t xml:space="preserve">and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. These two </w:t>
      </w:r>
      <w:r>
        <w:rPr>
          <w:color w:val="00FFCC"/>
        </w:rPr>
        <w:t xml:space="preserve">disagreed </w:t>
      </w:r>
      <w:r>
        <w:rPr>
          <w:color w:val="FF6600"/>
        </w:rPr>
        <w:t xml:space="preserve">at </w:t>
      </w:r>
      <w:r>
        <w:rPr>
          <w:color w:val="000000"/>
        </w:rPr>
        <w:t xml:space="preserve">every </w:t>
      </w:r>
      <w:r>
        <w:rPr>
          <w:color w:val="00FFCC"/>
        </w:rPr>
        <w:t xml:space="preserve">point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where </w:t>
      </w:r>
      <w:r>
        <w:rPr>
          <w:color w:val="00FFCC"/>
        </w:rPr>
        <w:t xml:space="preserve">disagreement </w:t>
      </w:r>
      <w:r>
        <w:rPr>
          <w:color w:val="CC3399"/>
        </w:rPr>
        <w:t xml:space="preserve">was </w:t>
      </w:r>
      <w:r>
        <w:rPr>
          <w:color w:val="33CCFF"/>
        </w:rPr>
        <w:t xml:space="preserve">possible </w:t>
      </w:r>
      <w:r>
        <w:rPr>
          <w:color w:val="000000"/>
        </w:rPr>
        <w:t xml:space="preserve">. </w:t>
      </w:r>
      <w:r>
        <w:rPr>
          <w:color w:val="FF6600"/>
        </w:rPr>
        <w:t xml:space="preserve">If </w:t>
      </w: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suggested sowing </w:t>
      </w:r>
      <w:r>
        <w:rPr>
          <w:color w:val="000000"/>
        </w:rPr>
        <w:t xml:space="preserve">a </w:t>
      </w:r>
      <w:r>
        <w:rPr>
          <w:color w:val="33CCFF"/>
        </w:rPr>
        <w:t xml:space="preserve">bigger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acreage </w:t>
      </w:r>
      <w:r>
        <w:rPr>
          <w:color w:val="FF6600"/>
        </w:rPr>
        <w:t xml:space="preserve">with </w:t>
      </w:r>
      <w:r>
        <w:rPr>
          <w:color w:val="00FFCC"/>
        </w:rPr>
        <w:t xml:space="preserve">barley </w:t>
      </w:r>
      <w:r>
        <w:rPr>
          <w:color w:val="000000"/>
        </w:rPr>
        <w:t xml:space="preserve">, the </w:t>
      </w:r>
      <w:r>
        <w:rPr>
          <w:color w:val="33CCFF"/>
        </w:rPr>
        <w:t xml:space="preserve">other </w:t>
      </w:r>
      <w:r>
        <w:rPr>
          <w:color w:val="CC3399"/>
        </w:rPr>
        <w:t xml:space="preserve">was </w:t>
      </w:r>
      <w:r>
        <w:rPr>
          <w:color w:val="33CCFF"/>
        </w:rPr>
        <w:t xml:space="preserve">certain </w:t>
      </w:r>
      <w:r>
        <w:rPr>
          <w:color w:val="000000"/>
        </w:rPr>
        <w:t xml:space="preserve">to </w:t>
      </w:r>
      <w:r>
        <w:rPr>
          <w:color w:val="CC3399"/>
        </w:rPr>
        <w:t xml:space="preserve">demand </w:t>
      </w:r>
      <w:r>
        <w:rPr>
          <w:color w:val="000000"/>
        </w:rPr>
        <w:t xml:space="preserve">a </w:t>
      </w:r>
      <w:r>
        <w:rPr>
          <w:color w:val="33CCFF"/>
        </w:rPr>
        <w:t xml:space="preserve">bigger </w:t>
      </w:r>
      <w:r>
        <w:rPr>
          <w:color w:val="00FFCC"/>
        </w:rPr>
        <w:t xml:space="preserve">acreage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oats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if </w:t>
      </w: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said </w:t>
      </w:r>
      <w:r>
        <w:rPr>
          <w:color w:val="FF6600"/>
        </w:rPr>
        <w:t xml:space="preserve">that </w:t>
      </w:r>
      <w:r>
        <w:rPr>
          <w:color w:val="33CCFF"/>
        </w:rPr>
        <w:t xml:space="preserve">such </w:t>
      </w:r>
      <w:r>
        <w:rPr>
          <w:color w:val="FF0066"/>
        </w:rPr>
        <w:t xml:space="preserve">and </w:t>
      </w:r>
      <w:r>
        <w:rPr>
          <w:color w:val="33CCFF"/>
        </w:rPr>
        <w:t xml:space="preserve">such </w:t>
      </w:r>
      <w:r>
        <w:rPr>
          <w:color w:val="000000"/>
        </w:rPr>
        <w:t xml:space="preserve">a </w:t>
      </w:r>
      <w:r>
        <w:rPr>
          <w:color w:val="00FFCC"/>
        </w:rPr>
        <w:t xml:space="preserve">field </w:t>
      </w:r>
      <w:r>
        <w:rPr>
          <w:color w:val="CC3399"/>
        </w:rPr>
        <w:t xml:space="preserve">was </w:t>
      </w:r>
      <w:r>
        <w:rPr>
          <w:color w:val="00787F"/>
        </w:rPr>
        <w:t xml:space="preserve">just </w:t>
      </w:r>
      <w:r>
        <w:rPr>
          <w:color w:val="33CCFF"/>
        </w:rPr>
        <w:t xml:space="preserve">right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FFCC"/>
        </w:rPr>
        <w:t xml:space="preserve">cabbages </w:t>
      </w:r>
      <w:r>
        <w:rPr>
          <w:color w:val="000000"/>
        </w:rPr>
        <w:t xml:space="preserve">, the </w:t>
      </w:r>
      <w:r>
        <w:rPr>
          <w:color w:val="33CCFF"/>
        </w:rPr>
        <w:t xml:space="preserve">other </w:t>
      </w:r>
      <w:r>
        <w:rPr>
          <w:color w:val="003E3E"/>
        </w:rPr>
        <w:t xml:space="preserve">would </w:t>
      </w:r>
      <w:r>
        <w:rPr>
          <w:color w:val="CC3399"/>
        </w:rPr>
        <w:t xml:space="preserve">declare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33CCFF"/>
        </w:rPr>
        <w:t xml:space="preserve">useless </w:t>
      </w:r>
      <w:r>
        <w:rPr>
          <w:color w:val="FF6600"/>
        </w:rPr>
        <w:t xml:space="preserve">for </w:t>
      </w:r>
      <w:r>
        <w:rPr>
          <w:color w:val="00FFCC"/>
        </w:rPr>
        <w:t xml:space="preserve">anything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except </w:t>
      </w:r>
      <w:r>
        <w:rPr>
          <w:color w:val="00FFCC"/>
        </w:rPr>
        <w:t xml:space="preserve">roots </w:t>
      </w:r>
      <w:r>
        <w:rPr>
          <w:color w:val="000000"/>
        </w:rPr>
        <w:t xml:space="preserve">. Each </w:t>
      </w:r>
      <w:r>
        <w:rPr>
          <w:color w:val="CC3399"/>
        </w:rPr>
        <w:t xml:space="preserve">had </w:t>
      </w:r>
      <w:r>
        <w:rPr>
          <w:color w:val="000000"/>
        </w:rPr>
        <w:t xml:space="preserve">his </w:t>
      </w:r>
      <w:r>
        <w:rPr>
          <w:color w:val="33CCFF"/>
        </w:rPr>
        <w:t xml:space="preserve">own </w:t>
      </w:r>
      <w:r>
        <w:rPr>
          <w:color w:val="00FFCC"/>
        </w:rPr>
        <w:t xml:space="preserve">following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000000"/>
        </w:rPr>
        <w:t xml:space="preserve">some </w:t>
      </w:r>
      <w:r>
        <w:rPr>
          <w:color w:val="00FFCC"/>
        </w:rPr>
        <w:t xml:space="preserve">violent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debates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Meetings Snowball </w:t>
      </w:r>
      <w:r>
        <w:rPr>
          <w:color w:val="00787F"/>
        </w:rPr>
        <w:t xml:space="preserve">often </w:t>
      </w:r>
      <w:r>
        <w:rPr>
          <w:color w:val="CC3399"/>
        </w:rPr>
        <w:t xml:space="preserve">won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00FFCC"/>
        </w:rPr>
        <w:t xml:space="preserve">majority </w:t>
      </w:r>
      <w:r>
        <w:rPr>
          <w:color w:val="FF6600"/>
        </w:rPr>
        <w:t xml:space="preserve">by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brilliant </w:t>
      </w:r>
      <w:r>
        <w:rPr>
          <w:color w:val="00FFCC"/>
        </w:rPr>
        <w:t xml:space="preserve">speeches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was </w:t>
      </w:r>
      <w:r>
        <w:rPr>
          <w:color w:val="33CCFF"/>
        </w:rPr>
        <w:t xml:space="preserve">better </w:t>
      </w:r>
      <w:r>
        <w:rPr>
          <w:color w:val="FF6600"/>
        </w:rPr>
        <w:t xml:space="preserve">at </w:t>
      </w:r>
      <w:r>
        <w:rPr>
          <w:color w:val="CC3399"/>
        </w:rPr>
        <w:t xml:space="preserve">canvassing </w:t>
      </w:r>
      <w:r>
        <w:rPr>
          <w:color w:val="00FFCC"/>
        </w:rPr>
        <w:t xml:space="preserve">support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himself </w:t>
      </w:r>
      <w:r>
        <w:rPr>
          <w:color w:val="FF6600"/>
        </w:rPr>
        <w:t xml:space="preserve">in between </w:t>
      </w:r>
      <w:r>
        <w:rPr>
          <w:color w:val="00FFCC"/>
        </w:rPr>
        <w:t xml:space="preserve">times </w:t>
      </w:r>
      <w:r>
        <w:rPr>
          <w:color w:val="000000"/>
        </w:rPr>
        <w:t xml:space="preserve">. He </w:t>
      </w:r>
      <w:r>
        <w:rPr>
          <w:color w:val="CC3399"/>
        </w:rPr>
        <w:t xml:space="preserve">was </w:t>
      </w:r>
      <w:r>
        <w:rPr>
          <w:color w:val="00787F"/>
        </w:rPr>
        <w:t xml:space="preserve">especially </w:t>
      </w:r>
      <w:r>
        <w:rPr>
          <w:color w:val="33CCFF"/>
        </w:rPr>
        <w:t xml:space="preserve">successful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000000"/>
        </w:rPr>
        <w:t xml:space="preserve">.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late </w:t>
      </w: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CC3399"/>
        </w:rPr>
        <w:t xml:space="preserve">had taken </w:t>
      </w:r>
      <w:r>
        <w:rPr>
          <w:color w:val="000000"/>
        </w:rPr>
        <w:t xml:space="preserve">to </w:t>
      </w:r>
      <w:r>
        <w:rPr>
          <w:color w:val="CC3399"/>
        </w:rPr>
        <w:t xml:space="preserve">bleating </w:t>
      </w:r>
      <w:r>
        <w:rPr>
          <w:color w:val="000000"/>
        </w:rPr>
        <w:t xml:space="preserve">`` Four </w:t>
      </w:r>
      <w:r>
        <w:rPr>
          <w:color w:val="00FFCC"/>
        </w:rPr>
        <w:t xml:space="preserve">legs </w:t>
      </w:r>
      <w:r>
        <w:rPr>
          <w:color w:val="33CCFF"/>
        </w:rPr>
        <w:t xml:space="preserve">good </w:t>
      </w:r>
      <w:r>
        <w:rPr>
          <w:color w:val="000000"/>
        </w:rPr>
        <w:t xml:space="preserve">, two </w:t>
      </w:r>
      <w:r>
        <w:rPr>
          <w:color w:val="00FFCC"/>
        </w:rPr>
        <w:t xml:space="preserve">legs </w:t>
      </w:r>
      <w:r>
        <w:rPr>
          <w:color w:val="33CCFF"/>
        </w:rPr>
        <w:t xml:space="preserve">bad </w:t>
      </w:r>
      <w:r>
        <w:rPr>
          <w:color w:val="000000"/>
        </w:rPr>
        <w:t xml:space="preserve">'' both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FF0066"/>
        </w:rPr>
        <w:t xml:space="preserve">and </w:t>
      </w:r>
      <w:r>
        <w:rPr>
          <w:color w:val="FF6600"/>
        </w:rPr>
        <w:t xml:space="preserve">out of </w:t>
      </w:r>
      <w:r>
        <w:rPr>
          <w:color w:val="00FFCC"/>
        </w:rPr>
        <w:t xml:space="preserve">season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they </w:t>
      </w:r>
      <w:r>
        <w:rPr>
          <w:color w:val="00787F"/>
        </w:rPr>
        <w:t xml:space="preserve">often </w:t>
      </w:r>
      <w:r>
        <w:rPr>
          <w:color w:val="CC3399"/>
        </w:rPr>
        <w:t xml:space="preserve">interrupted </w:t>
      </w:r>
      <w:r>
        <w:rPr>
          <w:color w:val="000000"/>
        </w:rPr>
        <w:t xml:space="preserve">the </w:t>
      </w:r>
      <w:r>
        <w:rPr>
          <w:color w:val="00FFCC"/>
        </w:rPr>
        <w:t xml:space="preserve">Meeting </w:t>
      </w:r>
      <w:r>
        <w:rPr>
          <w:color w:val="FF6600"/>
        </w:rPr>
        <w:t xml:space="preserve">with </w:t>
      </w:r>
      <w:r>
        <w:rPr>
          <w:color w:val="000000"/>
        </w:rPr>
        <w:t xml:space="preserve">this . It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noticed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especially </w:t>
      </w:r>
      <w:r>
        <w:rPr>
          <w:color w:val="33CCFF"/>
        </w:rPr>
        <w:t xml:space="preserve">liable </w:t>
      </w:r>
      <w:r>
        <w:rPr>
          <w:color w:val="000000"/>
        </w:rPr>
        <w:t xml:space="preserve">to </w:t>
      </w:r>
      <w:r>
        <w:rPr>
          <w:color w:val="CC3399"/>
        </w:rPr>
        <w:t xml:space="preserve">break </w:t>
      </w:r>
      <w:r>
        <w:rPr>
          <w:color w:val="FF6600"/>
        </w:rPr>
        <w:t xml:space="preserve">into </w:t>
      </w:r>
      <w:r>
        <w:rPr>
          <w:color w:val="000000"/>
        </w:rPr>
        <w:t xml:space="preserve">`` Four </w:t>
      </w:r>
      <w:r>
        <w:rPr>
          <w:color w:val="00FFCC"/>
        </w:rPr>
        <w:t xml:space="preserve">legs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good </w:t>
      </w:r>
      <w:r>
        <w:rPr>
          <w:color w:val="000000"/>
        </w:rPr>
        <w:t xml:space="preserve">, two </w:t>
      </w:r>
      <w:r>
        <w:rPr>
          <w:color w:val="00FFCC"/>
        </w:rPr>
        <w:t xml:space="preserve">legs </w:t>
      </w:r>
      <w:r>
        <w:rPr>
          <w:color w:val="33CCFF"/>
        </w:rPr>
        <w:t xml:space="preserve">bad </w:t>
      </w:r>
      <w:r>
        <w:rPr>
          <w:color w:val="000000"/>
        </w:rPr>
        <w:t xml:space="preserve">'' </w:t>
      </w:r>
      <w:r>
        <w:rPr>
          <w:color w:val="FF6600"/>
        </w:rPr>
        <w:t xml:space="preserve">at </w:t>
      </w:r>
      <w:r>
        <w:rPr>
          <w:color w:val="33CCFF"/>
        </w:rPr>
        <w:t xml:space="preserve">crucial </w:t>
      </w:r>
      <w:r>
        <w:rPr>
          <w:color w:val="00FFCC"/>
        </w:rPr>
        <w:t xml:space="preserve">moments </w:t>
      </w:r>
      <w:r>
        <w:rPr>
          <w:color w:val="FF6600"/>
        </w:rPr>
        <w:t xml:space="preserve">in </w:t>
      </w:r>
      <w:r>
        <w:rPr>
          <w:color w:val="CC3399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speeches </w:t>
      </w:r>
      <w:r>
        <w:rPr>
          <w:color w:val="000000"/>
        </w:rPr>
        <w:t xml:space="preserve">. </w:t>
      </w:r>
      <w:r>
        <w:rPr>
          <w:color w:val="CC3399"/>
        </w:rPr>
        <w:t xml:space="preserve">Snowball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made </w:t>
      </w:r>
      <w:r>
        <w:rPr>
          <w:color w:val="000000"/>
        </w:rPr>
        <w:t xml:space="preserve">a </w:t>
      </w:r>
      <w:r>
        <w:rPr>
          <w:color w:val="33CCFF"/>
        </w:rPr>
        <w:t xml:space="preserve">close </w:t>
      </w:r>
      <w:r>
        <w:rPr>
          <w:color w:val="00FFCC"/>
        </w:rPr>
        <w:t xml:space="preserve">study </w:t>
      </w:r>
      <w:r>
        <w:rPr>
          <w:color w:val="FF6600"/>
        </w:rPr>
        <w:t xml:space="preserve">of </w:t>
      </w:r>
      <w:r>
        <w:rPr>
          <w:color w:val="000000"/>
        </w:rPr>
        <w:t xml:space="preserve">some </w:t>
      </w:r>
      <w:r>
        <w:rPr>
          <w:color w:val="33CCFF"/>
        </w:rPr>
        <w:t xml:space="preserve">back </w:t>
      </w:r>
      <w:r>
        <w:rPr>
          <w:color w:val="00FFCC"/>
        </w:rPr>
        <w:t xml:space="preserve">numbers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'Farmer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Stockbreeder </w:t>
      </w:r>
      <w:r>
        <w:rPr>
          <w:color w:val="000000"/>
        </w:rPr>
        <w:t xml:space="preserve">' which he </w:t>
      </w:r>
      <w:r>
        <w:rPr>
          <w:color w:val="CC3399"/>
        </w:rPr>
        <w:t xml:space="preserve">had found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was </w:t>
      </w:r>
      <w:r>
        <w:rPr>
          <w:color w:val="33CCFF"/>
        </w:rPr>
        <w:t xml:space="preserve">full </w:t>
      </w:r>
      <w:r>
        <w:rPr>
          <w:color w:val="FF6600"/>
        </w:rPr>
        <w:t xml:space="preserve">of </w:t>
      </w:r>
      <w:r>
        <w:rPr>
          <w:color w:val="00FFCC"/>
        </w:rPr>
        <w:t xml:space="preserve">plans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FFCC"/>
        </w:rPr>
        <w:t xml:space="preserve">innovations </w:t>
      </w:r>
      <w:r>
        <w:rPr>
          <w:color w:val="FF0066"/>
        </w:rPr>
        <w:t xml:space="preserve">and </w:t>
      </w:r>
      <w:r>
        <w:rPr>
          <w:color w:val="00FFCC"/>
        </w:rPr>
        <w:t xml:space="preserve">improvements </w:t>
      </w:r>
      <w:r>
        <w:rPr>
          <w:color w:val="000000"/>
        </w:rPr>
        <w:t xml:space="preserve">. He </w:t>
      </w:r>
      <w:r>
        <w:rPr>
          <w:color w:val="CC3399"/>
        </w:rPr>
        <w:t xml:space="preserve">talked </w:t>
      </w:r>
      <w:r>
        <w:rPr>
          <w:color w:val="00787F"/>
        </w:rPr>
        <w:t xml:space="preserve">learnedly </w:t>
      </w:r>
      <w:r>
        <w:rPr>
          <w:color w:val="FF6600"/>
        </w:rPr>
        <w:t xml:space="preserve">about </w:t>
      </w:r>
      <w:r>
        <w:rPr>
          <w:color w:val="00FFCC"/>
        </w:rPr>
        <w:t xml:space="preserve">field drains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silage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33CCFF"/>
        </w:rPr>
        <w:t xml:space="preserve">basic </w:t>
      </w:r>
      <w:r>
        <w:rPr>
          <w:color w:val="00FFCC"/>
        </w:rPr>
        <w:t xml:space="preserve">slag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had worked </w:t>
      </w:r>
      <w:r>
        <w:rPr>
          <w:color w:val="000000"/>
        </w:rPr>
        <w:t xml:space="preserve">out a </w:t>
      </w:r>
      <w:r>
        <w:rPr>
          <w:color w:val="33CCFF"/>
        </w:rPr>
        <w:t xml:space="preserve">complicated </w:t>
      </w:r>
      <w:r>
        <w:rPr>
          <w:color w:val="00FFCC"/>
        </w:rPr>
        <w:t xml:space="preserve">scheme </w:t>
      </w:r>
      <w:r>
        <w:rPr>
          <w:color w:val="FF6600"/>
        </w:rPr>
        <w:t xml:space="preserve">for </w:t>
      </w:r>
      <w:r>
        <w:rPr>
          <w:color w:val="000000"/>
        </w:rPr>
        <w:t xml:space="preserve">all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to </w:t>
      </w:r>
      <w:r>
        <w:rPr>
          <w:color w:val="CC3399"/>
        </w:rPr>
        <w:t xml:space="preserve">drop </w:t>
      </w:r>
      <w:r>
        <w:rPr>
          <w:color w:val="000000"/>
        </w:rPr>
        <w:t xml:space="preserve">their </w:t>
      </w:r>
      <w:r>
        <w:rPr>
          <w:color w:val="00FFCC"/>
        </w:rPr>
        <w:t xml:space="preserve">dung </w:t>
      </w:r>
      <w:r>
        <w:rPr>
          <w:color w:val="00787F"/>
        </w:rPr>
        <w:t xml:space="preserve">directly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fields </w:t>
      </w:r>
      <w:r>
        <w:rPr>
          <w:color w:val="000000"/>
        </w:rPr>
        <w:t xml:space="preserve">, </w:t>
      </w:r>
      <w:r>
        <w:rPr>
          <w:color w:val="FF6600"/>
        </w:rPr>
        <w:t xml:space="preserve">at </w:t>
      </w:r>
      <w:r>
        <w:rPr>
          <w:color w:val="000000"/>
        </w:rPr>
        <w:t xml:space="preserve">a </w:t>
      </w:r>
      <w:r>
        <w:rPr>
          <w:color w:val="33CCFF"/>
        </w:rPr>
        <w:t xml:space="preserve">different </w:t>
      </w:r>
      <w:r>
        <w:rPr>
          <w:color w:val="00FFCC"/>
        </w:rPr>
        <w:t xml:space="preserve">spot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every </w:t>
      </w:r>
      <w:r>
        <w:rPr>
          <w:color w:val="00FFCC"/>
        </w:rPr>
        <w:t>da</w:t>
      </w:r>
      <w:r>
        <w:rPr>
          <w:color w:val="00FFCC"/>
        </w:rPr>
        <w:t xml:space="preserve">y </w:t>
      </w:r>
      <w:r>
        <w:rPr>
          <w:color w:val="000000"/>
        </w:rPr>
        <w:t xml:space="preserve">, to </w:t>
      </w:r>
      <w:r>
        <w:rPr>
          <w:color w:val="CC3399"/>
        </w:rPr>
        <w:t xml:space="preserve">save </w:t>
      </w:r>
      <w:r>
        <w:rPr>
          <w:color w:val="000000"/>
        </w:rPr>
        <w:t xml:space="preserve">the </w:t>
      </w:r>
      <w:r>
        <w:rPr>
          <w:color w:val="00FFCC"/>
        </w:rPr>
        <w:t xml:space="preserve">labour </w:t>
      </w:r>
      <w:r>
        <w:rPr>
          <w:color w:val="FF6600"/>
        </w:rPr>
        <w:t xml:space="preserve">of </w:t>
      </w:r>
      <w:r>
        <w:rPr>
          <w:color w:val="00FFCC"/>
        </w:rPr>
        <w:t xml:space="preserve">cartage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produced </w:t>
      </w:r>
      <w:r>
        <w:rPr>
          <w:color w:val="000000"/>
        </w:rPr>
        <w:t xml:space="preserve">no </w:t>
      </w:r>
      <w:r>
        <w:rPr>
          <w:color w:val="00FFCC"/>
        </w:rPr>
        <w:t xml:space="preserve">schemes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33CCFF"/>
        </w:rPr>
        <w:t xml:space="preserve">own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CC3399"/>
        </w:rPr>
        <w:t xml:space="preserve">said </w:t>
      </w:r>
      <w:r>
        <w:rPr>
          <w:color w:val="00787F"/>
        </w:rPr>
        <w:t xml:space="preserve">quietly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3E3E"/>
        </w:rPr>
        <w:t xml:space="preserve">would </w:t>
      </w:r>
      <w:r>
        <w:rPr>
          <w:color w:val="CC3399"/>
        </w:rPr>
        <w:t xml:space="preserve">come </w:t>
      </w:r>
      <w:r>
        <w:rPr>
          <w:color w:val="000000"/>
        </w:rPr>
        <w:t xml:space="preserve">to </w:t>
      </w:r>
      <w:r>
        <w:rPr>
          <w:color w:val="00FFCC"/>
        </w:rPr>
        <w:t xml:space="preserve">nothing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seemed </w:t>
      </w:r>
      <w:r>
        <w:rPr>
          <w:color w:val="000000"/>
        </w:rPr>
        <w:t xml:space="preserve">to </w:t>
      </w:r>
      <w:r>
        <w:rPr>
          <w:color w:val="CC3399"/>
        </w:rPr>
        <w:t xml:space="preserve">be biding </w:t>
      </w:r>
      <w:r>
        <w:rPr>
          <w:color w:val="000000"/>
        </w:rPr>
        <w:t xml:space="preserve">his </w:t>
      </w:r>
      <w:r>
        <w:rPr>
          <w:color w:val="00FFCC"/>
        </w:rPr>
        <w:t xml:space="preserve">time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FF6600"/>
        </w:rPr>
        <w:t xml:space="preserve">of </w:t>
      </w:r>
      <w:r>
        <w:rPr>
          <w:color w:val="000000"/>
        </w:rPr>
        <w:t xml:space="preserve">all their </w:t>
      </w:r>
      <w:r>
        <w:rPr>
          <w:color w:val="00FFCC"/>
        </w:rPr>
        <w:t xml:space="preserve">controversies </w:t>
      </w:r>
      <w:r>
        <w:rPr>
          <w:color w:val="000000"/>
        </w:rPr>
        <w:t xml:space="preserve">, </w:t>
      </w:r>
      <w:r>
        <w:rPr>
          <w:color w:val="00FFCC"/>
        </w:rPr>
        <w:t xml:space="preserve">none </w:t>
      </w:r>
      <w:r>
        <w:rPr>
          <w:color w:val="CC3399"/>
        </w:rPr>
        <w:t xml:space="preserve">was </w:t>
      </w:r>
      <w:r>
        <w:rPr>
          <w:color w:val="00787F"/>
        </w:rPr>
        <w:t xml:space="preserve">so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bitter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00FFCC"/>
        </w:rPr>
        <w:t xml:space="preserve">one </w:t>
      </w:r>
      <w:r>
        <w:rPr>
          <w:color w:val="000000"/>
        </w:rPr>
        <w:t xml:space="preserve">that </w:t>
      </w:r>
      <w:r>
        <w:rPr>
          <w:color w:val="CC3399"/>
        </w:rPr>
        <w:t xml:space="preserve">took </w:t>
      </w:r>
      <w:r>
        <w:rPr>
          <w:color w:val="00FFCC"/>
        </w:rPr>
        <w:t xml:space="preserve">place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long </w:t>
      </w:r>
      <w:r>
        <w:rPr>
          <w:color w:val="00FFCC"/>
        </w:rPr>
        <w:t xml:space="preserve">pasture </w:t>
      </w:r>
      <w:r>
        <w:rPr>
          <w:color w:val="000000"/>
        </w:rPr>
        <w:t xml:space="preserve">, </w:t>
      </w:r>
      <w:r>
        <w:rPr>
          <w:color w:val="00787F"/>
        </w:rPr>
        <w:t xml:space="preserve">not far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buildings </w:t>
      </w:r>
      <w:r>
        <w:rPr>
          <w:color w:val="000000"/>
        </w:rPr>
        <w:t xml:space="preserve">, 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small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knoll </w:t>
      </w:r>
      <w:r>
        <w:rPr>
          <w:color w:val="000000"/>
        </w:rPr>
        <w:t xml:space="preserve">which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33CCFF"/>
        </w:rPr>
        <w:t xml:space="preserve">highest </w:t>
      </w:r>
      <w:r>
        <w:rPr>
          <w:color w:val="00FFCC"/>
        </w:rPr>
        <w:t xml:space="preserve">point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. </w:t>
      </w:r>
      <w:r>
        <w:rPr>
          <w:color w:val="FF6600"/>
        </w:rPr>
        <w:t xml:space="preserve">After </w:t>
      </w:r>
      <w:r>
        <w:rPr>
          <w:color w:val="CC3399"/>
        </w:rPr>
        <w:t xml:space="preserve">surveying </w:t>
      </w:r>
      <w:r>
        <w:rPr>
          <w:color w:val="000000"/>
        </w:rPr>
        <w:t xml:space="preserve">the </w:t>
      </w:r>
      <w:r>
        <w:rPr>
          <w:color w:val="00FFCC"/>
        </w:rPr>
        <w:t xml:space="preserve">ground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CC3399"/>
        </w:rPr>
        <w:t xml:space="preserve">declared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this </w:t>
      </w:r>
      <w:r>
        <w:rPr>
          <w:color w:val="CC3399"/>
        </w:rPr>
        <w:t xml:space="preserve">was </w:t>
      </w:r>
      <w:r>
        <w:rPr>
          <w:color w:val="00787F"/>
        </w:rPr>
        <w:t xml:space="preserve">just </w:t>
      </w:r>
      <w:r>
        <w:rPr>
          <w:color w:val="000000"/>
        </w:rPr>
        <w:t xml:space="preserve">the </w:t>
      </w:r>
      <w:r>
        <w:rPr>
          <w:color w:val="00FFCC"/>
        </w:rPr>
        <w:t xml:space="preserve">place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which </w:t>
      </w:r>
      <w:r>
        <w:rPr>
          <w:color w:val="003E3E"/>
        </w:rPr>
        <w:t xml:space="preserve">could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</w:t>
      </w:r>
      <w:r>
        <w:rPr>
          <w:color w:val="CC3399"/>
        </w:rPr>
        <w:t xml:space="preserve">made </w:t>
      </w:r>
      <w:r>
        <w:rPr>
          <w:color w:val="000000"/>
        </w:rPr>
        <w:t xml:space="preserve">to </w:t>
      </w:r>
      <w:r>
        <w:rPr>
          <w:color w:val="CC3399"/>
        </w:rPr>
        <w:t xml:space="preserve">operate </w:t>
      </w:r>
      <w:r>
        <w:rPr>
          <w:color w:val="000000"/>
        </w:rPr>
        <w:t xml:space="preserve">a </w:t>
      </w:r>
      <w:r>
        <w:rPr>
          <w:color w:val="00FFCC"/>
        </w:rPr>
        <w:t xml:space="preserve">dynamo </w:t>
      </w:r>
      <w:r>
        <w:rPr>
          <w:color w:val="FF0066"/>
        </w:rPr>
        <w:t xml:space="preserve">and </w:t>
      </w:r>
      <w:r>
        <w:rPr>
          <w:color w:val="CC3399"/>
        </w:rPr>
        <w:t xml:space="preserve">supply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FF6600"/>
        </w:rPr>
        <w:t xml:space="preserve">with </w:t>
      </w:r>
      <w:r>
        <w:rPr>
          <w:color w:val="33CCFF"/>
        </w:rPr>
        <w:t xml:space="preserve">electrical </w:t>
      </w:r>
      <w:r>
        <w:rPr>
          <w:color w:val="00FFCC"/>
        </w:rPr>
        <w:t xml:space="preserve">power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This </w:t>
      </w:r>
      <w:r>
        <w:rPr>
          <w:color w:val="003E3E"/>
        </w:rPr>
        <w:t xml:space="preserve">would </w:t>
      </w:r>
      <w:r>
        <w:rPr>
          <w:color w:val="CC3399"/>
        </w:rPr>
        <w:t xml:space="preserve">light </w:t>
      </w:r>
      <w:r>
        <w:rPr>
          <w:color w:val="000000"/>
        </w:rPr>
        <w:t xml:space="preserve">the </w:t>
      </w:r>
      <w:r>
        <w:rPr>
          <w:color w:val="00FFCC"/>
        </w:rPr>
        <w:t xml:space="preserve">stalls </w:t>
      </w:r>
      <w:r>
        <w:rPr>
          <w:color w:val="FF0066"/>
        </w:rPr>
        <w:t xml:space="preserve">and </w:t>
      </w:r>
      <w:r>
        <w:rPr>
          <w:color w:val="CC3399"/>
        </w:rPr>
        <w:t xml:space="preserve">warm </w:t>
      </w:r>
      <w:r>
        <w:rPr>
          <w:color w:val="000000"/>
        </w:rPr>
        <w:t xml:space="preserve">them </w:t>
      </w:r>
      <w:r>
        <w:rPr>
          <w:color w:val="FF6600"/>
        </w:rPr>
        <w:t xml:space="preserve">in </w:t>
      </w:r>
      <w:r>
        <w:rPr>
          <w:color w:val="00FFCC"/>
        </w:rPr>
        <w:t xml:space="preserve">winter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3E3E"/>
        </w:rPr>
        <w:t xml:space="preserve">would </w:t>
      </w:r>
      <w:r>
        <w:rPr>
          <w:color w:val="00787F"/>
        </w:rPr>
        <w:t xml:space="preserve">also </w:t>
      </w:r>
      <w:r>
        <w:rPr>
          <w:color w:val="CC3399"/>
        </w:rPr>
        <w:t xml:space="preserve">run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circular </w:t>
      </w:r>
      <w:r>
        <w:rPr>
          <w:color w:val="00FFCC"/>
        </w:rPr>
        <w:t xml:space="preserve">saw </w:t>
      </w:r>
      <w:r>
        <w:rPr>
          <w:color w:val="000000"/>
        </w:rPr>
        <w:t xml:space="preserve">, a </w:t>
      </w:r>
      <w:r>
        <w:rPr>
          <w:color w:val="00FFCC"/>
        </w:rPr>
        <w:t xml:space="preserve">chaff-cutter </w:t>
      </w:r>
      <w:r>
        <w:rPr>
          <w:color w:val="000000"/>
        </w:rPr>
        <w:t xml:space="preserve">, a </w:t>
      </w:r>
      <w:r>
        <w:rPr>
          <w:color w:val="00FFCC"/>
        </w:rPr>
        <w:t xml:space="preserve">mangel-slicer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an </w:t>
      </w:r>
      <w:r>
        <w:rPr>
          <w:color w:val="33CCFF"/>
        </w:rPr>
        <w:t xml:space="preserve">electric </w:t>
      </w:r>
      <w:r>
        <w:rPr>
          <w:color w:val="00FFCC"/>
        </w:rPr>
        <w:t xml:space="preserve">milking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machine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CC3399"/>
        </w:rPr>
        <w:t>hea</w:t>
      </w:r>
      <w:r>
        <w:rPr>
          <w:color w:val="CC3399"/>
        </w:rPr>
        <w:t xml:space="preserve">rd </w:t>
      </w:r>
      <w:r>
        <w:rPr>
          <w:color w:val="FF6600"/>
        </w:rPr>
        <w:t xml:space="preserve">of </w:t>
      </w:r>
      <w:r>
        <w:rPr>
          <w:color w:val="00FFCC"/>
        </w:rPr>
        <w:t xml:space="preserve">anything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00FFCC"/>
        </w:rPr>
        <w:t xml:space="preserve">kind </w:t>
      </w:r>
      <w:r>
        <w:rPr>
          <w:color w:val="FF6600"/>
        </w:rPr>
        <w:t xml:space="preserve">before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(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was </w:t>
      </w:r>
      <w:r>
        <w:rPr>
          <w:color w:val="000000"/>
        </w:rPr>
        <w:t xml:space="preserve">an </w:t>
      </w:r>
      <w:r>
        <w:rPr>
          <w:color w:val="33CCFF"/>
        </w:rPr>
        <w:t xml:space="preserve">old-fashioned </w:t>
      </w:r>
      <w:r>
        <w:rPr>
          <w:color w:val="000000"/>
        </w:rPr>
        <w:t xml:space="preserve">one </w:t>
      </w:r>
      <w:r>
        <w:rPr>
          <w:color w:val="FF0066"/>
        </w:rPr>
        <w:t xml:space="preserve">and </w:t>
      </w:r>
      <w:r>
        <w:rPr>
          <w:color w:val="CC3399"/>
        </w:rPr>
        <w:t xml:space="preserve">had </w:t>
      </w:r>
      <w:r>
        <w:rPr>
          <w:color w:val="00787F"/>
        </w:rPr>
        <w:t xml:space="preserve">only </w:t>
      </w:r>
      <w:r>
        <w:rPr>
          <w:color w:val="000000"/>
        </w:rPr>
        <w:t xml:space="preserve">the </w:t>
      </w:r>
      <w:r>
        <w:rPr>
          <w:color w:val="00787F"/>
        </w:rPr>
        <w:t xml:space="preserve">most </w:t>
      </w:r>
      <w:r>
        <w:rPr>
          <w:color w:val="33CCFF"/>
        </w:rPr>
        <w:t xml:space="preserve">primitive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machinery </w:t>
      </w:r>
      <w:r>
        <w:rPr>
          <w:color w:val="000000"/>
        </w:rPr>
        <w:t xml:space="preserve">) , </w:t>
      </w:r>
      <w:r>
        <w:rPr>
          <w:color w:val="FF0066"/>
        </w:rPr>
        <w:t xml:space="preserve">and </w:t>
      </w:r>
      <w:r>
        <w:rPr>
          <w:color w:val="000000"/>
        </w:rPr>
        <w:t xml:space="preserve">they </w:t>
      </w:r>
      <w:r>
        <w:rPr>
          <w:color w:val="CC3399"/>
        </w:rPr>
        <w:t xml:space="preserve">listened </w:t>
      </w:r>
      <w:r>
        <w:rPr>
          <w:color w:val="FF6600"/>
        </w:rPr>
        <w:t xml:space="preserve">in </w:t>
      </w:r>
      <w:r>
        <w:rPr>
          <w:color w:val="00FFCC"/>
        </w:rPr>
        <w:t xml:space="preserve">astonishment </w:t>
      </w:r>
      <w:r>
        <w:rPr>
          <w:color w:val="FF6600"/>
        </w:rPr>
        <w:t xml:space="preserve">while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conjured </w:t>
      </w:r>
      <w:r>
        <w:rPr>
          <w:color w:val="000000"/>
        </w:rPr>
        <w:t xml:space="preserve">up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pictures </w:t>
      </w:r>
      <w:r>
        <w:rPr>
          <w:color w:val="FF6600"/>
        </w:rPr>
        <w:t xml:space="preserve">of </w:t>
      </w:r>
      <w:r>
        <w:rPr>
          <w:color w:val="33CCFF"/>
        </w:rPr>
        <w:t xml:space="preserve">fantastic </w:t>
      </w:r>
      <w:r>
        <w:rPr>
          <w:color w:val="00FFCC"/>
        </w:rPr>
        <w:t xml:space="preserve">machines </w:t>
      </w:r>
      <w:r>
        <w:rPr>
          <w:color w:val="000000"/>
        </w:rPr>
        <w:t xml:space="preserve">which </w:t>
      </w:r>
      <w:r>
        <w:rPr>
          <w:color w:val="003E3E"/>
        </w:rPr>
        <w:t xml:space="preserve">would </w:t>
      </w:r>
      <w:r>
        <w:rPr>
          <w:color w:val="CC3399"/>
        </w:rPr>
        <w:t xml:space="preserve">do </w:t>
      </w:r>
      <w:r>
        <w:rPr>
          <w:color w:val="000000"/>
        </w:rPr>
        <w:t xml:space="preserve">their </w:t>
      </w:r>
      <w:r>
        <w:rPr>
          <w:color w:val="00FFCC"/>
        </w:rPr>
        <w:t xml:space="preserve">work </w:t>
      </w:r>
      <w:r>
        <w:rPr>
          <w:color w:val="FF6600"/>
        </w:rPr>
        <w:t xml:space="preserve">for </w:t>
      </w:r>
      <w:r>
        <w:rPr>
          <w:color w:val="000000"/>
        </w:rPr>
        <w:t xml:space="preserve">them </w:t>
      </w:r>
      <w:r>
        <w:rPr>
          <w:color w:val="FF6600"/>
        </w:rPr>
        <w:t xml:space="preserve">while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grazed </w:t>
      </w:r>
      <w:r>
        <w:rPr>
          <w:color w:val="FF6600"/>
        </w:rPr>
        <w:t xml:space="preserve">at </w:t>
      </w:r>
      <w:r>
        <w:rPr>
          <w:color w:val="000000"/>
        </w:rPr>
        <w:t xml:space="preserve">their </w:t>
      </w:r>
      <w:r>
        <w:rPr>
          <w:color w:val="00FFCC"/>
        </w:rPr>
        <w:t xml:space="preserve">ease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fields </w:t>
      </w:r>
      <w:r>
        <w:rPr>
          <w:color w:val="FF0066"/>
        </w:rPr>
        <w:t xml:space="preserve">or </w:t>
      </w:r>
      <w:r>
        <w:rPr>
          <w:color w:val="CC3399"/>
        </w:rPr>
        <w:t xml:space="preserve">improved </w:t>
      </w:r>
      <w:r>
        <w:rPr>
          <w:color w:val="000000"/>
        </w:rPr>
        <w:t xml:space="preserve">their </w:t>
      </w:r>
      <w:r>
        <w:rPr>
          <w:color w:val="00FFCC"/>
        </w:rPr>
        <w:t xml:space="preserve">minds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reading </w:t>
      </w:r>
      <w:r>
        <w:rPr>
          <w:color w:val="FF0066"/>
        </w:rPr>
        <w:t xml:space="preserve">and </w:t>
      </w:r>
      <w:r>
        <w:rPr>
          <w:color w:val="00FFCC"/>
        </w:rPr>
        <w:t xml:space="preserve">conversation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Within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weeks 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plans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were </w:t>
      </w:r>
      <w:r>
        <w:rPr>
          <w:color w:val="00787F"/>
        </w:rPr>
        <w:t xml:space="preserve">fully </w:t>
      </w:r>
      <w:r>
        <w:rPr>
          <w:color w:val="CC3399"/>
        </w:rPr>
        <w:t xml:space="preserve">worked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out </w:t>
      </w:r>
      <w:r>
        <w:rPr>
          <w:color w:val="000000"/>
        </w:rPr>
        <w:t xml:space="preserve">. The </w:t>
      </w:r>
      <w:r>
        <w:rPr>
          <w:color w:val="33CCFF"/>
        </w:rPr>
        <w:t xml:space="preserve">mechanical </w:t>
      </w:r>
      <w:r>
        <w:rPr>
          <w:color w:val="00FFCC"/>
        </w:rPr>
        <w:t xml:space="preserve">details </w:t>
      </w:r>
      <w:r>
        <w:rPr>
          <w:color w:val="CC3399"/>
        </w:rPr>
        <w:t xml:space="preserve">came </w:t>
      </w:r>
      <w:r>
        <w:rPr>
          <w:color w:val="00787F"/>
        </w:rPr>
        <w:t xml:space="preserve">mostly </w:t>
      </w:r>
      <w:r>
        <w:rPr>
          <w:color w:val="FF6600"/>
        </w:rPr>
        <w:t xml:space="preserve">from </w:t>
      </w:r>
      <w:r>
        <w:rPr>
          <w:color w:val="000000"/>
        </w:rPr>
        <w:t xml:space="preserve">three </w:t>
      </w:r>
      <w:r>
        <w:rPr>
          <w:color w:val="00FFCC"/>
        </w:rPr>
        <w:t xml:space="preserve">books </w:t>
      </w:r>
      <w:r>
        <w:rPr>
          <w:color w:val="000000"/>
        </w:rPr>
        <w:t xml:space="preserve">which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>belonged</w:t>
      </w:r>
      <w:r>
        <w:rPr>
          <w:color w:val="CC3399"/>
        </w:rPr>
        <w:t xml:space="preserve"> </w:t>
      </w:r>
      <w:r>
        <w:rPr>
          <w:color w:val="000000"/>
        </w:rPr>
        <w:t xml:space="preserve">to </w:t>
      </w:r>
      <w:r>
        <w:rPr>
          <w:color w:val="00FFCC"/>
        </w:rPr>
        <w:t xml:space="preserve">Mr. Jones </w:t>
      </w:r>
      <w:r>
        <w:rPr>
          <w:color w:val="000000"/>
        </w:rPr>
        <w:t xml:space="preserve">-- 'One </w:t>
      </w:r>
      <w:r>
        <w:rPr>
          <w:color w:val="00FFCC"/>
        </w:rPr>
        <w:t xml:space="preserve">Thousand Useful Things </w:t>
      </w:r>
      <w:r>
        <w:rPr>
          <w:color w:val="000000"/>
        </w:rPr>
        <w:t xml:space="preserve">to </w:t>
      </w:r>
      <w:r>
        <w:rPr>
          <w:color w:val="CC3399"/>
        </w:rPr>
        <w:t xml:space="preserve">Do </w:t>
      </w:r>
      <w:r>
        <w:rPr>
          <w:color w:val="FF6600"/>
        </w:rPr>
        <w:t xml:space="preserve">About </w:t>
      </w:r>
      <w:r>
        <w:rPr>
          <w:color w:val="000000"/>
        </w:rPr>
        <w:t xml:space="preserve">the </w:t>
      </w:r>
      <w:r>
        <w:rPr>
          <w:color w:val="00FFCC"/>
        </w:rPr>
        <w:t xml:space="preserve">House </w:t>
      </w:r>
      <w:r>
        <w:rPr>
          <w:color w:val="000000"/>
        </w:rPr>
        <w:t xml:space="preserve">' 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'Every Man </w:t>
      </w:r>
      <w:r>
        <w:rPr>
          <w:color w:val="000000"/>
        </w:rPr>
        <w:t xml:space="preserve">His </w:t>
      </w:r>
      <w:r>
        <w:rPr>
          <w:color w:val="33CCFF"/>
        </w:rPr>
        <w:t xml:space="preserve">Own </w:t>
      </w:r>
      <w:r>
        <w:rPr>
          <w:color w:val="00FFCC"/>
        </w:rPr>
        <w:t xml:space="preserve">Bricklayer </w:t>
      </w:r>
      <w:r>
        <w:rPr>
          <w:color w:val="000000"/>
        </w:rPr>
        <w:t xml:space="preserve">' , </w:t>
      </w:r>
      <w:r>
        <w:rPr>
          <w:color w:val="FF0066"/>
        </w:rPr>
        <w:t xml:space="preserve">and </w:t>
      </w:r>
      <w:r>
        <w:rPr>
          <w:color w:val="00FFCC"/>
        </w:rPr>
        <w:t xml:space="preserve">'Electricity </w:t>
      </w:r>
      <w:r>
        <w:rPr>
          <w:color w:val="FF6600"/>
        </w:rPr>
        <w:t xml:space="preserve">for </w:t>
      </w:r>
      <w:r>
        <w:rPr>
          <w:color w:val="00FFCC"/>
        </w:rPr>
        <w:t xml:space="preserve">Beginners </w:t>
      </w:r>
      <w:r>
        <w:rPr>
          <w:color w:val="000000"/>
        </w:rPr>
        <w:t xml:space="preserve">' . </w:t>
      </w:r>
      <w:r>
        <w:rPr>
          <w:color w:val="00FFCC"/>
        </w:rPr>
        <w:t xml:space="preserve">Snowball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used </w:t>
      </w:r>
      <w:r>
        <w:rPr>
          <w:color w:val="FF6600"/>
        </w:rPr>
        <w:t xml:space="preserve">as </w:t>
      </w:r>
      <w:r>
        <w:rPr>
          <w:color w:val="000000"/>
        </w:rPr>
        <w:t xml:space="preserve">his </w:t>
      </w:r>
      <w:r>
        <w:rPr>
          <w:color w:val="00FFCC"/>
        </w:rPr>
        <w:t xml:space="preserve">study </w:t>
      </w:r>
      <w:r>
        <w:rPr>
          <w:color w:val="000000"/>
        </w:rPr>
        <w:t xml:space="preserve">a </w:t>
      </w:r>
      <w:r>
        <w:rPr>
          <w:color w:val="CC3399"/>
        </w:rPr>
        <w:t xml:space="preserve">shed </w:t>
      </w:r>
      <w:r>
        <w:rPr>
          <w:color w:val="000000"/>
        </w:rPr>
        <w:t xml:space="preserve">which </w:t>
      </w:r>
      <w:r>
        <w:rPr>
          <w:color w:val="CC3399"/>
        </w:rPr>
        <w:t xml:space="preserve">had </w:t>
      </w:r>
      <w:r>
        <w:rPr>
          <w:color w:val="00787F"/>
        </w:rPr>
        <w:t xml:space="preserve">once </w:t>
      </w:r>
      <w:r>
        <w:rPr>
          <w:color w:val="CC3399"/>
        </w:rPr>
        <w:t xml:space="preserve">been used </w:t>
      </w:r>
      <w:r>
        <w:rPr>
          <w:color w:val="FF6600"/>
        </w:rPr>
        <w:t xml:space="preserve">for </w:t>
      </w:r>
      <w:r>
        <w:rPr>
          <w:color w:val="00FFCC"/>
        </w:rPr>
        <w:t xml:space="preserve">incubators </w:t>
      </w:r>
      <w:r>
        <w:rPr>
          <w:color w:val="FF0066"/>
        </w:rPr>
        <w:t xml:space="preserve">and </w:t>
      </w:r>
      <w:r>
        <w:rPr>
          <w:color w:val="CC3399"/>
        </w:rPr>
        <w:t xml:space="preserve">had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smooth wooden </w:t>
      </w:r>
      <w:r>
        <w:rPr>
          <w:color w:val="00FFCC"/>
        </w:rPr>
        <w:t xml:space="preserve">floor </w:t>
      </w:r>
      <w:r>
        <w:rPr>
          <w:color w:val="000000"/>
        </w:rPr>
        <w:t xml:space="preserve">, </w:t>
      </w:r>
      <w:r>
        <w:rPr>
          <w:color w:val="33CCFF"/>
        </w:rPr>
        <w:t xml:space="preserve">suitable </w:t>
      </w:r>
      <w:r>
        <w:rPr>
          <w:color w:val="FF6600"/>
        </w:rPr>
        <w:t xml:space="preserve">for </w:t>
      </w:r>
      <w:r>
        <w:rPr>
          <w:color w:val="CC3399"/>
        </w:rPr>
        <w:t xml:space="preserve">drawing </w:t>
      </w:r>
      <w:r>
        <w:rPr>
          <w:color w:val="FF6600"/>
        </w:rPr>
        <w:t xml:space="preserve">on </w:t>
      </w:r>
      <w:r>
        <w:rPr>
          <w:color w:val="000000"/>
        </w:rPr>
        <w:t xml:space="preserve">. He </w:t>
      </w:r>
      <w:r>
        <w:rPr>
          <w:color w:val="CC3399"/>
        </w:rPr>
        <w:t xml:space="preserve">was closeted </w:t>
      </w:r>
      <w:r>
        <w:rPr>
          <w:color w:val="00787F"/>
        </w:rPr>
        <w:t xml:space="preserve">there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hours </w:t>
      </w:r>
      <w:r>
        <w:rPr>
          <w:color w:val="FF6600"/>
        </w:rPr>
        <w:t xml:space="preserve">at </w:t>
      </w:r>
      <w:r>
        <w:rPr>
          <w:color w:val="000000"/>
        </w:rPr>
        <w:t xml:space="preserve">a </w:t>
      </w:r>
      <w:r>
        <w:rPr>
          <w:color w:val="00FFCC"/>
        </w:rPr>
        <w:t xml:space="preserve">time </w:t>
      </w:r>
      <w:r>
        <w:rPr>
          <w:color w:val="000000"/>
        </w:rPr>
        <w:t xml:space="preserve">.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00FFCC"/>
        </w:rPr>
        <w:t xml:space="preserve">books </w:t>
      </w:r>
      <w:r>
        <w:rPr>
          <w:color w:val="CC3399"/>
        </w:rPr>
        <w:t xml:space="preserve">held </w:t>
      </w:r>
      <w:r>
        <w:rPr>
          <w:color w:val="33CCFF"/>
        </w:rPr>
        <w:t xml:space="preserve">open </w:t>
      </w: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  <w:r>
        <w:rPr>
          <w:color w:val="00FFCC"/>
        </w:rPr>
        <w:t xml:space="preserve">stone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piece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chalk </w:t>
      </w:r>
      <w:r>
        <w:rPr>
          <w:color w:val="CC3399"/>
        </w:rPr>
        <w:t xml:space="preserve">gripped </w:t>
      </w:r>
      <w:r>
        <w:rPr>
          <w:color w:val="FF6600"/>
        </w:rPr>
        <w:t xml:space="preserve">between </w:t>
      </w:r>
      <w:r>
        <w:rPr>
          <w:color w:val="000000"/>
        </w:rPr>
        <w:t xml:space="preserve">the </w:t>
      </w:r>
      <w:r>
        <w:rPr>
          <w:color w:val="00FFCC"/>
        </w:rPr>
        <w:t xml:space="preserve">knuckles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00FFCC"/>
        </w:rPr>
        <w:t xml:space="preserve">trotter </w:t>
      </w:r>
      <w:r>
        <w:rPr>
          <w:color w:val="000000"/>
        </w:rPr>
        <w:t xml:space="preserve">, he </w:t>
      </w:r>
      <w:r>
        <w:rPr>
          <w:color w:val="003E3E"/>
        </w:rPr>
        <w:t xml:space="preserve">would </w:t>
      </w:r>
      <w:r>
        <w:rPr>
          <w:color w:val="CC3399"/>
        </w:rPr>
        <w:t xml:space="preserve">move </w:t>
      </w:r>
      <w:r>
        <w:rPr>
          <w:color w:val="00787F"/>
        </w:rPr>
        <w:t xml:space="preserve">rapidly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FF0066"/>
        </w:rPr>
        <w:t xml:space="preserve">and </w:t>
      </w:r>
      <w:r>
        <w:rPr>
          <w:color w:val="CC3399"/>
        </w:rPr>
        <w:t xml:space="preserve">fro </w:t>
      </w:r>
      <w:r>
        <w:rPr>
          <w:color w:val="000000"/>
        </w:rPr>
        <w:t xml:space="preserve">, </w:t>
      </w:r>
      <w:r>
        <w:rPr>
          <w:color w:val="CC3399"/>
        </w:rPr>
        <w:t xml:space="preserve">drawing </w:t>
      </w:r>
      <w:r>
        <w:rPr>
          <w:color w:val="FF6600"/>
        </w:rPr>
        <w:t xml:space="preserve">in </w:t>
      </w:r>
      <w:r>
        <w:rPr>
          <w:color w:val="00FFCC"/>
        </w:rPr>
        <w:t xml:space="preserve">line </w:t>
      </w:r>
      <w:r>
        <w:rPr>
          <w:color w:val="FF6600"/>
        </w:rPr>
        <w:t xml:space="preserve">after </w:t>
      </w:r>
      <w:r>
        <w:rPr>
          <w:color w:val="00FFCC"/>
        </w:rPr>
        <w:t xml:space="preserve">line </w:t>
      </w:r>
      <w:r>
        <w:rPr>
          <w:color w:val="FF0066"/>
        </w:rPr>
        <w:t xml:space="preserve">and </w:t>
      </w:r>
      <w:r>
        <w:rPr>
          <w:color w:val="33CCFF"/>
        </w:rPr>
        <w:t xml:space="preserve">uttering little </w:t>
      </w:r>
      <w:r>
        <w:rPr>
          <w:color w:val="00FFCC"/>
        </w:rPr>
        <w:t xml:space="preserve">whimpers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excitement </w:t>
      </w:r>
      <w:r>
        <w:rPr>
          <w:color w:val="000000"/>
        </w:rPr>
        <w:t xml:space="preserve">. </w:t>
      </w:r>
      <w:r>
        <w:rPr>
          <w:color w:val="00787F"/>
        </w:rPr>
        <w:t xml:space="preserve">Gradually </w:t>
      </w:r>
      <w:r>
        <w:rPr>
          <w:color w:val="000000"/>
        </w:rPr>
        <w:t xml:space="preserve">the </w:t>
      </w:r>
      <w:r>
        <w:rPr>
          <w:color w:val="00FFCC"/>
        </w:rPr>
        <w:t xml:space="preserve">plans </w:t>
      </w:r>
      <w:r>
        <w:rPr>
          <w:color w:val="CC3399"/>
        </w:rPr>
        <w:t xml:space="preserve">grew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  <w:r>
        <w:rPr>
          <w:color w:val="33CCFF"/>
        </w:rPr>
        <w:t xml:space="preserve">complicated </w:t>
      </w:r>
      <w:r>
        <w:rPr>
          <w:color w:val="00FFCC"/>
        </w:rPr>
        <w:t xml:space="preserve">mass </w:t>
      </w:r>
      <w:r>
        <w:rPr>
          <w:color w:val="FF6600"/>
        </w:rPr>
        <w:t xml:space="preserve">of </w:t>
      </w:r>
      <w:r>
        <w:rPr>
          <w:color w:val="00FFCC"/>
        </w:rPr>
        <w:t xml:space="preserve">cranks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cog-wheels </w:t>
      </w:r>
      <w:r>
        <w:rPr>
          <w:color w:val="000000"/>
        </w:rPr>
        <w:t xml:space="preserve">, </w:t>
      </w:r>
      <w:r>
        <w:rPr>
          <w:color w:val="CC3399"/>
        </w:rPr>
        <w:t xml:space="preserve">covering </w:t>
      </w:r>
      <w:r>
        <w:rPr>
          <w:color w:val="33CCFF"/>
        </w:rPr>
        <w:t xml:space="preserve">more </w:t>
      </w:r>
      <w:r>
        <w:rPr>
          <w:color w:val="FF6600"/>
        </w:rPr>
        <w:t xml:space="preserve">than </w:t>
      </w:r>
      <w:r>
        <w:rPr>
          <w:color w:val="000000"/>
        </w:rPr>
        <w:t xml:space="preserve">half the </w:t>
      </w:r>
      <w:r>
        <w:rPr>
          <w:color w:val="00FFCC"/>
        </w:rPr>
        <w:t xml:space="preserve">floor </w:t>
      </w:r>
      <w:r>
        <w:rPr>
          <w:color w:val="000000"/>
        </w:rPr>
        <w:t xml:space="preserve">, which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found </w:t>
      </w:r>
      <w:r>
        <w:rPr>
          <w:color w:val="00787F"/>
        </w:rPr>
        <w:t xml:space="preserve">completely </w:t>
      </w:r>
      <w:r>
        <w:rPr>
          <w:color w:val="33CCFF"/>
        </w:rPr>
        <w:t xml:space="preserve">unintelligible </w:t>
      </w:r>
      <w:r>
        <w:rPr>
          <w:color w:val="FF0066"/>
        </w:rPr>
        <w:t xml:space="preserve">but </w:t>
      </w:r>
      <w:r>
        <w:rPr>
          <w:color w:val="00787F"/>
        </w:rPr>
        <w:t xml:space="preserve">very </w:t>
      </w:r>
      <w:r>
        <w:rPr>
          <w:color w:val="33CCFF"/>
        </w:rPr>
        <w:t xml:space="preserve">impressive </w:t>
      </w:r>
      <w:r>
        <w:rPr>
          <w:color w:val="000000"/>
        </w:rPr>
        <w:t xml:space="preserve">. All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came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>l</w:t>
      </w:r>
      <w:r>
        <w:rPr>
          <w:color w:val="00FFCC"/>
        </w:rPr>
        <w:t xml:space="preserve">ook </w:t>
      </w:r>
      <w:r>
        <w:rPr>
          <w:color w:val="FF6600"/>
        </w:rPr>
        <w:t xml:space="preserve">at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drawings </w:t>
      </w:r>
      <w:r>
        <w:rPr>
          <w:color w:val="FF6600"/>
        </w:rPr>
        <w:t xml:space="preserve">at </w:t>
      </w:r>
      <w:r>
        <w:rPr>
          <w:color w:val="33CCFF"/>
        </w:rPr>
        <w:t xml:space="preserve">least </w:t>
      </w:r>
      <w:r>
        <w:rPr>
          <w:color w:val="00787F"/>
        </w:rPr>
        <w:t xml:space="preserve">once </w:t>
      </w:r>
      <w:r>
        <w:rPr>
          <w:color w:val="000000"/>
        </w:rPr>
        <w:t xml:space="preserve">a </w:t>
      </w:r>
      <w:r>
        <w:rPr>
          <w:color w:val="00FFCC"/>
        </w:rPr>
        <w:t xml:space="preserve">day </w:t>
      </w:r>
      <w:r>
        <w:rPr>
          <w:color w:val="000000"/>
        </w:rPr>
        <w:t xml:space="preserve">. </w:t>
      </w:r>
      <w:r>
        <w:rPr>
          <w:color w:val="00787F"/>
        </w:rPr>
        <w:t xml:space="preserve">Even </w:t>
      </w:r>
      <w:r>
        <w:rPr>
          <w:color w:val="000000"/>
        </w:rPr>
        <w:t xml:space="preserve">the </w:t>
      </w:r>
      <w:r>
        <w:rPr>
          <w:color w:val="00FFCC"/>
        </w:rPr>
        <w:t xml:space="preserve">hens </w:t>
      </w:r>
      <w:r>
        <w:rPr>
          <w:color w:val="FF0066"/>
        </w:rPr>
        <w:t xml:space="preserve">and </w:t>
      </w:r>
      <w:r>
        <w:rPr>
          <w:color w:val="00FFCC"/>
        </w:rPr>
        <w:t xml:space="preserve">ducks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came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were </w:t>
      </w:r>
      <w:r>
        <w:rPr>
          <w:color w:val="FF6600"/>
        </w:rPr>
        <w:t xml:space="preserve">at </w:t>
      </w:r>
      <w:r>
        <w:rPr>
          <w:color w:val="00FFCC"/>
        </w:rPr>
        <w:t xml:space="preserve">pains </w:t>
      </w:r>
      <w:r>
        <w:rPr>
          <w:color w:val="00787F"/>
        </w:rPr>
        <w:t xml:space="preserve">not </w:t>
      </w:r>
      <w:r>
        <w:rPr>
          <w:color w:val="000000"/>
        </w:rPr>
        <w:t xml:space="preserve">to </w:t>
      </w:r>
      <w:r>
        <w:rPr>
          <w:color w:val="CC3399"/>
        </w:rPr>
        <w:t xml:space="preserve">tread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chalk marks </w:t>
      </w:r>
      <w:r>
        <w:rPr>
          <w:color w:val="000000"/>
        </w:rPr>
        <w:t xml:space="preserve">. </w:t>
      </w:r>
      <w:r>
        <w:rPr>
          <w:color w:val="00787F"/>
        </w:rPr>
        <w:t xml:space="preserve">Only </w:t>
      </w:r>
      <w:r>
        <w:rPr>
          <w:color w:val="00FFCC"/>
        </w:rPr>
        <w:t xml:space="preserve">Napoleon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held </w:t>
      </w:r>
      <w:r>
        <w:rPr>
          <w:color w:val="00FFCC"/>
        </w:rPr>
        <w:t xml:space="preserve">aloof </w:t>
      </w:r>
      <w:r>
        <w:rPr>
          <w:color w:val="000000"/>
        </w:rPr>
        <w:t xml:space="preserve">. He </w:t>
      </w:r>
      <w:r>
        <w:rPr>
          <w:color w:val="CC3399"/>
        </w:rPr>
        <w:t xml:space="preserve">had declared </w:t>
      </w:r>
      <w:r>
        <w:rPr>
          <w:color w:val="000000"/>
        </w:rPr>
        <w:t xml:space="preserve">himself </w:t>
      </w:r>
      <w:r>
        <w:rPr>
          <w:color w:val="FF6600"/>
        </w:rPr>
        <w:t xml:space="preserve">against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start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One </w:t>
      </w:r>
      <w:r>
        <w:rPr>
          <w:color w:val="00FFCC"/>
        </w:rPr>
        <w:t xml:space="preserve">day </w:t>
      </w:r>
      <w:r>
        <w:rPr>
          <w:color w:val="000000"/>
        </w:rPr>
        <w:t xml:space="preserve">, </w:t>
      </w:r>
      <w:r>
        <w:rPr>
          <w:color w:val="00787F"/>
        </w:rPr>
        <w:t xml:space="preserve">however </w:t>
      </w:r>
      <w:r>
        <w:rPr>
          <w:color w:val="000000"/>
        </w:rPr>
        <w:t xml:space="preserve">, he </w:t>
      </w:r>
      <w:r>
        <w:rPr>
          <w:color w:val="CC3399"/>
        </w:rPr>
        <w:t xml:space="preserve">arrived </w:t>
      </w:r>
      <w:r>
        <w:rPr>
          <w:color w:val="00787F"/>
        </w:rPr>
        <w:t xml:space="preserve">unexpectedly </w:t>
      </w:r>
      <w:r>
        <w:rPr>
          <w:color w:val="000000"/>
        </w:rPr>
        <w:t xml:space="preserve">to </w:t>
      </w:r>
      <w:r>
        <w:rPr>
          <w:color w:val="CC3399"/>
        </w:rPr>
        <w:t xml:space="preserve">examine </w:t>
      </w:r>
      <w:r>
        <w:rPr>
          <w:color w:val="000000"/>
        </w:rPr>
        <w:t xml:space="preserve">the </w:t>
      </w:r>
      <w:r>
        <w:rPr>
          <w:color w:val="00FFCC"/>
        </w:rPr>
        <w:t xml:space="preserve">plans </w:t>
      </w:r>
      <w:r>
        <w:rPr>
          <w:color w:val="000000"/>
        </w:rPr>
        <w:t xml:space="preserve">. He </w:t>
      </w:r>
      <w:r>
        <w:rPr>
          <w:color w:val="CC3399"/>
        </w:rPr>
        <w:t xml:space="preserve">walked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heavily </w:t>
      </w:r>
      <w:r>
        <w:rPr>
          <w:color w:val="CC3399"/>
        </w:rPr>
        <w:t xml:space="preserve">round </w:t>
      </w:r>
      <w:r>
        <w:rPr>
          <w:color w:val="000000"/>
        </w:rPr>
        <w:t xml:space="preserve">the </w:t>
      </w:r>
      <w:r>
        <w:rPr>
          <w:color w:val="33CCFF"/>
        </w:rPr>
        <w:t xml:space="preserve">shed </w:t>
      </w:r>
      <w:r>
        <w:rPr>
          <w:color w:val="000000"/>
        </w:rPr>
        <w:t xml:space="preserve">, </w:t>
      </w:r>
      <w:r>
        <w:rPr>
          <w:color w:val="CC3399"/>
        </w:rPr>
        <w:t xml:space="preserve">looked </w:t>
      </w:r>
      <w:r>
        <w:rPr>
          <w:color w:val="00787F"/>
        </w:rPr>
        <w:t xml:space="preserve">closely </w:t>
      </w:r>
      <w:r>
        <w:rPr>
          <w:color w:val="FF6600"/>
        </w:rPr>
        <w:t xml:space="preserve">at </w:t>
      </w:r>
      <w:r>
        <w:rPr>
          <w:color w:val="000000"/>
        </w:rPr>
        <w:t xml:space="preserve">every </w:t>
      </w:r>
      <w:r>
        <w:rPr>
          <w:color w:val="00FFCC"/>
        </w:rPr>
        <w:t xml:space="preserve">detail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plans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snuffed </w:t>
      </w:r>
      <w:r>
        <w:rPr>
          <w:color w:val="FF6600"/>
        </w:rPr>
        <w:t xml:space="preserve">at </w:t>
      </w:r>
      <w:r>
        <w:rPr>
          <w:color w:val="000000"/>
        </w:rPr>
        <w:t xml:space="preserve">them </w:t>
      </w:r>
      <w:r>
        <w:rPr>
          <w:color w:val="00787F"/>
        </w:rPr>
        <w:t xml:space="preserve">once </w:t>
      </w:r>
      <w:r>
        <w:rPr>
          <w:color w:val="FF0066"/>
        </w:rPr>
        <w:t xml:space="preserve">or </w:t>
      </w:r>
      <w:r>
        <w:rPr>
          <w:color w:val="00787F"/>
        </w:rPr>
        <w:t xml:space="preserve">twice </w:t>
      </w:r>
      <w:r>
        <w:rPr>
          <w:color w:val="000000"/>
        </w:rPr>
        <w:t xml:space="preserve">, </w:t>
      </w:r>
      <w:r>
        <w:rPr>
          <w:color w:val="00787F"/>
        </w:rPr>
        <w:t xml:space="preserve">then </w:t>
      </w:r>
      <w:r>
        <w:rPr>
          <w:color w:val="CC3399"/>
        </w:rPr>
        <w:t xml:space="preserve">stood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</w:t>
      </w:r>
      <w:r>
        <w:rPr>
          <w:color w:val="FF6600"/>
        </w:rPr>
        <w:t xml:space="preserve">while </w:t>
      </w:r>
      <w:r>
        <w:rPr>
          <w:color w:val="CC3399"/>
        </w:rPr>
        <w:t xml:space="preserve">contemplating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 </w:t>
      </w:r>
      <w:r>
        <w:rPr>
          <w:color w:val="00FFCC"/>
        </w:rPr>
        <w:t xml:space="preserve">corner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00FFCC"/>
        </w:rPr>
        <w:t xml:space="preserve">eye </w:t>
      </w:r>
      <w:r>
        <w:rPr>
          <w:color w:val="000000"/>
        </w:rPr>
        <w:t xml:space="preserve">; </w:t>
      </w:r>
      <w:r>
        <w:rPr>
          <w:color w:val="00787F"/>
        </w:rPr>
        <w:t xml:space="preserve">then suddenly </w:t>
      </w:r>
      <w:r>
        <w:rPr>
          <w:color w:val="000000"/>
        </w:rPr>
        <w:t xml:space="preserve">he </w:t>
      </w:r>
      <w:r>
        <w:rPr>
          <w:color w:val="CC3399"/>
        </w:rPr>
        <w:t>lifte</w:t>
      </w:r>
      <w:r>
        <w:rPr>
          <w:color w:val="CC3399"/>
        </w:rPr>
        <w:t xml:space="preserve">d </w:t>
      </w:r>
      <w:r>
        <w:rPr>
          <w:color w:val="000000"/>
        </w:rPr>
        <w:t xml:space="preserve">his </w:t>
      </w:r>
      <w:r>
        <w:rPr>
          <w:color w:val="00FFCC"/>
        </w:rPr>
        <w:t xml:space="preserve">leg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urinated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00FFCC"/>
        </w:rPr>
        <w:t xml:space="preserve">plans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walked </w:t>
      </w:r>
      <w:r>
        <w:rPr>
          <w:color w:val="000000"/>
        </w:rPr>
        <w:t xml:space="preserve">out </w:t>
      </w:r>
      <w:r>
        <w:rPr>
          <w:color w:val="FF6600"/>
        </w:rPr>
        <w:t xml:space="preserve">without </w:t>
      </w:r>
      <w:r>
        <w:rPr>
          <w:color w:val="CC3399"/>
        </w:rPr>
        <w:t xml:space="preserve">uttering </w:t>
      </w:r>
      <w:r>
        <w:rPr>
          <w:color w:val="000000"/>
        </w:rPr>
        <w:t xml:space="preserve">a </w:t>
      </w:r>
      <w:r>
        <w:rPr>
          <w:color w:val="00FFCC"/>
        </w:rPr>
        <w:t xml:space="preserve">word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farm </w:t>
      </w:r>
      <w:r>
        <w:rPr>
          <w:color w:val="CC3399"/>
        </w:rPr>
        <w:t xml:space="preserve">was </w:t>
      </w:r>
      <w:r>
        <w:rPr>
          <w:color w:val="00787F"/>
        </w:rPr>
        <w:t xml:space="preserve">deeply </w:t>
      </w:r>
      <w:r>
        <w:rPr>
          <w:color w:val="CC3399"/>
        </w:rPr>
        <w:t xml:space="preserve">divided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subject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</w:t>
      </w:r>
      <w:r>
        <w:rPr>
          <w:color w:val="CC3399"/>
        </w:rPr>
        <w:t xml:space="preserve">Snowball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deny </w:t>
      </w:r>
      <w:r>
        <w:rPr>
          <w:color w:val="FF6600"/>
        </w:rPr>
        <w:t xml:space="preserve">that </w:t>
      </w:r>
      <w:r>
        <w:rPr>
          <w:color w:val="000000"/>
        </w:rPr>
        <w:t xml:space="preserve">to </w:t>
      </w:r>
      <w:r>
        <w:rPr>
          <w:color w:val="CC3399"/>
        </w:rPr>
        <w:t xml:space="preserve">build </w:t>
      </w:r>
      <w:r>
        <w:rPr>
          <w:color w:val="000000"/>
        </w:rPr>
        <w:t xml:space="preserve">it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000000"/>
        </w:rPr>
        <w:t xml:space="preserve">a </w:t>
      </w:r>
      <w:r>
        <w:rPr>
          <w:color w:val="33CCFF"/>
        </w:rPr>
        <w:t xml:space="preserve">difficult </w:t>
      </w:r>
      <w:r>
        <w:rPr>
          <w:color w:val="00FFCC"/>
        </w:rPr>
        <w:t xml:space="preserve">business </w:t>
      </w:r>
      <w:r>
        <w:rPr>
          <w:color w:val="000000"/>
        </w:rPr>
        <w:t xml:space="preserve">. </w:t>
      </w:r>
      <w:r>
        <w:rPr>
          <w:color w:val="00FFCC"/>
        </w:rPr>
        <w:t xml:space="preserve">Stone </w:t>
      </w:r>
      <w:r>
        <w:rPr>
          <w:color w:val="003E3E"/>
        </w:rPr>
        <w:t xml:space="preserve">would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have </w:t>
      </w:r>
      <w:r>
        <w:rPr>
          <w:color w:val="000000"/>
        </w:rPr>
        <w:t xml:space="preserve">to </w:t>
      </w:r>
      <w:r>
        <w:rPr>
          <w:color w:val="CC3399"/>
        </w:rPr>
        <w:t xml:space="preserve">be carried </w:t>
      </w:r>
      <w:r>
        <w:rPr>
          <w:color w:val="FF0066"/>
        </w:rPr>
        <w:t xml:space="preserve">and </w:t>
      </w:r>
      <w:r>
        <w:rPr>
          <w:color w:val="CC3399"/>
        </w:rPr>
        <w:t xml:space="preserve">built </w:t>
      </w:r>
      <w:r>
        <w:rPr>
          <w:color w:val="000000"/>
        </w:rPr>
        <w:t xml:space="preserve">up </w:t>
      </w:r>
      <w:r>
        <w:rPr>
          <w:color w:val="FF6600"/>
        </w:rPr>
        <w:t xml:space="preserve">into </w:t>
      </w:r>
      <w:r>
        <w:rPr>
          <w:color w:val="00FFCC"/>
        </w:rPr>
        <w:t xml:space="preserve">walls </w:t>
      </w:r>
      <w:r>
        <w:rPr>
          <w:color w:val="000000"/>
        </w:rPr>
        <w:t xml:space="preserve">, </w:t>
      </w:r>
      <w:r>
        <w:rPr>
          <w:color w:val="00787F"/>
        </w:rPr>
        <w:t xml:space="preserve">then </w:t>
      </w:r>
      <w:r>
        <w:rPr>
          <w:color w:val="000000"/>
        </w:rPr>
        <w:t xml:space="preserve">the </w:t>
      </w:r>
      <w:r>
        <w:rPr>
          <w:color w:val="00FFCC"/>
        </w:rPr>
        <w:t xml:space="preserve">sails </w:t>
      </w:r>
      <w:r>
        <w:rPr>
          <w:color w:val="003E3E"/>
        </w:rPr>
        <w:t xml:space="preserve">would </w:t>
      </w:r>
      <w:r>
        <w:rPr>
          <w:color w:val="CC3399"/>
        </w:rPr>
        <w:t xml:space="preserve">have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made </w:t>
      </w:r>
      <w:r>
        <w:rPr>
          <w:color w:val="FF0066"/>
        </w:rPr>
        <w:t xml:space="preserve">and </w:t>
      </w:r>
      <w:r>
        <w:rPr>
          <w:color w:val="FF6600"/>
        </w:rPr>
        <w:t xml:space="preserve">after </w:t>
      </w:r>
      <w:r>
        <w:rPr>
          <w:color w:val="000000"/>
        </w:rPr>
        <w:t xml:space="preserve">that there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need </w:t>
      </w:r>
      <w:r>
        <w:rPr>
          <w:color w:val="FF6600"/>
        </w:rPr>
        <w:t xml:space="preserve">for </w:t>
      </w:r>
      <w:r>
        <w:rPr>
          <w:color w:val="00FFCC"/>
        </w:rPr>
        <w:t xml:space="preserve">dynamos </w:t>
      </w:r>
      <w:r>
        <w:rPr>
          <w:color w:val="FF0066"/>
        </w:rPr>
        <w:t xml:space="preserve">and </w:t>
      </w:r>
      <w:r>
        <w:rPr>
          <w:color w:val="00FFCC"/>
        </w:rPr>
        <w:t xml:space="preserve">cables </w:t>
      </w:r>
      <w:r>
        <w:rPr>
          <w:color w:val="000000"/>
        </w:rPr>
        <w:t xml:space="preserve">. ( How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these </w:t>
      </w:r>
      <w:r>
        <w:rPr>
          <w:color w:val="CC3399"/>
        </w:rPr>
        <w:t xml:space="preserve">were </w:t>
      </w:r>
      <w:r>
        <w:rPr>
          <w:color w:val="000000"/>
        </w:rPr>
        <w:t xml:space="preserve">to </w:t>
      </w:r>
      <w:r>
        <w:rPr>
          <w:color w:val="CC3399"/>
        </w:rPr>
        <w:t xml:space="preserve">be procured </w:t>
      </w:r>
      <w:r>
        <w:rPr>
          <w:color w:val="000000"/>
        </w:rPr>
        <w:t xml:space="preserve">,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say </w:t>
      </w:r>
      <w:r>
        <w:rPr>
          <w:color w:val="000000"/>
        </w:rPr>
        <w:t xml:space="preserve">. ) </w:t>
      </w:r>
      <w:r>
        <w:rPr>
          <w:color w:val="FF0066"/>
        </w:rPr>
        <w:t xml:space="preserve">But </w:t>
      </w:r>
      <w:r>
        <w:rPr>
          <w:color w:val="000000"/>
        </w:rPr>
        <w:t xml:space="preserve">he </w:t>
      </w:r>
      <w:r>
        <w:rPr>
          <w:color w:val="CC3399"/>
        </w:rPr>
        <w:t xml:space="preserve">maintained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003E3E"/>
        </w:rPr>
        <w:t xml:space="preserve">could </w:t>
      </w:r>
      <w:r>
        <w:rPr>
          <w:color w:val="00787F"/>
        </w:rPr>
        <w:t xml:space="preserve">all </w:t>
      </w:r>
      <w:r>
        <w:rPr>
          <w:color w:val="CC3399"/>
        </w:rPr>
        <w:t xml:space="preserve">be done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year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787F"/>
        </w:rPr>
        <w:t xml:space="preserve">thereafter </w:t>
      </w:r>
      <w:r>
        <w:rPr>
          <w:color w:val="000000"/>
        </w:rPr>
        <w:t xml:space="preserve">, he </w:t>
      </w:r>
      <w:r>
        <w:rPr>
          <w:color w:val="CC3399"/>
        </w:rPr>
        <w:t xml:space="preserve">declared </w:t>
      </w:r>
      <w:r>
        <w:rPr>
          <w:color w:val="000000"/>
        </w:rPr>
        <w:t xml:space="preserve">, </w:t>
      </w:r>
      <w:r>
        <w:rPr>
          <w:color w:val="00787F"/>
        </w:rPr>
        <w:t xml:space="preserve">so </w:t>
      </w:r>
      <w:r>
        <w:rPr>
          <w:color w:val="33CCFF"/>
        </w:rPr>
        <w:t xml:space="preserve">much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labour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saved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3E3E"/>
        </w:rPr>
        <w:t xml:space="preserve">would </w:t>
      </w:r>
      <w:r>
        <w:rPr>
          <w:color w:val="00787F"/>
        </w:rPr>
        <w:t xml:space="preserve">only </w:t>
      </w:r>
      <w:r>
        <w:rPr>
          <w:color w:val="CC3399"/>
        </w:rPr>
        <w:t xml:space="preserve">need </w:t>
      </w:r>
      <w:r>
        <w:rPr>
          <w:color w:val="000000"/>
        </w:rPr>
        <w:t xml:space="preserve">to </w:t>
      </w:r>
      <w:r>
        <w:rPr>
          <w:color w:val="CC3399"/>
        </w:rPr>
        <w:t xml:space="preserve">work </w:t>
      </w:r>
      <w:r>
        <w:rPr>
          <w:color w:val="000000"/>
        </w:rPr>
        <w:t xml:space="preserve">three </w:t>
      </w:r>
      <w:r>
        <w:rPr>
          <w:color w:val="00FFCC"/>
        </w:rPr>
        <w:t xml:space="preserve">days </w:t>
      </w: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a </w:t>
      </w:r>
      <w:r>
        <w:rPr>
          <w:color w:val="00FFCC"/>
        </w:rPr>
        <w:t xml:space="preserve">week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hand </w:t>
      </w:r>
      <w:r>
        <w:rPr>
          <w:color w:val="000000"/>
        </w:rPr>
        <w:t xml:space="preserve">, </w:t>
      </w:r>
      <w:r>
        <w:rPr>
          <w:color w:val="CC3399"/>
        </w:rPr>
        <w:t xml:space="preserve">argued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33CCFF"/>
        </w:rPr>
        <w:t xml:space="preserve">great </w:t>
      </w:r>
      <w:r>
        <w:rPr>
          <w:color w:val="00FFCC"/>
        </w:rPr>
        <w:t xml:space="preserve">need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moment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increase </w:t>
      </w:r>
      <w:r>
        <w:rPr>
          <w:color w:val="00FFCC"/>
        </w:rPr>
        <w:t xml:space="preserve">food production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if </w:t>
      </w:r>
      <w:r>
        <w:rPr>
          <w:color w:val="000000"/>
        </w:rPr>
        <w:t xml:space="preserve">they </w:t>
      </w:r>
      <w:r>
        <w:rPr>
          <w:color w:val="CC3399"/>
        </w:rPr>
        <w:t xml:space="preserve">wasted </w:t>
      </w:r>
      <w:r>
        <w:rPr>
          <w:color w:val="00FFCC"/>
        </w:rPr>
        <w:t xml:space="preserve">time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they </w:t>
      </w:r>
      <w:r>
        <w:rPr>
          <w:color w:val="003E3E"/>
        </w:rPr>
        <w:t xml:space="preserve">would </w:t>
      </w:r>
      <w:r>
        <w:rPr>
          <w:color w:val="000000"/>
        </w:rPr>
        <w:t xml:space="preserve">all </w:t>
      </w:r>
      <w:r>
        <w:rPr>
          <w:color w:val="CC3399"/>
        </w:rPr>
        <w:t xml:space="preserve">starve </w:t>
      </w:r>
      <w:r>
        <w:rPr>
          <w:color w:val="000000"/>
        </w:rPr>
        <w:t xml:space="preserve">to </w:t>
      </w:r>
      <w:r>
        <w:rPr>
          <w:color w:val="00FFCC"/>
        </w:rPr>
        <w:t xml:space="preserve">death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formed </w:t>
      </w:r>
      <w:r>
        <w:rPr>
          <w:color w:val="000000"/>
        </w:rPr>
        <w:t xml:space="preserve">themselves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into </w:t>
      </w:r>
      <w:r>
        <w:rPr>
          <w:color w:val="000000"/>
        </w:rPr>
        <w:t xml:space="preserve">two </w:t>
      </w:r>
      <w:r>
        <w:rPr>
          <w:color w:val="00FFCC"/>
        </w:rPr>
        <w:t xml:space="preserve">factions </w:t>
      </w:r>
      <w:r>
        <w:rPr>
          <w:color w:val="FF6600"/>
        </w:rPr>
        <w:t xml:space="preserve">under </w:t>
      </w:r>
      <w:r>
        <w:rPr>
          <w:color w:val="000000"/>
        </w:rPr>
        <w:t xml:space="preserve">the </w:t>
      </w:r>
      <w:r>
        <w:rPr>
          <w:color w:val="00FFCC"/>
        </w:rPr>
        <w:t xml:space="preserve">slogan </w:t>
      </w:r>
      <w:r>
        <w:rPr>
          <w:color w:val="000000"/>
        </w:rPr>
        <w:t xml:space="preserve">, `` </w:t>
      </w:r>
      <w:r>
        <w:rPr>
          <w:color w:val="00FFCC"/>
        </w:rPr>
        <w:t xml:space="preserve">Vote </w:t>
      </w:r>
      <w:r>
        <w:rPr>
          <w:color w:val="FF6600"/>
        </w:rPr>
        <w:t xml:space="preserve">for </w:t>
      </w:r>
      <w:r>
        <w:rPr>
          <w:color w:val="00FFCC"/>
        </w:rPr>
        <w:t xml:space="preserve">Snowball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three-day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week </w:t>
      </w:r>
      <w:r>
        <w:rPr>
          <w:color w:val="000000"/>
        </w:rPr>
        <w:t xml:space="preserve">'' </w:t>
      </w:r>
      <w:r>
        <w:rPr>
          <w:color w:val="FF0066"/>
        </w:rPr>
        <w:t xml:space="preserve">and </w:t>
      </w:r>
      <w:r>
        <w:rPr>
          <w:color w:val="000000"/>
        </w:rPr>
        <w:t xml:space="preserve">`` </w:t>
      </w:r>
      <w:r>
        <w:rPr>
          <w:color w:val="00FFCC"/>
        </w:rPr>
        <w:t xml:space="preserve">Vote </w:t>
      </w:r>
      <w:r>
        <w:rPr>
          <w:color w:val="FF6600"/>
        </w:rPr>
        <w:t xml:space="preserve">for </w:t>
      </w:r>
      <w:r>
        <w:rPr>
          <w:color w:val="00FFCC"/>
        </w:rPr>
        <w:t xml:space="preserve">Napoleon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full </w:t>
      </w:r>
      <w:r>
        <w:rPr>
          <w:color w:val="00FFCC"/>
        </w:rPr>
        <w:t xml:space="preserve">manger </w:t>
      </w:r>
      <w:r>
        <w:rPr>
          <w:color w:val="000000"/>
        </w:rPr>
        <w:t xml:space="preserve">. ''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33CCFF"/>
        </w:rPr>
        <w:t xml:space="preserve">only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 </w:t>
      </w:r>
      <w:r>
        <w:rPr>
          <w:color w:val="000000"/>
        </w:rPr>
        <w:t xml:space="preserve">who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side </w:t>
      </w:r>
      <w:r>
        <w:rPr>
          <w:color w:val="FF6600"/>
        </w:rPr>
        <w:t xml:space="preserve">with </w:t>
      </w:r>
      <w:r>
        <w:rPr>
          <w:color w:val="00787F"/>
        </w:rPr>
        <w:t xml:space="preserve">either </w:t>
      </w:r>
      <w:r>
        <w:rPr>
          <w:color w:val="00FFCC"/>
        </w:rPr>
        <w:t xml:space="preserve">faction </w:t>
      </w:r>
      <w:r>
        <w:rPr>
          <w:color w:val="000000"/>
        </w:rPr>
        <w:t xml:space="preserve">. He </w:t>
      </w:r>
      <w:r>
        <w:rPr>
          <w:color w:val="CC3399"/>
        </w:rPr>
        <w:t xml:space="preserve">refused </w:t>
      </w:r>
      <w:r>
        <w:rPr>
          <w:color w:val="000000"/>
        </w:rPr>
        <w:t xml:space="preserve">to </w:t>
      </w:r>
      <w:r>
        <w:rPr>
          <w:color w:val="CC3399"/>
        </w:rPr>
        <w:t xml:space="preserve">believe </w:t>
      </w:r>
      <w:r>
        <w:rPr>
          <w:color w:val="00787F"/>
        </w:rPr>
        <w:t xml:space="preserve">either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FFCC"/>
        </w:rPr>
        <w:t xml:space="preserve">food </w:t>
      </w:r>
      <w:r>
        <w:rPr>
          <w:color w:val="003E3E"/>
        </w:rPr>
        <w:t xml:space="preserve">would </w:t>
      </w:r>
      <w:r>
        <w:rPr>
          <w:color w:val="CC3399"/>
        </w:rPr>
        <w:t xml:space="preserve">become </w:t>
      </w:r>
      <w:r>
        <w:rPr>
          <w:color w:val="00787F"/>
        </w:rPr>
        <w:t xml:space="preserve">more </w:t>
      </w:r>
      <w:r>
        <w:rPr>
          <w:color w:val="33CCFF"/>
        </w:rPr>
        <w:t xml:space="preserve">plentiful </w:t>
      </w:r>
      <w:r>
        <w:rPr>
          <w:color w:val="FF0066"/>
        </w:rPr>
        <w:t xml:space="preserve">or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3E3E"/>
        </w:rPr>
        <w:t xml:space="preserve">would </w:t>
      </w:r>
      <w:r>
        <w:rPr>
          <w:color w:val="CC3399"/>
        </w:rPr>
        <w:t xml:space="preserve">save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work </w:t>
      </w:r>
      <w:r>
        <w:rPr>
          <w:color w:val="000000"/>
        </w:rPr>
        <w:t xml:space="preserve">. </w:t>
      </w:r>
      <w:r>
        <w:rPr>
          <w:color w:val="00FFCC"/>
        </w:rPr>
        <w:t xml:space="preserve">Windmill </w:t>
      </w:r>
      <w:r>
        <w:rPr>
          <w:color w:val="FF0066"/>
        </w:rPr>
        <w:t xml:space="preserve">or </w:t>
      </w:r>
      <w:r>
        <w:rPr>
          <w:color w:val="000000"/>
        </w:rPr>
        <w:t xml:space="preserve">no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00FFCC"/>
        </w:rPr>
        <w:t xml:space="preserve">life </w:t>
      </w:r>
      <w:r>
        <w:rPr>
          <w:color w:val="003E3E"/>
        </w:rPr>
        <w:t xml:space="preserve">would </w:t>
      </w:r>
      <w:r>
        <w:rPr>
          <w:color w:val="CC3399"/>
        </w:rPr>
        <w:t xml:space="preserve">go </w:t>
      </w:r>
      <w:r>
        <w:rPr>
          <w:color w:val="FF6600"/>
        </w:rPr>
        <w:t xml:space="preserve">on as </w:t>
      </w:r>
      <w:r>
        <w:rPr>
          <w:color w:val="000000"/>
        </w:rPr>
        <w:t xml:space="preserve">it </w:t>
      </w:r>
      <w:r>
        <w:rPr>
          <w:color w:val="CC3399"/>
        </w:rPr>
        <w:t xml:space="preserve">had </w:t>
      </w:r>
      <w:r>
        <w:rPr>
          <w:color w:val="00787F"/>
        </w:rPr>
        <w:t xml:space="preserve">always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gone </w:t>
      </w:r>
      <w:r>
        <w:rPr>
          <w:color w:val="FF6600"/>
        </w:rPr>
        <w:t xml:space="preserve">on </w:t>
      </w:r>
      <w:r>
        <w:rPr>
          <w:color w:val="000000"/>
        </w:rPr>
        <w:t xml:space="preserve">-- that </w:t>
      </w:r>
      <w:r>
        <w:rPr>
          <w:color w:val="CC3399"/>
        </w:rPr>
        <w:t xml:space="preserve">is </w:t>
      </w:r>
      <w:r>
        <w:rPr>
          <w:color w:val="000000"/>
        </w:rPr>
        <w:t xml:space="preserve">, </w:t>
      </w:r>
      <w:r>
        <w:rPr>
          <w:color w:val="00787F"/>
        </w:rPr>
        <w:t xml:space="preserve">badly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Apart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disputes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00FFCC"/>
        </w:rPr>
        <w:t xml:space="preserve">question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defence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787F"/>
        </w:rPr>
        <w:t xml:space="preserve">fully </w:t>
      </w:r>
      <w:r>
        <w:rPr>
          <w:color w:val="CC3399"/>
        </w:rPr>
        <w:t xml:space="preserve">realised </w:t>
      </w:r>
      <w:r>
        <w:rPr>
          <w:color w:val="FF6600"/>
        </w:rPr>
        <w:t xml:space="preserve">that though </w:t>
      </w:r>
      <w:r>
        <w:rPr>
          <w:color w:val="000000"/>
        </w:rPr>
        <w:t xml:space="preserve">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been defeated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Cowshed </w:t>
      </w:r>
      <w:r>
        <w:rPr>
          <w:color w:val="000000"/>
        </w:rPr>
        <w:t xml:space="preserve">they </w:t>
      </w:r>
      <w:r>
        <w:rPr>
          <w:color w:val="003E3E"/>
        </w:rPr>
        <w:t xml:space="preserve">might </w:t>
      </w:r>
      <w:r>
        <w:rPr>
          <w:color w:val="CC3399"/>
        </w:rPr>
        <w:t xml:space="preserve">make </w:t>
      </w:r>
      <w:r>
        <w:rPr>
          <w:color w:val="000000"/>
        </w:rPr>
        <w:t xml:space="preserve">another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more </w:t>
      </w:r>
      <w:r>
        <w:rPr>
          <w:color w:val="33CCFF"/>
        </w:rPr>
        <w:t xml:space="preserve">determined </w:t>
      </w:r>
      <w:r>
        <w:rPr>
          <w:color w:val="00FFCC"/>
        </w:rPr>
        <w:t xml:space="preserve">attempt </w:t>
      </w:r>
      <w:r>
        <w:rPr>
          <w:color w:val="000000"/>
        </w:rPr>
        <w:t xml:space="preserve">to </w:t>
      </w:r>
      <w:r>
        <w:rPr>
          <w:color w:val="CC3399"/>
        </w:rPr>
        <w:t xml:space="preserve">recapture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FF0066"/>
        </w:rPr>
        <w:t xml:space="preserve">and </w:t>
      </w:r>
      <w:r>
        <w:rPr>
          <w:color w:val="CC3399"/>
        </w:rPr>
        <w:t xml:space="preserve">reinstate </w:t>
      </w:r>
      <w:r>
        <w:rPr>
          <w:color w:val="00FFCC"/>
        </w:rPr>
        <w:t xml:space="preserve">Mr. Jones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0000"/>
        </w:rPr>
        <w:t xml:space="preserve">all the </w:t>
      </w:r>
      <w:r>
        <w:rPr>
          <w:color w:val="33CCFF"/>
        </w:rPr>
        <w:t xml:space="preserve">more </w:t>
      </w:r>
      <w:r>
        <w:rPr>
          <w:color w:val="00FFCC"/>
        </w:rPr>
        <w:t xml:space="preserve">reason </w:t>
      </w:r>
      <w:r>
        <w:rPr>
          <w:color w:val="FF6600"/>
        </w:rPr>
        <w:t xml:space="preserve">for </w:t>
      </w:r>
      <w:r>
        <w:rPr>
          <w:color w:val="CC3399"/>
        </w:rPr>
        <w:t xml:space="preserve">doing </w:t>
      </w:r>
      <w:r>
        <w:rPr>
          <w:color w:val="00787F"/>
        </w:rPr>
        <w:t xml:space="preserve">so </w:t>
      </w:r>
      <w:r>
        <w:rPr>
          <w:color w:val="FF6600"/>
        </w:rPr>
        <w:t xml:space="preserve">because </w:t>
      </w:r>
      <w:r>
        <w:rPr>
          <w:color w:val="000000"/>
        </w:rPr>
        <w:t xml:space="preserve">the </w:t>
      </w:r>
      <w:r>
        <w:rPr>
          <w:color w:val="00FFCC"/>
        </w:rPr>
        <w:t xml:space="preserve">news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00FFCC"/>
        </w:rPr>
        <w:t xml:space="preserve">defeat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spread </w:t>
      </w:r>
      <w:r>
        <w:rPr>
          <w:color w:val="FF6600"/>
        </w:rPr>
        <w:t xml:space="preserve">across </w:t>
      </w:r>
      <w:r>
        <w:rPr>
          <w:color w:val="000000"/>
        </w:rPr>
        <w:t xml:space="preserve">the </w:t>
      </w:r>
      <w:r>
        <w:rPr>
          <w:color w:val="00FFCC"/>
        </w:rPr>
        <w:t xml:space="preserve">countryside </w:t>
      </w:r>
      <w:r>
        <w:rPr>
          <w:color w:val="FF0066"/>
        </w:rPr>
        <w:t xml:space="preserve">and </w:t>
      </w:r>
      <w:r>
        <w:rPr>
          <w:color w:val="CC3399"/>
        </w:rPr>
        <w:t xml:space="preserve">made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neighbouring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farms </w:t>
      </w:r>
      <w:r>
        <w:rPr>
          <w:color w:val="00787F"/>
        </w:rPr>
        <w:t xml:space="preserve">more </w:t>
      </w:r>
      <w:r>
        <w:rPr>
          <w:color w:val="33CCFF"/>
        </w:rPr>
        <w:t xml:space="preserve">restive </w:t>
      </w:r>
      <w:r>
        <w:rPr>
          <w:color w:val="FF6600"/>
        </w:rPr>
        <w:t xml:space="preserve">than </w:t>
      </w:r>
      <w:r>
        <w:rPr>
          <w:color w:val="00787F"/>
        </w:rPr>
        <w:t xml:space="preserve">ever </w:t>
      </w:r>
      <w:r>
        <w:rPr>
          <w:color w:val="000000"/>
        </w:rPr>
        <w:t xml:space="preserve">. </w:t>
      </w:r>
      <w:r>
        <w:rPr>
          <w:color w:val="FF6600"/>
        </w:rPr>
        <w:t xml:space="preserve">As </w:t>
      </w:r>
      <w:r>
        <w:rPr>
          <w:color w:val="33CCFF"/>
        </w:rPr>
        <w:t xml:space="preserve">usual </w:t>
      </w:r>
      <w:r>
        <w:rPr>
          <w:color w:val="000000"/>
        </w:rPr>
        <w:t xml:space="preserve">, </w:t>
      </w:r>
      <w:r>
        <w:rPr>
          <w:color w:val="00FFCC"/>
        </w:rPr>
        <w:t xml:space="preserve">Snowball </w:t>
      </w:r>
      <w:r>
        <w:rPr>
          <w:color w:val="FF0066"/>
        </w:rPr>
        <w:t xml:space="preserve">and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were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>disagree</w:t>
      </w:r>
      <w:r>
        <w:rPr>
          <w:color w:val="00FFCC"/>
        </w:rPr>
        <w:t xml:space="preserve">ment </w:t>
      </w:r>
      <w:r>
        <w:rPr>
          <w:color w:val="000000"/>
        </w:rPr>
        <w:t xml:space="preserve">. </w:t>
      </w:r>
      <w:r>
        <w:rPr>
          <w:color w:val="CC3399"/>
        </w:rPr>
        <w:t xml:space="preserve">According </w:t>
      </w:r>
      <w:r>
        <w:rPr>
          <w:color w:val="000000"/>
        </w:rPr>
        <w:t xml:space="preserve">to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what the </w:t>
      </w:r>
      <w:r>
        <w:rPr>
          <w:color w:val="00FFCC"/>
        </w:rPr>
        <w:t xml:space="preserve">animals </w:t>
      </w:r>
      <w:r>
        <w:rPr>
          <w:color w:val="003E3E"/>
        </w:rPr>
        <w:t xml:space="preserve">must </w:t>
      </w:r>
      <w:r>
        <w:rPr>
          <w:color w:val="CC3399"/>
        </w:rPr>
        <w:t xml:space="preserve">do was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procure firearms </w:t>
      </w:r>
      <w:r>
        <w:rPr>
          <w:color w:val="FF0066"/>
        </w:rPr>
        <w:t xml:space="preserve">and </w:t>
      </w:r>
      <w:r>
        <w:rPr>
          <w:color w:val="CC3399"/>
        </w:rPr>
        <w:t xml:space="preserve">train </w:t>
      </w:r>
      <w:r>
        <w:rPr>
          <w:color w:val="000000"/>
        </w:rPr>
        <w:t xml:space="preserve">themselves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use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. </w:t>
      </w:r>
      <w:r>
        <w:rPr>
          <w:color w:val="CC3399"/>
        </w:rPr>
        <w:t xml:space="preserve">According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000000"/>
        </w:rPr>
        <w:t xml:space="preserve">, they </w:t>
      </w:r>
      <w:r>
        <w:rPr>
          <w:color w:val="003E3E"/>
        </w:rPr>
        <w:t xml:space="preserve">must </w:t>
      </w:r>
      <w:r>
        <w:rPr>
          <w:color w:val="CC3399"/>
        </w:rPr>
        <w:t xml:space="preserve">send </w:t>
      </w:r>
      <w:r>
        <w:rPr>
          <w:color w:val="000000"/>
        </w:rPr>
        <w:t xml:space="preserve">out </w:t>
      </w:r>
      <w:r>
        <w:rPr>
          <w:color w:val="33CCFF"/>
        </w:rPr>
        <w:t xml:space="preserve">more </w:t>
      </w:r>
      <w:r>
        <w:rPr>
          <w:color w:val="FF0066"/>
        </w:rPr>
        <w:t xml:space="preserve">and </w:t>
      </w:r>
      <w:r>
        <w:rPr>
          <w:color w:val="33CCFF"/>
        </w:rPr>
        <w:t xml:space="preserve">more </w:t>
      </w:r>
      <w:r>
        <w:rPr>
          <w:color w:val="00FFCC"/>
        </w:rPr>
        <w:t xml:space="preserve">pigeons </w:t>
      </w:r>
      <w:r>
        <w:rPr>
          <w:color w:val="FF0066"/>
        </w:rPr>
        <w:t xml:space="preserve">and </w:t>
      </w:r>
      <w:r>
        <w:rPr>
          <w:color w:val="CC3399"/>
        </w:rPr>
        <w:t xml:space="preserve">stir </w:t>
      </w:r>
      <w:r>
        <w:rPr>
          <w:color w:val="000000"/>
        </w:rPr>
        <w:t xml:space="preserve">up </w:t>
      </w:r>
      <w:r>
        <w:rPr>
          <w:color w:val="00FFCC"/>
        </w:rPr>
        <w:t xml:space="preserve">rebellion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among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farms </w:t>
      </w:r>
      <w:r>
        <w:rPr>
          <w:color w:val="000000"/>
        </w:rPr>
        <w:t xml:space="preserve">. The </w:t>
      </w:r>
      <w:r>
        <w:rPr>
          <w:color w:val="000000"/>
        </w:rPr>
        <w:t xml:space="preserve">one </w:t>
      </w:r>
      <w:r>
        <w:rPr>
          <w:color w:val="CC3399"/>
        </w:rPr>
        <w:t xml:space="preserve">argued </w:t>
      </w:r>
      <w:r>
        <w:rPr>
          <w:color w:val="FF6600"/>
        </w:rPr>
        <w:t xml:space="preserve">that if </w:t>
      </w:r>
      <w:r>
        <w:rPr>
          <w:color w:val="000000"/>
        </w:rPr>
        <w:t xml:space="preserve">they </w:t>
      </w:r>
      <w:r>
        <w:rPr>
          <w:color w:val="003E3E"/>
        </w:rPr>
        <w:t xml:space="preserve">could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not </w:t>
      </w:r>
      <w:r>
        <w:rPr>
          <w:color w:val="CC3399"/>
        </w:rPr>
        <w:t xml:space="preserve">defend </w:t>
      </w:r>
      <w:r>
        <w:rPr>
          <w:color w:val="000000"/>
        </w:rPr>
        <w:t xml:space="preserve">themselves they </w:t>
      </w:r>
      <w:r>
        <w:rPr>
          <w:color w:val="CC3399"/>
        </w:rPr>
        <w:t xml:space="preserve">were bound </w:t>
      </w:r>
      <w:r>
        <w:rPr>
          <w:color w:val="000000"/>
        </w:rPr>
        <w:t xml:space="preserve">to </w:t>
      </w:r>
      <w:r>
        <w:rPr>
          <w:color w:val="CC3399"/>
        </w:rPr>
        <w:t xml:space="preserve">be conquered </w:t>
      </w:r>
      <w:r>
        <w:rPr>
          <w:color w:val="000000"/>
        </w:rPr>
        <w:t xml:space="preserve">, the </w:t>
      </w:r>
      <w:r>
        <w:rPr>
          <w:color w:val="33CCFF"/>
        </w:rPr>
        <w:t xml:space="preserve">other </w:t>
      </w:r>
      <w:r>
        <w:rPr>
          <w:color w:val="CC3399"/>
        </w:rPr>
        <w:t xml:space="preserve">argued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if </w:t>
      </w:r>
      <w:r>
        <w:rPr>
          <w:color w:val="00FFCC"/>
        </w:rPr>
        <w:t xml:space="preserve">rebellions </w:t>
      </w:r>
      <w:r>
        <w:rPr>
          <w:color w:val="CC3399"/>
        </w:rPr>
        <w:t xml:space="preserve">happened </w:t>
      </w:r>
      <w:r>
        <w:rPr>
          <w:color w:val="00787F"/>
        </w:rPr>
        <w:t xml:space="preserve">everywhere </w:t>
      </w:r>
      <w:r>
        <w:rPr>
          <w:color w:val="000000"/>
        </w:rPr>
        <w:t xml:space="preserve">they </w:t>
      </w:r>
      <w:r>
        <w:rPr>
          <w:color w:val="003E3E"/>
        </w:rPr>
        <w:t xml:space="preserve">would </w:t>
      </w:r>
      <w:r>
        <w:rPr>
          <w:color w:val="CC3399"/>
        </w:rPr>
        <w:t xml:space="preserve">have </w:t>
      </w:r>
      <w:r>
        <w:rPr>
          <w:color w:val="000000"/>
        </w:rPr>
        <w:t xml:space="preserve">no </w:t>
      </w:r>
      <w:r>
        <w:rPr>
          <w:color w:val="00FFCC"/>
        </w:rPr>
        <w:t xml:space="preserve">need </w:t>
      </w:r>
      <w:r>
        <w:rPr>
          <w:color w:val="000000"/>
        </w:rPr>
        <w:t xml:space="preserve">to </w:t>
      </w:r>
      <w:r>
        <w:rPr>
          <w:color w:val="CC3399"/>
        </w:rPr>
        <w:t xml:space="preserve">defend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themselves 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listened </w:t>
      </w:r>
      <w:r>
        <w:rPr>
          <w:color w:val="00787F"/>
        </w:rPr>
        <w:t xml:space="preserve">first </w:t>
      </w:r>
      <w:r>
        <w:rPr>
          <w:color w:val="000000"/>
        </w:rPr>
        <w:t xml:space="preserve">to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  <w:r>
        <w:rPr>
          <w:color w:val="00787F"/>
        </w:rPr>
        <w:t xml:space="preserve">then </w:t>
      </w:r>
      <w:r>
        <w:rPr>
          <w:color w:val="000000"/>
        </w:rPr>
        <w:t xml:space="preserve">to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CC3399"/>
        </w:rPr>
        <w:t xml:space="preserve">make </w:t>
      </w:r>
      <w:r>
        <w:rPr>
          <w:color w:val="000000"/>
        </w:rPr>
        <w:t xml:space="preserve">up their </w:t>
      </w:r>
      <w:r>
        <w:rPr>
          <w:color w:val="00FFCC"/>
        </w:rPr>
        <w:t xml:space="preserve">minds </w:t>
      </w:r>
      <w:r>
        <w:rPr>
          <w:color w:val="000000"/>
        </w:rPr>
        <w:t xml:space="preserve">which </w:t>
      </w:r>
      <w:r>
        <w:rPr>
          <w:color w:val="CC3399"/>
        </w:rPr>
        <w:t xml:space="preserve">was </w:t>
      </w:r>
      <w:r>
        <w:rPr>
          <w:color w:val="00787F"/>
        </w:rPr>
        <w:t xml:space="preserve">right </w:t>
      </w:r>
      <w:r>
        <w:rPr>
          <w:color w:val="000000"/>
        </w:rPr>
        <w:t xml:space="preserve">; </w:t>
      </w:r>
      <w:r>
        <w:rPr>
          <w:color w:val="00787F"/>
        </w:rPr>
        <w:t xml:space="preserve">indeed </w:t>
      </w:r>
      <w:r>
        <w:rPr>
          <w:color w:val="000000"/>
        </w:rPr>
        <w:t xml:space="preserve">, they </w:t>
      </w:r>
      <w:r>
        <w:rPr>
          <w:color w:val="00787F"/>
        </w:rPr>
        <w:t xml:space="preserve">always </w:t>
      </w:r>
      <w:r>
        <w:rPr>
          <w:color w:val="CC3399"/>
        </w:rPr>
        <w:t xml:space="preserve">found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themselves </w:t>
      </w:r>
      <w:r>
        <w:rPr>
          <w:color w:val="FF6600"/>
        </w:rPr>
        <w:t xml:space="preserve">in </w:t>
      </w:r>
      <w:r>
        <w:rPr>
          <w:color w:val="00FFCC"/>
        </w:rPr>
        <w:t xml:space="preserve">agreement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one </w:t>
      </w:r>
      <w:r>
        <w:rPr>
          <w:color w:val="000000"/>
        </w:rPr>
        <w:t xml:space="preserve">who </w:t>
      </w:r>
      <w:r>
        <w:rPr>
          <w:color w:val="CC3399"/>
        </w:rPr>
        <w:t xml:space="preserve">was speaking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moment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At </w:t>
      </w:r>
      <w:r>
        <w:rPr>
          <w:color w:val="33CCFF"/>
        </w:rPr>
        <w:t xml:space="preserve">last </w:t>
      </w:r>
      <w:r>
        <w:rPr>
          <w:color w:val="000000"/>
        </w:rPr>
        <w:t xml:space="preserve">the </w:t>
      </w:r>
      <w:r>
        <w:rPr>
          <w:color w:val="00FFCC"/>
        </w:rPr>
        <w:t xml:space="preserve">day </w:t>
      </w:r>
      <w:r>
        <w:rPr>
          <w:color w:val="CC3399"/>
        </w:rPr>
        <w:t xml:space="preserve">came </w:t>
      </w:r>
      <w:r>
        <w:rPr>
          <w:color w:val="000000"/>
        </w:rPr>
        <w:t xml:space="preserve">when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plans </w:t>
      </w:r>
      <w:r>
        <w:rPr>
          <w:color w:val="CC3399"/>
        </w:rPr>
        <w:t xml:space="preserve">were completed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Meeting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following </w:t>
      </w:r>
      <w:r>
        <w:rPr>
          <w:color w:val="00FFCC"/>
        </w:rPr>
        <w:t xml:space="preserve">Sunday </w:t>
      </w:r>
      <w:r>
        <w:rPr>
          <w:color w:val="000000"/>
        </w:rPr>
        <w:t xml:space="preserve">the </w:t>
      </w:r>
      <w:r>
        <w:rPr>
          <w:color w:val="00FFCC"/>
        </w:rPr>
        <w:t xml:space="preserve">question </w:t>
      </w:r>
      <w:r>
        <w:rPr>
          <w:color w:val="FF6600"/>
        </w:rPr>
        <w:t xml:space="preserve">of whether </w:t>
      </w:r>
      <w:r>
        <w:rPr>
          <w:color w:val="FF0066"/>
        </w:rPr>
        <w:t xml:space="preserve">or </w:t>
      </w:r>
      <w:r>
        <w:rPr>
          <w:color w:val="00787F"/>
        </w:rPr>
        <w:t xml:space="preserve">not </w:t>
      </w:r>
      <w:r>
        <w:rPr>
          <w:color w:val="000000"/>
        </w:rPr>
        <w:t xml:space="preserve">to </w:t>
      </w:r>
      <w:r>
        <w:rPr>
          <w:color w:val="CC3399"/>
        </w:rPr>
        <w:t xml:space="preserve">begin </w:t>
      </w:r>
      <w:r>
        <w:rPr>
          <w:color w:val="00FFCC"/>
        </w:rPr>
        <w:t xml:space="preserve">work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be put </w:t>
      </w:r>
      <w:r>
        <w:rPr>
          <w:color w:val="000000"/>
        </w:rPr>
        <w:t xml:space="preserve">to the </w:t>
      </w:r>
      <w:r>
        <w:rPr>
          <w:color w:val="00FFCC"/>
        </w:rPr>
        <w:t xml:space="preserve">vote </w:t>
      </w:r>
      <w:r>
        <w:rPr>
          <w:color w:val="000000"/>
        </w:rPr>
        <w:t xml:space="preserve">. When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assembled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big </w:t>
      </w:r>
      <w:r>
        <w:rPr>
          <w:color w:val="00FFCC"/>
        </w:rPr>
        <w:t xml:space="preserve">barn </w:t>
      </w:r>
      <w:r>
        <w:rPr>
          <w:color w:val="000000"/>
        </w:rPr>
        <w:t xml:space="preserve">,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stood </w:t>
      </w:r>
      <w:r>
        <w:rPr>
          <w:color w:val="00787F"/>
        </w:rPr>
        <w:t xml:space="preserve">up </w:t>
      </w:r>
      <w:r>
        <w:rPr>
          <w:color w:val="FF0066"/>
        </w:rPr>
        <w:t xml:space="preserve">and </w:t>
      </w:r>
      <w:r>
        <w:rPr>
          <w:color w:val="000000"/>
        </w:rPr>
        <w:t xml:space="preserve">, </w:t>
      </w:r>
      <w:r>
        <w:rPr>
          <w:color w:val="00787F"/>
        </w:rPr>
        <w:t xml:space="preserve">though occasionally </w:t>
      </w:r>
      <w:r>
        <w:rPr>
          <w:color w:val="CC3399"/>
        </w:rPr>
        <w:t xml:space="preserve">interrupted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bleating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000000"/>
        </w:rPr>
        <w:t xml:space="preserve">, </w:t>
      </w:r>
      <w:r>
        <w:rPr>
          <w:color w:val="CC3399"/>
        </w:rPr>
        <w:t xml:space="preserve">set </w:t>
      </w:r>
      <w:r>
        <w:rPr>
          <w:color w:val="000000"/>
        </w:rPr>
        <w:t xml:space="preserve">forth his </w:t>
      </w:r>
      <w:r>
        <w:rPr>
          <w:color w:val="00FFCC"/>
        </w:rPr>
        <w:t xml:space="preserve">reasons </w:t>
      </w:r>
      <w:r>
        <w:rPr>
          <w:color w:val="FF6600"/>
        </w:rPr>
        <w:t xml:space="preserve">for </w:t>
      </w:r>
      <w:r>
        <w:rPr>
          <w:color w:val="CC3399"/>
        </w:rPr>
        <w:t>advocati</w:t>
      </w:r>
      <w:r>
        <w:rPr>
          <w:color w:val="CC3399"/>
        </w:rPr>
        <w:t xml:space="preserve">ng </w:t>
      </w:r>
      <w:r>
        <w:rPr>
          <w:color w:val="000000"/>
        </w:rPr>
        <w:t xml:space="preserve">the </w:t>
      </w:r>
      <w:r>
        <w:rPr>
          <w:color w:val="00FFCC"/>
        </w:rPr>
        <w:t xml:space="preserve">building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stood </w:t>
      </w:r>
      <w:r>
        <w:rPr>
          <w:color w:val="000000"/>
        </w:rPr>
        <w:t xml:space="preserve">up to </w:t>
      </w:r>
      <w:r>
        <w:rPr>
          <w:color w:val="CC3399"/>
        </w:rPr>
        <w:t xml:space="preserve">reply </w:t>
      </w:r>
      <w:r>
        <w:rPr>
          <w:color w:val="000000"/>
        </w:rPr>
        <w:t xml:space="preserve">. He </w:t>
      </w:r>
      <w:r>
        <w:rPr>
          <w:color w:val="CC3399"/>
        </w:rPr>
        <w:t xml:space="preserve">said </w:t>
      </w:r>
      <w:r>
        <w:rPr>
          <w:color w:val="00787F"/>
        </w:rPr>
        <w:t xml:space="preserve">very quietly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was </w:t>
      </w:r>
      <w:r>
        <w:rPr>
          <w:color w:val="33CCFF"/>
        </w:rPr>
        <w:t xml:space="preserve">nonsense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advised </w:t>
      </w:r>
      <w:r>
        <w:rPr>
          <w:color w:val="00FFCC"/>
        </w:rPr>
        <w:t xml:space="preserve">nobody </w:t>
      </w:r>
      <w:r>
        <w:rPr>
          <w:color w:val="000000"/>
        </w:rPr>
        <w:t xml:space="preserve">to </w:t>
      </w:r>
      <w:r>
        <w:rPr>
          <w:color w:val="CC3399"/>
        </w:rPr>
        <w:t xml:space="preserve">vote </w:t>
      </w:r>
      <w:r>
        <w:rPr>
          <w:color w:val="FF6600"/>
        </w:rPr>
        <w:t xml:space="preserve">for </w:t>
      </w:r>
      <w:r>
        <w:rPr>
          <w:color w:val="000000"/>
        </w:rPr>
        <w:t xml:space="preserve">it 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promptly </w:t>
      </w:r>
      <w:r>
        <w:rPr>
          <w:color w:val="CC3399"/>
        </w:rPr>
        <w:t xml:space="preserve">sat </w:t>
      </w:r>
      <w:r>
        <w:rPr>
          <w:color w:val="00787F"/>
        </w:rPr>
        <w:t xml:space="preserve">down again </w:t>
      </w:r>
      <w:r>
        <w:rPr>
          <w:color w:val="000000"/>
        </w:rPr>
        <w:t xml:space="preserve">; he </w:t>
      </w:r>
      <w:r>
        <w:rPr>
          <w:color w:val="CC3399"/>
        </w:rPr>
        <w:t xml:space="preserve">had spoken </w:t>
      </w:r>
      <w:r>
        <w:rPr>
          <w:color w:val="FF6600"/>
        </w:rPr>
        <w:t xml:space="preserve">for </w:t>
      </w:r>
      <w:r>
        <w:rPr>
          <w:color w:val="00787F"/>
        </w:rPr>
        <w:t xml:space="preserve">barely </w:t>
      </w:r>
      <w:r>
        <w:rPr>
          <w:color w:val="33CCFF"/>
        </w:rPr>
        <w:t xml:space="preserve">thirty </w:t>
      </w:r>
      <w:r>
        <w:rPr>
          <w:color w:val="00FFCC"/>
        </w:rPr>
        <w:t xml:space="preserve">seconds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seemed </w:t>
      </w:r>
      <w:r>
        <w:rPr>
          <w:color w:val="00787F"/>
        </w:rPr>
        <w:t xml:space="preserve">almost </w:t>
      </w:r>
      <w:r>
        <w:rPr>
          <w:color w:val="33CCFF"/>
        </w:rPr>
        <w:t xml:space="preserve">indifferent </w:t>
      </w:r>
      <w:r>
        <w:rPr>
          <w:color w:val="FF6600"/>
        </w:rPr>
        <w:t xml:space="preserve">as </w:t>
      </w:r>
      <w:r>
        <w:rPr>
          <w:color w:val="000000"/>
        </w:rPr>
        <w:t xml:space="preserve">to the </w:t>
      </w:r>
      <w:r>
        <w:rPr>
          <w:color w:val="00FFCC"/>
        </w:rPr>
        <w:t xml:space="preserve">effect </w:t>
      </w:r>
      <w:r>
        <w:rPr>
          <w:color w:val="000000"/>
        </w:rPr>
        <w:t xml:space="preserve">he </w:t>
      </w:r>
      <w:r>
        <w:rPr>
          <w:color w:val="CC3399"/>
        </w:rPr>
        <w:t xml:space="preserve">produced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this </w:t>
      </w:r>
      <w:r>
        <w:rPr>
          <w:color w:val="00FFCC"/>
        </w:rPr>
        <w:t xml:space="preserve">Snowball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sprang </w:t>
      </w:r>
      <w:r>
        <w:rPr>
          <w:color w:val="000000"/>
        </w:rPr>
        <w:t xml:space="preserve">to his </w:t>
      </w:r>
      <w:r>
        <w:rPr>
          <w:color w:val="00FFCC"/>
        </w:rPr>
        <w:t xml:space="preserve">feet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shouting </w:t>
      </w:r>
      <w:r>
        <w:rPr>
          <w:color w:val="000000"/>
        </w:rPr>
        <w:t xml:space="preserve">down the </w:t>
      </w:r>
      <w:r>
        <w:rPr>
          <w:color w:val="00FFCC"/>
        </w:rPr>
        <w:t xml:space="preserve">sheep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begun bleating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again </w:t>
      </w:r>
      <w:r>
        <w:rPr>
          <w:color w:val="000000"/>
        </w:rPr>
        <w:t xml:space="preserve">, </w:t>
      </w:r>
      <w:r>
        <w:rPr>
          <w:color w:val="CC3399"/>
        </w:rPr>
        <w:t xml:space="preserve">broke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  <w:r>
        <w:rPr>
          <w:color w:val="33CCFF"/>
        </w:rPr>
        <w:t xml:space="preserve">passionate </w:t>
      </w:r>
      <w:r>
        <w:rPr>
          <w:color w:val="00FFCC"/>
        </w:rPr>
        <w:t xml:space="preserve">appeal </w:t>
      </w:r>
      <w:r>
        <w:rPr>
          <w:color w:val="FF6600"/>
        </w:rPr>
        <w:t xml:space="preserve">in </w:t>
      </w:r>
      <w:r>
        <w:rPr>
          <w:color w:val="00FFCC"/>
        </w:rPr>
        <w:t xml:space="preserve">favour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</w:t>
      </w:r>
      <w:r>
        <w:rPr>
          <w:color w:val="FF6600"/>
        </w:rPr>
        <w:t xml:space="preserve">Until </w:t>
      </w:r>
      <w:r>
        <w:rPr>
          <w:color w:val="00787F"/>
        </w:rPr>
        <w:t xml:space="preserve">now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been </w:t>
      </w:r>
      <w:r>
        <w:rPr>
          <w:color w:val="00787F"/>
        </w:rPr>
        <w:t xml:space="preserve">about equally </w:t>
      </w:r>
      <w:r>
        <w:rPr>
          <w:color w:val="CC3399"/>
        </w:rPr>
        <w:t xml:space="preserve">divided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sympathies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moment 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eloquence </w:t>
      </w:r>
      <w:r>
        <w:rPr>
          <w:color w:val="CC3399"/>
        </w:rPr>
        <w:t xml:space="preserve">had carried </w:t>
      </w:r>
      <w:r>
        <w:rPr>
          <w:color w:val="000000"/>
        </w:rPr>
        <w:t xml:space="preserve">them </w:t>
      </w:r>
      <w:r>
        <w:rPr>
          <w:color w:val="00787F"/>
        </w:rPr>
        <w:t xml:space="preserve">away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CC3399"/>
        </w:rPr>
        <w:t xml:space="preserve">glowing </w:t>
      </w:r>
      <w:r>
        <w:rPr>
          <w:color w:val="00FFCC"/>
        </w:rPr>
        <w:t xml:space="preserve">sentences </w:t>
      </w:r>
      <w:r>
        <w:rPr>
          <w:color w:val="000000"/>
        </w:rPr>
        <w:t xml:space="preserve">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painted </w:t>
      </w:r>
      <w:r>
        <w:rPr>
          <w:color w:val="000000"/>
        </w:rPr>
        <w:t xml:space="preserve">a </w:t>
      </w:r>
      <w:r>
        <w:rPr>
          <w:color w:val="00FFCC"/>
        </w:rPr>
        <w:t xml:space="preserve">picture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 Farm </w:t>
      </w:r>
      <w:r>
        <w:rPr>
          <w:color w:val="FF6600"/>
        </w:rPr>
        <w:t xml:space="preserve">as </w:t>
      </w:r>
      <w:r>
        <w:rPr>
          <w:color w:val="000000"/>
        </w:rPr>
        <w:t xml:space="preserve">it </w:t>
      </w:r>
      <w:r>
        <w:rPr>
          <w:color w:val="003E3E"/>
        </w:rPr>
        <w:t xml:space="preserve">might </w:t>
      </w:r>
      <w:r>
        <w:rPr>
          <w:color w:val="CC3399"/>
        </w:rPr>
        <w:t xml:space="preserve">be </w:t>
      </w:r>
      <w:r>
        <w:rPr>
          <w:color w:val="000000"/>
        </w:rPr>
        <w:t xml:space="preserve">when </w:t>
      </w:r>
      <w:r>
        <w:rPr>
          <w:color w:val="33CCFF"/>
        </w:rPr>
        <w:t xml:space="preserve">sordid </w:t>
      </w:r>
      <w:r>
        <w:rPr>
          <w:color w:val="00FFCC"/>
        </w:rPr>
        <w:t xml:space="preserve">labour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lifted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' </w:t>
      </w:r>
      <w:r>
        <w:rPr>
          <w:color w:val="00FFCC"/>
        </w:rPr>
        <w:t xml:space="preserve">backs </w:t>
      </w:r>
      <w:r>
        <w:rPr>
          <w:color w:val="000000"/>
        </w:rPr>
        <w:t xml:space="preserve">. His </w:t>
      </w:r>
      <w:r>
        <w:rPr>
          <w:color w:val="00FFCC"/>
        </w:rPr>
        <w:t xml:space="preserve">imagination </w:t>
      </w:r>
      <w:r>
        <w:rPr>
          <w:color w:val="CC3399"/>
        </w:rPr>
        <w:t xml:space="preserve">had </w:t>
      </w:r>
      <w:r>
        <w:rPr>
          <w:color w:val="00787F"/>
        </w:rPr>
        <w:t xml:space="preserve">now </w:t>
      </w:r>
      <w:r>
        <w:rPr>
          <w:color w:val="CC3399"/>
        </w:rPr>
        <w:t xml:space="preserve">run </w:t>
      </w:r>
      <w:r>
        <w:rPr>
          <w:color w:val="00787F"/>
        </w:rPr>
        <w:t xml:space="preserve">far </w:t>
      </w:r>
      <w:r>
        <w:rPr>
          <w:color w:val="FF6600"/>
        </w:rPr>
        <w:t xml:space="preserve">beyond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chaff-cutters </w:t>
      </w:r>
      <w:r>
        <w:rPr>
          <w:color w:val="FF0066"/>
        </w:rPr>
        <w:t xml:space="preserve">and </w:t>
      </w:r>
      <w:r>
        <w:rPr>
          <w:color w:val="00FFCC"/>
        </w:rPr>
        <w:t xml:space="preserve">turnip-slicers </w:t>
      </w:r>
      <w:r>
        <w:rPr>
          <w:color w:val="000000"/>
        </w:rPr>
        <w:t xml:space="preserve">. </w:t>
      </w:r>
      <w:r>
        <w:rPr>
          <w:color w:val="00FFCC"/>
        </w:rPr>
        <w:t xml:space="preserve">Electricity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003E3E"/>
        </w:rPr>
        <w:t xml:space="preserve">could </w:t>
      </w:r>
      <w:r>
        <w:rPr>
          <w:color w:val="CC3399"/>
        </w:rPr>
        <w:t xml:space="preserve">operate </w:t>
      </w:r>
    </w:p>
    <w:p w:rsidR="00D83EF7" w:rsidRDefault="00CA4524" w:rsidP="00CA4524">
      <w:pPr>
        <w:spacing w:after="0"/>
      </w:pPr>
      <w:r>
        <w:rPr>
          <w:color w:val="CC3399"/>
        </w:rPr>
        <w:lastRenderedPageBreak/>
        <w:t xml:space="preserve">threshing </w:t>
      </w:r>
      <w:r>
        <w:rPr>
          <w:color w:val="00FFCC"/>
        </w:rPr>
        <w:t xml:space="preserve">machines </w:t>
      </w:r>
      <w:r>
        <w:rPr>
          <w:color w:val="000000"/>
        </w:rPr>
        <w:t xml:space="preserve">, </w:t>
      </w:r>
      <w:r>
        <w:rPr>
          <w:color w:val="00FFCC"/>
        </w:rPr>
        <w:t xml:space="preserve">ploughs </w:t>
      </w:r>
      <w:r>
        <w:rPr>
          <w:color w:val="000000"/>
        </w:rPr>
        <w:t xml:space="preserve">, </w:t>
      </w:r>
      <w:r>
        <w:rPr>
          <w:color w:val="00FFCC"/>
        </w:rPr>
        <w:t xml:space="preserve">harrows </w:t>
      </w:r>
      <w:r>
        <w:rPr>
          <w:color w:val="000000"/>
        </w:rPr>
        <w:t xml:space="preserve">, </w:t>
      </w:r>
      <w:r>
        <w:rPr>
          <w:color w:val="00FFCC"/>
        </w:rPr>
        <w:t xml:space="preserve">rollers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reapers </w:t>
      </w:r>
      <w:r>
        <w:rPr>
          <w:color w:val="FF0066"/>
        </w:rPr>
        <w:t xml:space="preserve">and </w:t>
      </w:r>
      <w:r>
        <w:rPr>
          <w:color w:val="00FFCC"/>
        </w:rPr>
        <w:t xml:space="preserve">binders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besides </w:t>
      </w:r>
      <w:r>
        <w:rPr>
          <w:color w:val="CC3399"/>
        </w:rPr>
        <w:t xml:space="preserve">supplying </w:t>
      </w:r>
      <w:r>
        <w:rPr>
          <w:color w:val="000000"/>
        </w:rPr>
        <w:t xml:space="preserve">every </w:t>
      </w:r>
      <w:r>
        <w:rPr>
          <w:color w:val="00FFCC"/>
        </w:rPr>
        <w:t xml:space="preserve">stall </w:t>
      </w:r>
      <w:r>
        <w:rPr>
          <w:color w:val="FF6600"/>
        </w:rPr>
        <w:t xml:space="preserve">with </w:t>
      </w:r>
      <w:r>
        <w:rPr>
          <w:color w:val="000000"/>
        </w:rPr>
        <w:t xml:space="preserve">its </w:t>
      </w:r>
      <w:r>
        <w:rPr>
          <w:color w:val="33CCFF"/>
        </w:rPr>
        <w:t xml:space="preserve">own electric </w:t>
      </w:r>
      <w:r>
        <w:rPr>
          <w:color w:val="00FFCC"/>
        </w:rPr>
        <w:t xml:space="preserve">light </w:t>
      </w:r>
      <w:r>
        <w:rPr>
          <w:color w:val="000000"/>
        </w:rPr>
        <w:t xml:space="preserve">, </w:t>
      </w:r>
      <w:r>
        <w:rPr>
          <w:color w:val="33CCFF"/>
        </w:rPr>
        <w:t xml:space="preserve">hot </w:t>
      </w:r>
      <w:r>
        <w:rPr>
          <w:color w:val="FF0066"/>
        </w:rPr>
        <w:t xml:space="preserve">and </w:t>
      </w:r>
      <w:r>
        <w:rPr>
          <w:color w:val="33CCFF"/>
        </w:rPr>
        <w:t xml:space="preserve">cold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water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an </w:t>
      </w:r>
      <w:r>
        <w:rPr>
          <w:color w:val="33CCFF"/>
        </w:rPr>
        <w:t xml:space="preserve">electric </w:t>
      </w:r>
      <w:r>
        <w:rPr>
          <w:color w:val="00FFCC"/>
        </w:rPr>
        <w:t xml:space="preserve">heater </w:t>
      </w:r>
      <w:r>
        <w:rPr>
          <w:color w:val="000000"/>
        </w:rPr>
        <w:t xml:space="preserve">.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time </w:t>
      </w:r>
      <w:r>
        <w:rPr>
          <w:color w:val="000000"/>
        </w:rPr>
        <w:t xml:space="preserve">he </w:t>
      </w:r>
      <w:r>
        <w:rPr>
          <w:color w:val="CC3399"/>
        </w:rPr>
        <w:t xml:space="preserve">had finished </w:t>
      </w:r>
      <w:r>
        <w:rPr>
          <w:color w:val="00FFCC"/>
        </w:rPr>
        <w:t xml:space="preserve">speaking </w:t>
      </w:r>
      <w:r>
        <w:rPr>
          <w:color w:val="000000"/>
        </w:rPr>
        <w:t xml:space="preserve">, there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0000"/>
        </w:rPr>
        <w:t xml:space="preserve">no </w:t>
      </w:r>
      <w:r>
        <w:rPr>
          <w:color w:val="00FFCC"/>
        </w:rPr>
        <w:t xml:space="preserve">doubt </w:t>
      </w:r>
      <w:r>
        <w:rPr>
          <w:color w:val="FF6600"/>
        </w:rPr>
        <w:t xml:space="preserve">as </w:t>
      </w:r>
      <w:r>
        <w:rPr>
          <w:color w:val="000000"/>
        </w:rPr>
        <w:t xml:space="preserve">to which </w:t>
      </w:r>
      <w:r>
        <w:rPr>
          <w:color w:val="00FFCC"/>
        </w:rPr>
        <w:t xml:space="preserve">way </w:t>
      </w:r>
      <w:r>
        <w:rPr>
          <w:color w:val="000000"/>
        </w:rPr>
        <w:t xml:space="preserve">the </w:t>
      </w:r>
      <w:r>
        <w:rPr>
          <w:color w:val="00FFCC"/>
        </w:rPr>
        <w:t xml:space="preserve">vote </w:t>
      </w:r>
      <w:r>
        <w:rPr>
          <w:color w:val="003E3E"/>
        </w:rPr>
        <w:t xml:space="preserve">would </w:t>
      </w:r>
      <w:r>
        <w:rPr>
          <w:color w:val="CC3399"/>
        </w:rPr>
        <w:t xml:space="preserve">go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787F"/>
        </w:rPr>
        <w:t xml:space="preserve">just </w:t>
      </w:r>
      <w:r>
        <w:rPr>
          <w:color w:val="FF6600"/>
        </w:rPr>
        <w:t xml:space="preserve">at </w:t>
      </w:r>
      <w:r>
        <w:rPr>
          <w:color w:val="000000"/>
        </w:rPr>
        <w:t xml:space="preserve">this </w:t>
      </w:r>
      <w:r>
        <w:rPr>
          <w:color w:val="00FFCC"/>
        </w:rPr>
        <w:t xml:space="preserve">moment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stood </w:t>
      </w:r>
      <w:r>
        <w:rPr>
          <w:color w:val="00787F"/>
        </w:rPr>
        <w:t xml:space="preserve">up </w:t>
      </w:r>
      <w:r>
        <w:rPr>
          <w:color w:val="FF0066"/>
        </w:rPr>
        <w:t xml:space="preserve">and </w:t>
      </w:r>
      <w:r>
        <w:rPr>
          <w:color w:val="000000"/>
        </w:rPr>
        <w:t xml:space="preserve">, </w:t>
      </w:r>
      <w:r>
        <w:rPr>
          <w:color w:val="CC3399"/>
        </w:rPr>
        <w:t xml:space="preserve">casting </w:t>
      </w:r>
      <w:r>
        <w:rPr>
          <w:color w:val="000000"/>
        </w:rPr>
        <w:t xml:space="preserve">a </w:t>
      </w:r>
      <w:r>
        <w:rPr>
          <w:color w:val="00FFCC"/>
        </w:rPr>
        <w:t xml:space="preserve">peculiar </w:t>
      </w:r>
      <w:r>
        <w:rPr>
          <w:color w:val="33CCFF"/>
        </w:rPr>
        <w:t xml:space="preserve">sidelong </w:t>
      </w:r>
      <w:r>
        <w:rPr>
          <w:color w:val="00FFCC"/>
        </w:rPr>
        <w:t xml:space="preserve">look </w:t>
      </w:r>
      <w:r>
        <w:rPr>
          <w:color w:val="FF6600"/>
        </w:rPr>
        <w:t xml:space="preserve">at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uttered </w:t>
      </w:r>
      <w:r>
        <w:rPr>
          <w:color w:val="000000"/>
        </w:rPr>
        <w:t xml:space="preserve">a </w:t>
      </w:r>
      <w:r>
        <w:rPr>
          <w:color w:val="33CCFF"/>
        </w:rPr>
        <w:t xml:space="preserve">high-pitched </w:t>
      </w:r>
      <w:r>
        <w:rPr>
          <w:color w:val="00FFCC"/>
        </w:rPr>
        <w:t xml:space="preserve">whimper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kind </w:t>
      </w:r>
      <w:r>
        <w:rPr>
          <w:color w:val="000000"/>
        </w:rPr>
        <w:t xml:space="preserve">no </w:t>
      </w:r>
      <w:r>
        <w:rPr>
          <w:color w:val="00FFCC"/>
        </w:rPr>
        <w:t>on</w:t>
      </w:r>
      <w:r>
        <w:rPr>
          <w:color w:val="00FFCC"/>
        </w:rPr>
        <w:t xml:space="preserve">e </w:t>
      </w:r>
      <w:r>
        <w:rPr>
          <w:color w:val="CC3399"/>
        </w:rPr>
        <w:t xml:space="preserve">had </w:t>
      </w:r>
      <w:r>
        <w:rPr>
          <w:color w:val="00787F"/>
        </w:rPr>
        <w:t xml:space="preserve">ever </w:t>
      </w:r>
      <w:r>
        <w:rPr>
          <w:color w:val="CC3399"/>
        </w:rPr>
        <w:t xml:space="preserve">heard </w:t>
      </w:r>
      <w:r>
        <w:rPr>
          <w:color w:val="000000"/>
        </w:rPr>
        <w:t xml:space="preserve">him </w:t>
      </w:r>
      <w:r>
        <w:rPr>
          <w:color w:val="33CCFF"/>
        </w:rPr>
        <w:t xml:space="preserve">utter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before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At </w:t>
      </w:r>
      <w:r>
        <w:rPr>
          <w:color w:val="000000"/>
        </w:rPr>
        <w:t xml:space="preserve">this 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terrible </w:t>
      </w:r>
      <w:r>
        <w:rPr>
          <w:color w:val="00FFCC"/>
        </w:rPr>
        <w:t xml:space="preserve">baying sound </w:t>
      </w:r>
      <w:r>
        <w:rPr>
          <w:color w:val="FF6600"/>
        </w:rPr>
        <w:t xml:space="preserve">outside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nine </w:t>
      </w:r>
      <w:r>
        <w:rPr>
          <w:color w:val="33CCFF"/>
        </w:rPr>
        <w:t xml:space="preserve">enormous </w:t>
      </w:r>
      <w:r>
        <w:rPr>
          <w:color w:val="00FFCC"/>
        </w:rPr>
        <w:t xml:space="preserve">dogs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wearing </w:t>
      </w:r>
      <w:r>
        <w:rPr>
          <w:color w:val="33CCFF"/>
        </w:rPr>
        <w:t xml:space="preserve">brass-studded </w:t>
      </w:r>
      <w:r>
        <w:rPr>
          <w:color w:val="00FFCC"/>
        </w:rPr>
        <w:t xml:space="preserve">collars </w:t>
      </w:r>
      <w:r>
        <w:rPr>
          <w:color w:val="CC3399"/>
        </w:rPr>
        <w:t xml:space="preserve">came bounding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000000"/>
        </w:rPr>
        <w:t xml:space="preserve">. They </w:t>
      </w:r>
      <w:r>
        <w:rPr>
          <w:color w:val="CC3399"/>
        </w:rPr>
        <w:t xml:space="preserve">dashed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straight </w:t>
      </w:r>
      <w:r>
        <w:rPr>
          <w:color w:val="FF6600"/>
        </w:rPr>
        <w:t xml:space="preserve">for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who </w:t>
      </w:r>
      <w:r>
        <w:rPr>
          <w:color w:val="00787F"/>
        </w:rPr>
        <w:t xml:space="preserve">only </w:t>
      </w:r>
      <w:r>
        <w:rPr>
          <w:color w:val="CC3399"/>
        </w:rPr>
        <w:t xml:space="preserve">sprang </w:t>
      </w:r>
      <w:r>
        <w:rPr>
          <w:color w:val="FF6600"/>
        </w:rPr>
        <w:t xml:space="preserve">from </w:t>
      </w:r>
      <w:r>
        <w:rPr>
          <w:color w:val="000000"/>
        </w:rPr>
        <w:t xml:space="preserve">his </w:t>
      </w:r>
      <w:r>
        <w:rPr>
          <w:color w:val="00FFCC"/>
        </w:rPr>
        <w:t xml:space="preserve">place </w:t>
      </w:r>
      <w:r>
        <w:rPr>
          <w:color w:val="00787F"/>
        </w:rPr>
        <w:t xml:space="preserve">just </w:t>
      </w:r>
      <w:r>
        <w:rPr>
          <w:color w:val="FF6600"/>
        </w:rPr>
        <w:t xml:space="preserve">in </w:t>
      </w:r>
      <w:r>
        <w:rPr>
          <w:color w:val="00FFCC"/>
        </w:rPr>
        <w:t xml:space="preserve">time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escape </w:t>
      </w:r>
      <w:r>
        <w:rPr>
          <w:color w:val="000000"/>
        </w:rPr>
        <w:t xml:space="preserve">their </w:t>
      </w:r>
      <w:r>
        <w:rPr>
          <w:color w:val="00FFCC"/>
        </w:rPr>
        <w:t xml:space="preserve">snapping jaws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 </w:t>
      </w:r>
      <w:r>
        <w:rPr>
          <w:color w:val="00FFCC"/>
        </w:rPr>
        <w:t xml:space="preserve">door </w:t>
      </w:r>
      <w:r>
        <w:rPr>
          <w:color w:val="FF0066"/>
        </w:rPr>
        <w:t xml:space="preserve">and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</w:t>
      </w:r>
      <w:r>
        <w:rPr>
          <w:color w:val="FF6600"/>
        </w:rPr>
        <w:t xml:space="preserve">after </w:t>
      </w:r>
      <w:r>
        <w:rPr>
          <w:color w:val="000000"/>
        </w:rPr>
        <w:t xml:space="preserve">him . </w:t>
      </w:r>
      <w:r>
        <w:rPr>
          <w:color w:val="00FFCC"/>
        </w:rPr>
        <w:t xml:space="preserve">Too </w:t>
      </w:r>
      <w:r>
        <w:rPr>
          <w:color w:val="33CCFF"/>
        </w:rPr>
        <w:t xml:space="preserve">amazed </w:t>
      </w:r>
      <w:r>
        <w:rPr>
          <w:color w:val="FF0066"/>
        </w:rPr>
        <w:t xml:space="preserve">and </w:t>
      </w:r>
      <w:r>
        <w:rPr>
          <w:color w:val="CC3399"/>
        </w:rPr>
        <w:t xml:space="preserve">frightened </w:t>
      </w:r>
      <w:r>
        <w:rPr>
          <w:color w:val="000000"/>
        </w:rPr>
        <w:t xml:space="preserve">to </w:t>
      </w:r>
      <w:r>
        <w:rPr>
          <w:color w:val="CC3399"/>
        </w:rPr>
        <w:t xml:space="preserve">speak </w:t>
      </w:r>
      <w:r>
        <w:rPr>
          <w:color w:val="000000"/>
        </w:rPr>
        <w:t xml:space="preserve">, all 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crowded </w:t>
      </w:r>
      <w:r>
        <w:rPr>
          <w:color w:val="FF6600"/>
        </w:rPr>
        <w:t xml:space="preserve">through </w:t>
      </w:r>
      <w:r>
        <w:rPr>
          <w:color w:val="000000"/>
        </w:rPr>
        <w:t xml:space="preserve">the </w:t>
      </w:r>
      <w:r>
        <w:rPr>
          <w:color w:val="00FFCC"/>
        </w:rPr>
        <w:t xml:space="preserve">door </w:t>
      </w:r>
      <w:r>
        <w:rPr>
          <w:color w:val="000000"/>
        </w:rPr>
        <w:t xml:space="preserve">to </w:t>
      </w:r>
      <w:r>
        <w:rPr>
          <w:color w:val="CC3399"/>
        </w:rPr>
        <w:t xml:space="preserve">watch </w:t>
      </w:r>
      <w:r>
        <w:rPr>
          <w:color w:val="000000"/>
        </w:rPr>
        <w:t xml:space="preserve">the </w:t>
      </w:r>
      <w:r>
        <w:rPr>
          <w:color w:val="00FFCC"/>
        </w:rPr>
        <w:t xml:space="preserve">chase </w:t>
      </w:r>
      <w:r>
        <w:rPr>
          <w:color w:val="000000"/>
        </w:rPr>
        <w:t xml:space="preserve">.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was racing </w:t>
      </w:r>
      <w:r>
        <w:rPr>
          <w:color w:val="FF6600"/>
        </w:rPr>
        <w:t xml:space="preserve">across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long </w:t>
      </w:r>
      <w:r>
        <w:rPr>
          <w:color w:val="00FFCC"/>
        </w:rPr>
        <w:t xml:space="preserve">pasture </w:t>
      </w:r>
      <w:r>
        <w:rPr>
          <w:color w:val="000000"/>
        </w:rPr>
        <w:t xml:space="preserve">that </w:t>
      </w:r>
      <w:r>
        <w:rPr>
          <w:color w:val="CC3399"/>
        </w:rPr>
        <w:t xml:space="preserve">led </w:t>
      </w:r>
      <w:r>
        <w:rPr>
          <w:color w:val="000000"/>
        </w:rPr>
        <w:t xml:space="preserve">to the </w:t>
      </w:r>
      <w:r>
        <w:rPr>
          <w:color w:val="00FFCC"/>
        </w:rPr>
        <w:t xml:space="preserve">road </w:t>
      </w:r>
      <w:r>
        <w:rPr>
          <w:color w:val="000000"/>
        </w:rPr>
        <w:t xml:space="preserve">. He </w:t>
      </w:r>
      <w:r>
        <w:rPr>
          <w:color w:val="CC3399"/>
        </w:rPr>
        <w:t xml:space="preserve">was running </w:t>
      </w:r>
      <w:r>
        <w:rPr>
          <w:color w:val="FF6600"/>
        </w:rPr>
        <w:t xml:space="preserve">as </w:t>
      </w:r>
      <w:r>
        <w:rPr>
          <w:color w:val="00787F"/>
        </w:rPr>
        <w:t xml:space="preserve">only </w:t>
      </w:r>
      <w:r>
        <w:rPr>
          <w:color w:val="000000"/>
        </w:rPr>
        <w:t xml:space="preserve">a </w:t>
      </w:r>
      <w:r>
        <w:rPr>
          <w:color w:val="00FFCC"/>
        </w:rPr>
        <w:t xml:space="preserve">pig </w:t>
      </w:r>
      <w:r>
        <w:rPr>
          <w:color w:val="003E3E"/>
        </w:rPr>
        <w:t xml:space="preserve">can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run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CC3399"/>
        </w:rPr>
        <w:t xml:space="preserve">were </w:t>
      </w:r>
      <w:r>
        <w:rPr>
          <w:color w:val="00787F"/>
        </w:rPr>
        <w:t xml:space="preserve">close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00FFCC"/>
        </w:rPr>
        <w:t xml:space="preserve">heels </w:t>
      </w:r>
      <w:r>
        <w:rPr>
          <w:color w:val="000000"/>
        </w:rPr>
        <w:t xml:space="preserve">. </w:t>
      </w:r>
      <w:r>
        <w:rPr>
          <w:color w:val="00787F"/>
        </w:rPr>
        <w:t xml:space="preserve">Suddenly </w:t>
      </w:r>
      <w:r>
        <w:rPr>
          <w:color w:val="000000"/>
        </w:rPr>
        <w:t xml:space="preserve">he </w:t>
      </w:r>
      <w:r>
        <w:rPr>
          <w:color w:val="CC3399"/>
        </w:rPr>
        <w:t xml:space="preserve">slipped </w:t>
      </w:r>
      <w:r>
        <w:rPr>
          <w:color w:val="FF0066"/>
        </w:rPr>
        <w:t xml:space="preserve">and </w:t>
      </w:r>
      <w:r>
        <w:rPr>
          <w:color w:val="000000"/>
        </w:rPr>
        <w:t xml:space="preserve">it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seemed </w:t>
      </w:r>
      <w:r>
        <w:rPr>
          <w:color w:val="33CCFF"/>
        </w:rPr>
        <w:t xml:space="preserve">certain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0000"/>
        </w:rPr>
        <w:t xml:space="preserve">him . </w:t>
      </w:r>
      <w:r>
        <w:rPr>
          <w:color w:val="00787F"/>
        </w:rPr>
        <w:t xml:space="preserve">Then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00787F"/>
        </w:rPr>
        <w:t xml:space="preserve">up again </w:t>
      </w:r>
      <w:r>
        <w:rPr>
          <w:color w:val="000000"/>
        </w:rPr>
        <w:t xml:space="preserve">, </w:t>
      </w:r>
      <w:r>
        <w:rPr>
          <w:color w:val="CC3399"/>
        </w:rPr>
        <w:t xml:space="preserve">running </w:t>
      </w:r>
      <w:r>
        <w:rPr>
          <w:color w:val="00787F"/>
        </w:rPr>
        <w:t xml:space="preserve">faster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than </w:t>
      </w:r>
      <w:r>
        <w:rPr>
          <w:color w:val="00787F"/>
        </w:rPr>
        <w:t xml:space="preserve">ever </w:t>
      </w:r>
      <w:r>
        <w:rPr>
          <w:color w:val="000000"/>
        </w:rPr>
        <w:t xml:space="preserve">, </w:t>
      </w:r>
      <w:r>
        <w:rPr>
          <w:color w:val="00787F"/>
        </w:rPr>
        <w:t xml:space="preserve">then </w:t>
      </w: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CC3399"/>
        </w:rPr>
        <w:t xml:space="preserve">were gaining </w:t>
      </w:r>
      <w:r>
        <w:rPr>
          <w:color w:val="FF6600"/>
        </w:rPr>
        <w:t xml:space="preserve">on </w:t>
      </w:r>
      <w:r>
        <w:rPr>
          <w:color w:val="000000"/>
        </w:rPr>
        <w:t xml:space="preserve">him </w:t>
      </w:r>
      <w:r>
        <w:rPr>
          <w:color w:val="00787F"/>
        </w:rPr>
        <w:t xml:space="preserve">again </w:t>
      </w:r>
      <w:r>
        <w:rPr>
          <w:color w:val="000000"/>
        </w:rPr>
        <w:t xml:space="preserve">. 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000000"/>
        </w:rPr>
        <w:t xml:space="preserve">all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closed </w:t>
      </w:r>
      <w:r>
        <w:rPr>
          <w:color w:val="000000"/>
        </w:rPr>
        <w:t xml:space="preserve">his </w:t>
      </w:r>
      <w:r>
        <w:rPr>
          <w:color w:val="00FFCC"/>
        </w:rPr>
        <w:t xml:space="preserve">jaws </w:t>
      </w:r>
      <w:r>
        <w:rPr>
          <w:color w:val="FF6600"/>
        </w:rPr>
        <w:t xml:space="preserve">on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tail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whisked </w:t>
      </w:r>
      <w:r>
        <w:rPr>
          <w:color w:val="000000"/>
        </w:rPr>
        <w:t xml:space="preserve">it </w:t>
      </w:r>
      <w:r>
        <w:rPr>
          <w:color w:val="33CCFF"/>
        </w:rPr>
        <w:t xml:space="preserve">free </w:t>
      </w:r>
      <w:r>
        <w:rPr>
          <w:color w:val="00787F"/>
        </w:rPr>
        <w:t xml:space="preserve">just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time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  <w:r>
        <w:rPr>
          <w:color w:val="000000"/>
        </w:rPr>
        <w:t xml:space="preserve">he </w:t>
      </w:r>
      <w:r>
        <w:rPr>
          <w:color w:val="CC3399"/>
        </w:rPr>
        <w:t xml:space="preserve">put </w:t>
      </w:r>
      <w:r>
        <w:rPr>
          <w:color w:val="FF6600"/>
        </w:rPr>
        <w:t xml:space="preserve">on </w:t>
      </w:r>
      <w:r>
        <w:rPr>
          <w:color w:val="000000"/>
        </w:rPr>
        <w:t xml:space="preserve">an </w:t>
      </w:r>
      <w:r>
        <w:rPr>
          <w:color w:val="33CCFF"/>
        </w:rPr>
        <w:t xml:space="preserve">extra </w:t>
      </w:r>
      <w:r>
        <w:rPr>
          <w:color w:val="00FFCC"/>
        </w:rPr>
        <w:t xml:space="preserve">spurt </w:t>
      </w:r>
      <w:r>
        <w:rPr>
          <w:color w:val="FF0066"/>
        </w:rPr>
        <w:t xml:space="preserve">and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inches </w:t>
      </w:r>
      <w:r>
        <w:rPr>
          <w:color w:val="000000"/>
        </w:rPr>
        <w:t xml:space="preserve">to </w:t>
      </w:r>
      <w:r>
        <w:rPr>
          <w:color w:val="CC3399"/>
        </w:rPr>
        <w:t xml:space="preserve">spare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slipped </w:t>
      </w:r>
      <w:r>
        <w:rPr>
          <w:color w:val="FF6600"/>
        </w:rPr>
        <w:t xml:space="preserve">through </w:t>
      </w:r>
      <w:r>
        <w:rPr>
          <w:color w:val="000000"/>
        </w:rPr>
        <w:t xml:space="preserve">a </w:t>
      </w:r>
      <w:r>
        <w:rPr>
          <w:color w:val="00FFCC"/>
        </w:rPr>
        <w:t xml:space="preserve">hole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hedge </w:t>
      </w:r>
      <w:r>
        <w:rPr>
          <w:color w:val="FF0066"/>
        </w:rPr>
        <w:t xml:space="preserve">and </w:t>
      </w:r>
      <w:r>
        <w:rPr>
          <w:color w:val="CC3399"/>
        </w:rPr>
        <w:t xml:space="preserve">was seen </w:t>
      </w:r>
      <w:r>
        <w:rPr>
          <w:color w:val="000000"/>
        </w:rPr>
        <w:t xml:space="preserve">no </w:t>
      </w:r>
      <w:r>
        <w:rPr>
          <w:color w:val="00787F"/>
        </w:rPr>
        <w:t xml:space="preserve">more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Silent </w:t>
      </w:r>
      <w:r>
        <w:rPr>
          <w:color w:val="FF0066"/>
        </w:rPr>
        <w:t xml:space="preserve">and </w:t>
      </w:r>
      <w:r>
        <w:rPr>
          <w:color w:val="CC3399"/>
        </w:rPr>
        <w:t xml:space="preserve">terrified </w:t>
      </w:r>
      <w:r>
        <w:rPr>
          <w:color w:val="000000"/>
        </w:rPr>
        <w:t xml:space="preserve">,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crept </w:t>
      </w:r>
      <w:r>
        <w:rPr>
          <w:color w:val="00787F"/>
        </w:rPr>
        <w:t xml:space="preserve">back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CC3399"/>
        </w:rPr>
        <w:t xml:space="preserve">came bounding </w:t>
      </w:r>
      <w:r>
        <w:rPr>
          <w:color w:val="00787F"/>
        </w:rPr>
        <w:t xml:space="preserve">back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33CCFF"/>
        </w:rPr>
        <w:t xml:space="preserve">first </w:t>
      </w:r>
      <w:r>
        <w:rPr>
          <w:color w:val="000000"/>
        </w:rPr>
        <w:t xml:space="preserve">no </w:t>
      </w:r>
      <w:r>
        <w:rPr>
          <w:color w:val="00FFCC"/>
        </w:rPr>
        <w:t xml:space="preserve">one </w:t>
      </w:r>
      <w:r>
        <w:rPr>
          <w:color w:val="CC3399"/>
        </w:rPr>
        <w:t xml:space="preserve">had been </w:t>
      </w: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imagine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where these </w:t>
      </w:r>
      <w:r>
        <w:rPr>
          <w:color w:val="00FFCC"/>
        </w:rPr>
        <w:t xml:space="preserve">creatures </w:t>
      </w:r>
      <w:r>
        <w:rPr>
          <w:color w:val="CC3399"/>
        </w:rPr>
        <w:t xml:space="preserve">came </w:t>
      </w:r>
      <w:r>
        <w:rPr>
          <w:color w:val="FF6600"/>
        </w:rPr>
        <w:t xml:space="preserve">from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problem </w:t>
      </w:r>
      <w:r>
        <w:rPr>
          <w:color w:val="CC3399"/>
        </w:rPr>
        <w:t xml:space="preserve">was </w:t>
      </w:r>
      <w:r>
        <w:rPr>
          <w:color w:val="00787F"/>
        </w:rPr>
        <w:t xml:space="preserve">soon </w:t>
      </w:r>
      <w:r>
        <w:rPr>
          <w:color w:val="CC3399"/>
        </w:rPr>
        <w:t xml:space="preserve">solved </w:t>
      </w:r>
      <w:r>
        <w:rPr>
          <w:color w:val="000000"/>
        </w:rPr>
        <w:t xml:space="preserve">: 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</w:t>
      </w:r>
      <w:r>
        <w:rPr>
          <w:color w:val="000000"/>
        </w:rPr>
        <w:t xml:space="preserve">the </w:t>
      </w:r>
      <w:r>
        <w:rPr>
          <w:color w:val="00FFCC"/>
        </w:rPr>
        <w:t xml:space="preserve">puppies </w:t>
      </w:r>
      <w:r>
        <w:rPr>
          <w:color w:val="000000"/>
        </w:rPr>
        <w:t xml:space="preserve">whom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had taken </w:t>
      </w:r>
      <w:r>
        <w:rPr>
          <w:color w:val="00787F"/>
        </w:rPr>
        <w:t xml:space="preserve">away </w:t>
      </w:r>
      <w:r>
        <w:rPr>
          <w:color w:val="FF6600"/>
        </w:rPr>
        <w:t xml:space="preserve">from </w:t>
      </w:r>
      <w:r>
        <w:rPr>
          <w:color w:val="000000"/>
        </w:rPr>
        <w:t xml:space="preserve">their </w:t>
      </w:r>
      <w:r>
        <w:rPr>
          <w:color w:val="00FFCC"/>
        </w:rPr>
        <w:t xml:space="preserve">mothers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reared </w:t>
      </w:r>
      <w:r>
        <w:rPr>
          <w:color w:val="00787F"/>
        </w:rPr>
        <w:t xml:space="preserve">privately </w:t>
      </w:r>
      <w:r>
        <w:rPr>
          <w:color w:val="000000"/>
        </w:rPr>
        <w:t xml:space="preserve">. </w:t>
      </w:r>
      <w:r>
        <w:rPr>
          <w:color w:val="FF6600"/>
        </w:rPr>
        <w:t xml:space="preserve">Though </w:t>
      </w:r>
      <w:r>
        <w:rPr>
          <w:color w:val="00787F"/>
        </w:rPr>
        <w:t xml:space="preserve">not yet </w:t>
      </w:r>
      <w:r>
        <w:rPr>
          <w:color w:val="33CCFF"/>
        </w:rPr>
        <w:t xml:space="preserve">full-grown </w:t>
      </w:r>
      <w:r>
        <w:rPr>
          <w:color w:val="000000"/>
        </w:rPr>
        <w:t xml:space="preserve">, they </w:t>
      </w:r>
      <w:r>
        <w:rPr>
          <w:color w:val="CC3399"/>
        </w:rPr>
        <w:t xml:space="preserve">were </w:t>
      </w:r>
      <w:r>
        <w:rPr>
          <w:color w:val="33CCFF"/>
        </w:rPr>
        <w:t xml:space="preserve">huge </w:t>
      </w:r>
      <w:r>
        <w:rPr>
          <w:color w:val="00FFCC"/>
        </w:rPr>
        <w:t xml:space="preserve">dogs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fierce-looking </w:t>
      </w:r>
      <w:r>
        <w:rPr>
          <w:color w:val="FF6600"/>
        </w:rPr>
        <w:t xml:space="preserve">as </w:t>
      </w:r>
      <w:r>
        <w:rPr>
          <w:color w:val="00FFCC"/>
        </w:rPr>
        <w:t xml:space="preserve">wolves </w:t>
      </w:r>
      <w:r>
        <w:rPr>
          <w:color w:val="000000"/>
        </w:rPr>
        <w:t xml:space="preserve">. They </w:t>
      </w:r>
      <w:r>
        <w:rPr>
          <w:color w:val="CC3399"/>
        </w:rPr>
        <w:t xml:space="preserve">kept </w:t>
      </w:r>
      <w:r>
        <w:rPr>
          <w:color w:val="00787F"/>
        </w:rPr>
        <w:t xml:space="preserve">close </w:t>
      </w:r>
      <w:r>
        <w:rPr>
          <w:color w:val="000000"/>
        </w:rPr>
        <w:t xml:space="preserve">to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noticed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wagged </w:t>
      </w:r>
      <w:r>
        <w:rPr>
          <w:color w:val="000000"/>
        </w:rPr>
        <w:t xml:space="preserve">their </w:t>
      </w:r>
      <w:r>
        <w:rPr>
          <w:color w:val="00FFCC"/>
        </w:rPr>
        <w:t xml:space="preserve">tails </w:t>
      </w:r>
      <w:r>
        <w:rPr>
          <w:color w:val="000000"/>
        </w:rPr>
        <w:t xml:space="preserve">to him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FFCC"/>
        </w:rPr>
        <w:t xml:space="preserve">way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dogs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used </w:t>
      </w:r>
      <w:r>
        <w:rPr>
          <w:color w:val="000000"/>
        </w:rPr>
        <w:t xml:space="preserve">to </w:t>
      </w:r>
      <w:r>
        <w:rPr>
          <w:color w:val="CC3399"/>
        </w:rPr>
        <w:t xml:space="preserve">do </w:t>
      </w:r>
      <w:r>
        <w:rPr>
          <w:color w:val="000000"/>
        </w:rPr>
        <w:t xml:space="preserve">to </w:t>
      </w:r>
      <w:r>
        <w:rPr>
          <w:color w:val="00FFCC"/>
        </w:rPr>
        <w:t xml:space="preserve">Mr. Jones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CC3399"/>
        </w:rPr>
        <w:t xml:space="preserve">following </w:t>
      </w:r>
      <w:r>
        <w:rPr>
          <w:color w:val="000000"/>
        </w:rPr>
        <w:t xml:space="preserve">him , </w:t>
      </w:r>
      <w:r>
        <w:rPr>
          <w:color w:val="00787F"/>
        </w:rPr>
        <w:t xml:space="preserve">now </w:t>
      </w:r>
      <w:r>
        <w:rPr>
          <w:color w:val="CC3399"/>
        </w:rPr>
        <w:t xml:space="preserve">mounted </w:t>
      </w:r>
      <w:r>
        <w:rPr>
          <w:color w:val="FF6600"/>
        </w:rPr>
        <w:t xml:space="preserve">on </w:t>
      </w:r>
      <w:r>
        <w:rPr>
          <w:color w:val="000000"/>
        </w:rPr>
        <w:t xml:space="preserve">to the </w:t>
      </w:r>
      <w:r>
        <w:rPr>
          <w:color w:val="CC3399"/>
        </w:rPr>
        <w:t xml:space="preserve">raised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portion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floor </w:t>
      </w:r>
      <w:r>
        <w:rPr>
          <w:color w:val="000000"/>
        </w:rPr>
        <w:t xml:space="preserve">where </w:t>
      </w:r>
      <w:r>
        <w:rPr>
          <w:color w:val="00FFCC"/>
        </w:rPr>
        <w:t xml:space="preserve">Major </w:t>
      </w:r>
      <w:r>
        <w:rPr>
          <w:color w:val="CC3399"/>
        </w:rPr>
        <w:t xml:space="preserve">had </w:t>
      </w:r>
      <w:r>
        <w:rPr>
          <w:color w:val="00787F"/>
        </w:rPr>
        <w:t xml:space="preserve">previously </w:t>
      </w:r>
      <w:r>
        <w:rPr>
          <w:color w:val="CC3399"/>
        </w:rPr>
        <w:t xml:space="preserve">stood </w:t>
      </w:r>
      <w:r>
        <w:rPr>
          <w:color w:val="000000"/>
        </w:rPr>
        <w:t xml:space="preserve">to </w:t>
      </w:r>
      <w:r>
        <w:rPr>
          <w:color w:val="CC3399"/>
        </w:rPr>
        <w:t xml:space="preserve">deliver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speech </w:t>
      </w:r>
      <w:r>
        <w:rPr>
          <w:color w:val="000000"/>
        </w:rPr>
        <w:t xml:space="preserve">. He </w:t>
      </w:r>
      <w:r>
        <w:rPr>
          <w:color w:val="CC3399"/>
        </w:rPr>
        <w:t xml:space="preserve">announced </w:t>
      </w:r>
      <w:r>
        <w:rPr>
          <w:color w:val="FF6600"/>
        </w:rPr>
        <w:t xml:space="preserve">that from </w:t>
      </w:r>
      <w:r>
        <w:rPr>
          <w:color w:val="00787F"/>
        </w:rPr>
        <w:t xml:space="preserve">now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Sunday-morning </w:t>
      </w:r>
      <w:r>
        <w:rPr>
          <w:color w:val="00FFCC"/>
        </w:rPr>
        <w:t xml:space="preserve">Meetings </w:t>
      </w:r>
      <w:r>
        <w:rPr>
          <w:color w:val="003E3E"/>
        </w:rPr>
        <w:t xml:space="preserve">would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come </w:t>
      </w:r>
      <w:r>
        <w:rPr>
          <w:color w:val="000000"/>
        </w:rPr>
        <w:t xml:space="preserve">to an </w:t>
      </w:r>
      <w:r>
        <w:rPr>
          <w:color w:val="00FFCC"/>
        </w:rPr>
        <w:t xml:space="preserve">end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</w:t>
      </w:r>
      <w:r>
        <w:rPr>
          <w:color w:val="33CCFF"/>
        </w:rPr>
        <w:t xml:space="preserve">unnecessary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wasted </w:t>
      </w:r>
      <w:r>
        <w:rPr>
          <w:color w:val="00FFCC"/>
        </w:rPr>
        <w:t xml:space="preserve">time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33CCFF"/>
        </w:rPr>
        <w:t xml:space="preserve">future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all </w:t>
      </w:r>
      <w:r>
        <w:rPr>
          <w:color w:val="00FFCC"/>
        </w:rPr>
        <w:t xml:space="preserve">questions </w:t>
      </w:r>
      <w:r>
        <w:rPr>
          <w:color w:val="CC3399"/>
        </w:rPr>
        <w:t xml:space="preserve">relating </w:t>
      </w:r>
      <w:r>
        <w:rPr>
          <w:color w:val="000000"/>
        </w:rPr>
        <w:t xml:space="preserve">to the </w:t>
      </w:r>
      <w:r>
        <w:rPr>
          <w:color w:val="00FFCC"/>
        </w:rPr>
        <w:t xml:space="preserve">working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settled </w:t>
      </w: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special </w:t>
      </w:r>
      <w:r>
        <w:rPr>
          <w:color w:val="00FFCC"/>
        </w:rPr>
        <w:t xml:space="preserve">committee </w:t>
      </w:r>
      <w:r>
        <w:rPr>
          <w:color w:val="FF6600"/>
        </w:rPr>
        <w:t xml:space="preserve">of </w:t>
      </w:r>
      <w:r>
        <w:rPr>
          <w:color w:val="00FFCC"/>
        </w:rPr>
        <w:t xml:space="preserve">pigs </w:t>
      </w:r>
      <w:r>
        <w:rPr>
          <w:color w:val="000000"/>
        </w:rPr>
        <w:t xml:space="preserve">, </w:t>
      </w:r>
      <w:r>
        <w:rPr>
          <w:color w:val="CC3399"/>
        </w:rPr>
        <w:t xml:space="preserve">presided </w:t>
      </w:r>
      <w:r>
        <w:rPr>
          <w:color w:val="FF6600"/>
        </w:rPr>
        <w:t xml:space="preserve">over by </w:t>
      </w:r>
      <w:r>
        <w:rPr>
          <w:color w:val="000000"/>
        </w:rPr>
        <w:t xml:space="preserve">himself . These </w:t>
      </w:r>
      <w:r>
        <w:rPr>
          <w:color w:val="003E3E"/>
        </w:rPr>
        <w:t xml:space="preserve">would </w:t>
      </w:r>
      <w:r>
        <w:rPr>
          <w:color w:val="CC3399"/>
        </w:rPr>
        <w:t xml:space="preserve">meet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private </w:t>
      </w:r>
      <w:r>
        <w:rPr>
          <w:color w:val="FF0066"/>
        </w:rPr>
        <w:t xml:space="preserve">and </w:t>
      </w:r>
      <w:r>
        <w:rPr>
          <w:color w:val="00FFCC"/>
        </w:rPr>
        <w:t xml:space="preserve">afterwards </w:t>
      </w:r>
      <w:r>
        <w:rPr>
          <w:color w:val="CC3399"/>
        </w:rPr>
        <w:t xml:space="preserve">communicate </w:t>
      </w:r>
      <w:r>
        <w:rPr>
          <w:color w:val="000000"/>
        </w:rPr>
        <w:t xml:space="preserve">their </w:t>
      </w:r>
      <w:r>
        <w:rPr>
          <w:color w:val="00FFCC"/>
        </w:rPr>
        <w:t xml:space="preserve">decisions </w:t>
      </w:r>
      <w:r>
        <w:rPr>
          <w:color w:val="000000"/>
        </w:rPr>
        <w:t xml:space="preserve">to the </w:t>
      </w:r>
      <w:r>
        <w:rPr>
          <w:color w:val="00FFCC"/>
        </w:rPr>
        <w:t xml:space="preserve">others </w:t>
      </w:r>
      <w:r>
        <w:rPr>
          <w:color w:val="000000"/>
        </w:rPr>
        <w:t xml:space="preserve">.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003E3E"/>
        </w:rPr>
        <w:t xml:space="preserve">would </w:t>
      </w:r>
      <w:r>
        <w:rPr>
          <w:color w:val="00787F"/>
        </w:rPr>
        <w:t xml:space="preserve">still </w:t>
      </w:r>
      <w:r>
        <w:rPr>
          <w:color w:val="CC3399"/>
        </w:rPr>
        <w:t xml:space="preserve">assemble </w:t>
      </w:r>
      <w:r>
        <w:rPr>
          <w:color w:val="FF6600"/>
        </w:rPr>
        <w:t xml:space="preserve">on </w:t>
      </w:r>
      <w:r>
        <w:rPr>
          <w:color w:val="00FFCC"/>
        </w:rPr>
        <w:t xml:space="preserve">Sunday mornings </w:t>
      </w:r>
      <w:r>
        <w:rPr>
          <w:color w:val="000000"/>
        </w:rPr>
        <w:t xml:space="preserve">to </w:t>
      </w:r>
      <w:r>
        <w:rPr>
          <w:color w:val="CC3399"/>
        </w:rPr>
        <w:t xml:space="preserve">salute </w:t>
      </w:r>
      <w:r>
        <w:rPr>
          <w:color w:val="000000"/>
        </w:rPr>
        <w:t xml:space="preserve">the </w:t>
      </w:r>
      <w:r>
        <w:rPr>
          <w:color w:val="00FFCC"/>
        </w:rPr>
        <w:t xml:space="preserve">flag </w:t>
      </w:r>
      <w:r>
        <w:rPr>
          <w:color w:val="000000"/>
        </w:rPr>
        <w:t xml:space="preserve">, </w:t>
      </w:r>
      <w:r>
        <w:rPr>
          <w:color w:val="CC3399"/>
        </w:rPr>
        <w:t xml:space="preserve">sing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, </w:t>
      </w:r>
      <w:r>
        <w:rPr>
          <w:color w:val="FF0066"/>
        </w:rPr>
        <w:t xml:space="preserve">and </w:t>
      </w:r>
      <w:r>
        <w:rPr>
          <w:color w:val="CC3399"/>
        </w:rPr>
        <w:t xml:space="preserve">receive </w:t>
      </w:r>
      <w:r>
        <w:rPr>
          <w:color w:val="000000"/>
        </w:rPr>
        <w:t xml:space="preserve">their </w:t>
      </w:r>
      <w:r>
        <w:rPr>
          <w:color w:val="00FFCC"/>
        </w:rPr>
        <w:t xml:space="preserve">orders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week </w:t>
      </w:r>
      <w:r>
        <w:rPr>
          <w:color w:val="000000"/>
        </w:rPr>
        <w:t xml:space="preserve">; </w:t>
      </w:r>
      <w:r>
        <w:rPr>
          <w:color w:val="FF0066"/>
        </w:rPr>
        <w:t xml:space="preserve">but </w:t>
      </w:r>
      <w:r>
        <w:rPr>
          <w:color w:val="000000"/>
        </w:rPr>
        <w:t xml:space="preserve">there </w:t>
      </w:r>
      <w:r>
        <w:rPr>
          <w:color w:val="003E3E"/>
        </w:rPr>
        <w:t xml:space="preserve">would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</w:t>
      </w:r>
      <w:r>
        <w:rPr>
          <w:color w:val="000000"/>
        </w:rPr>
        <w:t xml:space="preserve">no </w:t>
      </w:r>
      <w:r>
        <w:rPr>
          <w:color w:val="33CCFF"/>
        </w:rPr>
        <w:t xml:space="preserve">more </w:t>
      </w:r>
      <w:r>
        <w:rPr>
          <w:color w:val="00FFCC"/>
        </w:rPr>
        <w:t xml:space="preserve">debates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FFCC"/>
        </w:rPr>
        <w:t xml:space="preserve">spite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shock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expulsion </w:t>
      </w:r>
      <w:r>
        <w:rPr>
          <w:color w:val="CC3399"/>
        </w:rPr>
        <w:t xml:space="preserve">had given </w:t>
      </w:r>
      <w:r>
        <w:rPr>
          <w:color w:val="000000"/>
        </w:rPr>
        <w:t xml:space="preserve">them , the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animals </w:t>
      </w:r>
      <w:r>
        <w:rPr>
          <w:color w:val="CC3399"/>
        </w:rPr>
        <w:t xml:space="preserve">were dismayed </w:t>
      </w:r>
      <w:r>
        <w:rPr>
          <w:color w:val="FF6600"/>
        </w:rPr>
        <w:t xml:space="preserve">by </w:t>
      </w:r>
      <w:r>
        <w:rPr>
          <w:color w:val="000000"/>
        </w:rPr>
        <w:t xml:space="preserve">this </w:t>
      </w:r>
      <w:r>
        <w:rPr>
          <w:color w:val="00FFCC"/>
        </w:rPr>
        <w:t xml:space="preserve">announcement </w:t>
      </w:r>
      <w:r>
        <w:rPr>
          <w:color w:val="000000"/>
        </w:rPr>
        <w:t xml:space="preserve">. </w:t>
      </w:r>
      <w:r>
        <w:rPr>
          <w:color w:val="00FFCC"/>
        </w:rPr>
        <w:t xml:space="preserve">Several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003E3E"/>
        </w:rPr>
        <w:t xml:space="preserve">would </w:t>
      </w:r>
      <w:r>
        <w:rPr>
          <w:color w:val="CC3399"/>
        </w:rPr>
        <w:t xml:space="preserve">have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protested </w:t>
      </w:r>
      <w:r>
        <w:rPr>
          <w:color w:val="FF6600"/>
        </w:rPr>
        <w:t xml:space="preserve">if </w:t>
      </w:r>
      <w:r>
        <w:rPr>
          <w:color w:val="000000"/>
        </w:rPr>
        <w:t xml:space="preserve">they </w:t>
      </w:r>
      <w:r>
        <w:rPr>
          <w:color w:val="003E3E"/>
        </w:rPr>
        <w:t xml:space="preserve">could </w:t>
      </w:r>
      <w:r>
        <w:rPr>
          <w:color w:val="CC3399"/>
        </w:rPr>
        <w:t xml:space="preserve">have found </w:t>
      </w:r>
      <w:r>
        <w:rPr>
          <w:color w:val="000000"/>
        </w:rPr>
        <w:t xml:space="preserve">the </w:t>
      </w:r>
      <w:r>
        <w:rPr>
          <w:color w:val="33CCFF"/>
        </w:rPr>
        <w:t xml:space="preserve">right </w:t>
      </w:r>
      <w:r>
        <w:rPr>
          <w:color w:val="00FFCC"/>
        </w:rPr>
        <w:t xml:space="preserve">arguments </w:t>
      </w:r>
      <w:r>
        <w:rPr>
          <w:color w:val="000000"/>
        </w:rPr>
        <w:t xml:space="preserve">. </w:t>
      </w:r>
      <w:r>
        <w:rPr>
          <w:color w:val="00787F"/>
        </w:rPr>
        <w:t xml:space="preserve">Even </w:t>
      </w:r>
      <w:r>
        <w:rPr>
          <w:color w:val="00FFCC"/>
        </w:rPr>
        <w:t xml:space="preserve">Boxer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vaguely </w:t>
      </w:r>
      <w:r>
        <w:rPr>
          <w:color w:val="33CCFF"/>
        </w:rPr>
        <w:t xml:space="preserve">troubled </w:t>
      </w:r>
      <w:r>
        <w:rPr>
          <w:color w:val="000000"/>
        </w:rPr>
        <w:t xml:space="preserve">. He </w:t>
      </w:r>
      <w:r>
        <w:rPr>
          <w:color w:val="CC3399"/>
        </w:rPr>
        <w:t xml:space="preserve">set </w:t>
      </w:r>
      <w:r>
        <w:rPr>
          <w:color w:val="000000"/>
        </w:rPr>
        <w:t xml:space="preserve">his </w:t>
      </w:r>
      <w:r>
        <w:rPr>
          <w:color w:val="00FFCC"/>
        </w:rPr>
        <w:t xml:space="preserve">ears </w:t>
      </w:r>
      <w:r>
        <w:rPr>
          <w:color w:val="00787F"/>
        </w:rPr>
        <w:t xml:space="preserve">back </w:t>
      </w:r>
      <w:r>
        <w:rPr>
          <w:color w:val="000000"/>
        </w:rPr>
        <w:t xml:space="preserve">, </w:t>
      </w:r>
      <w:r>
        <w:rPr>
          <w:color w:val="CC3399"/>
        </w:rPr>
        <w:t xml:space="preserve">shook </w:t>
      </w:r>
      <w:r>
        <w:rPr>
          <w:color w:val="000000"/>
        </w:rPr>
        <w:t xml:space="preserve">his </w:t>
      </w:r>
      <w:r>
        <w:rPr>
          <w:color w:val="00FFCC"/>
        </w:rPr>
        <w:t xml:space="preserve">forelock </w:t>
      </w:r>
      <w:r>
        <w:rPr>
          <w:color w:val="33CCFF"/>
        </w:rPr>
        <w:t xml:space="preserve">several </w:t>
      </w:r>
      <w:r>
        <w:rPr>
          <w:color w:val="00FFCC"/>
        </w:rPr>
        <w:t xml:space="preserve">times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33CCFF"/>
        </w:rPr>
        <w:t xml:space="preserve">tried hard </w:t>
      </w:r>
      <w:r>
        <w:rPr>
          <w:color w:val="000000"/>
        </w:rPr>
        <w:t xml:space="preserve">to </w:t>
      </w:r>
      <w:r>
        <w:rPr>
          <w:color w:val="CC3399"/>
        </w:rPr>
        <w:t xml:space="preserve">marshal </w:t>
      </w:r>
      <w:r>
        <w:rPr>
          <w:color w:val="000000"/>
        </w:rPr>
        <w:t xml:space="preserve">his </w:t>
      </w:r>
      <w:r>
        <w:rPr>
          <w:color w:val="00FFCC"/>
        </w:rPr>
        <w:t xml:space="preserve">thoughts </w:t>
      </w:r>
      <w:r>
        <w:rPr>
          <w:color w:val="000000"/>
        </w:rPr>
        <w:t xml:space="preserve">; </w:t>
      </w:r>
      <w:r>
        <w:rPr>
          <w:color w:val="FF0066"/>
        </w:rPr>
        <w:t xml:space="preserve">but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end </w:t>
      </w:r>
      <w:r>
        <w:rPr>
          <w:color w:val="000000"/>
        </w:rPr>
        <w:t xml:space="preserve">he </w:t>
      </w: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CC3399"/>
        </w:rPr>
        <w:t xml:space="preserve">think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anything </w:t>
      </w:r>
      <w:r>
        <w:rPr>
          <w:color w:val="000000"/>
        </w:rPr>
        <w:t xml:space="preserve">to </w:t>
      </w:r>
      <w:r>
        <w:rPr>
          <w:color w:val="CC3399"/>
        </w:rPr>
        <w:t xml:space="preserve">say </w:t>
      </w:r>
      <w:r>
        <w:rPr>
          <w:color w:val="000000"/>
        </w:rPr>
        <w:t xml:space="preserve">. Some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themselves , </w:t>
      </w:r>
      <w:r>
        <w:rPr>
          <w:color w:val="00787F"/>
        </w:rPr>
        <w:t xml:space="preserve">however </w:t>
      </w:r>
      <w:r>
        <w:rPr>
          <w:color w:val="000000"/>
        </w:rPr>
        <w:t xml:space="preserve">, </w:t>
      </w:r>
      <w:r>
        <w:rPr>
          <w:color w:val="CC3399"/>
        </w:rPr>
        <w:t xml:space="preserve">were </w:t>
      </w:r>
      <w:r>
        <w:rPr>
          <w:color w:val="33CCFF"/>
        </w:rPr>
        <w:t xml:space="preserve">more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articulate </w:t>
      </w:r>
      <w:r>
        <w:rPr>
          <w:color w:val="000000"/>
        </w:rPr>
        <w:t xml:space="preserve">. Four </w:t>
      </w:r>
      <w:r>
        <w:rPr>
          <w:color w:val="33CCFF"/>
        </w:rPr>
        <w:t xml:space="preserve">young </w:t>
      </w:r>
      <w:r>
        <w:rPr>
          <w:color w:val="00FFCC"/>
        </w:rPr>
        <w:t xml:space="preserve">porkers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front row </w:t>
      </w:r>
      <w:r>
        <w:rPr>
          <w:color w:val="CC3399"/>
        </w:rPr>
        <w:t xml:space="preserve">uttered </w:t>
      </w:r>
      <w:r>
        <w:rPr>
          <w:color w:val="33CCFF"/>
        </w:rPr>
        <w:t xml:space="preserve">shrill </w:t>
      </w:r>
      <w:r>
        <w:rPr>
          <w:color w:val="00FFCC"/>
        </w:rPr>
        <w:t xml:space="preserve">squeals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disapproval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all four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sprang </w:t>
      </w:r>
      <w:r>
        <w:rPr>
          <w:color w:val="000000"/>
        </w:rPr>
        <w:t xml:space="preserve">to their </w:t>
      </w:r>
      <w:r>
        <w:rPr>
          <w:color w:val="00FFCC"/>
        </w:rPr>
        <w:t xml:space="preserve">feet </w:t>
      </w:r>
      <w:r>
        <w:rPr>
          <w:color w:val="FF0066"/>
        </w:rPr>
        <w:t xml:space="preserve">and </w:t>
      </w:r>
      <w:r>
        <w:rPr>
          <w:color w:val="CC3399"/>
        </w:rPr>
        <w:t>be</w:t>
      </w:r>
      <w:r>
        <w:rPr>
          <w:color w:val="CC3399"/>
        </w:rPr>
        <w:t xml:space="preserve">gan speaking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at </w:t>
      </w:r>
      <w:r>
        <w:rPr>
          <w:color w:val="00787F"/>
        </w:rPr>
        <w:t xml:space="preserve">once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787F"/>
        </w:rPr>
        <w:t xml:space="preserve">suddenly </w:t>
      </w: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CC3399"/>
        </w:rPr>
        <w:t xml:space="preserve">sitting </w:t>
      </w:r>
      <w:r>
        <w:rPr>
          <w:color w:val="00FFCC"/>
        </w:rPr>
        <w:t xml:space="preserve">round Napoleon </w:t>
      </w:r>
      <w:r>
        <w:rPr>
          <w:color w:val="CC3399"/>
        </w:rPr>
        <w:t xml:space="preserve">let </w:t>
      </w:r>
      <w:r>
        <w:rPr>
          <w:color w:val="000000"/>
        </w:rPr>
        <w:t xml:space="preserve">out </w:t>
      </w:r>
      <w:r>
        <w:rPr>
          <w:color w:val="33CCFF"/>
        </w:rPr>
        <w:t xml:space="preserve">deep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menacing </w:t>
      </w:r>
      <w:r>
        <w:rPr>
          <w:color w:val="00FFCC"/>
        </w:rPr>
        <w:t xml:space="preserve">growls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fell </w:t>
      </w:r>
      <w:r>
        <w:rPr>
          <w:color w:val="33CCFF"/>
        </w:rPr>
        <w:t xml:space="preserve">silent </w:t>
      </w:r>
      <w:r>
        <w:rPr>
          <w:color w:val="FF0066"/>
        </w:rPr>
        <w:t xml:space="preserve">and </w:t>
      </w:r>
      <w:r>
        <w:rPr>
          <w:color w:val="CC3399"/>
        </w:rPr>
        <w:t xml:space="preserve">sat </w:t>
      </w:r>
      <w:r>
        <w:rPr>
          <w:color w:val="00787F"/>
        </w:rPr>
        <w:t xml:space="preserve">down again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sheep broke </w:t>
      </w:r>
      <w:r>
        <w:rPr>
          <w:color w:val="000000"/>
        </w:rPr>
        <w:t xml:space="preserve">out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  <w:r>
        <w:rPr>
          <w:color w:val="33CCFF"/>
        </w:rPr>
        <w:t xml:space="preserve">tremendous </w:t>
      </w:r>
      <w:r>
        <w:rPr>
          <w:color w:val="00FFCC"/>
        </w:rPr>
        <w:t xml:space="preserve">bleating </w:t>
      </w:r>
      <w:r>
        <w:rPr>
          <w:color w:val="FF6600"/>
        </w:rPr>
        <w:t xml:space="preserve">of </w:t>
      </w:r>
      <w:r>
        <w:rPr>
          <w:color w:val="000000"/>
        </w:rPr>
        <w:t xml:space="preserve">`` </w:t>
      </w:r>
      <w:r>
        <w:rPr>
          <w:color w:val="00FFCC"/>
        </w:rPr>
        <w:t xml:space="preserve">Four legs good </w:t>
      </w:r>
      <w:r>
        <w:rPr>
          <w:color w:val="000000"/>
        </w:rPr>
        <w:t xml:space="preserve">, two </w:t>
      </w:r>
      <w:r>
        <w:rPr>
          <w:color w:val="00FFCC"/>
        </w:rPr>
        <w:t xml:space="preserve">legs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bad </w:t>
      </w:r>
      <w:r>
        <w:rPr>
          <w:color w:val="000000"/>
        </w:rPr>
        <w:t xml:space="preserve">! '' which </w:t>
      </w:r>
      <w:r>
        <w:rPr>
          <w:color w:val="CC3399"/>
        </w:rPr>
        <w:t xml:space="preserve">went </w:t>
      </w:r>
      <w:r>
        <w:rPr>
          <w:color w:val="FF6600"/>
        </w:rPr>
        <w:t xml:space="preserve">on for </w:t>
      </w:r>
      <w:r>
        <w:rPr>
          <w:color w:val="00787F"/>
        </w:rPr>
        <w:t xml:space="preserve">nearly </w:t>
      </w:r>
      <w:r>
        <w:rPr>
          <w:color w:val="000000"/>
        </w:rPr>
        <w:t xml:space="preserve">a </w:t>
      </w:r>
      <w:r>
        <w:rPr>
          <w:color w:val="00FFCC"/>
        </w:rPr>
        <w:t xml:space="preserve">quarter </w:t>
      </w:r>
      <w:r>
        <w:rPr>
          <w:color w:val="FF6600"/>
        </w:rPr>
        <w:t xml:space="preserve">of </w:t>
      </w:r>
      <w:r>
        <w:rPr>
          <w:color w:val="000000"/>
        </w:rPr>
        <w:t xml:space="preserve">an </w:t>
      </w:r>
      <w:r>
        <w:rPr>
          <w:color w:val="00FFCC"/>
        </w:rPr>
        <w:t xml:space="preserve">hour </w:t>
      </w:r>
      <w:r>
        <w:rPr>
          <w:color w:val="FF0066"/>
        </w:rPr>
        <w:t xml:space="preserve">and </w:t>
      </w:r>
      <w:r>
        <w:rPr>
          <w:color w:val="CC3399"/>
        </w:rPr>
        <w:t xml:space="preserve">put </w:t>
      </w:r>
      <w:r>
        <w:rPr>
          <w:color w:val="000000"/>
        </w:rPr>
        <w:t xml:space="preserve">an </w:t>
      </w:r>
      <w:r>
        <w:rPr>
          <w:color w:val="00FFCC"/>
        </w:rPr>
        <w:t xml:space="preserve">end </w:t>
      </w:r>
      <w:r>
        <w:rPr>
          <w:color w:val="000000"/>
        </w:rPr>
        <w:t xml:space="preserve">to any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chance </w:t>
      </w:r>
      <w:r>
        <w:rPr>
          <w:color w:val="FF6600"/>
        </w:rPr>
        <w:t xml:space="preserve">of </w:t>
      </w:r>
      <w:r>
        <w:rPr>
          <w:color w:val="00FFCC"/>
        </w:rPr>
        <w:t xml:space="preserve">discussion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Afterwards Squealer </w:t>
      </w:r>
      <w:r>
        <w:rPr>
          <w:color w:val="CC3399"/>
        </w:rPr>
        <w:t xml:space="preserve">was sent </w:t>
      </w:r>
      <w:r>
        <w:rPr>
          <w:color w:val="FF6600"/>
        </w:rPr>
        <w:t xml:space="preserve">round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to </w:t>
      </w:r>
      <w:r>
        <w:rPr>
          <w:color w:val="CC3399"/>
        </w:rPr>
        <w:t xml:space="preserve">explain </w:t>
      </w:r>
      <w:r>
        <w:rPr>
          <w:color w:val="000000"/>
        </w:rPr>
        <w:t xml:space="preserve">the </w:t>
      </w:r>
      <w:r>
        <w:rPr>
          <w:color w:val="33CCFF"/>
        </w:rPr>
        <w:t xml:space="preserve">new </w:t>
      </w:r>
      <w:r>
        <w:rPr>
          <w:color w:val="00FFCC"/>
        </w:rPr>
        <w:t xml:space="preserve">arrangement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the </w:t>
      </w:r>
      <w:r>
        <w:rPr>
          <w:color w:val="00FFCC"/>
        </w:rPr>
        <w:t xml:space="preserve">others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''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`` I </w:t>
      </w:r>
      <w:r>
        <w:rPr>
          <w:color w:val="CC3399"/>
        </w:rPr>
        <w:t xml:space="preserve">trust </w:t>
      </w:r>
      <w:r>
        <w:rPr>
          <w:color w:val="000000"/>
        </w:rPr>
        <w:t xml:space="preserve">that every </w:t>
      </w:r>
      <w:r>
        <w:rPr>
          <w:color w:val="00FFCC"/>
        </w:rPr>
        <w:t xml:space="preserve">animal </w:t>
      </w:r>
      <w:r>
        <w:rPr>
          <w:color w:val="00787F"/>
        </w:rPr>
        <w:t xml:space="preserve">here </w:t>
      </w:r>
      <w:r>
        <w:rPr>
          <w:color w:val="CC3399"/>
        </w:rPr>
        <w:t xml:space="preserve">appreciates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>s</w:t>
      </w:r>
      <w:r>
        <w:rPr>
          <w:color w:val="00FFCC"/>
        </w:rPr>
        <w:t xml:space="preserve">acrifice </w:t>
      </w:r>
      <w:r>
        <w:rPr>
          <w:color w:val="000000"/>
        </w:rPr>
        <w:t xml:space="preserve">that </w:t>
      </w:r>
      <w:r>
        <w:rPr>
          <w:color w:val="00FFCC"/>
        </w:rPr>
        <w:t xml:space="preserve">Comrade Napoleon </w:t>
      </w:r>
      <w:r>
        <w:rPr>
          <w:color w:val="CC3399"/>
        </w:rPr>
        <w:t xml:space="preserve">has made </w:t>
      </w:r>
      <w:r>
        <w:rPr>
          <w:color w:val="FF6600"/>
        </w:rPr>
        <w:t xml:space="preserve">in </w:t>
      </w:r>
      <w:r>
        <w:rPr>
          <w:color w:val="CC3399"/>
        </w:rPr>
        <w:t xml:space="preserve">taking </w:t>
      </w:r>
      <w:r>
        <w:rPr>
          <w:color w:val="000000"/>
        </w:rPr>
        <w:t xml:space="preserve">this </w:t>
      </w:r>
      <w:r>
        <w:rPr>
          <w:color w:val="33CCFF"/>
        </w:rPr>
        <w:t xml:space="preserve">extra </w:t>
      </w:r>
      <w:r>
        <w:rPr>
          <w:color w:val="00FFCC"/>
        </w:rPr>
        <w:t xml:space="preserve">labour </w:t>
      </w:r>
      <w:r>
        <w:rPr>
          <w:color w:val="FF6600"/>
        </w:rPr>
        <w:t xml:space="preserve">upon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himself . </w:t>
      </w:r>
      <w:r>
        <w:rPr>
          <w:color w:val="CC3399"/>
        </w:rPr>
        <w:t xml:space="preserve">Do </w:t>
      </w:r>
      <w:r>
        <w:rPr>
          <w:color w:val="00787F"/>
        </w:rPr>
        <w:t xml:space="preserve">not </w:t>
      </w:r>
      <w:r>
        <w:rPr>
          <w:color w:val="CC3399"/>
        </w:rPr>
        <w:t xml:space="preserve">imagine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FFCC"/>
        </w:rPr>
        <w:t xml:space="preserve">leadership </w:t>
      </w:r>
      <w:r>
        <w:rPr>
          <w:color w:val="CC3399"/>
        </w:rPr>
        <w:t xml:space="preserve">is </w:t>
      </w:r>
      <w:r>
        <w:rPr>
          <w:color w:val="000000"/>
        </w:rPr>
        <w:t xml:space="preserve">a </w:t>
      </w:r>
      <w:r>
        <w:rPr>
          <w:color w:val="00FFCC"/>
        </w:rPr>
        <w:t xml:space="preserve">pleasure </w:t>
      </w:r>
      <w:r>
        <w:rPr>
          <w:color w:val="000000"/>
        </w:rPr>
        <w:t xml:space="preserve">!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contrary </w:t>
      </w:r>
      <w:r>
        <w:rPr>
          <w:color w:val="000000"/>
        </w:rPr>
        <w:t xml:space="preserve">, it </w:t>
      </w:r>
      <w:r>
        <w:rPr>
          <w:color w:val="CC3399"/>
        </w:rPr>
        <w:t xml:space="preserve">is </w:t>
      </w:r>
      <w:r>
        <w:rPr>
          <w:color w:val="000000"/>
        </w:rPr>
        <w:t xml:space="preserve">a </w:t>
      </w:r>
      <w:r>
        <w:rPr>
          <w:color w:val="33CCFF"/>
        </w:rPr>
        <w:t xml:space="preserve">deep </w:t>
      </w:r>
      <w:r>
        <w:rPr>
          <w:color w:val="FF0066"/>
        </w:rPr>
        <w:t xml:space="preserve">and </w:t>
      </w:r>
      <w:r>
        <w:rPr>
          <w:color w:val="33CCFF"/>
        </w:rPr>
        <w:t xml:space="preserve">heavy </w:t>
      </w:r>
      <w:r>
        <w:rPr>
          <w:color w:val="00FFCC"/>
        </w:rPr>
        <w:t xml:space="preserve">responsibility </w:t>
      </w:r>
      <w:r>
        <w:rPr>
          <w:color w:val="000000"/>
        </w:rPr>
        <w:t xml:space="preserve">. No </w:t>
      </w:r>
      <w:r>
        <w:rPr>
          <w:color w:val="00FFCC"/>
        </w:rPr>
        <w:t xml:space="preserve">one </w:t>
      </w:r>
      <w:r>
        <w:rPr>
          <w:color w:val="CC3399"/>
        </w:rPr>
        <w:t xml:space="preserve">believes </w:t>
      </w:r>
      <w:r>
        <w:rPr>
          <w:color w:val="33CCFF"/>
        </w:rPr>
        <w:t xml:space="preserve">more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firmly </w:t>
      </w:r>
      <w:r>
        <w:rPr>
          <w:color w:val="FF6600"/>
        </w:rPr>
        <w:t xml:space="preserve">than </w:t>
      </w:r>
      <w:r>
        <w:rPr>
          <w:color w:val="00FFCC"/>
        </w:rPr>
        <w:t xml:space="preserve">Comrade Napoleon </w:t>
      </w:r>
      <w:r>
        <w:rPr>
          <w:color w:val="FF6600"/>
        </w:rPr>
        <w:t xml:space="preserve">that </w:t>
      </w:r>
      <w:r>
        <w:rPr>
          <w:color w:val="000000"/>
        </w:rPr>
        <w:t xml:space="preserve">all </w:t>
      </w:r>
      <w:r>
        <w:rPr>
          <w:color w:val="00FFCC"/>
        </w:rPr>
        <w:t xml:space="preserve">animals </w:t>
      </w:r>
      <w:r>
        <w:rPr>
          <w:color w:val="CC3399"/>
        </w:rPr>
        <w:t xml:space="preserve">are </w:t>
      </w:r>
      <w:r>
        <w:rPr>
          <w:color w:val="33CCFF"/>
        </w:rPr>
        <w:t xml:space="preserve">equal </w:t>
      </w:r>
      <w:r>
        <w:rPr>
          <w:color w:val="000000"/>
        </w:rPr>
        <w:t xml:space="preserve">. He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00787F"/>
        </w:rPr>
        <w:t xml:space="preserve">only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too </w:t>
      </w:r>
      <w:r>
        <w:rPr>
          <w:color w:val="33CCFF"/>
        </w:rPr>
        <w:t xml:space="preserve">happy </w:t>
      </w:r>
      <w:r>
        <w:rPr>
          <w:color w:val="000000"/>
        </w:rPr>
        <w:t xml:space="preserve">to </w:t>
      </w:r>
      <w:r>
        <w:rPr>
          <w:color w:val="CC3399"/>
        </w:rPr>
        <w:t xml:space="preserve">let </w:t>
      </w:r>
      <w:r>
        <w:rPr>
          <w:color w:val="000000"/>
        </w:rPr>
        <w:t xml:space="preserve">you </w:t>
      </w:r>
      <w:r>
        <w:rPr>
          <w:color w:val="CC3399"/>
        </w:rPr>
        <w:t xml:space="preserve">make </w:t>
      </w:r>
      <w:r>
        <w:rPr>
          <w:color w:val="000000"/>
        </w:rPr>
        <w:t xml:space="preserve">your </w:t>
      </w:r>
      <w:r>
        <w:rPr>
          <w:color w:val="00FFCC"/>
        </w:rPr>
        <w:t xml:space="preserve">decisions </w:t>
      </w:r>
      <w:r>
        <w:rPr>
          <w:color w:val="FF6600"/>
        </w:rPr>
        <w:t xml:space="preserve">for </w:t>
      </w:r>
      <w:r>
        <w:rPr>
          <w:color w:val="00FFCC"/>
        </w:rPr>
        <w:t xml:space="preserve">yourselves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787F"/>
        </w:rPr>
        <w:t xml:space="preserve">sometimes </w:t>
      </w:r>
      <w:r>
        <w:rPr>
          <w:color w:val="000000"/>
        </w:rPr>
        <w:t xml:space="preserve">you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might </w:t>
      </w:r>
      <w:r>
        <w:rPr>
          <w:color w:val="CC3399"/>
        </w:rPr>
        <w:t xml:space="preserve">make </w:t>
      </w:r>
      <w:r>
        <w:rPr>
          <w:color w:val="000000"/>
        </w:rPr>
        <w:t xml:space="preserve">the </w:t>
      </w:r>
      <w:r>
        <w:rPr>
          <w:color w:val="33CCFF"/>
        </w:rPr>
        <w:t xml:space="preserve">wrong </w:t>
      </w:r>
      <w:r>
        <w:rPr>
          <w:color w:val="00FFCC"/>
        </w:rPr>
        <w:t xml:space="preserve">decisions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then </w:t>
      </w:r>
      <w:r>
        <w:rPr>
          <w:color w:val="000000"/>
        </w:rPr>
        <w:t xml:space="preserve">where </w:t>
      </w:r>
      <w:r>
        <w:rPr>
          <w:color w:val="003E3E"/>
        </w:rPr>
        <w:t xml:space="preserve">should </w:t>
      </w:r>
      <w:r>
        <w:rPr>
          <w:color w:val="000000"/>
        </w:rPr>
        <w:t xml:space="preserve">we </w:t>
      </w:r>
      <w:r>
        <w:rPr>
          <w:color w:val="CC3399"/>
        </w:rPr>
        <w:t xml:space="preserve">be </w:t>
      </w:r>
      <w:r>
        <w:rPr>
          <w:color w:val="000000"/>
        </w:rPr>
        <w:t xml:space="preserve">?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Suppose </w:t>
      </w:r>
      <w:r>
        <w:rPr>
          <w:color w:val="000000"/>
        </w:rPr>
        <w:t xml:space="preserve">you </w:t>
      </w:r>
      <w:r>
        <w:rPr>
          <w:color w:val="CC3399"/>
        </w:rPr>
        <w:t xml:space="preserve">had decided </w:t>
      </w:r>
      <w:r>
        <w:rPr>
          <w:color w:val="000000"/>
        </w:rPr>
        <w:t xml:space="preserve">to </w:t>
      </w:r>
      <w:r>
        <w:rPr>
          <w:color w:val="CC3399"/>
        </w:rPr>
        <w:t xml:space="preserve">follow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00FFCC"/>
        </w:rPr>
        <w:t xml:space="preserve">moonshine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windmills </w:t>
      </w:r>
      <w:r>
        <w:rPr>
          <w:color w:val="000000"/>
        </w:rPr>
        <w:t xml:space="preserve">--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who , </w:t>
      </w:r>
      <w:r>
        <w:rPr>
          <w:color w:val="FF6600"/>
        </w:rPr>
        <w:t xml:space="preserve">as </w:t>
      </w:r>
      <w:r>
        <w:rPr>
          <w:color w:val="000000"/>
        </w:rPr>
        <w:t xml:space="preserve">we </w:t>
      </w:r>
      <w:r>
        <w:rPr>
          <w:color w:val="00787F"/>
        </w:rPr>
        <w:t xml:space="preserve">now </w:t>
      </w:r>
      <w:r>
        <w:rPr>
          <w:color w:val="CC3399"/>
        </w:rPr>
        <w:t xml:space="preserve">know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0000"/>
        </w:rPr>
        <w:t xml:space="preserve">no </w:t>
      </w:r>
      <w:r>
        <w:rPr>
          <w:color w:val="33CCFF"/>
        </w:rPr>
        <w:t xml:space="preserve">better </w:t>
      </w:r>
      <w:r>
        <w:rPr>
          <w:color w:val="FF6600"/>
        </w:rPr>
        <w:t xml:space="preserve">than </w:t>
      </w:r>
      <w:r>
        <w:rPr>
          <w:color w:val="000000"/>
        </w:rPr>
        <w:t xml:space="preserve">a </w:t>
      </w:r>
      <w:r>
        <w:rPr>
          <w:color w:val="33CCFF"/>
        </w:rPr>
        <w:t xml:space="preserve">criminal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He </w:t>
      </w:r>
      <w:r>
        <w:rPr>
          <w:color w:val="CC3399"/>
        </w:rPr>
        <w:t xml:space="preserve">fought </w:t>
      </w:r>
      <w:r>
        <w:rPr>
          <w:color w:val="00787F"/>
        </w:rPr>
        <w:t xml:space="preserve">bravely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Cowshed </w:t>
      </w:r>
      <w:r>
        <w:rPr>
          <w:color w:val="000000"/>
        </w:rPr>
        <w:t xml:space="preserve">, '' </w:t>
      </w:r>
      <w:r>
        <w:rPr>
          <w:color w:val="CC3399"/>
        </w:rPr>
        <w:t xml:space="preserve">said </w:t>
      </w:r>
      <w:r>
        <w:rPr>
          <w:color w:val="00FFCC"/>
        </w:rPr>
        <w:t xml:space="preserve">somebody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Bravery </w:t>
      </w:r>
      <w:r>
        <w:rPr>
          <w:color w:val="CC3399"/>
        </w:rPr>
        <w:t xml:space="preserve">is </w:t>
      </w:r>
      <w:r>
        <w:rPr>
          <w:color w:val="00787F"/>
        </w:rPr>
        <w:t xml:space="preserve">not enough </w:t>
      </w:r>
      <w:r>
        <w:rPr>
          <w:color w:val="000000"/>
        </w:rPr>
        <w:t xml:space="preserve">, '' </w:t>
      </w:r>
      <w:r>
        <w:rPr>
          <w:color w:val="CC3399"/>
        </w:rPr>
        <w:t xml:space="preserve">said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. `` </w:t>
      </w:r>
      <w:r>
        <w:rPr>
          <w:color w:val="00FFCC"/>
        </w:rPr>
        <w:t xml:space="preserve">Loyalty </w:t>
      </w:r>
      <w:r>
        <w:rPr>
          <w:color w:val="FF0066"/>
        </w:rPr>
        <w:t xml:space="preserve">and </w:t>
      </w:r>
      <w:r>
        <w:rPr>
          <w:color w:val="00FFCC"/>
        </w:rPr>
        <w:t xml:space="preserve">obedience </w:t>
      </w:r>
      <w:r>
        <w:rPr>
          <w:color w:val="CC3399"/>
        </w:rPr>
        <w:t xml:space="preserve">are </w:t>
      </w:r>
      <w:r>
        <w:rPr>
          <w:color w:val="00787F"/>
        </w:rPr>
        <w:t xml:space="preserve">more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important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FF6600"/>
        </w:rPr>
        <w:t xml:space="preserve">as </w:t>
      </w:r>
      <w:r>
        <w:rPr>
          <w:color w:val="000000"/>
        </w:rPr>
        <w:t xml:space="preserve">to the </w:t>
      </w:r>
      <w:r>
        <w:rPr>
          <w:color w:val="00FFCC"/>
        </w:rPr>
        <w:t xml:space="preserve">Battle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Cowshed </w:t>
      </w:r>
      <w:r>
        <w:rPr>
          <w:color w:val="000000"/>
        </w:rPr>
        <w:t xml:space="preserve">, I </w:t>
      </w:r>
      <w:r>
        <w:rPr>
          <w:color w:val="CC3399"/>
        </w:rPr>
        <w:t xml:space="preserve">believe </w:t>
      </w:r>
      <w:r>
        <w:rPr>
          <w:color w:val="000000"/>
        </w:rPr>
        <w:t xml:space="preserve">the </w:t>
      </w:r>
      <w:r>
        <w:rPr>
          <w:color w:val="00FFCC"/>
        </w:rPr>
        <w:t xml:space="preserve">time </w:t>
      </w:r>
      <w:r>
        <w:rPr>
          <w:color w:val="003E3E"/>
        </w:rPr>
        <w:t xml:space="preserve">will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come </w:t>
      </w:r>
      <w:r>
        <w:rPr>
          <w:color w:val="000000"/>
        </w:rPr>
        <w:t xml:space="preserve">when we </w:t>
      </w:r>
      <w:r>
        <w:rPr>
          <w:color w:val="003E3E"/>
        </w:rPr>
        <w:t xml:space="preserve">shall </w:t>
      </w:r>
      <w:r>
        <w:rPr>
          <w:color w:val="CC3399"/>
        </w:rPr>
        <w:t xml:space="preserve">find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part </w:t>
      </w:r>
      <w:r>
        <w:rPr>
          <w:color w:val="FF6600"/>
        </w:rPr>
        <w:t xml:space="preserve">in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787F"/>
        </w:rPr>
        <w:t xml:space="preserve">much </w:t>
      </w:r>
      <w:r>
        <w:rPr>
          <w:color w:val="CC3399"/>
        </w:rPr>
        <w:t xml:space="preserve">exaggerated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Discipline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  <w:r>
        <w:rPr>
          <w:color w:val="00FFCC"/>
        </w:rPr>
        <w:t xml:space="preserve">iron discipline </w:t>
      </w:r>
      <w:r>
        <w:rPr>
          <w:color w:val="000000"/>
        </w:rPr>
        <w:t xml:space="preserve">! That </w:t>
      </w:r>
      <w:r>
        <w:rPr>
          <w:color w:val="CC3399"/>
        </w:rPr>
        <w:t xml:space="preserve">is </w:t>
      </w:r>
      <w:r>
        <w:rPr>
          <w:color w:val="000000"/>
        </w:rPr>
        <w:t xml:space="preserve">the </w:t>
      </w:r>
      <w:r>
        <w:rPr>
          <w:color w:val="00FFCC"/>
        </w:rPr>
        <w:t xml:space="preserve">watchword </w:t>
      </w:r>
      <w:r>
        <w:rPr>
          <w:color w:val="FF6600"/>
        </w:rPr>
        <w:t xml:space="preserve">for </w:t>
      </w:r>
      <w:r>
        <w:rPr>
          <w:color w:val="00FFCC"/>
        </w:rPr>
        <w:t xml:space="preserve">today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One </w:t>
      </w:r>
      <w:r>
        <w:rPr>
          <w:color w:val="33CCFF"/>
        </w:rPr>
        <w:t xml:space="preserve">false </w:t>
      </w:r>
      <w:r>
        <w:rPr>
          <w:color w:val="00FFCC"/>
        </w:rPr>
        <w:t xml:space="preserve">step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our </w:t>
      </w:r>
      <w:r>
        <w:rPr>
          <w:color w:val="00FFCC"/>
        </w:rPr>
        <w:t xml:space="preserve">enemies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FF6600"/>
        </w:rPr>
        <w:t xml:space="preserve">upon </w:t>
      </w:r>
      <w:r>
        <w:rPr>
          <w:color w:val="000000"/>
        </w:rPr>
        <w:t xml:space="preserve">us . </w:t>
      </w:r>
      <w:r>
        <w:rPr>
          <w:color w:val="00787F"/>
        </w:rPr>
        <w:t xml:space="preserve">Surely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you </w:t>
      </w:r>
      <w:r>
        <w:rPr>
          <w:color w:val="CC3399"/>
        </w:rPr>
        <w:t xml:space="preserve">do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not </w:t>
      </w:r>
      <w:r>
        <w:rPr>
          <w:color w:val="CC3399"/>
        </w:rPr>
        <w:t xml:space="preserve">want </w:t>
      </w:r>
      <w:r>
        <w:rPr>
          <w:color w:val="00FFCC"/>
        </w:rPr>
        <w:t xml:space="preserve">Jones </w:t>
      </w:r>
      <w:r>
        <w:rPr>
          <w:color w:val="00787F"/>
        </w:rPr>
        <w:t xml:space="preserve">back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Once again </w:t>
      </w:r>
      <w:r>
        <w:rPr>
          <w:color w:val="000000"/>
        </w:rPr>
        <w:t xml:space="preserve">this </w:t>
      </w:r>
      <w:r>
        <w:rPr>
          <w:color w:val="00FFCC"/>
        </w:rPr>
        <w:t xml:space="preserve">argument </w:t>
      </w:r>
      <w:r>
        <w:rPr>
          <w:color w:val="CC3399"/>
        </w:rPr>
        <w:t xml:space="preserve">was </w:t>
      </w:r>
      <w:r>
        <w:rPr>
          <w:color w:val="33CCFF"/>
        </w:rPr>
        <w:t xml:space="preserve">unanswerable </w:t>
      </w:r>
      <w:r>
        <w:rPr>
          <w:color w:val="000000"/>
        </w:rPr>
        <w:t xml:space="preserve">. </w:t>
      </w:r>
      <w:r>
        <w:rPr>
          <w:color w:val="00787F"/>
        </w:rPr>
        <w:t xml:space="preserve">Certainly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want Jones </w:t>
      </w:r>
      <w:r>
        <w:rPr>
          <w:color w:val="00787F"/>
        </w:rPr>
        <w:t xml:space="preserve">back </w:t>
      </w:r>
      <w:r>
        <w:rPr>
          <w:color w:val="000000"/>
        </w:rPr>
        <w:t xml:space="preserve">; </w:t>
      </w:r>
      <w:r>
        <w:rPr>
          <w:color w:val="FF6600"/>
        </w:rPr>
        <w:t xml:space="preserve">if </w:t>
      </w:r>
      <w:r>
        <w:rPr>
          <w:color w:val="000000"/>
        </w:rPr>
        <w:t xml:space="preserve">the </w:t>
      </w:r>
      <w:r>
        <w:rPr>
          <w:color w:val="00FFCC"/>
        </w:rPr>
        <w:t xml:space="preserve">holding </w:t>
      </w:r>
      <w:r>
        <w:rPr>
          <w:color w:val="FF6600"/>
        </w:rPr>
        <w:t xml:space="preserve">of </w:t>
      </w:r>
      <w:r>
        <w:rPr>
          <w:color w:val="00FFCC"/>
        </w:rPr>
        <w:t xml:space="preserve">debates </w:t>
      </w:r>
      <w:r>
        <w:rPr>
          <w:color w:val="FF6600"/>
        </w:rPr>
        <w:t xml:space="preserve">on </w:t>
      </w:r>
      <w:r>
        <w:rPr>
          <w:color w:val="00FFCC"/>
        </w:rPr>
        <w:t xml:space="preserve">Sunday mornings </w:t>
      </w:r>
      <w:r>
        <w:rPr>
          <w:color w:val="CC3399"/>
        </w:rPr>
        <w:t xml:space="preserve">was </w:t>
      </w:r>
      <w:r>
        <w:rPr>
          <w:color w:val="33CCFF"/>
        </w:rPr>
        <w:t xml:space="preserve">liable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bring </w:t>
      </w:r>
      <w:r>
        <w:rPr>
          <w:color w:val="000000"/>
        </w:rPr>
        <w:t xml:space="preserve">him </w:t>
      </w:r>
      <w:r>
        <w:rPr>
          <w:color w:val="00787F"/>
        </w:rPr>
        <w:t xml:space="preserve">back </w:t>
      </w:r>
      <w:r>
        <w:rPr>
          <w:color w:val="000000"/>
        </w:rPr>
        <w:t xml:space="preserve">, </w:t>
      </w:r>
      <w:r>
        <w:rPr>
          <w:color w:val="00787F"/>
        </w:rPr>
        <w:t>then</w:t>
      </w:r>
      <w:r>
        <w:rPr>
          <w:color w:val="00787F"/>
        </w:rPr>
        <w:t xml:space="preserve"> </w:t>
      </w:r>
      <w:r>
        <w:rPr>
          <w:color w:val="000000"/>
        </w:rPr>
        <w:t xml:space="preserve">the </w:t>
      </w:r>
      <w:r>
        <w:rPr>
          <w:color w:val="00FFCC"/>
        </w:rPr>
        <w:t xml:space="preserve">debates </w:t>
      </w:r>
      <w:r>
        <w:rPr>
          <w:color w:val="003E3E"/>
        </w:rPr>
        <w:t xml:space="preserve">must </w:t>
      </w:r>
      <w:r>
        <w:rPr>
          <w:color w:val="CC3399"/>
        </w:rPr>
        <w:t xml:space="preserve">stop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</w:t>
      </w:r>
      <w:r>
        <w:rPr>
          <w:color w:val="00787F"/>
        </w:rPr>
        <w:t xml:space="preserve">now </w:t>
      </w:r>
      <w:r>
        <w:rPr>
          <w:color w:val="CC3399"/>
        </w:rPr>
        <w:t xml:space="preserve">had </w:t>
      </w:r>
      <w:r>
        <w:rPr>
          <w:color w:val="00FFCC"/>
        </w:rPr>
        <w:t xml:space="preserve">time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think </w:t>
      </w:r>
      <w:r>
        <w:rPr>
          <w:color w:val="00FFCC"/>
        </w:rPr>
        <w:t xml:space="preserve">things </w:t>
      </w:r>
      <w:r>
        <w:rPr>
          <w:color w:val="FF6600"/>
        </w:rPr>
        <w:t xml:space="preserve">over </w:t>
      </w:r>
      <w:r>
        <w:rPr>
          <w:color w:val="000000"/>
        </w:rPr>
        <w:t xml:space="preserve">, </w:t>
      </w:r>
      <w:r>
        <w:rPr>
          <w:color w:val="CC3399"/>
        </w:rPr>
        <w:t xml:space="preserve">voiced </w:t>
      </w:r>
      <w:r>
        <w:rPr>
          <w:color w:val="000000"/>
        </w:rPr>
        <w:t xml:space="preserve">the </w:t>
      </w:r>
      <w:r>
        <w:rPr>
          <w:color w:val="33CCFF"/>
        </w:rPr>
        <w:t xml:space="preserve">general </w:t>
      </w:r>
      <w:r>
        <w:rPr>
          <w:color w:val="00FFCC"/>
        </w:rPr>
        <w:t xml:space="preserve">feeling </w:t>
      </w:r>
      <w:r>
        <w:rPr>
          <w:color w:val="FF6600"/>
        </w:rPr>
        <w:t xml:space="preserve">by </w:t>
      </w:r>
      <w:r>
        <w:rPr>
          <w:color w:val="CC3399"/>
        </w:rPr>
        <w:t xml:space="preserve">saying </w:t>
      </w:r>
      <w:r>
        <w:rPr>
          <w:color w:val="000000"/>
        </w:rPr>
        <w:t xml:space="preserve">: `` </w:t>
      </w:r>
      <w:r>
        <w:rPr>
          <w:color w:val="FF6600"/>
        </w:rPr>
        <w:t xml:space="preserve">If </w:t>
      </w:r>
      <w:r>
        <w:rPr>
          <w:color w:val="00FFCC"/>
        </w:rPr>
        <w:t xml:space="preserve">Comrade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says </w:t>
      </w:r>
      <w:r>
        <w:rPr>
          <w:color w:val="000000"/>
        </w:rPr>
        <w:t xml:space="preserve">it , it </w:t>
      </w:r>
      <w:r>
        <w:rPr>
          <w:color w:val="003E3E"/>
        </w:rPr>
        <w:t xml:space="preserve">must </w:t>
      </w:r>
      <w:r>
        <w:rPr>
          <w:color w:val="CC3399"/>
        </w:rPr>
        <w:t xml:space="preserve">be </w:t>
      </w:r>
      <w:r>
        <w:rPr>
          <w:color w:val="33CCFF"/>
        </w:rPr>
        <w:t xml:space="preserve">right </w:t>
      </w:r>
      <w:r>
        <w:rPr>
          <w:color w:val="000000"/>
        </w:rPr>
        <w:t xml:space="preserve">. '' </w:t>
      </w:r>
      <w:r>
        <w:rPr>
          <w:color w:val="FF0066"/>
        </w:rPr>
        <w:t xml:space="preserve">And </w:t>
      </w:r>
      <w:r>
        <w:rPr>
          <w:color w:val="FF6600"/>
        </w:rPr>
        <w:t xml:space="preserve">from </w:t>
      </w:r>
      <w:r>
        <w:rPr>
          <w:color w:val="00787F"/>
        </w:rPr>
        <w:t xml:space="preserve">then </w:t>
      </w:r>
      <w:r>
        <w:rPr>
          <w:color w:val="FF6600"/>
        </w:rPr>
        <w:t xml:space="preserve">on </w:t>
      </w:r>
      <w:r>
        <w:rPr>
          <w:color w:val="000000"/>
        </w:rPr>
        <w:t xml:space="preserve">he </w:t>
      </w:r>
      <w:r>
        <w:rPr>
          <w:color w:val="CC3399"/>
        </w:rPr>
        <w:t xml:space="preserve">adopted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maxim </w:t>
      </w:r>
      <w:r>
        <w:rPr>
          <w:color w:val="000000"/>
        </w:rPr>
        <w:t xml:space="preserve">, ``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is </w:t>
      </w:r>
      <w:r>
        <w:rPr>
          <w:color w:val="00787F"/>
        </w:rPr>
        <w:t xml:space="preserve">always </w:t>
      </w:r>
      <w:r>
        <w:rPr>
          <w:color w:val="33CCFF"/>
        </w:rPr>
        <w:t xml:space="preserve">right </w:t>
      </w:r>
      <w:r>
        <w:rPr>
          <w:color w:val="000000"/>
        </w:rPr>
        <w:t xml:space="preserve">, '' </w:t>
      </w:r>
      <w:r>
        <w:rPr>
          <w:color w:val="FF6600"/>
        </w:rPr>
        <w:t xml:space="preserve">in </w:t>
      </w:r>
      <w:r>
        <w:rPr>
          <w:color w:val="00FFCC"/>
        </w:rPr>
        <w:t xml:space="preserve">addition </w:t>
      </w:r>
      <w:r>
        <w:rPr>
          <w:color w:val="000000"/>
        </w:rPr>
        <w:t xml:space="preserve">to his </w:t>
      </w:r>
      <w:r>
        <w:rPr>
          <w:color w:val="33CCFF"/>
        </w:rPr>
        <w:t xml:space="preserve">private </w:t>
      </w:r>
      <w:r>
        <w:rPr>
          <w:color w:val="00FFCC"/>
        </w:rPr>
        <w:t xml:space="preserve">motto </w:t>
      </w:r>
      <w:r>
        <w:rPr>
          <w:color w:val="FF6600"/>
        </w:rPr>
        <w:t xml:space="preserve">of </w:t>
      </w:r>
      <w:r>
        <w:rPr>
          <w:color w:val="000000"/>
        </w:rPr>
        <w:t xml:space="preserve">`` I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will </w:t>
      </w:r>
      <w:r>
        <w:rPr>
          <w:color w:val="CC3399"/>
        </w:rPr>
        <w:t xml:space="preserve">work </w:t>
      </w:r>
      <w:r>
        <w:rPr>
          <w:color w:val="00FFCC"/>
        </w:rPr>
        <w:t xml:space="preserve">harder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lastRenderedPageBreak/>
        <w:t xml:space="preserve">By </w:t>
      </w:r>
      <w:r>
        <w:rPr>
          <w:color w:val="000000"/>
        </w:rPr>
        <w:t xml:space="preserve">this </w:t>
      </w:r>
      <w:r>
        <w:rPr>
          <w:color w:val="00FFCC"/>
        </w:rPr>
        <w:t xml:space="preserve">time </w:t>
      </w:r>
      <w:r>
        <w:rPr>
          <w:color w:val="000000"/>
        </w:rPr>
        <w:t xml:space="preserve">the </w:t>
      </w:r>
      <w:r>
        <w:rPr>
          <w:color w:val="00FFCC"/>
        </w:rPr>
        <w:t xml:space="preserve">weather </w:t>
      </w:r>
      <w:r>
        <w:rPr>
          <w:color w:val="CC3399"/>
        </w:rPr>
        <w:t xml:space="preserve">had broken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spring ploughing </w:t>
      </w:r>
      <w:r>
        <w:rPr>
          <w:color w:val="CC3399"/>
        </w:rPr>
        <w:t xml:space="preserve">had begun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CC3399"/>
        </w:rPr>
        <w:t xml:space="preserve">shed </w:t>
      </w:r>
      <w:r>
        <w:rPr>
          <w:color w:val="000000"/>
        </w:rPr>
        <w:t xml:space="preserve">where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had drawn </w:t>
      </w:r>
      <w:r>
        <w:rPr>
          <w:color w:val="000000"/>
        </w:rPr>
        <w:t xml:space="preserve">his </w:t>
      </w:r>
      <w:r>
        <w:rPr>
          <w:color w:val="00FFCC"/>
        </w:rPr>
        <w:t xml:space="preserve">plans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had been shut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up </w:t>
      </w:r>
      <w:r>
        <w:rPr>
          <w:color w:val="FF0066"/>
        </w:rPr>
        <w:t xml:space="preserve">and </w:t>
      </w:r>
      <w:r>
        <w:rPr>
          <w:color w:val="000000"/>
        </w:rPr>
        <w:t xml:space="preserve">it </w:t>
      </w:r>
      <w:r>
        <w:rPr>
          <w:color w:val="CC3399"/>
        </w:rPr>
        <w:t xml:space="preserve">was assumed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plans </w:t>
      </w:r>
      <w:r>
        <w:rPr>
          <w:color w:val="CC3399"/>
        </w:rPr>
        <w:t>had bee</w:t>
      </w:r>
      <w:r>
        <w:rPr>
          <w:color w:val="CC3399"/>
        </w:rPr>
        <w:t xml:space="preserve">n rubbed </w:t>
      </w:r>
      <w:r>
        <w:rPr>
          <w:color w:val="FF6600"/>
        </w:rPr>
        <w:t xml:space="preserve">off </w:t>
      </w:r>
      <w:r>
        <w:rPr>
          <w:color w:val="000000"/>
        </w:rPr>
        <w:t xml:space="preserve">the </w:t>
      </w:r>
      <w:r>
        <w:rPr>
          <w:color w:val="00FFCC"/>
        </w:rPr>
        <w:t xml:space="preserve">floor </w:t>
      </w:r>
      <w:r>
        <w:rPr>
          <w:color w:val="000000"/>
        </w:rPr>
        <w:t xml:space="preserve">. </w:t>
      </w:r>
      <w:r>
        <w:rPr>
          <w:color w:val="00FFCC"/>
        </w:rPr>
        <w:t xml:space="preserve">Every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Sunday morning </w:t>
      </w:r>
      <w:r>
        <w:rPr>
          <w:color w:val="FF6600"/>
        </w:rPr>
        <w:t xml:space="preserve">at </w:t>
      </w:r>
      <w:r>
        <w:rPr>
          <w:color w:val="00FFCC"/>
        </w:rPr>
        <w:t xml:space="preserve">ten </w:t>
      </w:r>
      <w:r>
        <w:rPr>
          <w:color w:val="CC3399"/>
        </w:rPr>
        <w:t xml:space="preserve">o'clock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assembled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big </w:t>
      </w:r>
      <w:r>
        <w:rPr>
          <w:color w:val="00FFCC"/>
        </w:rPr>
        <w:t xml:space="preserve">barn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receive </w:t>
      </w:r>
      <w:r>
        <w:rPr>
          <w:color w:val="000000"/>
        </w:rPr>
        <w:t xml:space="preserve">their </w:t>
      </w:r>
      <w:r>
        <w:rPr>
          <w:color w:val="00FFCC"/>
        </w:rPr>
        <w:t xml:space="preserve">orders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week </w:t>
      </w:r>
      <w:r>
        <w:rPr>
          <w:color w:val="000000"/>
        </w:rPr>
        <w:t xml:space="preserve">. The </w:t>
      </w:r>
      <w:r>
        <w:rPr>
          <w:color w:val="00FFCC"/>
        </w:rPr>
        <w:t xml:space="preserve">skull </w:t>
      </w:r>
      <w:r>
        <w:rPr>
          <w:color w:val="FF6600"/>
        </w:rPr>
        <w:t xml:space="preserve">of </w:t>
      </w:r>
      <w:r>
        <w:rPr>
          <w:color w:val="33CCFF"/>
        </w:rPr>
        <w:t xml:space="preserve">old </w:t>
      </w:r>
      <w:r>
        <w:rPr>
          <w:color w:val="00FFCC"/>
        </w:rPr>
        <w:t xml:space="preserve">Major </w:t>
      </w:r>
      <w:r>
        <w:rPr>
          <w:color w:val="000000"/>
        </w:rPr>
        <w:t xml:space="preserve">, </w:t>
      </w:r>
      <w:r>
        <w:rPr>
          <w:color w:val="00787F"/>
        </w:rPr>
        <w:t xml:space="preserve">now </w:t>
      </w:r>
      <w:r>
        <w:rPr>
          <w:color w:val="CC3399"/>
        </w:rPr>
        <w:t xml:space="preserve">clean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flesh </w:t>
      </w:r>
      <w:r>
        <w:rPr>
          <w:color w:val="000000"/>
        </w:rPr>
        <w:t xml:space="preserve">, </w:t>
      </w:r>
      <w:r>
        <w:rPr>
          <w:color w:val="CC3399"/>
        </w:rPr>
        <w:t xml:space="preserve">had been disinterred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orchard </w:t>
      </w:r>
      <w:r>
        <w:rPr>
          <w:color w:val="FF0066"/>
        </w:rPr>
        <w:t xml:space="preserve">and </w:t>
      </w:r>
      <w:r>
        <w:rPr>
          <w:color w:val="CC3399"/>
        </w:rPr>
        <w:t xml:space="preserve">set </w:t>
      </w:r>
      <w:r>
        <w:rPr>
          <w:color w:val="000000"/>
        </w:rPr>
        <w:t xml:space="preserve">up </w:t>
      </w:r>
      <w:r>
        <w:rPr>
          <w:color w:val="FF6600"/>
        </w:rPr>
        <w:t xml:space="preserve">on </w:t>
      </w:r>
      <w:r>
        <w:rPr>
          <w:color w:val="000000"/>
        </w:rPr>
        <w:t xml:space="preserve">a </w:t>
      </w:r>
      <w:r>
        <w:rPr>
          <w:color w:val="00FFCC"/>
        </w:rPr>
        <w:t xml:space="preserve">stump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foot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flagstaff </w:t>
      </w:r>
      <w:r>
        <w:rPr>
          <w:color w:val="000000"/>
        </w:rPr>
        <w:t xml:space="preserve">, </w:t>
      </w:r>
      <w:r>
        <w:rPr>
          <w:color w:val="FF6600"/>
        </w:rPr>
        <w:t xml:space="preserve">beside </w:t>
      </w:r>
      <w:r>
        <w:rPr>
          <w:color w:val="000000"/>
        </w:rPr>
        <w:t xml:space="preserve">the </w:t>
      </w:r>
      <w:r>
        <w:rPr>
          <w:color w:val="00FFCC"/>
        </w:rPr>
        <w:t xml:space="preserve">gun </w:t>
      </w:r>
      <w:r>
        <w:rPr>
          <w:color w:val="000000"/>
        </w:rPr>
        <w:t xml:space="preserve">.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 </w:t>
      </w:r>
      <w:r>
        <w:rPr>
          <w:color w:val="00FFCC"/>
        </w:rPr>
        <w:t xml:space="preserve">hoisting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flag </w:t>
      </w:r>
      <w:r>
        <w:rPr>
          <w:color w:val="000000"/>
        </w:rPr>
        <w:t xml:space="preserve">,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were required </w:t>
      </w:r>
      <w:r>
        <w:rPr>
          <w:color w:val="000000"/>
        </w:rPr>
        <w:t xml:space="preserve">to </w:t>
      </w:r>
      <w:r>
        <w:rPr>
          <w:color w:val="CC3399"/>
        </w:rPr>
        <w:t xml:space="preserve">file </w:t>
      </w:r>
      <w:r>
        <w:rPr>
          <w:color w:val="FF6600"/>
        </w:rPr>
        <w:t xml:space="preserve">past </w:t>
      </w:r>
      <w:r>
        <w:rPr>
          <w:color w:val="000000"/>
        </w:rPr>
        <w:t xml:space="preserve">the </w:t>
      </w:r>
      <w:r>
        <w:rPr>
          <w:color w:val="00FFCC"/>
        </w:rPr>
        <w:t xml:space="preserve">skull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reverent </w:t>
      </w:r>
      <w:r>
        <w:rPr>
          <w:color w:val="00FFCC"/>
        </w:rPr>
        <w:t xml:space="preserve">manner </w:t>
      </w:r>
      <w:r>
        <w:rPr>
          <w:color w:val="FF6600"/>
        </w:rPr>
        <w:t xml:space="preserve">before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entering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000000"/>
        </w:rPr>
        <w:t xml:space="preserve">. </w:t>
      </w:r>
      <w:r>
        <w:rPr>
          <w:color w:val="FF0066"/>
        </w:rPr>
        <w:t xml:space="preserve">Nowadays </w:t>
      </w:r>
      <w:r>
        <w:rPr>
          <w:color w:val="000000"/>
        </w:rPr>
        <w:t xml:space="preserve">they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sit </w:t>
      </w:r>
      <w:r>
        <w:rPr>
          <w:color w:val="000000"/>
        </w:rPr>
        <w:t xml:space="preserve">all </w:t>
      </w:r>
      <w:r>
        <w:rPr>
          <w:color w:val="00787F"/>
        </w:rPr>
        <w:t xml:space="preserve">together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done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past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FFCC"/>
        </w:rPr>
        <w:t xml:space="preserve">Squealer </w:t>
      </w:r>
      <w:r>
        <w:rPr>
          <w:color w:val="FF0066"/>
        </w:rPr>
        <w:t xml:space="preserve">and </w:t>
      </w:r>
      <w:r>
        <w:rPr>
          <w:color w:val="000000"/>
        </w:rPr>
        <w:t xml:space="preserve">another </w:t>
      </w:r>
      <w:r>
        <w:rPr>
          <w:color w:val="00FFCC"/>
        </w:rPr>
        <w:t xml:space="preserve">pig </w:t>
      </w:r>
      <w:r>
        <w:rPr>
          <w:color w:val="CC3399"/>
        </w:rPr>
        <w:t xml:space="preserve">named </w:t>
      </w:r>
      <w:r>
        <w:rPr>
          <w:color w:val="00FFCC"/>
        </w:rPr>
        <w:t xml:space="preserve">Minimus </w:t>
      </w:r>
      <w:r>
        <w:rPr>
          <w:color w:val="000000"/>
        </w:rPr>
        <w:t xml:space="preserve">, who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</w:t>
      </w:r>
      <w:r>
        <w:rPr>
          <w:color w:val="000000"/>
        </w:rPr>
        <w:t xml:space="preserve">a </w:t>
      </w:r>
      <w:r>
        <w:rPr>
          <w:color w:val="33CCFF"/>
        </w:rPr>
        <w:t xml:space="preserve">remarkable </w:t>
      </w:r>
      <w:r>
        <w:rPr>
          <w:color w:val="00FFCC"/>
        </w:rPr>
        <w:t xml:space="preserve">gift </w:t>
      </w:r>
      <w:r>
        <w:rPr>
          <w:color w:val="FF6600"/>
        </w:rPr>
        <w:t xml:space="preserve">for </w:t>
      </w:r>
      <w:r>
        <w:rPr>
          <w:color w:val="CC3399"/>
        </w:rPr>
        <w:t xml:space="preserve">composing </w:t>
      </w:r>
      <w:r>
        <w:rPr>
          <w:color w:val="00FFCC"/>
        </w:rPr>
        <w:t xml:space="preserve">songs </w:t>
      </w:r>
      <w:r>
        <w:rPr>
          <w:color w:val="FF0066"/>
        </w:rPr>
        <w:t xml:space="preserve">and </w:t>
      </w:r>
      <w:r>
        <w:rPr>
          <w:color w:val="00FFCC"/>
        </w:rPr>
        <w:t xml:space="preserve">poems </w:t>
      </w:r>
      <w:r>
        <w:rPr>
          <w:color w:val="000000"/>
        </w:rPr>
        <w:t xml:space="preserve">, </w:t>
      </w:r>
      <w:r>
        <w:rPr>
          <w:color w:val="CC3399"/>
        </w:rPr>
        <w:t xml:space="preserve">sat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front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CC3399"/>
        </w:rPr>
        <w:t xml:space="preserve">raised </w:t>
      </w:r>
      <w:r>
        <w:rPr>
          <w:color w:val="00FFCC"/>
        </w:rPr>
        <w:t xml:space="preserve">platform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nine </w:t>
      </w:r>
      <w:r>
        <w:rPr>
          <w:color w:val="33CCFF"/>
        </w:rPr>
        <w:t xml:space="preserve">young </w:t>
      </w:r>
      <w:r>
        <w:rPr>
          <w:color w:val="00FFCC"/>
        </w:rPr>
        <w:t xml:space="preserve">dogs </w:t>
      </w:r>
      <w:r>
        <w:rPr>
          <w:color w:val="CC3399"/>
        </w:rPr>
        <w:t xml:space="preserve">forming </w:t>
      </w:r>
      <w:r>
        <w:rPr>
          <w:color w:val="000000"/>
        </w:rPr>
        <w:t xml:space="preserve">a </w:t>
      </w:r>
      <w:r>
        <w:rPr>
          <w:color w:val="00FFCC"/>
        </w:rPr>
        <w:t xml:space="preserve">semicircle round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pigs </w:t>
      </w:r>
      <w:r>
        <w:rPr>
          <w:color w:val="CC3399"/>
        </w:rPr>
        <w:t xml:space="preserve">sitting </w:t>
      </w:r>
      <w:r>
        <w:rPr>
          <w:color w:val="FF6600"/>
        </w:rPr>
        <w:t xml:space="preserve">behind </w:t>
      </w:r>
      <w:r>
        <w:rPr>
          <w:color w:val="000000"/>
        </w:rPr>
        <w:t xml:space="preserve">. The </w:t>
      </w:r>
      <w:r>
        <w:rPr>
          <w:color w:val="00FFCC"/>
        </w:rPr>
        <w:t xml:space="preserve">rest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sat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facing </w:t>
      </w:r>
      <w:r>
        <w:rPr>
          <w:color w:val="000000"/>
        </w:rPr>
        <w:t xml:space="preserve">them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main </w:t>
      </w:r>
      <w:r>
        <w:rPr>
          <w:color w:val="00FFCC"/>
        </w:rPr>
        <w:t xml:space="preserve">body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read </w:t>
      </w:r>
      <w:r>
        <w:rPr>
          <w:color w:val="000000"/>
        </w:rPr>
        <w:t xml:space="preserve">out the </w:t>
      </w:r>
      <w:r>
        <w:rPr>
          <w:color w:val="00FFCC"/>
        </w:rPr>
        <w:t xml:space="preserve">orders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week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gruff soldierly </w:t>
      </w:r>
      <w:r>
        <w:rPr>
          <w:color w:val="00FFCC"/>
        </w:rPr>
        <w:t xml:space="preserve">style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after </w:t>
      </w:r>
      <w:r>
        <w:rPr>
          <w:color w:val="000000"/>
        </w:rPr>
        <w:t xml:space="preserve">a </w:t>
      </w:r>
      <w:r>
        <w:rPr>
          <w:color w:val="33CCFF"/>
        </w:rPr>
        <w:t xml:space="preserve">single </w:t>
      </w:r>
      <w:r>
        <w:rPr>
          <w:color w:val="00FFCC"/>
        </w:rPr>
        <w:t xml:space="preserve">singing </w:t>
      </w:r>
      <w:r>
        <w:rPr>
          <w:color w:val="FF6600"/>
        </w:rPr>
        <w:t xml:space="preserve">of </w:t>
      </w:r>
      <w:r>
        <w:rPr>
          <w:color w:val="00FFCC"/>
        </w:rPr>
        <w:t xml:space="preserve">'Beasts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, all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dispersed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third </w:t>
      </w:r>
      <w:r>
        <w:rPr>
          <w:color w:val="00FFCC"/>
        </w:rPr>
        <w:t xml:space="preserve">Sunday </w:t>
      </w:r>
      <w:r>
        <w:rPr>
          <w:color w:val="FF6600"/>
        </w:rPr>
        <w:t xml:space="preserve">after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expulsion </w:t>
      </w:r>
      <w:r>
        <w:rPr>
          <w:color w:val="000000"/>
        </w:rPr>
        <w:t xml:space="preserve">,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787F"/>
        </w:rPr>
        <w:t xml:space="preserve">somewhat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surprised </w:t>
      </w:r>
      <w:r>
        <w:rPr>
          <w:color w:val="000000"/>
        </w:rPr>
        <w:t xml:space="preserve">to </w:t>
      </w:r>
      <w:r>
        <w:rPr>
          <w:color w:val="CC3399"/>
        </w:rPr>
        <w:t xml:space="preserve">hear </w:t>
      </w:r>
      <w:r>
        <w:rPr>
          <w:color w:val="00FFCC"/>
        </w:rPr>
        <w:t xml:space="preserve">Napoleon announce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be built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after </w:t>
      </w:r>
      <w:r>
        <w:rPr>
          <w:color w:val="000000"/>
        </w:rPr>
        <w:t xml:space="preserve">all . He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give </w:t>
      </w:r>
      <w:r>
        <w:rPr>
          <w:color w:val="000000"/>
        </w:rPr>
        <w:t xml:space="preserve">any </w:t>
      </w:r>
      <w:r>
        <w:rPr>
          <w:color w:val="00FFCC"/>
        </w:rPr>
        <w:t xml:space="preserve">reason </w:t>
      </w:r>
      <w:r>
        <w:rPr>
          <w:color w:val="FF6600"/>
        </w:rPr>
        <w:t xml:space="preserve">for </w:t>
      </w:r>
      <w:r>
        <w:rPr>
          <w:color w:val="CC3399"/>
        </w:rPr>
        <w:t xml:space="preserve">having changed </w:t>
      </w:r>
      <w:r>
        <w:rPr>
          <w:color w:val="000000"/>
        </w:rPr>
        <w:t xml:space="preserve">his </w:t>
      </w:r>
      <w:r>
        <w:rPr>
          <w:color w:val="00FFCC"/>
        </w:rPr>
        <w:t xml:space="preserve">mind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merely </w:t>
      </w:r>
      <w:r>
        <w:rPr>
          <w:color w:val="CC3399"/>
        </w:rPr>
        <w:t xml:space="preserve">warned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that </w:t>
      </w:r>
      <w:r>
        <w:rPr>
          <w:color w:val="000000"/>
        </w:rPr>
        <w:t xml:space="preserve">this </w:t>
      </w:r>
      <w:r>
        <w:rPr>
          <w:color w:val="33CCFF"/>
        </w:rPr>
        <w:t xml:space="preserve">extra </w:t>
      </w:r>
      <w:r>
        <w:rPr>
          <w:color w:val="00FFCC"/>
        </w:rPr>
        <w:t xml:space="preserve">task </w:t>
      </w:r>
      <w:r>
        <w:rPr>
          <w:color w:val="003E3E"/>
        </w:rPr>
        <w:t xml:space="preserve">would </w:t>
      </w:r>
      <w:r>
        <w:rPr>
          <w:color w:val="CC3399"/>
        </w:rPr>
        <w:t xml:space="preserve">mean </w:t>
      </w:r>
      <w:r>
        <w:rPr>
          <w:color w:val="00787F"/>
        </w:rPr>
        <w:t xml:space="preserve">very </w:t>
      </w:r>
      <w:r>
        <w:rPr>
          <w:color w:val="33CCFF"/>
        </w:rPr>
        <w:t xml:space="preserve">hard </w:t>
      </w:r>
      <w:r>
        <w:rPr>
          <w:color w:val="00FFCC"/>
        </w:rPr>
        <w:t>work</w:t>
      </w:r>
      <w:r>
        <w:rPr>
          <w:color w:val="00FFCC"/>
        </w:rPr>
        <w:t xml:space="preserve">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003E3E"/>
        </w:rPr>
        <w:t xml:space="preserve">might </w:t>
      </w:r>
      <w:r>
        <w:rPr>
          <w:color w:val="00787F"/>
        </w:rPr>
        <w:t xml:space="preserve">even </w:t>
      </w:r>
      <w:r>
        <w:rPr>
          <w:color w:val="CC3399"/>
        </w:rPr>
        <w:t xml:space="preserve">be </w:t>
      </w:r>
      <w:r>
        <w:rPr>
          <w:color w:val="33CCFF"/>
        </w:rPr>
        <w:t xml:space="preserve">necessary </w:t>
      </w:r>
      <w:r>
        <w:rPr>
          <w:color w:val="000000"/>
        </w:rPr>
        <w:t xml:space="preserve">to </w:t>
      </w:r>
      <w:r>
        <w:rPr>
          <w:color w:val="CC3399"/>
        </w:rPr>
        <w:t xml:space="preserve">reduce </w:t>
      </w:r>
      <w:r>
        <w:rPr>
          <w:color w:val="000000"/>
        </w:rPr>
        <w:t xml:space="preserve">their </w:t>
      </w:r>
      <w:r>
        <w:rPr>
          <w:color w:val="00FFCC"/>
        </w:rPr>
        <w:t xml:space="preserve">rations </w:t>
      </w:r>
      <w:r>
        <w:rPr>
          <w:color w:val="000000"/>
        </w:rPr>
        <w:t xml:space="preserve">. The </w:t>
      </w:r>
      <w:r>
        <w:rPr>
          <w:color w:val="00FFCC"/>
        </w:rPr>
        <w:t xml:space="preserve">plans </w:t>
      </w:r>
      <w:r>
        <w:rPr>
          <w:color w:val="000000"/>
        </w:rPr>
        <w:t xml:space="preserve">, </w:t>
      </w:r>
      <w:r>
        <w:rPr>
          <w:color w:val="00787F"/>
        </w:rPr>
        <w:t xml:space="preserve">however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</w:t>
      </w:r>
      <w:r>
        <w:rPr>
          <w:color w:val="000000"/>
        </w:rPr>
        <w:t xml:space="preserve">all </w:t>
      </w:r>
      <w:r>
        <w:rPr>
          <w:color w:val="CC3399"/>
        </w:rPr>
        <w:t xml:space="preserve">been prepared </w:t>
      </w:r>
      <w:r>
        <w:rPr>
          <w:color w:val="000000"/>
        </w:rPr>
        <w:t xml:space="preserve">, </w:t>
      </w:r>
      <w:r>
        <w:rPr>
          <w:color w:val="00787F"/>
        </w:rPr>
        <w:t xml:space="preserve">down </w:t>
      </w:r>
      <w:r>
        <w:rPr>
          <w:color w:val="000000"/>
        </w:rPr>
        <w:t xml:space="preserve">to the </w:t>
      </w:r>
      <w:r>
        <w:rPr>
          <w:color w:val="33CCFF"/>
        </w:rPr>
        <w:t xml:space="preserve">last </w:t>
      </w:r>
      <w:r>
        <w:rPr>
          <w:color w:val="00FFCC"/>
        </w:rPr>
        <w:t xml:space="preserve">detail </w:t>
      </w:r>
      <w:r>
        <w:rPr>
          <w:color w:val="000000"/>
        </w:rPr>
        <w:t xml:space="preserve">. A </w:t>
      </w:r>
      <w:r>
        <w:rPr>
          <w:color w:val="33CCFF"/>
        </w:rPr>
        <w:t xml:space="preserve">special </w:t>
      </w:r>
      <w:r>
        <w:rPr>
          <w:color w:val="00FFCC"/>
        </w:rPr>
        <w:t xml:space="preserve">committee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pigs </w:t>
      </w:r>
      <w:r>
        <w:rPr>
          <w:color w:val="CC3399"/>
        </w:rPr>
        <w:t xml:space="preserve">had been </w:t>
      </w:r>
      <w:r>
        <w:rPr>
          <w:color w:val="FF6600"/>
        </w:rPr>
        <w:t xml:space="preserve">at </w:t>
      </w:r>
      <w:r>
        <w:rPr>
          <w:color w:val="00FFCC"/>
        </w:rPr>
        <w:t xml:space="preserve">work </w:t>
      </w:r>
      <w:r>
        <w:rPr>
          <w:color w:val="FF6600"/>
        </w:rPr>
        <w:t xml:space="preserve">upon </w:t>
      </w:r>
      <w:r>
        <w:rPr>
          <w:color w:val="000000"/>
        </w:rPr>
        <w:t xml:space="preserve">them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33CCFF"/>
        </w:rPr>
        <w:t xml:space="preserve">past </w:t>
      </w:r>
      <w:r>
        <w:rPr>
          <w:color w:val="000000"/>
        </w:rPr>
        <w:t xml:space="preserve">three </w:t>
      </w:r>
      <w:r>
        <w:rPr>
          <w:color w:val="00FFCC"/>
        </w:rPr>
        <w:t xml:space="preserve">weeks </w:t>
      </w:r>
      <w:r>
        <w:rPr>
          <w:color w:val="000000"/>
        </w:rPr>
        <w:t xml:space="preserve">. The </w:t>
      </w:r>
      <w:r>
        <w:rPr>
          <w:color w:val="00FFCC"/>
        </w:rPr>
        <w:t xml:space="preserve">building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33CCFF"/>
        </w:rPr>
        <w:t xml:space="preserve">various other </w:t>
      </w:r>
      <w:r>
        <w:rPr>
          <w:color w:val="00FFCC"/>
        </w:rPr>
        <w:t xml:space="preserve">improvements </w:t>
      </w:r>
      <w:r>
        <w:rPr>
          <w:color w:val="000000"/>
        </w:rPr>
        <w:t xml:space="preserve">, </w:t>
      </w:r>
      <w:r>
        <w:rPr>
          <w:color w:val="CC3399"/>
        </w:rPr>
        <w:t xml:space="preserve">was expected </w:t>
      </w:r>
      <w:r>
        <w:rPr>
          <w:color w:val="000000"/>
        </w:rPr>
        <w:t xml:space="preserve">to </w:t>
      </w:r>
      <w:r>
        <w:rPr>
          <w:color w:val="CC3399"/>
        </w:rPr>
        <w:t xml:space="preserve">take </w:t>
      </w:r>
      <w:r>
        <w:rPr>
          <w:color w:val="000000"/>
        </w:rPr>
        <w:t xml:space="preserve">two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years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That </w:t>
      </w:r>
      <w:r>
        <w:rPr>
          <w:color w:val="CC3399"/>
        </w:rPr>
        <w:t xml:space="preserve">evening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explained </w:t>
      </w:r>
      <w:r>
        <w:rPr>
          <w:color w:val="00787F"/>
        </w:rPr>
        <w:t xml:space="preserve">privately </w:t>
      </w:r>
      <w:r>
        <w:rPr>
          <w:color w:val="000000"/>
        </w:rPr>
        <w:t xml:space="preserve">to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FF6600"/>
        </w:rPr>
        <w:t xml:space="preserve">in </w:t>
      </w:r>
      <w:r>
        <w:rPr>
          <w:color w:val="00FFCC"/>
        </w:rPr>
        <w:t xml:space="preserve">reality </w:t>
      </w:r>
      <w:r>
        <w:rPr>
          <w:color w:val="CC3399"/>
        </w:rPr>
        <w:t xml:space="preserve">been opposed </w:t>
      </w:r>
      <w:r>
        <w:rPr>
          <w:color w:val="000000"/>
        </w:rPr>
        <w:t xml:space="preserve">to 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contrary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  <w:r>
        <w:rPr>
          <w:color w:val="000000"/>
        </w:rPr>
        <w:t xml:space="preserve">he who </w:t>
      </w:r>
      <w:r>
        <w:rPr>
          <w:color w:val="CC3399"/>
        </w:rPr>
        <w:t xml:space="preserve">had advocated </w:t>
      </w:r>
      <w:r>
        <w:rPr>
          <w:color w:val="000000"/>
        </w:rPr>
        <w:t xml:space="preserve">it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>begi</w:t>
      </w:r>
      <w:r>
        <w:rPr>
          <w:color w:val="00FFCC"/>
        </w:rPr>
        <w:t xml:space="preserve">nning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plan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which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had drawn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floor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incubator </w:t>
      </w:r>
      <w:r>
        <w:rPr>
          <w:color w:val="CC3399"/>
        </w:rPr>
        <w:t xml:space="preserve">shed had </w:t>
      </w:r>
      <w:r>
        <w:rPr>
          <w:color w:val="00787F"/>
        </w:rPr>
        <w:t xml:space="preserve">actually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been stolen </w:t>
      </w:r>
      <w:r>
        <w:rPr>
          <w:color w:val="FF6600"/>
        </w:rPr>
        <w:t xml:space="preserve">from among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papers </w:t>
      </w:r>
      <w:r>
        <w:rPr>
          <w:color w:val="000000"/>
        </w:rPr>
        <w:t xml:space="preserve">. 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was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FFCC"/>
        </w:rPr>
        <w:t xml:space="preserve">fact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33CCFF"/>
        </w:rPr>
        <w:t xml:space="preserve">own </w:t>
      </w:r>
      <w:r>
        <w:rPr>
          <w:color w:val="00FFCC"/>
        </w:rPr>
        <w:t xml:space="preserve">creation </w:t>
      </w:r>
      <w:r>
        <w:rPr>
          <w:color w:val="000000"/>
        </w:rPr>
        <w:t xml:space="preserve">. Why , </w:t>
      </w:r>
      <w:r>
        <w:rPr>
          <w:color w:val="00787F"/>
        </w:rPr>
        <w:t xml:space="preserve">then </w:t>
      </w:r>
      <w:r>
        <w:rPr>
          <w:color w:val="000000"/>
        </w:rPr>
        <w:t xml:space="preserve">, </w:t>
      </w:r>
      <w:r>
        <w:rPr>
          <w:color w:val="CC3399"/>
        </w:rPr>
        <w:t xml:space="preserve">asked </w:t>
      </w:r>
      <w:r>
        <w:rPr>
          <w:color w:val="00FFCC"/>
        </w:rPr>
        <w:t xml:space="preserve">somebody </w:t>
      </w:r>
      <w:r>
        <w:rPr>
          <w:color w:val="000000"/>
        </w:rPr>
        <w:t xml:space="preserve">, </w:t>
      </w:r>
      <w:r>
        <w:rPr>
          <w:color w:val="CC3399"/>
        </w:rPr>
        <w:t xml:space="preserve">had </w:t>
      </w:r>
      <w:r>
        <w:rPr>
          <w:color w:val="000000"/>
        </w:rPr>
        <w:t xml:space="preserve">he </w:t>
      </w:r>
      <w:r>
        <w:rPr>
          <w:color w:val="CC3399"/>
        </w:rPr>
        <w:t xml:space="preserve">spoken </w:t>
      </w:r>
      <w:r>
        <w:rPr>
          <w:color w:val="00787F"/>
        </w:rPr>
        <w:t xml:space="preserve">so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strongly </w:t>
      </w:r>
      <w:r>
        <w:rPr>
          <w:color w:val="FF6600"/>
        </w:rPr>
        <w:t xml:space="preserve">against </w:t>
      </w:r>
      <w:r>
        <w:rPr>
          <w:color w:val="000000"/>
        </w:rPr>
        <w:t xml:space="preserve">it ? </w:t>
      </w:r>
      <w:r>
        <w:rPr>
          <w:color w:val="00787F"/>
        </w:rPr>
        <w:t xml:space="preserve">Here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looked </w:t>
      </w:r>
      <w:r>
        <w:rPr>
          <w:color w:val="00787F"/>
        </w:rPr>
        <w:t xml:space="preserve">very sly </w:t>
      </w:r>
      <w:r>
        <w:rPr>
          <w:color w:val="000000"/>
        </w:rPr>
        <w:t xml:space="preserve">. That 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Comrade 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cunning </w:t>
      </w:r>
      <w:r>
        <w:rPr>
          <w:color w:val="000000"/>
        </w:rPr>
        <w:t xml:space="preserve">. He </w:t>
      </w:r>
      <w:r>
        <w:rPr>
          <w:color w:val="CC3399"/>
        </w:rPr>
        <w:t xml:space="preserve">had </w:t>
      </w:r>
      <w:r>
        <w:rPr>
          <w:color w:val="00FFCC"/>
        </w:rPr>
        <w:t xml:space="preserve">SEEMED </w:t>
      </w:r>
      <w:r>
        <w:rPr>
          <w:color w:val="000000"/>
        </w:rPr>
        <w:t xml:space="preserve">to </w:t>
      </w:r>
      <w:r>
        <w:rPr>
          <w:color w:val="CC3399"/>
        </w:rPr>
        <w:t xml:space="preserve">oppose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</w:t>
      </w:r>
      <w:r>
        <w:rPr>
          <w:color w:val="00787F"/>
        </w:rPr>
        <w:t xml:space="preserve">simply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manoeuvre </w:t>
      </w:r>
      <w:r>
        <w:rPr>
          <w:color w:val="000000"/>
        </w:rPr>
        <w:t xml:space="preserve">to </w:t>
      </w:r>
      <w:r>
        <w:rPr>
          <w:color w:val="CC3399"/>
        </w:rPr>
        <w:t xml:space="preserve">get </w:t>
      </w:r>
      <w:r>
        <w:rPr>
          <w:color w:val="33CCFF"/>
        </w:rPr>
        <w:t xml:space="preserve">rid </w:t>
      </w:r>
      <w:r>
        <w:rPr>
          <w:color w:val="FF6600"/>
        </w:rPr>
        <w:t xml:space="preserve">of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who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dangerous </w:t>
      </w:r>
      <w:r>
        <w:rPr>
          <w:color w:val="00FFCC"/>
        </w:rPr>
        <w:t xml:space="preserve">character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bad </w:t>
      </w:r>
      <w:r>
        <w:rPr>
          <w:color w:val="00FFCC"/>
        </w:rPr>
        <w:t xml:space="preserve">influence </w:t>
      </w:r>
      <w:r>
        <w:rPr>
          <w:color w:val="000000"/>
        </w:rPr>
        <w:t xml:space="preserve">. </w:t>
      </w:r>
      <w:r>
        <w:rPr>
          <w:color w:val="00787F"/>
        </w:rPr>
        <w:t xml:space="preserve">Now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CC3399"/>
        </w:rPr>
        <w:t>w</w:t>
      </w:r>
      <w:r>
        <w:rPr>
          <w:color w:val="CC3399"/>
        </w:rPr>
        <w:t xml:space="preserve">as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 </w:t>
      </w:r>
      <w:r>
        <w:rPr>
          <w:color w:val="00FFCC"/>
        </w:rPr>
        <w:t xml:space="preserve">way </w:t>
      </w:r>
      <w:r>
        <w:rPr>
          <w:color w:val="000000"/>
        </w:rPr>
        <w:t xml:space="preserve">, the </w:t>
      </w:r>
      <w:r>
        <w:rPr>
          <w:color w:val="00FFCC"/>
        </w:rPr>
        <w:t xml:space="preserve">plan </w:t>
      </w:r>
      <w:r>
        <w:rPr>
          <w:color w:val="003E3E"/>
        </w:rPr>
        <w:t xml:space="preserve">could </w:t>
      </w:r>
      <w:r>
        <w:rPr>
          <w:color w:val="CC3399"/>
        </w:rPr>
        <w:t xml:space="preserve">go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forward </w:t>
      </w:r>
      <w:r>
        <w:rPr>
          <w:color w:val="FF6600"/>
        </w:rPr>
        <w:t xml:space="preserve">without </w:t>
      </w:r>
      <w:r>
        <w:rPr>
          <w:color w:val="000000"/>
        </w:rPr>
        <w:t xml:space="preserve">his </w:t>
      </w:r>
      <w:r>
        <w:rPr>
          <w:color w:val="00FFCC"/>
        </w:rPr>
        <w:t xml:space="preserve">interference </w:t>
      </w:r>
      <w:r>
        <w:rPr>
          <w:color w:val="000000"/>
        </w:rPr>
        <w:t xml:space="preserve">. This , </w:t>
      </w:r>
      <w:r>
        <w:rPr>
          <w:color w:val="CC3399"/>
        </w:rPr>
        <w:t xml:space="preserve">said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FFCC"/>
        </w:rPr>
        <w:t xml:space="preserve">something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called </w:t>
      </w:r>
      <w:r>
        <w:rPr>
          <w:color w:val="00FFCC"/>
        </w:rPr>
        <w:t xml:space="preserve">tactics </w:t>
      </w:r>
      <w:r>
        <w:rPr>
          <w:color w:val="000000"/>
        </w:rPr>
        <w:t xml:space="preserve">. He </w:t>
      </w:r>
      <w:r>
        <w:rPr>
          <w:color w:val="CC3399"/>
        </w:rPr>
        <w:t xml:space="preserve">repeated </w:t>
      </w:r>
      <w:r>
        <w:rPr>
          <w:color w:val="000000"/>
        </w:rPr>
        <w:t xml:space="preserve">a </w:t>
      </w:r>
      <w:r>
        <w:rPr>
          <w:color w:val="00FFCC"/>
        </w:rPr>
        <w:t xml:space="preserve">number </w:t>
      </w:r>
      <w:r>
        <w:rPr>
          <w:color w:val="FF6600"/>
        </w:rPr>
        <w:t xml:space="preserve">of </w:t>
      </w:r>
      <w:r>
        <w:rPr>
          <w:color w:val="00FFCC"/>
        </w:rPr>
        <w:t xml:space="preserve">times </w:t>
      </w:r>
      <w:r>
        <w:rPr>
          <w:color w:val="000000"/>
        </w:rPr>
        <w:t xml:space="preserve">, `` </w:t>
      </w:r>
      <w:r>
        <w:rPr>
          <w:color w:val="00FFCC"/>
        </w:rPr>
        <w:t xml:space="preserve">Tactics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tactics </w:t>
      </w:r>
      <w:r>
        <w:rPr>
          <w:color w:val="000000"/>
        </w:rPr>
        <w:t xml:space="preserve">! '' </w:t>
      </w:r>
      <w:r>
        <w:rPr>
          <w:color w:val="CC3399"/>
        </w:rPr>
        <w:t xml:space="preserve">skipping </w:t>
      </w:r>
      <w:r>
        <w:rPr>
          <w:color w:val="00FFCC"/>
        </w:rPr>
        <w:t xml:space="preserve">round </w:t>
      </w:r>
      <w:r>
        <w:rPr>
          <w:color w:val="FF0066"/>
        </w:rPr>
        <w:t xml:space="preserve">and </w:t>
      </w:r>
      <w:r>
        <w:rPr>
          <w:color w:val="CC3399"/>
        </w:rPr>
        <w:t xml:space="preserve">whisking </w:t>
      </w:r>
      <w:r>
        <w:rPr>
          <w:color w:val="000000"/>
        </w:rPr>
        <w:t xml:space="preserve">his </w:t>
      </w:r>
      <w:r>
        <w:rPr>
          <w:color w:val="00FFCC"/>
        </w:rPr>
        <w:t xml:space="preserve">tail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merry laugh </w:t>
      </w:r>
      <w:r>
        <w:rPr>
          <w:color w:val="000000"/>
        </w:rPr>
        <w:t xml:space="preserve">.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787F"/>
        </w:rPr>
        <w:t xml:space="preserve">not </w:t>
      </w:r>
      <w:r>
        <w:rPr>
          <w:color w:val="33CCFF"/>
        </w:rPr>
        <w:t xml:space="preserve">certain </w:t>
      </w:r>
      <w:r>
        <w:rPr>
          <w:color w:val="000000"/>
        </w:rPr>
        <w:t xml:space="preserve">what the </w:t>
      </w:r>
      <w:r>
        <w:rPr>
          <w:color w:val="00FFCC"/>
        </w:rPr>
        <w:t xml:space="preserve">word meant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spoke </w:t>
      </w:r>
      <w:r>
        <w:rPr>
          <w:color w:val="00787F"/>
        </w:rPr>
        <w:t xml:space="preserve">so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persuasively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three </w:t>
      </w:r>
      <w:r>
        <w:rPr>
          <w:color w:val="00FFCC"/>
        </w:rPr>
        <w:t xml:space="preserve">dogs </w:t>
      </w:r>
      <w:r>
        <w:rPr>
          <w:color w:val="000000"/>
        </w:rPr>
        <w:t xml:space="preserve">who </w:t>
      </w:r>
      <w:r>
        <w:rPr>
          <w:color w:val="CC3399"/>
        </w:rPr>
        <w:t xml:space="preserve">happened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FF6600"/>
        </w:rPr>
        <w:t xml:space="preserve">with </w:t>
      </w:r>
      <w:r>
        <w:rPr>
          <w:color w:val="000000"/>
        </w:rPr>
        <w:t xml:space="preserve">him </w:t>
      </w:r>
      <w:r>
        <w:rPr>
          <w:color w:val="CC3399"/>
        </w:rPr>
        <w:t xml:space="preserve">growled </w:t>
      </w:r>
      <w:r>
        <w:rPr>
          <w:color w:val="00787F"/>
        </w:rPr>
        <w:t xml:space="preserve">so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threateningly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accepted </w:t>
      </w:r>
      <w:r>
        <w:rPr>
          <w:color w:val="000000"/>
        </w:rPr>
        <w:t xml:space="preserve">his </w:t>
      </w:r>
      <w:r>
        <w:rPr>
          <w:color w:val="00FFCC"/>
        </w:rPr>
        <w:t xml:space="preserve">explanation </w:t>
      </w:r>
      <w:r>
        <w:rPr>
          <w:color w:val="FF6600"/>
        </w:rPr>
        <w:t xml:space="preserve">without </w:t>
      </w:r>
      <w:r>
        <w:rPr>
          <w:color w:val="33CCFF"/>
        </w:rPr>
        <w:t xml:space="preserve">further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questions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Chapter VI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All </w:t>
      </w:r>
      <w:r>
        <w:rPr>
          <w:color w:val="000000"/>
        </w:rPr>
        <w:t xml:space="preserve">that </w:t>
      </w:r>
      <w:r>
        <w:rPr>
          <w:color w:val="00FFCC"/>
        </w:rPr>
        <w:t xml:space="preserve">year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worked </w:t>
      </w:r>
      <w:r>
        <w:rPr>
          <w:color w:val="FF6600"/>
        </w:rPr>
        <w:t xml:space="preserve">like </w:t>
      </w:r>
      <w:r>
        <w:rPr>
          <w:color w:val="00FFCC"/>
        </w:rPr>
        <w:t xml:space="preserve">slaves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33CCFF"/>
        </w:rPr>
        <w:t xml:space="preserve">happy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work </w:t>
      </w:r>
      <w:r>
        <w:rPr>
          <w:color w:val="000000"/>
        </w:rPr>
        <w:t xml:space="preserve">; they </w:t>
      </w:r>
      <w:r>
        <w:rPr>
          <w:color w:val="CC3399"/>
        </w:rPr>
        <w:t xml:space="preserve">grudged </w:t>
      </w:r>
      <w:r>
        <w:rPr>
          <w:color w:val="000000"/>
        </w:rPr>
        <w:t xml:space="preserve">no </w:t>
      </w:r>
      <w:r>
        <w:rPr>
          <w:color w:val="00FFCC"/>
        </w:rPr>
        <w:t xml:space="preserve">effort </w:t>
      </w:r>
      <w:r>
        <w:rPr>
          <w:color w:val="FF0066"/>
        </w:rPr>
        <w:t xml:space="preserve">or </w:t>
      </w:r>
      <w:r>
        <w:rPr>
          <w:color w:val="00FFCC"/>
        </w:rPr>
        <w:t xml:space="preserve">sacrifice </w:t>
      </w:r>
      <w:r>
        <w:rPr>
          <w:color w:val="000000"/>
        </w:rPr>
        <w:t xml:space="preserve">, </w:t>
      </w:r>
      <w:r>
        <w:rPr>
          <w:color w:val="00787F"/>
        </w:rPr>
        <w:t xml:space="preserve">well </w:t>
      </w:r>
      <w:r>
        <w:rPr>
          <w:color w:val="33CCFF"/>
        </w:rPr>
        <w:t xml:space="preserve">aware </w:t>
      </w:r>
      <w:r>
        <w:rPr>
          <w:color w:val="FF6600"/>
        </w:rPr>
        <w:t xml:space="preserve">that </w:t>
      </w:r>
      <w:r>
        <w:rPr>
          <w:color w:val="00FFCC"/>
        </w:rPr>
        <w:t xml:space="preserve">everything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did was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benefit </w:t>
      </w:r>
      <w:r>
        <w:rPr>
          <w:color w:val="FF6600"/>
        </w:rPr>
        <w:t xml:space="preserve">of </w:t>
      </w:r>
      <w:r>
        <w:rPr>
          <w:color w:val="000000"/>
        </w:rPr>
        <w:t xml:space="preserve">themselves </w:t>
      </w:r>
      <w:r>
        <w:rPr>
          <w:color w:val="FF0066"/>
        </w:rPr>
        <w:t xml:space="preserve">and </w:t>
      </w:r>
      <w:r>
        <w:rPr>
          <w:color w:val="000000"/>
        </w:rPr>
        <w:t xml:space="preserve">those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00FFCC"/>
        </w:rPr>
        <w:t xml:space="preserve">kind </w:t>
      </w:r>
      <w:r>
        <w:rPr>
          <w:color w:val="000000"/>
        </w:rPr>
        <w:t xml:space="preserve">who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would </w:t>
      </w:r>
      <w:r>
        <w:rPr>
          <w:color w:val="CC3399"/>
        </w:rPr>
        <w:t xml:space="preserve">come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them , </w:t>
      </w:r>
      <w:r>
        <w:rPr>
          <w:color w:val="FF0066"/>
        </w:rPr>
        <w:t xml:space="preserve">and </w:t>
      </w:r>
      <w:r>
        <w:rPr>
          <w:color w:val="00787F"/>
        </w:rPr>
        <w:t xml:space="preserve">not </w:t>
      </w:r>
      <w:r>
        <w:rPr>
          <w:color w:val="FF6600"/>
        </w:rPr>
        <w:t>f</w:t>
      </w:r>
      <w:r>
        <w:rPr>
          <w:color w:val="FF6600"/>
        </w:rPr>
        <w:t xml:space="preserve">or </w:t>
      </w:r>
      <w:r>
        <w:rPr>
          <w:color w:val="000000"/>
        </w:rPr>
        <w:t xml:space="preserve">a </w:t>
      </w:r>
      <w:r>
        <w:rPr>
          <w:color w:val="00FFCC"/>
        </w:rPr>
        <w:t xml:space="preserve">pack </w:t>
      </w:r>
      <w:r>
        <w:rPr>
          <w:color w:val="FF6600"/>
        </w:rPr>
        <w:t xml:space="preserve">of </w:t>
      </w:r>
      <w:r>
        <w:rPr>
          <w:color w:val="33CCFF"/>
        </w:rPr>
        <w:t xml:space="preserve">idle </w:t>
      </w:r>
      <w:r>
        <w:rPr>
          <w:color w:val="000000"/>
        </w:rPr>
        <w:t xml:space="preserve">, </w:t>
      </w:r>
      <w:r>
        <w:rPr>
          <w:color w:val="CC3399"/>
        </w:rPr>
        <w:t xml:space="preserve">thieving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Throughout </w:t>
      </w:r>
      <w:r>
        <w:rPr>
          <w:color w:val="000000"/>
        </w:rPr>
        <w:t xml:space="preserve">the </w:t>
      </w:r>
      <w:r>
        <w:rPr>
          <w:color w:val="00FFCC"/>
        </w:rPr>
        <w:t xml:space="preserve">spring </w:t>
      </w:r>
      <w:r>
        <w:rPr>
          <w:color w:val="FF0066"/>
        </w:rPr>
        <w:t xml:space="preserve">and </w:t>
      </w:r>
      <w:r>
        <w:rPr>
          <w:color w:val="00FFCC"/>
        </w:rPr>
        <w:t xml:space="preserve">summer </w:t>
      </w:r>
      <w:r>
        <w:rPr>
          <w:color w:val="000000"/>
        </w:rPr>
        <w:t xml:space="preserve">they </w:t>
      </w:r>
      <w:r>
        <w:rPr>
          <w:color w:val="CC3399"/>
        </w:rPr>
        <w:t xml:space="preserve">worked </w:t>
      </w:r>
      <w:r>
        <w:rPr>
          <w:color w:val="000000"/>
        </w:rPr>
        <w:t xml:space="preserve">a </w:t>
      </w:r>
      <w:r>
        <w:rPr>
          <w:color w:val="33CCFF"/>
        </w:rPr>
        <w:t xml:space="preserve">sixty-hour </w:t>
      </w:r>
      <w:r>
        <w:rPr>
          <w:color w:val="00FFCC"/>
        </w:rPr>
        <w:t xml:space="preserve">week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August Napoleon </w:t>
      </w:r>
      <w:r>
        <w:rPr>
          <w:color w:val="CC3399"/>
        </w:rPr>
        <w:t xml:space="preserve">announced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there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00FFCC"/>
        </w:rPr>
        <w:t xml:space="preserve">work </w:t>
      </w:r>
      <w:r>
        <w:rPr>
          <w:color w:val="FF6600"/>
        </w:rPr>
        <w:t xml:space="preserve">on </w:t>
      </w:r>
      <w:r>
        <w:rPr>
          <w:color w:val="00FFCC"/>
        </w:rPr>
        <w:t xml:space="preserve">Sunday afternoons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as well </w:t>
      </w:r>
      <w:r>
        <w:rPr>
          <w:color w:val="000000"/>
        </w:rPr>
        <w:t xml:space="preserve">. This </w:t>
      </w:r>
      <w:r>
        <w:rPr>
          <w:color w:val="00FFCC"/>
        </w:rPr>
        <w:t xml:space="preserve">work </w:t>
      </w:r>
      <w:r>
        <w:rPr>
          <w:color w:val="CC3399"/>
        </w:rPr>
        <w:t xml:space="preserve">was </w:t>
      </w:r>
      <w:r>
        <w:rPr>
          <w:color w:val="00787F"/>
        </w:rPr>
        <w:t xml:space="preserve">strictly </w:t>
      </w:r>
      <w:r>
        <w:rPr>
          <w:color w:val="33CCFF"/>
        </w:rPr>
        <w:t xml:space="preserve">voluntary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any </w:t>
      </w:r>
      <w:r>
        <w:rPr>
          <w:color w:val="00FFCC"/>
        </w:rPr>
        <w:t xml:space="preserve">animal </w:t>
      </w:r>
      <w:r>
        <w:rPr>
          <w:color w:val="000000"/>
        </w:rPr>
        <w:t xml:space="preserve">who </w:t>
      </w:r>
      <w:r>
        <w:rPr>
          <w:color w:val="CC3399"/>
        </w:rPr>
        <w:t xml:space="preserve">absented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himself </w:t>
      </w:r>
      <w:r>
        <w:rPr>
          <w:color w:val="FF6600"/>
        </w:rPr>
        <w:t xml:space="preserve">from </w:t>
      </w:r>
      <w:r>
        <w:rPr>
          <w:color w:val="000000"/>
        </w:rPr>
        <w:t xml:space="preserve">it </w:t>
      </w:r>
      <w:r>
        <w:rPr>
          <w:color w:val="003E3E"/>
        </w:rPr>
        <w:t xml:space="preserve">would </w:t>
      </w:r>
      <w:r>
        <w:rPr>
          <w:color w:val="CC3399"/>
        </w:rPr>
        <w:t xml:space="preserve">have </w:t>
      </w:r>
      <w:r>
        <w:rPr>
          <w:color w:val="000000"/>
        </w:rPr>
        <w:t xml:space="preserve">his </w:t>
      </w:r>
      <w:r>
        <w:rPr>
          <w:color w:val="00FFCC"/>
        </w:rPr>
        <w:t xml:space="preserve">rations </w:t>
      </w:r>
      <w:r>
        <w:rPr>
          <w:color w:val="CC3399"/>
        </w:rPr>
        <w:t xml:space="preserve">reduced </w:t>
      </w:r>
      <w:r>
        <w:rPr>
          <w:color w:val="FF6600"/>
        </w:rPr>
        <w:t xml:space="preserve">by </w:t>
      </w:r>
      <w:r>
        <w:rPr>
          <w:color w:val="00FFCC"/>
        </w:rPr>
        <w:t xml:space="preserve">half </w:t>
      </w:r>
      <w:r>
        <w:rPr>
          <w:color w:val="000000"/>
        </w:rPr>
        <w:t xml:space="preserve">. </w:t>
      </w:r>
      <w:r>
        <w:rPr>
          <w:color w:val="00787F"/>
        </w:rPr>
        <w:t xml:space="preserve">Even so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found </w:t>
      </w:r>
      <w:r>
        <w:rPr>
          <w:color w:val="33CCFF"/>
        </w:rPr>
        <w:t xml:space="preserve">necessary </w:t>
      </w:r>
      <w:r>
        <w:rPr>
          <w:color w:val="000000"/>
        </w:rPr>
        <w:t xml:space="preserve">to </w:t>
      </w:r>
      <w:r>
        <w:rPr>
          <w:color w:val="CC3399"/>
        </w:rPr>
        <w:t xml:space="preserve">leave </w:t>
      </w:r>
      <w:r>
        <w:rPr>
          <w:color w:val="33CCFF"/>
        </w:rPr>
        <w:t xml:space="preserve">certain </w:t>
      </w:r>
      <w:r>
        <w:rPr>
          <w:color w:val="00FFCC"/>
        </w:rPr>
        <w:t xml:space="preserve">tasks undone </w:t>
      </w:r>
      <w:r>
        <w:rPr>
          <w:color w:val="000000"/>
        </w:rPr>
        <w:t xml:space="preserve">. The </w:t>
      </w:r>
      <w:r>
        <w:rPr>
          <w:color w:val="00FFCC"/>
        </w:rPr>
        <w:t xml:space="preserve">harvest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less </w:t>
      </w:r>
      <w:r>
        <w:rPr>
          <w:color w:val="33CCFF"/>
        </w:rPr>
        <w:t xml:space="preserve">successful </w:t>
      </w:r>
      <w:r>
        <w:rPr>
          <w:color w:val="FF6600"/>
        </w:rPr>
        <w:t xml:space="preserve">than in </w:t>
      </w:r>
      <w:r>
        <w:rPr>
          <w:color w:val="000000"/>
        </w:rPr>
        <w:t xml:space="preserve">the </w:t>
      </w:r>
      <w:r>
        <w:rPr>
          <w:color w:val="33CCFF"/>
        </w:rPr>
        <w:t xml:space="preserve">previous </w:t>
      </w:r>
      <w:r>
        <w:rPr>
          <w:color w:val="00FFCC"/>
        </w:rPr>
        <w:t xml:space="preserve">year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two </w:t>
      </w:r>
      <w:r>
        <w:rPr>
          <w:color w:val="00FFCC"/>
        </w:rPr>
        <w:t xml:space="preserve">fields </w:t>
      </w:r>
      <w:r>
        <w:rPr>
          <w:color w:val="000000"/>
        </w:rPr>
        <w:t xml:space="preserve">which </w:t>
      </w:r>
      <w:r>
        <w:rPr>
          <w:color w:val="003E3E"/>
        </w:rPr>
        <w:t xml:space="preserve">should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have been sown </w:t>
      </w:r>
      <w:r>
        <w:rPr>
          <w:color w:val="FF6600"/>
        </w:rPr>
        <w:t xml:space="preserve">with </w:t>
      </w:r>
      <w:r>
        <w:rPr>
          <w:color w:val="00FFCC"/>
        </w:rPr>
        <w:t>root</w:t>
      </w:r>
      <w:r>
        <w:rPr>
          <w:color w:val="00FFCC"/>
        </w:rPr>
        <w:t xml:space="preserve">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early </w:t>
      </w:r>
      <w:r>
        <w:rPr>
          <w:color w:val="00FFCC"/>
        </w:rPr>
        <w:t xml:space="preserve">summer </w:t>
      </w:r>
      <w:r>
        <w:rPr>
          <w:color w:val="CC3399"/>
        </w:rPr>
        <w:t xml:space="preserve">were </w:t>
      </w:r>
      <w:r>
        <w:rPr>
          <w:color w:val="00787F"/>
        </w:rPr>
        <w:t xml:space="preserve">not </w:t>
      </w:r>
      <w:r>
        <w:rPr>
          <w:color w:val="CC3399"/>
        </w:rPr>
        <w:t xml:space="preserve">sown </w:t>
      </w:r>
      <w:r>
        <w:rPr>
          <w:color w:val="FF6600"/>
        </w:rPr>
        <w:t xml:space="preserve">because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ploughing had </w:t>
      </w:r>
      <w:r>
        <w:rPr>
          <w:color w:val="00787F"/>
        </w:rPr>
        <w:t xml:space="preserve">not </w:t>
      </w:r>
      <w:r>
        <w:rPr>
          <w:color w:val="CC3399"/>
        </w:rPr>
        <w:t xml:space="preserve">been completed </w:t>
      </w:r>
      <w:r>
        <w:rPr>
          <w:color w:val="33CCFF"/>
        </w:rPr>
        <w:t xml:space="preserve">early </w:t>
      </w:r>
      <w:r>
        <w:rPr>
          <w:color w:val="00787F"/>
        </w:rPr>
        <w:t xml:space="preserve">enough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33CCFF"/>
        </w:rPr>
        <w:t xml:space="preserve">possible </w:t>
      </w:r>
      <w:r>
        <w:rPr>
          <w:color w:val="000000"/>
        </w:rPr>
        <w:t xml:space="preserve">to </w:t>
      </w:r>
      <w:r>
        <w:rPr>
          <w:color w:val="CC3399"/>
        </w:rPr>
        <w:t xml:space="preserve">foresee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CC3399"/>
        </w:rPr>
        <w:t xml:space="preserve">coming </w:t>
      </w:r>
      <w:r>
        <w:rPr>
          <w:color w:val="00FFCC"/>
        </w:rPr>
        <w:t xml:space="preserve">winter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000000"/>
        </w:rPr>
        <w:t xml:space="preserve">a </w:t>
      </w:r>
      <w:r>
        <w:rPr>
          <w:color w:val="33CCFF"/>
        </w:rPr>
        <w:t xml:space="preserve">hard </w:t>
      </w:r>
      <w:r>
        <w:rPr>
          <w:color w:val="000000"/>
        </w:rPr>
        <w:t xml:space="preserve">one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presented </w:t>
      </w:r>
      <w:r>
        <w:rPr>
          <w:color w:val="33CCFF"/>
        </w:rPr>
        <w:t xml:space="preserve">unexpected </w:t>
      </w:r>
      <w:r>
        <w:rPr>
          <w:color w:val="00FFCC"/>
        </w:rPr>
        <w:t xml:space="preserve">difficulties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good </w:t>
      </w:r>
      <w:r>
        <w:rPr>
          <w:color w:val="00FFCC"/>
        </w:rPr>
        <w:t xml:space="preserve">quarry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limestone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plenty </w:t>
      </w:r>
      <w:r>
        <w:rPr>
          <w:color w:val="FF6600"/>
        </w:rPr>
        <w:t xml:space="preserve">of </w:t>
      </w:r>
      <w:r>
        <w:rPr>
          <w:color w:val="00FFCC"/>
        </w:rPr>
        <w:t xml:space="preserve">sand </w:t>
      </w:r>
      <w:r>
        <w:rPr>
          <w:color w:val="FF0066"/>
        </w:rPr>
        <w:t xml:space="preserve">and </w:t>
      </w:r>
      <w:r>
        <w:rPr>
          <w:color w:val="00FFCC"/>
        </w:rPr>
        <w:t xml:space="preserve">cement </w:t>
      </w:r>
      <w:r>
        <w:rPr>
          <w:color w:val="CC3399"/>
        </w:rPr>
        <w:t xml:space="preserve">had been found </w:t>
      </w:r>
      <w:r>
        <w:rPr>
          <w:color w:val="FF6600"/>
        </w:rPr>
        <w:t xml:space="preserve">in </w:t>
      </w:r>
      <w:r>
        <w:rPr>
          <w:color w:val="000000"/>
        </w:rPr>
        <w:t xml:space="preserve">one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outhouses </w:t>
      </w:r>
      <w:r>
        <w:rPr>
          <w:color w:val="000000"/>
        </w:rPr>
        <w:t xml:space="preserve">, </w:t>
      </w:r>
      <w:r>
        <w:rPr>
          <w:color w:val="FF6600"/>
        </w:rPr>
        <w:t xml:space="preserve">so that </w:t>
      </w:r>
      <w:r>
        <w:rPr>
          <w:color w:val="000000"/>
        </w:rPr>
        <w:t xml:space="preserve">all the </w:t>
      </w:r>
      <w:r>
        <w:rPr>
          <w:color w:val="00FFCC"/>
        </w:rPr>
        <w:t xml:space="preserve">materials </w:t>
      </w:r>
      <w:r>
        <w:rPr>
          <w:color w:val="FF6600"/>
        </w:rPr>
        <w:t xml:space="preserve">for </w:t>
      </w:r>
      <w:r>
        <w:rPr>
          <w:color w:val="00FFCC"/>
        </w:rPr>
        <w:t xml:space="preserve">building </w:t>
      </w:r>
      <w:r>
        <w:rPr>
          <w:color w:val="CC3399"/>
        </w:rPr>
        <w:t xml:space="preserve">were </w:t>
      </w:r>
      <w:r>
        <w:rPr>
          <w:color w:val="FF6600"/>
        </w:rPr>
        <w:t xml:space="preserve">at </w:t>
      </w:r>
      <w:r>
        <w:rPr>
          <w:color w:val="00FFCC"/>
        </w:rPr>
        <w:t xml:space="preserve">hand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problem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FF6600"/>
        </w:rPr>
        <w:t xml:space="preserve">at </w:t>
      </w:r>
      <w:r>
        <w:rPr>
          <w:color w:val="33CCFF"/>
        </w:rPr>
        <w:t xml:space="preserve">first </w:t>
      </w:r>
      <w:r>
        <w:rPr>
          <w:color w:val="00FFCC"/>
        </w:rPr>
        <w:t xml:space="preserve">solve </w:t>
      </w:r>
      <w:r>
        <w:rPr>
          <w:color w:val="CC3399"/>
        </w:rPr>
        <w:t xml:space="preserve">was </w:t>
      </w:r>
      <w:r>
        <w:rPr>
          <w:color w:val="000000"/>
        </w:rPr>
        <w:t xml:space="preserve">how to </w:t>
      </w:r>
      <w:r>
        <w:rPr>
          <w:color w:val="CC3399"/>
        </w:rPr>
        <w:t xml:space="preserve">break </w:t>
      </w:r>
      <w:r>
        <w:rPr>
          <w:color w:val="000000"/>
        </w:rPr>
        <w:t xml:space="preserve">up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stone </w:t>
      </w:r>
      <w:r>
        <w:rPr>
          <w:color w:val="FF6600"/>
        </w:rPr>
        <w:t xml:space="preserve">into </w:t>
      </w:r>
      <w:r>
        <w:rPr>
          <w:color w:val="00FFCC"/>
        </w:rPr>
        <w:t xml:space="preserve">pieces </w:t>
      </w:r>
      <w:r>
        <w:rPr>
          <w:color w:val="FF6600"/>
        </w:rPr>
        <w:t xml:space="preserve">of </w:t>
      </w:r>
      <w:r>
        <w:rPr>
          <w:color w:val="33CCFF"/>
        </w:rPr>
        <w:t xml:space="preserve">suitable </w:t>
      </w:r>
      <w:r>
        <w:rPr>
          <w:color w:val="00FFCC"/>
        </w:rPr>
        <w:t xml:space="preserve">size </w:t>
      </w:r>
      <w:r>
        <w:rPr>
          <w:color w:val="000000"/>
        </w:rPr>
        <w:t xml:space="preserve">. There </w:t>
      </w:r>
      <w:r>
        <w:rPr>
          <w:color w:val="CC3399"/>
        </w:rPr>
        <w:t xml:space="preserve">seemed </w:t>
      </w:r>
      <w:r>
        <w:rPr>
          <w:color w:val="000000"/>
        </w:rPr>
        <w:t xml:space="preserve">no </w:t>
      </w:r>
      <w:r>
        <w:rPr>
          <w:color w:val="00FFCC"/>
        </w:rPr>
        <w:t xml:space="preserve">way </w:t>
      </w:r>
      <w:r>
        <w:rPr>
          <w:color w:val="FF6600"/>
        </w:rPr>
        <w:t xml:space="preserve">of </w:t>
      </w:r>
      <w:r>
        <w:rPr>
          <w:color w:val="CC3399"/>
        </w:rPr>
        <w:t xml:space="preserve">doing </w:t>
      </w:r>
      <w:r>
        <w:rPr>
          <w:color w:val="000000"/>
        </w:rPr>
        <w:t xml:space="preserve">this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except with </w:t>
      </w:r>
      <w:r>
        <w:rPr>
          <w:color w:val="00FFCC"/>
        </w:rPr>
        <w:t xml:space="preserve">picks </w:t>
      </w:r>
      <w:r>
        <w:rPr>
          <w:color w:val="FF0066"/>
        </w:rPr>
        <w:t xml:space="preserve">and </w:t>
      </w:r>
      <w:r>
        <w:rPr>
          <w:color w:val="00FFCC"/>
        </w:rPr>
        <w:t xml:space="preserve">crowbars </w:t>
      </w:r>
      <w:r>
        <w:rPr>
          <w:color w:val="000000"/>
        </w:rPr>
        <w:t xml:space="preserve">, which no </w:t>
      </w:r>
      <w:r>
        <w:rPr>
          <w:color w:val="00FFCC"/>
        </w:rPr>
        <w:t xml:space="preserve">animal </w:t>
      </w:r>
      <w:r>
        <w:rPr>
          <w:color w:val="003E3E"/>
        </w:rPr>
        <w:t xml:space="preserve">could </w:t>
      </w:r>
      <w:r>
        <w:rPr>
          <w:color w:val="CC3399"/>
        </w:rPr>
        <w:t xml:space="preserve">use </w:t>
      </w:r>
      <w:r>
        <w:rPr>
          <w:color w:val="000000"/>
        </w:rPr>
        <w:t xml:space="preserve">, </w:t>
      </w:r>
      <w:r>
        <w:rPr>
          <w:color w:val="FF6600"/>
        </w:rPr>
        <w:t xml:space="preserve">because </w:t>
      </w:r>
      <w:r>
        <w:rPr>
          <w:color w:val="000000"/>
        </w:rPr>
        <w:t xml:space="preserve">no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 </w:t>
      </w:r>
      <w:r>
        <w:rPr>
          <w:color w:val="003E3E"/>
        </w:rPr>
        <w:t xml:space="preserve">could </w:t>
      </w:r>
      <w:r>
        <w:rPr>
          <w:color w:val="CC3399"/>
        </w:rPr>
        <w:t xml:space="preserve">stand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00FFCC"/>
        </w:rPr>
        <w:t xml:space="preserve">hind legs </w:t>
      </w:r>
      <w:r>
        <w:rPr>
          <w:color w:val="000000"/>
        </w:rPr>
        <w:t xml:space="preserve">. </w:t>
      </w:r>
      <w:r>
        <w:rPr>
          <w:color w:val="00787F"/>
        </w:rPr>
        <w:t xml:space="preserve">Only </w:t>
      </w:r>
      <w:r>
        <w:rPr>
          <w:color w:val="FF6600"/>
        </w:rPr>
        <w:t xml:space="preserve">after </w:t>
      </w:r>
      <w:r>
        <w:rPr>
          <w:color w:val="00FFCC"/>
        </w:rPr>
        <w:t xml:space="preserve">weeks </w:t>
      </w:r>
      <w:r>
        <w:rPr>
          <w:color w:val="FF6600"/>
        </w:rPr>
        <w:t xml:space="preserve">of </w:t>
      </w:r>
      <w:r>
        <w:rPr>
          <w:color w:val="00FFCC"/>
        </w:rPr>
        <w:t xml:space="preserve">vain effort </w:t>
      </w:r>
      <w:r>
        <w:rPr>
          <w:color w:val="CC3399"/>
        </w:rPr>
        <w:t xml:space="preserve">did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right </w:t>
      </w:r>
      <w:r>
        <w:rPr>
          <w:color w:val="00FFCC"/>
        </w:rPr>
        <w:t xml:space="preserve">idea </w:t>
      </w:r>
      <w:r>
        <w:rPr>
          <w:color w:val="CC3399"/>
        </w:rPr>
        <w:t xml:space="preserve">occur </w:t>
      </w:r>
      <w:r>
        <w:rPr>
          <w:color w:val="000000"/>
        </w:rPr>
        <w:t xml:space="preserve">to </w:t>
      </w:r>
      <w:r>
        <w:rPr>
          <w:color w:val="00787F"/>
        </w:rPr>
        <w:t xml:space="preserve">somebody-namely </w:t>
      </w:r>
      <w:r>
        <w:rPr>
          <w:color w:val="000000"/>
        </w:rPr>
        <w:t xml:space="preserve">, to </w:t>
      </w:r>
      <w:r>
        <w:rPr>
          <w:color w:val="CC3399"/>
        </w:rPr>
        <w:t xml:space="preserve">utilise </w:t>
      </w:r>
      <w:r>
        <w:rPr>
          <w:color w:val="000000"/>
        </w:rPr>
        <w:t xml:space="preserve">the </w:t>
      </w:r>
      <w:r>
        <w:rPr>
          <w:color w:val="00FFCC"/>
        </w:rPr>
        <w:t xml:space="preserve">force </w:t>
      </w:r>
      <w:r>
        <w:rPr>
          <w:color w:val="FF6600"/>
        </w:rPr>
        <w:t xml:space="preserve">of </w:t>
      </w:r>
      <w:r>
        <w:rPr>
          <w:color w:val="00FFCC"/>
        </w:rPr>
        <w:t xml:space="preserve">gravity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Huge </w:t>
      </w:r>
      <w:r>
        <w:rPr>
          <w:color w:val="00FFCC"/>
        </w:rPr>
        <w:t xml:space="preserve">boulders </w:t>
      </w:r>
      <w:r>
        <w:rPr>
          <w:color w:val="000000"/>
        </w:rPr>
        <w:t xml:space="preserve">, </w:t>
      </w:r>
      <w:r>
        <w:rPr>
          <w:color w:val="00787F"/>
        </w:rPr>
        <w:t xml:space="preserve">far too </w:t>
      </w:r>
      <w:r>
        <w:rPr>
          <w:color w:val="33CCFF"/>
        </w:rPr>
        <w:t xml:space="preserve">big </w:t>
      </w:r>
      <w:r>
        <w:rPr>
          <w:color w:val="000000"/>
        </w:rPr>
        <w:t xml:space="preserve">to </w:t>
      </w:r>
      <w:r>
        <w:rPr>
          <w:color w:val="CC3399"/>
        </w:rPr>
        <w:t xml:space="preserve">be used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000000"/>
        </w:rPr>
        <w:t xml:space="preserve">, </w:t>
      </w:r>
      <w:r>
        <w:rPr>
          <w:color w:val="CC3399"/>
        </w:rPr>
        <w:t xml:space="preserve">were lying </w:t>
      </w:r>
      <w:r>
        <w:rPr>
          <w:color w:val="000000"/>
        </w:rPr>
        <w:t xml:space="preserve">all </w:t>
      </w:r>
      <w:r>
        <w:rPr>
          <w:color w:val="FF6600"/>
        </w:rPr>
        <w:t xml:space="preserve">over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bed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quarry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lashed </w:t>
      </w:r>
      <w:r>
        <w:rPr>
          <w:color w:val="00FFCC"/>
        </w:rPr>
        <w:t xml:space="preserve">ropes </w:t>
      </w:r>
      <w:r>
        <w:rPr>
          <w:color w:val="FF6600"/>
        </w:rPr>
        <w:t xml:space="preserve">round </w:t>
      </w:r>
      <w:r>
        <w:rPr>
          <w:color w:val="000000"/>
        </w:rPr>
        <w:t xml:space="preserve">these , </w:t>
      </w:r>
      <w:r>
        <w:rPr>
          <w:color w:val="FF0066"/>
        </w:rPr>
        <w:t xml:space="preserve">and </w:t>
      </w:r>
      <w:r>
        <w:rPr>
          <w:color w:val="00787F"/>
        </w:rPr>
        <w:t xml:space="preserve">then </w:t>
      </w:r>
      <w:r>
        <w:rPr>
          <w:color w:val="000000"/>
        </w:rPr>
        <w:t xml:space="preserve">all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together </w:t>
      </w:r>
      <w:r>
        <w:rPr>
          <w:color w:val="000000"/>
        </w:rPr>
        <w:t xml:space="preserve">, </w:t>
      </w:r>
      <w:r>
        <w:rPr>
          <w:color w:val="00FFCC"/>
        </w:rPr>
        <w:t xml:space="preserve">cows </w:t>
      </w:r>
      <w:r>
        <w:rPr>
          <w:color w:val="000000"/>
        </w:rPr>
        <w:t xml:space="preserve">, </w:t>
      </w:r>
      <w:r>
        <w:rPr>
          <w:color w:val="00FFCC"/>
        </w:rPr>
        <w:t xml:space="preserve">horses </w:t>
      </w:r>
      <w:r>
        <w:rPr>
          <w:color w:val="000000"/>
        </w:rPr>
        <w:t xml:space="preserve">, </w:t>
      </w:r>
      <w:r>
        <w:rPr>
          <w:color w:val="00787F"/>
        </w:rPr>
        <w:t xml:space="preserve">sheep </w:t>
      </w:r>
      <w:r>
        <w:rPr>
          <w:color w:val="000000"/>
        </w:rPr>
        <w:t xml:space="preserve">, any </w:t>
      </w:r>
      <w:r>
        <w:rPr>
          <w:color w:val="00FFCC"/>
        </w:rPr>
        <w:t xml:space="preserve">animal </w:t>
      </w:r>
      <w:r>
        <w:rPr>
          <w:color w:val="000000"/>
        </w:rPr>
        <w:t xml:space="preserve">that </w:t>
      </w:r>
      <w:r>
        <w:rPr>
          <w:color w:val="003E3E"/>
        </w:rPr>
        <w:t xml:space="preserve">could </w:t>
      </w:r>
      <w:r>
        <w:rPr>
          <w:color w:val="CC3399"/>
        </w:rPr>
        <w:t xml:space="preserve">lay </w:t>
      </w:r>
      <w:r>
        <w:rPr>
          <w:color w:val="00FFCC"/>
        </w:rPr>
        <w:t xml:space="preserve">hold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rope </w:t>
      </w:r>
      <w:r>
        <w:rPr>
          <w:color w:val="000000"/>
        </w:rPr>
        <w:t xml:space="preserve">-- </w:t>
      </w:r>
      <w:r>
        <w:rPr>
          <w:color w:val="00787F"/>
        </w:rPr>
        <w:t xml:space="preserve">even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787F"/>
        </w:rPr>
        <w:t xml:space="preserve">sometimes </w:t>
      </w:r>
      <w:r>
        <w:rPr>
          <w:color w:val="CC3399"/>
        </w:rPr>
        <w:t xml:space="preserve">joined </w:t>
      </w:r>
      <w:r>
        <w:rPr>
          <w:color w:val="FF6600"/>
        </w:rPr>
        <w:t xml:space="preserve">in at </w:t>
      </w:r>
      <w:r>
        <w:rPr>
          <w:color w:val="33CCFF"/>
        </w:rPr>
        <w:t xml:space="preserve">critical </w:t>
      </w:r>
      <w:r>
        <w:rPr>
          <w:color w:val="00FFCC"/>
        </w:rPr>
        <w:t xml:space="preserve">moments </w:t>
      </w:r>
      <w:r>
        <w:rPr>
          <w:color w:val="000000"/>
        </w:rPr>
        <w:t xml:space="preserve">-- they </w:t>
      </w:r>
      <w:r>
        <w:rPr>
          <w:color w:val="CC3399"/>
        </w:rPr>
        <w:t xml:space="preserve">dragged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</w:t>
      </w:r>
      <w:r>
        <w:rPr>
          <w:color w:val="FF6600"/>
        </w:rPr>
        <w:t xml:space="preserve">with </w:t>
      </w:r>
      <w:r>
        <w:rPr>
          <w:color w:val="00FFCC"/>
        </w:rPr>
        <w:t xml:space="preserve">desperate slowness </w:t>
      </w:r>
      <w:r>
        <w:rPr>
          <w:color w:val="FF6600"/>
        </w:rPr>
        <w:t xml:space="preserve">up </w:t>
      </w:r>
      <w:r>
        <w:rPr>
          <w:color w:val="000000"/>
        </w:rPr>
        <w:t xml:space="preserve">the </w:t>
      </w:r>
      <w:r>
        <w:rPr>
          <w:color w:val="00FFCC"/>
        </w:rPr>
        <w:t xml:space="preserve">slope </w:t>
      </w:r>
      <w:r>
        <w:rPr>
          <w:color w:val="000000"/>
        </w:rPr>
        <w:t xml:space="preserve">to the </w:t>
      </w:r>
      <w:r>
        <w:rPr>
          <w:color w:val="00FFCC"/>
        </w:rPr>
        <w:t xml:space="preserve">top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quarry </w:t>
      </w:r>
      <w:r>
        <w:rPr>
          <w:color w:val="000000"/>
        </w:rPr>
        <w:t xml:space="preserve">, where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were toppled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00FFCC"/>
        </w:rPr>
        <w:t xml:space="preserve">edge </w:t>
      </w:r>
      <w:r>
        <w:rPr>
          <w:color w:val="000000"/>
        </w:rPr>
        <w:t xml:space="preserve">, to </w:t>
      </w:r>
      <w:r>
        <w:rPr>
          <w:color w:val="CC3399"/>
        </w:rPr>
        <w:t xml:space="preserve">shatter </w:t>
      </w:r>
      <w:r>
        <w:rPr>
          <w:color w:val="000000"/>
        </w:rPr>
        <w:t xml:space="preserve">to </w:t>
      </w:r>
      <w:r>
        <w:rPr>
          <w:color w:val="00FFCC"/>
        </w:rPr>
        <w:t xml:space="preserve">pieces </w:t>
      </w:r>
      <w:r>
        <w:rPr>
          <w:color w:val="FF6600"/>
        </w:rPr>
        <w:t xml:space="preserve">below </w:t>
      </w:r>
      <w:r>
        <w:rPr>
          <w:color w:val="000000"/>
        </w:rPr>
        <w:t xml:space="preserve">. </w:t>
      </w:r>
      <w:r>
        <w:rPr>
          <w:color w:val="CC3399"/>
        </w:rPr>
        <w:t xml:space="preserve">Transporting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stone </w:t>
      </w:r>
      <w:r>
        <w:rPr>
          <w:color w:val="000000"/>
        </w:rPr>
        <w:t xml:space="preserve">when it </w:t>
      </w:r>
      <w:r>
        <w:rPr>
          <w:color w:val="CC3399"/>
        </w:rPr>
        <w:t xml:space="preserve">was </w:t>
      </w:r>
      <w:r>
        <w:rPr>
          <w:color w:val="00787F"/>
        </w:rPr>
        <w:t xml:space="preserve">once </w:t>
      </w:r>
      <w:r>
        <w:rPr>
          <w:color w:val="CC3399"/>
        </w:rPr>
        <w:t>broke</w:t>
      </w:r>
      <w:r>
        <w:rPr>
          <w:color w:val="CC3399"/>
        </w:rPr>
        <w:t xml:space="preserve">n was </w:t>
      </w:r>
      <w:r>
        <w:rPr>
          <w:color w:val="00787F"/>
        </w:rPr>
        <w:t xml:space="preserve">comparatively </w:t>
      </w:r>
      <w:r>
        <w:rPr>
          <w:color w:val="33CCFF"/>
        </w:rPr>
        <w:t xml:space="preserve">simple </w:t>
      </w:r>
      <w:r>
        <w:rPr>
          <w:color w:val="000000"/>
        </w:rPr>
        <w:t xml:space="preserve">. The </w:t>
      </w:r>
      <w:r>
        <w:rPr>
          <w:color w:val="00FFCC"/>
        </w:rPr>
        <w:t xml:space="preserve">horses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carried </w:t>
      </w:r>
      <w:r>
        <w:rPr>
          <w:color w:val="000000"/>
        </w:rPr>
        <w:t xml:space="preserve">it off </w:t>
      </w:r>
      <w:r>
        <w:rPr>
          <w:color w:val="FF6600"/>
        </w:rPr>
        <w:t xml:space="preserve">in </w:t>
      </w:r>
      <w:r>
        <w:rPr>
          <w:color w:val="00FFCC"/>
        </w:rPr>
        <w:t xml:space="preserve">cart-loads </w:t>
      </w:r>
      <w:r>
        <w:rPr>
          <w:color w:val="000000"/>
        </w:rPr>
        <w:t xml:space="preserve">, the </w:t>
      </w:r>
      <w:r>
        <w:rPr>
          <w:color w:val="00FFCC"/>
        </w:rPr>
        <w:t xml:space="preserve">sheep </w:t>
      </w:r>
      <w:r>
        <w:rPr>
          <w:color w:val="CC3399"/>
        </w:rPr>
        <w:t xml:space="preserve">dragged </w:t>
      </w:r>
      <w:r>
        <w:rPr>
          <w:color w:val="33CCFF"/>
        </w:rPr>
        <w:t xml:space="preserve">single </w:t>
      </w:r>
      <w:r>
        <w:rPr>
          <w:color w:val="00FFCC"/>
        </w:rPr>
        <w:t xml:space="preserve">blocks </w:t>
      </w:r>
      <w:r>
        <w:rPr>
          <w:color w:val="000000"/>
        </w:rPr>
        <w:t xml:space="preserve">, </w:t>
      </w:r>
      <w:r>
        <w:rPr>
          <w:color w:val="00787F"/>
        </w:rPr>
        <w:t xml:space="preserve">even </w:t>
      </w:r>
      <w:r>
        <w:rPr>
          <w:color w:val="00FFCC"/>
        </w:rPr>
        <w:t xml:space="preserve">Muriel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yoked </w:t>
      </w:r>
      <w:r>
        <w:rPr>
          <w:color w:val="000000"/>
        </w:rPr>
        <w:t xml:space="preserve">themselves </w:t>
      </w:r>
      <w:r>
        <w:rPr>
          <w:color w:val="FF6600"/>
        </w:rPr>
        <w:t xml:space="preserve">into </w:t>
      </w:r>
      <w:r>
        <w:rPr>
          <w:color w:val="000000"/>
        </w:rPr>
        <w:t xml:space="preserve">an </w:t>
      </w:r>
      <w:r>
        <w:rPr>
          <w:color w:val="33CCFF"/>
        </w:rPr>
        <w:t xml:space="preserve">old </w:t>
      </w:r>
      <w:r>
        <w:rPr>
          <w:color w:val="00FFCC"/>
        </w:rPr>
        <w:t xml:space="preserve">governess-cart </w:t>
      </w:r>
      <w:r>
        <w:rPr>
          <w:color w:val="FF0066"/>
        </w:rPr>
        <w:t xml:space="preserve">and </w:t>
      </w:r>
      <w:r>
        <w:rPr>
          <w:color w:val="CC3399"/>
        </w:rPr>
        <w:t xml:space="preserve">did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share </w:t>
      </w:r>
      <w:r>
        <w:rPr>
          <w:color w:val="000000"/>
        </w:rPr>
        <w:t xml:space="preserve">. </w:t>
      </w:r>
      <w:r>
        <w:rPr>
          <w:color w:val="FF6600"/>
        </w:rPr>
        <w:t xml:space="preserve">By </w:t>
      </w:r>
      <w:r>
        <w:rPr>
          <w:color w:val="33CCFF"/>
        </w:rPr>
        <w:t xml:space="preserve">late </w:t>
      </w:r>
      <w:r>
        <w:rPr>
          <w:color w:val="00FFCC"/>
        </w:rPr>
        <w:t xml:space="preserve">summer </w:t>
      </w:r>
      <w:r>
        <w:rPr>
          <w:color w:val="000000"/>
        </w:rPr>
        <w:t xml:space="preserve">a </w:t>
      </w:r>
      <w:r>
        <w:rPr>
          <w:color w:val="33CCFF"/>
        </w:rPr>
        <w:t xml:space="preserve">sufficient </w:t>
      </w:r>
      <w:r>
        <w:rPr>
          <w:color w:val="00FFCC"/>
        </w:rPr>
        <w:t xml:space="preserve">store </w:t>
      </w:r>
      <w:r>
        <w:rPr>
          <w:color w:val="FF6600"/>
        </w:rPr>
        <w:t xml:space="preserve">of </w:t>
      </w:r>
      <w:r>
        <w:rPr>
          <w:color w:val="00FFCC"/>
        </w:rPr>
        <w:t xml:space="preserve">stone </w:t>
      </w:r>
      <w:r>
        <w:rPr>
          <w:color w:val="CC3399"/>
        </w:rPr>
        <w:t>had accumulate</w:t>
      </w:r>
      <w:r>
        <w:rPr>
          <w:color w:val="CC3399"/>
        </w:rPr>
        <w:t xml:space="preserve">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then </w:t>
      </w:r>
      <w:r>
        <w:rPr>
          <w:color w:val="000000"/>
        </w:rPr>
        <w:t xml:space="preserve">the </w:t>
      </w:r>
      <w:r>
        <w:rPr>
          <w:color w:val="00FFCC"/>
        </w:rPr>
        <w:t xml:space="preserve">building </w:t>
      </w:r>
      <w:r>
        <w:rPr>
          <w:color w:val="CC3399"/>
        </w:rPr>
        <w:t xml:space="preserve">began </w:t>
      </w:r>
      <w:r>
        <w:rPr>
          <w:color w:val="000000"/>
        </w:rPr>
        <w:t xml:space="preserve">, </w:t>
      </w:r>
      <w:r>
        <w:rPr>
          <w:color w:val="FF6600"/>
        </w:rPr>
        <w:t xml:space="preserve">under </w:t>
      </w:r>
      <w:r>
        <w:rPr>
          <w:color w:val="000000"/>
        </w:rPr>
        <w:t xml:space="preserve">the </w:t>
      </w:r>
      <w:r>
        <w:rPr>
          <w:color w:val="00FFCC"/>
        </w:rPr>
        <w:t xml:space="preserve">superintendence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slow </w:t>
      </w:r>
      <w:r>
        <w:rPr>
          <w:color w:val="000000"/>
        </w:rPr>
        <w:t xml:space="preserve">, </w:t>
      </w:r>
      <w:r>
        <w:rPr>
          <w:color w:val="33CCFF"/>
        </w:rPr>
        <w:t xml:space="preserve">laborious </w:t>
      </w:r>
      <w:r>
        <w:rPr>
          <w:color w:val="00FFCC"/>
        </w:rPr>
        <w:t xml:space="preserve">process </w:t>
      </w:r>
      <w:r>
        <w:rPr>
          <w:color w:val="000000"/>
        </w:rPr>
        <w:t xml:space="preserve">. </w:t>
      </w:r>
      <w:r>
        <w:rPr>
          <w:color w:val="00787F"/>
        </w:rPr>
        <w:t xml:space="preserve">Frequently </w:t>
      </w:r>
      <w:r>
        <w:rPr>
          <w:color w:val="000000"/>
        </w:rPr>
        <w:t xml:space="preserve">it </w:t>
      </w:r>
      <w:r>
        <w:rPr>
          <w:color w:val="CC3399"/>
        </w:rPr>
        <w:t xml:space="preserve">took </w:t>
      </w:r>
      <w:r>
        <w:rPr>
          <w:color w:val="000000"/>
        </w:rPr>
        <w:t xml:space="preserve">a </w:t>
      </w:r>
      <w:r>
        <w:rPr>
          <w:color w:val="33CCFF"/>
        </w:rPr>
        <w:t xml:space="preserve">whole </w:t>
      </w:r>
      <w:r>
        <w:rPr>
          <w:color w:val="00FFCC"/>
        </w:rPr>
        <w:t xml:space="preserve">day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exhausting </w:t>
      </w:r>
      <w:r>
        <w:rPr>
          <w:color w:val="00FFCC"/>
        </w:rPr>
        <w:t xml:space="preserve">effort </w:t>
      </w:r>
      <w:r>
        <w:rPr>
          <w:color w:val="000000"/>
        </w:rPr>
        <w:t xml:space="preserve">to </w:t>
      </w:r>
      <w:r>
        <w:rPr>
          <w:color w:val="CC3399"/>
        </w:rPr>
        <w:t xml:space="preserve">drag </w:t>
      </w:r>
      <w:r>
        <w:rPr>
          <w:color w:val="000000"/>
        </w:rPr>
        <w:t xml:space="preserve">a </w:t>
      </w:r>
      <w:r>
        <w:rPr>
          <w:color w:val="33CCFF"/>
        </w:rPr>
        <w:t xml:space="preserve">single </w:t>
      </w:r>
      <w:r>
        <w:rPr>
          <w:color w:val="00FFCC"/>
        </w:rPr>
        <w:t xml:space="preserve">boulder </w:t>
      </w:r>
      <w:r>
        <w:rPr>
          <w:color w:val="000000"/>
        </w:rPr>
        <w:t xml:space="preserve">to the </w:t>
      </w:r>
      <w:r>
        <w:rPr>
          <w:color w:val="00FFCC"/>
        </w:rPr>
        <w:t xml:space="preserve">top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quarry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sometimes </w:t>
      </w:r>
      <w:r>
        <w:rPr>
          <w:color w:val="000000"/>
        </w:rPr>
        <w:t xml:space="preserve">when it </w:t>
      </w:r>
      <w:r>
        <w:rPr>
          <w:color w:val="CC3399"/>
        </w:rPr>
        <w:t xml:space="preserve">was pushed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00FFCC"/>
        </w:rPr>
        <w:t xml:space="preserve">edge </w:t>
      </w:r>
      <w:r>
        <w:rPr>
          <w:color w:val="000000"/>
        </w:rPr>
        <w:t xml:space="preserve">it </w:t>
      </w:r>
      <w:r>
        <w:rPr>
          <w:color w:val="CC3399"/>
        </w:rPr>
        <w:t xml:space="preserve">failed </w:t>
      </w:r>
      <w:r>
        <w:rPr>
          <w:color w:val="000000"/>
        </w:rPr>
        <w:t xml:space="preserve">to </w:t>
      </w:r>
      <w:r>
        <w:rPr>
          <w:color w:val="CC3399"/>
        </w:rPr>
        <w:t xml:space="preserve">break </w:t>
      </w:r>
      <w:r>
        <w:rPr>
          <w:color w:val="000000"/>
        </w:rPr>
        <w:t xml:space="preserve">. </w:t>
      </w:r>
      <w:r>
        <w:rPr>
          <w:color w:val="00FFCC"/>
        </w:rPr>
        <w:t xml:space="preserve">Nothing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could </w:t>
      </w:r>
      <w:r>
        <w:rPr>
          <w:color w:val="CC3399"/>
        </w:rPr>
        <w:t xml:space="preserve">have been achieved </w:t>
      </w:r>
      <w:r>
        <w:rPr>
          <w:color w:val="FF6600"/>
        </w:rPr>
        <w:t xml:space="preserve">without </w:t>
      </w:r>
      <w:r>
        <w:rPr>
          <w:color w:val="00FFCC"/>
        </w:rPr>
        <w:t xml:space="preserve">Boxer </w:t>
      </w:r>
      <w:r>
        <w:rPr>
          <w:color w:val="000000"/>
        </w:rPr>
        <w:t xml:space="preserve">, whose </w:t>
      </w:r>
      <w:r>
        <w:rPr>
          <w:color w:val="00FFCC"/>
        </w:rPr>
        <w:t xml:space="preserve">strength </w:t>
      </w:r>
      <w:r>
        <w:rPr>
          <w:color w:val="CC3399"/>
        </w:rPr>
        <w:t xml:space="preserve">seemed </w:t>
      </w:r>
      <w:r>
        <w:rPr>
          <w:color w:val="33CCFF"/>
        </w:rPr>
        <w:t xml:space="preserve">equal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that </w:t>
      </w:r>
      <w:r>
        <w:rPr>
          <w:color w:val="FF6600"/>
        </w:rPr>
        <w:t xml:space="preserve">of </w:t>
      </w:r>
      <w:r>
        <w:rPr>
          <w:color w:val="000000"/>
        </w:rPr>
        <w:t xml:space="preserve">all the </w:t>
      </w:r>
      <w:r>
        <w:rPr>
          <w:color w:val="00FFCC"/>
        </w:rPr>
        <w:t xml:space="preserve">rest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put </w:t>
      </w:r>
      <w:r>
        <w:rPr>
          <w:color w:val="00787F"/>
        </w:rPr>
        <w:t xml:space="preserve">together </w:t>
      </w:r>
      <w:r>
        <w:rPr>
          <w:color w:val="000000"/>
        </w:rPr>
        <w:t xml:space="preserve">. When the </w:t>
      </w:r>
      <w:r>
        <w:rPr>
          <w:color w:val="00FFCC"/>
        </w:rPr>
        <w:t xml:space="preserve">boulder </w:t>
      </w:r>
      <w:r>
        <w:rPr>
          <w:color w:val="CC3399"/>
        </w:rPr>
        <w:t xml:space="preserve">began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slip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cried </w:t>
      </w:r>
      <w:r>
        <w:rPr>
          <w:color w:val="000000"/>
        </w:rPr>
        <w:t xml:space="preserve">out </w:t>
      </w:r>
      <w:r>
        <w:rPr>
          <w:color w:val="FF6600"/>
        </w:rPr>
        <w:t xml:space="preserve">in </w:t>
      </w:r>
      <w:r>
        <w:rPr>
          <w:color w:val="00FFCC"/>
        </w:rPr>
        <w:t xml:space="preserve">despair </w:t>
      </w:r>
      <w:r>
        <w:rPr>
          <w:color w:val="FF6600"/>
        </w:rPr>
        <w:t xml:space="preserve">at </w:t>
      </w:r>
      <w:r>
        <w:rPr>
          <w:color w:val="CC3399"/>
        </w:rPr>
        <w:t xml:space="preserve">finding </w:t>
      </w:r>
      <w:r>
        <w:rPr>
          <w:color w:val="000000"/>
        </w:rPr>
        <w:t xml:space="preserve">themselves </w:t>
      </w:r>
      <w:r>
        <w:rPr>
          <w:color w:val="CC3399"/>
        </w:rPr>
        <w:t xml:space="preserve">dragged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down </w:t>
      </w:r>
      <w:r>
        <w:rPr>
          <w:color w:val="000000"/>
        </w:rPr>
        <w:t xml:space="preserve">the </w:t>
      </w:r>
      <w:r>
        <w:rPr>
          <w:color w:val="00FFCC"/>
        </w:rPr>
        <w:t xml:space="preserve">hill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  <w:r>
        <w:rPr>
          <w:color w:val="00787F"/>
        </w:rPr>
        <w:t xml:space="preserve">always </w:t>
      </w:r>
      <w:r>
        <w:rPr>
          <w:color w:val="00FFCC"/>
        </w:rPr>
        <w:t xml:space="preserve">Boxer </w:t>
      </w:r>
      <w:r>
        <w:rPr>
          <w:color w:val="000000"/>
        </w:rPr>
        <w:t xml:space="preserve">who </w:t>
      </w:r>
      <w:r>
        <w:rPr>
          <w:color w:val="CC3399"/>
        </w:rPr>
        <w:t xml:space="preserve">strained </w:t>
      </w:r>
      <w:r>
        <w:rPr>
          <w:color w:val="000000"/>
        </w:rPr>
        <w:t xml:space="preserve">himself </w:t>
      </w:r>
      <w:r>
        <w:rPr>
          <w:color w:val="FF6600"/>
        </w:rPr>
        <w:t xml:space="preserve">against </w:t>
      </w:r>
      <w:r>
        <w:rPr>
          <w:color w:val="000000"/>
        </w:rPr>
        <w:t xml:space="preserve">the </w:t>
      </w:r>
      <w:r>
        <w:rPr>
          <w:color w:val="00FFCC"/>
        </w:rPr>
        <w:t xml:space="preserve">rope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brought </w:t>
      </w:r>
      <w:r>
        <w:rPr>
          <w:color w:val="000000"/>
        </w:rPr>
        <w:t xml:space="preserve">the </w:t>
      </w:r>
      <w:r>
        <w:rPr>
          <w:color w:val="00FFCC"/>
        </w:rPr>
        <w:t xml:space="preserve">boulder </w:t>
      </w:r>
      <w:r>
        <w:rPr>
          <w:color w:val="000000"/>
        </w:rPr>
        <w:t xml:space="preserve">to a </w:t>
      </w:r>
      <w:r>
        <w:rPr>
          <w:color w:val="00FFCC"/>
        </w:rPr>
        <w:t xml:space="preserve">stop </w:t>
      </w:r>
      <w:r>
        <w:rPr>
          <w:color w:val="000000"/>
        </w:rPr>
        <w:t xml:space="preserve">. To </w:t>
      </w:r>
      <w:r>
        <w:rPr>
          <w:color w:val="CC3399"/>
        </w:rPr>
        <w:t xml:space="preserve">see </w:t>
      </w:r>
      <w:r>
        <w:rPr>
          <w:color w:val="000000"/>
        </w:rPr>
        <w:t xml:space="preserve">him </w:t>
      </w:r>
      <w:r>
        <w:rPr>
          <w:color w:val="CC3399"/>
        </w:rPr>
        <w:t xml:space="preserve">toiling </w:t>
      </w:r>
      <w:r>
        <w:rPr>
          <w:color w:val="000000"/>
        </w:rPr>
        <w:t xml:space="preserve">up the </w:t>
      </w:r>
      <w:r>
        <w:rPr>
          <w:color w:val="00FFCC"/>
        </w:rPr>
        <w:t xml:space="preserve">slope inch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inch </w:t>
      </w:r>
      <w:r>
        <w:rPr>
          <w:color w:val="000000"/>
        </w:rPr>
        <w:t xml:space="preserve">, his </w:t>
      </w:r>
      <w:r>
        <w:rPr>
          <w:color w:val="00FFCC"/>
        </w:rPr>
        <w:t xml:space="preserve">breath </w:t>
      </w:r>
      <w:r>
        <w:rPr>
          <w:color w:val="CC3399"/>
        </w:rPr>
        <w:t xml:space="preserve">coming </w:t>
      </w:r>
      <w:r>
        <w:rPr>
          <w:color w:val="00787F"/>
        </w:rPr>
        <w:t xml:space="preserve">fast </w:t>
      </w:r>
      <w:r>
        <w:rPr>
          <w:color w:val="000000"/>
        </w:rPr>
        <w:t xml:space="preserve">, the </w:t>
      </w:r>
      <w:r>
        <w:rPr>
          <w:color w:val="00FFCC"/>
        </w:rPr>
        <w:t xml:space="preserve">tips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00FFCC"/>
        </w:rPr>
        <w:t xml:space="preserve">hoofs clawing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ground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>h</w:t>
      </w:r>
      <w:r>
        <w:rPr>
          <w:color w:val="000000"/>
        </w:rPr>
        <w:t xml:space="preserve">is </w:t>
      </w:r>
      <w:r>
        <w:rPr>
          <w:color w:val="33CCFF"/>
        </w:rPr>
        <w:t xml:space="preserve">great </w:t>
      </w:r>
      <w:r>
        <w:rPr>
          <w:color w:val="00FFCC"/>
        </w:rPr>
        <w:t xml:space="preserve">sides </w:t>
      </w:r>
      <w:r>
        <w:rPr>
          <w:color w:val="CC3399"/>
        </w:rPr>
        <w:t xml:space="preserve">matted </w:t>
      </w:r>
      <w:r>
        <w:rPr>
          <w:color w:val="FF6600"/>
        </w:rPr>
        <w:t xml:space="preserve">with </w:t>
      </w:r>
      <w:r>
        <w:rPr>
          <w:color w:val="00FFCC"/>
        </w:rPr>
        <w:t xml:space="preserve">sweat </w:t>
      </w:r>
      <w:r>
        <w:rPr>
          <w:color w:val="000000"/>
        </w:rPr>
        <w:t xml:space="preserve">, </w:t>
      </w:r>
      <w:r>
        <w:rPr>
          <w:color w:val="CC3399"/>
        </w:rPr>
        <w:t xml:space="preserve">filled </w:t>
      </w:r>
      <w:r>
        <w:rPr>
          <w:color w:val="00FFCC"/>
        </w:rPr>
        <w:t xml:space="preserve">everyone </w:t>
      </w:r>
      <w:r>
        <w:rPr>
          <w:color w:val="FF6600"/>
        </w:rPr>
        <w:t xml:space="preserve">with </w:t>
      </w:r>
      <w:r>
        <w:rPr>
          <w:color w:val="00FFCC"/>
        </w:rPr>
        <w:t xml:space="preserve">admiration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Clover </w:t>
      </w:r>
      <w:r>
        <w:rPr>
          <w:color w:val="CC3399"/>
        </w:rPr>
        <w:t xml:space="preserve">warned </w:t>
      </w:r>
      <w:r>
        <w:rPr>
          <w:color w:val="000000"/>
        </w:rPr>
        <w:t xml:space="preserve">him </w:t>
      </w:r>
      <w:r>
        <w:rPr>
          <w:color w:val="00787F"/>
        </w:rPr>
        <w:t xml:space="preserve">sometimes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33CCFF"/>
        </w:rPr>
        <w:t xml:space="preserve">careful </w:t>
      </w:r>
      <w:r>
        <w:rPr>
          <w:color w:val="00787F"/>
        </w:rPr>
        <w:t xml:space="preserve">not </w:t>
      </w:r>
      <w:r>
        <w:rPr>
          <w:color w:val="000000"/>
        </w:rPr>
        <w:t xml:space="preserve">to </w:t>
      </w:r>
      <w:r>
        <w:rPr>
          <w:color w:val="CC3399"/>
        </w:rPr>
        <w:t xml:space="preserve">overstrain </w:t>
      </w:r>
      <w:r>
        <w:rPr>
          <w:color w:val="000000"/>
        </w:rPr>
        <w:t xml:space="preserve">himself ,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Boxer </w:t>
      </w:r>
      <w:r>
        <w:rPr>
          <w:color w:val="003E3E"/>
        </w:rPr>
        <w:t xml:space="preserve">would </w:t>
      </w:r>
      <w:r>
        <w:rPr>
          <w:color w:val="00787F"/>
        </w:rPr>
        <w:t xml:space="preserve">never </w:t>
      </w:r>
      <w:r>
        <w:rPr>
          <w:color w:val="CC3399"/>
        </w:rPr>
        <w:t xml:space="preserve">listen </w:t>
      </w:r>
      <w:r>
        <w:rPr>
          <w:color w:val="000000"/>
        </w:rPr>
        <w:t xml:space="preserve">to her . His two </w:t>
      </w:r>
      <w:r>
        <w:rPr>
          <w:color w:val="00FFCC"/>
        </w:rPr>
        <w:t xml:space="preserve">slogans </w:t>
      </w:r>
      <w:r>
        <w:rPr>
          <w:color w:val="000000"/>
        </w:rPr>
        <w:t xml:space="preserve">, `` I </w:t>
      </w:r>
      <w:r>
        <w:rPr>
          <w:color w:val="003E3E"/>
        </w:rPr>
        <w:t xml:space="preserve">will </w:t>
      </w:r>
      <w:r>
        <w:rPr>
          <w:color w:val="CC3399"/>
        </w:rPr>
        <w:t xml:space="preserve">work </w:t>
      </w:r>
      <w:r>
        <w:rPr>
          <w:color w:val="00FFCC"/>
        </w:rPr>
        <w:t xml:space="preserve">harder </w:t>
      </w:r>
      <w:r>
        <w:rPr>
          <w:color w:val="000000"/>
        </w:rPr>
        <w:t xml:space="preserve">''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``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is </w:t>
      </w:r>
      <w:r>
        <w:rPr>
          <w:color w:val="00787F"/>
        </w:rPr>
        <w:t xml:space="preserve">always </w:t>
      </w:r>
      <w:r>
        <w:rPr>
          <w:color w:val="33CCFF"/>
        </w:rPr>
        <w:t xml:space="preserve">right </w:t>
      </w:r>
      <w:r>
        <w:rPr>
          <w:color w:val="000000"/>
        </w:rPr>
        <w:t xml:space="preserve">, ''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him a </w:t>
      </w:r>
      <w:r>
        <w:rPr>
          <w:color w:val="00FFCC"/>
        </w:rPr>
        <w:t xml:space="preserve">sufficient answer </w:t>
      </w:r>
      <w:r>
        <w:rPr>
          <w:color w:val="000000"/>
        </w:rPr>
        <w:t xml:space="preserve">to all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problems </w:t>
      </w:r>
      <w:r>
        <w:rPr>
          <w:color w:val="000000"/>
        </w:rPr>
        <w:t xml:space="preserve">. He </w:t>
      </w:r>
      <w:r>
        <w:rPr>
          <w:color w:val="CC3399"/>
        </w:rPr>
        <w:t xml:space="preserve">had made </w:t>
      </w:r>
      <w:r>
        <w:rPr>
          <w:color w:val="00FFCC"/>
        </w:rPr>
        <w:t xml:space="preserve">arrangements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cockerel </w:t>
      </w:r>
      <w:r>
        <w:rPr>
          <w:color w:val="000000"/>
        </w:rPr>
        <w:t xml:space="preserve">to </w:t>
      </w:r>
      <w:r>
        <w:rPr>
          <w:color w:val="CC3399"/>
        </w:rPr>
        <w:t xml:space="preserve">call </w:t>
      </w:r>
      <w:r>
        <w:rPr>
          <w:color w:val="000000"/>
        </w:rPr>
        <w:t xml:space="preserve">him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three-quarters </w:t>
      </w:r>
      <w:r>
        <w:rPr>
          <w:color w:val="FF6600"/>
        </w:rPr>
        <w:t xml:space="preserve">of </w:t>
      </w:r>
      <w:r>
        <w:rPr>
          <w:color w:val="000000"/>
        </w:rPr>
        <w:t xml:space="preserve">an </w:t>
      </w:r>
      <w:r>
        <w:rPr>
          <w:color w:val="00FFCC"/>
        </w:rPr>
        <w:t xml:space="preserve">hour </w:t>
      </w:r>
      <w:r>
        <w:rPr>
          <w:color w:val="00787F"/>
        </w:rPr>
        <w:t xml:space="preserve">earlier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mornings </w:t>
      </w:r>
      <w:r>
        <w:rPr>
          <w:color w:val="00787F"/>
        </w:rPr>
        <w:t xml:space="preserve">instead </w:t>
      </w:r>
      <w:r>
        <w:rPr>
          <w:color w:val="FF6600"/>
        </w:rPr>
        <w:t xml:space="preserve">of </w:t>
      </w:r>
      <w:r>
        <w:rPr>
          <w:color w:val="000000"/>
        </w:rPr>
        <w:t xml:space="preserve">half an </w:t>
      </w:r>
      <w:r>
        <w:rPr>
          <w:color w:val="00FFCC"/>
        </w:rPr>
        <w:t xml:space="preserve">hour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33CCFF"/>
        </w:rPr>
        <w:t xml:space="preserve">spare </w:t>
      </w:r>
      <w:r>
        <w:rPr>
          <w:color w:val="00FFCC"/>
        </w:rPr>
        <w:t xml:space="preserve">moments </w:t>
      </w:r>
      <w:r>
        <w:rPr>
          <w:color w:val="000000"/>
        </w:rPr>
        <w:t xml:space="preserve">, </w:t>
      </w:r>
      <w:r>
        <w:rPr>
          <w:color w:val="FF6600"/>
        </w:rPr>
        <w:t xml:space="preserve">of </w:t>
      </w:r>
      <w:r>
        <w:rPr>
          <w:color w:val="000000"/>
        </w:rPr>
        <w:t xml:space="preserve">which there </w:t>
      </w:r>
      <w:r>
        <w:rPr>
          <w:color w:val="CC3399"/>
        </w:rPr>
        <w:t xml:space="preserve">were </w:t>
      </w:r>
      <w:r>
        <w:rPr>
          <w:color w:val="00787F"/>
        </w:rPr>
        <w:t xml:space="preserve">not </w:t>
      </w:r>
      <w:r>
        <w:rPr>
          <w:color w:val="33CCFF"/>
        </w:rPr>
        <w:t xml:space="preserve">many </w:t>
      </w:r>
      <w:r>
        <w:rPr>
          <w:color w:val="00FFCC"/>
        </w:rPr>
        <w:t xml:space="preserve">nowadays </w:t>
      </w:r>
      <w:r>
        <w:rPr>
          <w:color w:val="000000"/>
        </w:rPr>
        <w:t xml:space="preserve">, he </w:t>
      </w:r>
      <w:r>
        <w:rPr>
          <w:color w:val="003E3E"/>
        </w:rPr>
        <w:t xml:space="preserve">would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go </w:t>
      </w:r>
      <w:r>
        <w:rPr>
          <w:color w:val="00787F"/>
        </w:rPr>
        <w:t xml:space="preserve">alone </w:t>
      </w:r>
      <w:r>
        <w:rPr>
          <w:color w:val="000000"/>
        </w:rPr>
        <w:t xml:space="preserve">to the </w:t>
      </w:r>
      <w:r>
        <w:rPr>
          <w:color w:val="00FFCC"/>
        </w:rPr>
        <w:t xml:space="preserve">quarry </w:t>
      </w:r>
      <w:r>
        <w:rPr>
          <w:color w:val="000000"/>
        </w:rPr>
        <w:t xml:space="preserve">, </w:t>
      </w:r>
      <w:r>
        <w:rPr>
          <w:color w:val="CC3399"/>
        </w:rPr>
        <w:t xml:space="preserve">collect </w:t>
      </w:r>
      <w:r>
        <w:rPr>
          <w:color w:val="000000"/>
        </w:rPr>
        <w:t xml:space="preserve">a </w:t>
      </w:r>
      <w:r>
        <w:rPr>
          <w:color w:val="00FFCC"/>
        </w:rPr>
        <w:t xml:space="preserve">load </w:t>
      </w:r>
      <w:r>
        <w:rPr>
          <w:color w:val="FF6600"/>
        </w:rPr>
        <w:t xml:space="preserve">of </w:t>
      </w:r>
      <w:r>
        <w:rPr>
          <w:color w:val="33CCFF"/>
        </w:rPr>
        <w:t xml:space="preserve">broken </w:t>
      </w:r>
      <w:r>
        <w:rPr>
          <w:color w:val="00FFCC"/>
        </w:rPr>
        <w:t xml:space="preserve">stone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drag </w:t>
      </w:r>
      <w:r>
        <w:rPr>
          <w:color w:val="000000"/>
        </w:rPr>
        <w:t xml:space="preserve">it down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the </w:t>
      </w:r>
      <w:r>
        <w:rPr>
          <w:color w:val="00FFCC"/>
        </w:rPr>
        <w:t xml:space="preserve">site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unassisted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787F"/>
        </w:rPr>
        <w:t xml:space="preserve">not badly </w:t>
      </w:r>
      <w:r>
        <w:rPr>
          <w:color w:val="FF6600"/>
        </w:rPr>
        <w:t xml:space="preserve">off throughout </w:t>
      </w:r>
      <w:r>
        <w:rPr>
          <w:color w:val="000000"/>
        </w:rPr>
        <w:t xml:space="preserve">that </w:t>
      </w:r>
      <w:r>
        <w:rPr>
          <w:color w:val="00FFCC"/>
        </w:rPr>
        <w:t xml:space="preserve">summer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FFCC"/>
        </w:rPr>
        <w:t xml:space="preserve">spite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hardness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00FFCC"/>
        </w:rPr>
        <w:t xml:space="preserve">work </w:t>
      </w:r>
      <w:r>
        <w:rPr>
          <w:color w:val="000000"/>
        </w:rPr>
        <w:t xml:space="preserve">. </w:t>
      </w:r>
      <w:r>
        <w:rPr>
          <w:color w:val="FF6600"/>
        </w:rPr>
        <w:t xml:space="preserve">If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0000"/>
        </w:rPr>
        <w:t xml:space="preserve">no </w:t>
      </w:r>
      <w:r>
        <w:rPr>
          <w:color w:val="00787F"/>
        </w:rPr>
        <w:t xml:space="preserve">more </w:t>
      </w:r>
      <w:r>
        <w:rPr>
          <w:color w:val="00FFCC"/>
        </w:rPr>
        <w:t xml:space="preserve">food </w:t>
      </w:r>
      <w:r>
        <w:rPr>
          <w:color w:val="FF6600"/>
        </w:rPr>
        <w:t xml:space="preserve">than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had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day </w:t>
      </w:r>
      <w:r>
        <w:rPr>
          <w:color w:val="000000"/>
        </w:rPr>
        <w:t xml:space="preserve">, </w:t>
      </w:r>
      <w:r>
        <w:rPr>
          <w:color w:val="FF6600"/>
        </w:rPr>
        <w:t xml:space="preserve">at </w:t>
      </w:r>
      <w:r>
        <w:rPr>
          <w:color w:val="33CCFF"/>
        </w:rPr>
        <w:t xml:space="preserve">least </w:t>
      </w:r>
      <w:r>
        <w:rPr>
          <w:color w:val="000000"/>
        </w:rPr>
        <w:t xml:space="preserve">they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have </w:t>
      </w:r>
      <w:r>
        <w:rPr>
          <w:color w:val="00787F"/>
        </w:rPr>
        <w:t xml:space="preserve">less </w:t>
      </w:r>
      <w:r>
        <w:rPr>
          <w:color w:val="000000"/>
        </w:rPr>
        <w:t xml:space="preserve">. The </w:t>
      </w:r>
      <w:r>
        <w:rPr>
          <w:color w:val="00FFCC"/>
        </w:rPr>
        <w:t xml:space="preserve">advantage </w:t>
      </w:r>
      <w:r>
        <w:rPr>
          <w:color w:val="FF6600"/>
        </w:rPr>
        <w:t xml:space="preserve">of </w:t>
      </w:r>
      <w:r>
        <w:rPr>
          <w:color w:val="00787F"/>
        </w:rPr>
        <w:t xml:space="preserve">only </w:t>
      </w:r>
      <w:r>
        <w:rPr>
          <w:color w:val="CC3399"/>
        </w:rPr>
        <w:t xml:space="preserve">having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feed </w:t>
      </w:r>
      <w:r>
        <w:rPr>
          <w:color w:val="000000"/>
        </w:rPr>
        <w:t xml:space="preserve">themselves , </w:t>
      </w:r>
      <w:r>
        <w:rPr>
          <w:color w:val="FF0066"/>
        </w:rPr>
        <w:t xml:space="preserve">and </w:t>
      </w:r>
      <w:r>
        <w:rPr>
          <w:color w:val="00787F"/>
        </w:rPr>
        <w:t xml:space="preserve">not </w:t>
      </w:r>
      <w:r>
        <w:rPr>
          <w:color w:val="CC3399"/>
        </w:rPr>
        <w:t xml:space="preserve">having </w:t>
      </w:r>
      <w:r>
        <w:rPr>
          <w:color w:val="000000"/>
        </w:rPr>
        <w:t xml:space="preserve">to </w:t>
      </w:r>
      <w:r>
        <w:rPr>
          <w:color w:val="CC3399"/>
        </w:rPr>
        <w:t xml:space="preserve">support </w:t>
      </w:r>
      <w:r>
        <w:rPr>
          <w:color w:val="000000"/>
        </w:rPr>
        <w:t xml:space="preserve">five </w:t>
      </w:r>
      <w:r>
        <w:rPr>
          <w:color w:val="33CCFF"/>
        </w:rPr>
        <w:t xml:space="preserve">extravagant </w:t>
      </w:r>
      <w:r>
        <w:rPr>
          <w:color w:val="00FFCC"/>
        </w:rPr>
        <w:t xml:space="preserve">human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beings </w:t>
      </w:r>
      <w:r>
        <w:rPr>
          <w:color w:val="00787F"/>
        </w:rPr>
        <w:t xml:space="preserve">as well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787F"/>
        </w:rPr>
        <w:t xml:space="preserve">so </w:t>
      </w:r>
      <w:r>
        <w:rPr>
          <w:color w:val="33CCFF"/>
        </w:rPr>
        <w:t xml:space="preserve">great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003E3E"/>
        </w:rPr>
        <w:t xml:space="preserve">would </w:t>
      </w:r>
      <w:r>
        <w:rPr>
          <w:color w:val="CC3399"/>
        </w:rPr>
        <w:t xml:space="preserve">have taken </w:t>
      </w:r>
      <w:r>
        <w:rPr>
          <w:color w:val="000000"/>
        </w:rPr>
        <w:t xml:space="preserve">a </w:t>
      </w:r>
      <w:r>
        <w:rPr>
          <w:color w:val="00FFCC"/>
        </w:rPr>
        <w:t xml:space="preserve">lot </w:t>
      </w:r>
      <w:r>
        <w:rPr>
          <w:color w:val="FF6600"/>
        </w:rPr>
        <w:t xml:space="preserve">of </w:t>
      </w:r>
      <w:r>
        <w:rPr>
          <w:color w:val="00FFCC"/>
        </w:rPr>
        <w:t xml:space="preserve">failures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FF6600"/>
        </w:rPr>
        <w:t>outweig</w:t>
      </w:r>
      <w:r>
        <w:rPr>
          <w:color w:val="FF6600"/>
        </w:rPr>
        <w:t xml:space="preserve">h </w:t>
      </w:r>
      <w:r>
        <w:rPr>
          <w:color w:val="000000"/>
        </w:rPr>
        <w:t xml:space="preserve">it .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33CCFF"/>
        </w:rPr>
        <w:t xml:space="preserve">many </w:t>
      </w:r>
      <w:r>
        <w:rPr>
          <w:color w:val="00FFCC"/>
        </w:rPr>
        <w:t xml:space="preserve">ways </w:t>
      </w:r>
      <w:r>
        <w:rPr>
          <w:color w:val="000000"/>
        </w:rPr>
        <w:t xml:space="preserve">the </w:t>
      </w:r>
      <w:r>
        <w:rPr>
          <w:color w:val="33CCFF"/>
        </w:rPr>
        <w:t xml:space="preserve">animal </w:t>
      </w:r>
      <w:r>
        <w:rPr>
          <w:color w:val="00FFCC"/>
        </w:rPr>
        <w:t xml:space="preserve">method </w:t>
      </w:r>
      <w:r>
        <w:rPr>
          <w:color w:val="FF6600"/>
        </w:rPr>
        <w:t xml:space="preserve">of </w:t>
      </w:r>
      <w:r>
        <w:rPr>
          <w:color w:val="CC3399"/>
        </w:rPr>
        <w:t xml:space="preserve">doing </w:t>
      </w:r>
      <w:r>
        <w:rPr>
          <w:color w:val="00FFCC"/>
        </w:rPr>
        <w:t xml:space="preserve">things </w:t>
      </w:r>
      <w:r>
        <w:rPr>
          <w:color w:val="CC3399"/>
        </w:rPr>
        <w:t xml:space="preserve">was </w:t>
      </w:r>
      <w:r>
        <w:rPr>
          <w:color w:val="00787F"/>
        </w:rPr>
        <w:t xml:space="preserve">more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efficient </w:t>
      </w:r>
      <w:r>
        <w:rPr>
          <w:color w:val="FF0066"/>
        </w:rPr>
        <w:t xml:space="preserve">and </w:t>
      </w:r>
      <w:r>
        <w:rPr>
          <w:color w:val="CC3399"/>
        </w:rPr>
        <w:t xml:space="preserve">saved </w:t>
      </w:r>
      <w:r>
        <w:rPr>
          <w:color w:val="00FFCC"/>
        </w:rPr>
        <w:t xml:space="preserve">labour </w:t>
      </w:r>
      <w:r>
        <w:rPr>
          <w:color w:val="000000"/>
        </w:rPr>
        <w:t xml:space="preserve">. </w:t>
      </w:r>
      <w:r>
        <w:rPr>
          <w:color w:val="33CCFF"/>
        </w:rPr>
        <w:t xml:space="preserve">Such </w:t>
      </w:r>
      <w:r>
        <w:rPr>
          <w:color w:val="00FFCC"/>
        </w:rPr>
        <w:t xml:space="preserve">jobs </w:t>
      </w:r>
      <w:r>
        <w:rPr>
          <w:color w:val="FF6600"/>
        </w:rPr>
        <w:t xml:space="preserve">as </w:t>
      </w:r>
      <w:r>
        <w:rPr>
          <w:color w:val="00FFCC"/>
        </w:rPr>
        <w:t xml:space="preserve">weeding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FFCC"/>
        </w:rPr>
        <w:t xml:space="preserve">instance </w:t>
      </w:r>
      <w:r>
        <w:rPr>
          <w:color w:val="000000"/>
        </w:rPr>
        <w:t xml:space="preserve">, </w:t>
      </w:r>
      <w:r>
        <w:rPr>
          <w:color w:val="003E3E"/>
        </w:rPr>
        <w:t xml:space="preserve">could </w:t>
      </w:r>
      <w:r>
        <w:rPr>
          <w:color w:val="CC3399"/>
        </w:rPr>
        <w:t xml:space="preserve">be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done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thoroughness </w:t>
      </w:r>
      <w:r>
        <w:rPr>
          <w:color w:val="33CCFF"/>
        </w:rPr>
        <w:t xml:space="preserve">impossible </w:t>
      </w:r>
      <w:r>
        <w:rPr>
          <w:color w:val="000000"/>
        </w:rPr>
        <w:t xml:space="preserve">to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787F"/>
        </w:rPr>
        <w:t xml:space="preserve">again </w:t>
      </w:r>
      <w:r>
        <w:rPr>
          <w:color w:val="000000"/>
        </w:rPr>
        <w:t xml:space="preserve">, </w:t>
      </w:r>
      <w:r>
        <w:rPr>
          <w:color w:val="FF6600"/>
        </w:rPr>
        <w:t xml:space="preserve">since </w:t>
      </w:r>
      <w:r>
        <w:rPr>
          <w:color w:val="000000"/>
        </w:rPr>
        <w:t xml:space="preserve">no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 </w:t>
      </w:r>
      <w:r>
        <w:rPr>
          <w:color w:val="00787F"/>
        </w:rPr>
        <w:t xml:space="preserve">now </w:t>
      </w:r>
      <w:r>
        <w:rPr>
          <w:color w:val="CC3399"/>
        </w:rPr>
        <w:t xml:space="preserve">stole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  <w:r>
        <w:rPr>
          <w:color w:val="33CCFF"/>
        </w:rPr>
        <w:t xml:space="preserve">unnecessary </w:t>
      </w:r>
      <w:r>
        <w:rPr>
          <w:color w:val="000000"/>
        </w:rPr>
        <w:t xml:space="preserve">to </w:t>
      </w:r>
      <w:r>
        <w:rPr>
          <w:color w:val="CC3399"/>
        </w:rPr>
        <w:t xml:space="preserve">fence </w:t>
      </w:r>
      <w:r>
        <w:rPr>
          <w:color w:val="000000"/>
        </w:rPr>
        <w:t xml:space="preserve">off </w:t>
      </w:r>
      <w:r>
        <w:rPr>
          <w:color w:val="00FFCC"/>
        </w:rPr>
        <w:t xml:space="preserve">pasture </w:t>
      </w:r>
      <w:r>
        <w:rPr>
          <w:color w:val="FF6600"/>
        </w:rPr>
        <w:t xml:space="preserve">from </w:t>
      </w:r>
      <w:r>
        <w:rPr>
          <w:color w:val="33CCFF"/>
        </w:rPr>
        <w:t xml:space="preserve">arable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land </w:t>
      </w:r>
      <w:r>
        <w:rPr>
          <w:color w:val="000000"/>
        </w:rPr>
        <w:t xml:space="preserve">, which </w:t>
      </w:r>
      <w:r>
        <w:rPr>
          <w:color w:val="CC3399"/>
        </w:rPr>
        <w:t xml:space="preserve">saved </w:t>
      </w:r>
      <w:r>
        <w:rPr>
          <w:color w:val="000000"/>
        </w:rPr>
        <w:t xml:space="preserve">a </w:t>
      </w:r>
      <w:r>
        <w:rPr>
          <w:color w:val="00FFCC"/>
        </w:rPr>
        <w:t xml:space="preserve">lot </w:t>
      </w:r>
      <w:r>
        <w:rPr>
          <w:color w:val="FF6600"/>
        </w:rPr>
        <w:t xml:space="preserve">of </w:t>
      </w:r>
      <w:r>
        <w:rPr>
          <w:color w:val="00FFCC"/>
        </w:rPr>
        <w:t xml:space="preserve">labour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upkeep </w:t>
      </w:r>
      <w:r>
        <w:rPr>
          <w:color w:val="FF6600"/>
        </w:rPr>
        <w:t xml:space="preserve">of </w:t>
      </w:r>
      <w:r>
        <w:rPr>
          <w:color w:val="00FFCC"/>
        </w:rPr>
        <w:t xml:space="preserve">hedges </w:t>
      </w:r>
      <w:r>
        <w:rPr>
          <w:color w:val="FF0066"/>
        </w:rPr>
        <w:t xml:space="preserve">and </w:t>
      </w:r>
      <w:r>
        <w:rPr>
          <w:color w:val="00FFCC"/>
        </w:rPr>
        <w:t xml:space="preserve">gates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Nevertheless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00FFCC"/>
        </w:rPr>
        <w:t xml:space="preserve">summer wore </w:t>
      </w:r>
      <w:r>
        <w:rPr>
          <w:color w:val="FF6600"/>
        </w:rPr>
        <w:t xml:space="preserve">on </w:t>
      </w:r>
      <w:r>
        <w:rPr>
          <w:color w:val="000000"/>
        </w:rPr>
        <w:t xml:space="preserve">, </w:t>
      </w:r>
      <w:r>
        <w:rPr>
          <w:color w:val="33CCFF"/>
        </w:rPr>
        <w:t xml:space="preserve">various unforeseen </w:t>
      </w:r>
      <w:r>
        <w:rPr>
          <w:color w:val="00FFCC"/>
        </w:rPr>
        <w:t xml:space="preserve">shortages </w:t>
      </w:r>
      <w:r>
        <w:rPr>
          <w:color w:val="CC3399"/>
        </w:rPr>
        <w:t xml:space="preserve">began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make </w:t>
      </w:r>
      <w:r>
        <w:rPr>
          <w:color w:val="000000"/>
        </w:rPr>
        <w:t xml:space="preserve">them </w:t>
      </w:r>
      <w:r>
        <w:rPr>
          <w:color w:val="00FFCC"/>
        </w:rPr>
        <w:t xml:space="preserve">selves </w:t>
      </w:r>
      <w:r>
        <w:rPr>
          <w:color w:val="CC3399"/>
        </w:rPr>
        <w:t xml:space="preserve">felt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was </w:t>
      </w:r>
      <w:r>
        <w:rPr>
          <w:color w:val="00FFCC"/>
        </w:rPr>
        <w:t xml:space="preserve">need </w:t>
      </w:r>
      <w:r>
        <w:rPr>
          <w:color w:val="FF6600"/>
        </w:rPr>
        <w:t xml:space="preserve">of </w:t>
      </w:r>
      <w:r>
        <w:rPr>
          <w:color w:val="33CCFF"/>
        </w:rPr>
        <w:t xml:space="preserve">paraffin </w:t>
      </w:r>
      <w:r>
        <w:rPr>
          <w:color w:val="00FFCC"/>
        </w:rPr>
        <w:t xml:space="preserve">oil </w:t>
      </w:r>
      <w:r>
        <w:rPr>
          <w:color w:val="000000"/>
        </w:rPr>
        <w:t xml:space="preserve">, </w:t>
      </w:r>
      <w:r>
        <w:rPr>
          <w:color w:val="00FFCC"/>
        </w:rPr>
        <w:t xml:space="preserve">nails </w:t>
      </w:r>
      <w:r>
        <w:rPr>
          <w:color w:val="000000"/>
        </w:rPr>
        <w:t xml:space="preserve">, </w:t>
      </w:r>
      <w:r>
        <w:rPr>
          <w:color w:val="00FFCC"/>
        </w:rPr>
        <w:t xml:space="preserve">string </w:t>
      </w:r>
      <w:r>
        <w:rPr>
          <w:color w:val="000000"/>
        </w:rPr>
        <w:t xml:space="preserve">, </w:t>
      </w:r>
      <w:r>
        <w:rPr>
          <w:color w:val="00FFCC"/>
        </w:rPr>
        <w:t xml:space="preserve">dog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biscuits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iron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horses </w:t>
      </w:r>
      <w:r>
        <w:rPr>
          <w:color w:val="000000"/>
        </w:rPr>
        <w:t xml:space="preserve">' </w:t>
      </w:r>
      <w:r>
        <w:rPr>
          <w:color w:val="00FFCC"/>
        </w:rPr>
        <w:t xml:space="preserve">shoes </w:t>
      </w:r>
      <w:r>
        <w:rPr>
          <w:color w:val="000000"/>
        </w:rPr>
        <w:t xml:space="preserve">, </w:t>
      </w:r>
      <w:r>
        <w:rPr>
          <w:color w:val="00FFCC"/>
        </w:rPr>
        <w:t xml:space="preserve">none </w:t>
      </w:r>
      <w:r>
        <w:rPr>
          <w:color w:val="FF6600"/>
        </w:rPr>
        <w:t xml:space="preserve">of </w:t>
      </w:r>
      <w:r>
        <w:rPr>
          <w:color w:val="000000"/>
        </w:rPr>
        <w:t xml:space="preserve">which </w:t>
      </w:r>
      <w:r>
        <w:rPr>
          <w:color w:val="003E3E"/>
        </w:rPr>
        <w:t xml:space="preserve">could </w:t>
      </w:r>
      <w:r>
        <w:rPr>
          <w:color w:val="CC3399"/>
        </w:rPr>
        <w:t xml:space="preserve">be produced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. </w:t>
      </w:r>
      <w:r>
        <w:rPr>
          <w:color w:val="00FFCC"/>
        </w:rPr>
        <w:t xml:space="preserve">Later </w:t>
      </w:r>
      <w:r>
        <w:rPr>
          <w:color w:val="000000"/>
        </w:rPr>
        <w:t xml:space="preserve">there </w:t>
      </w:r>
      <w:r>
        <w:rPr>
          <w:color w:val="003E3E"/>
        </w:rPr>
        <w:t xml:space="preserve">would </w:t>
      </w:r>
      <w:r>
        <w:rPr>
          <w:color w:val="00787F"/>
        </w:rPr>
        <w:t xml:space="preserve">also </w:t>
      </w:r>
      <w:r>
        <w:rPr>
          <w:color w:val="CC3399"/>
        </w:rPr>
        <w:t xml:space="preserve">be need </w:t>
      </w:r>
      <w:r>
        <w:rPr>
          <w:color w:val="FF6600"/>
        </w:rPr>
        <w:t xml:space="preserve">for </w:t>
      </w:r>
      <w:r>
        <w:rPr>
          <w:color w:val="00FFCC"/>
        </w:rPr>
        <w:t xml:space="preserve">seeds </w:t>
      </w:r>
      <w:r>
        <w:rPr>
          <w:color w:val="FF0066"/>
        </w:rPr>
        <w:t xml:space="preserve">and </w:t>
      </w:r>
      <w:r>
        <w:rPr>
          <w:color w:val="33CCFF"/>
        </w:rPr>
        <w:t xml:space="preserve">artificial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manures </w:t>
      </w:r>
      <w:r>
        <w:rPr>
          <w:color w:val="000000"/>
        </w:rPr>
        <w:t xml:space="preserve">, </w:t>
      </w:r>
      <w:r>
        <w:rPr>
          <w:color w:val="FF6600"/>
        </w:rPr>
        <w:t xml:space="preserve">besides </w:t>
      </w:r>
      <w:r>
        <w:rPr>
          <w:color w:val="33CCFF"/>
        </w:rPr>
        <w:t xml:space="preserve">various </w:t>
      </w:r>
      <w:r>
        <w:rPr>
          <w:color w:val="00FFCC"/>
        </w:rPr>
        <w:t xml:space="preserve">tools </w:t>
      </w:r>
      <w:r>
        <w:rPr>
          <w:color w:val="FF0066"/>
        </w:rPr>
        <w:t xml:space="preserve">and </w:t>
      </w:r>
      <w:r>
        <w:rPr>
          <w:color w:val="000000"/>
        </w:rPr>
        <w:t xml:space="preserve">, </w:t>
      </w:r>
      <w:r>
        <w:rPr>
          <w:color w:val="00787F"/>
        </w:rPr>
        <w:t xml:space="preserve">finally </w:t>
      </w:r>
      <w:r>
        <w:rPr>
          <w:color w:val="000000"/>
        </w:rPr>
        <w:t xml:space="preserve">, the </w:t>
      </w:r>
      <w:r>
        <w:rPr>
          <w:color w:val="00FFCC"/>
        </w:rPr>
        <w:t xml:space="preserve">machinery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windmill </w:t>
      </w:r>
      <w:r>
        <w:rPr>
          <w:color w:val="000000"/>
        </w:rPr>
        <w:t>. How</w:t>
      </w:r>
      <w:r>
        <w:rPr>
          <w:color w:val="000000"/>
        </w:rPr>
        <w:t xml:space="preserve"> these </w:t>
      </w:r>
      <w:r>
        <w:rPr>
          <w:color w:val="CC3399"/>
        </w:rPr>
        <w:t xml:space="preserve">were </w:t>
      </w:r>
      <w:r>
        <w:rPr>
          <w:color w:val="000000"/>
        </w:rPr>
        <w:t xml:space="preserve">to </w:t>
      </w:r>
      <w:r>
        <w:rPr>
          <w:color w:val="CC3399"/>
        </w:rPr>
        <w:t xml:space="preserve">be procured </w:t>
      </w:r>
      <w:r>
        <w:rPr>
          <w:color w:val="000000"/>
        </w:rPr>
        <w:t xml:space="preserve">, no </w:t>
      </w:r>
      <w:r>
        <w:rPr>
          <w:color w:val="00FFCC"/>
        </w:rPr>
        <w:t xml:space="preserve">one </w:t>
      </w:r>
      <w:r>
        <w:rPr>
          <w:color w:val="CC3399"/>
        </w:rPr>
        <w:t xml:space="preserve">was </w:t>
      </w: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imagine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One </w:t>
      </w:r>
      <w:r>
        <w:rPr>
          <w:color w:val="00FFCC"/>
        </w:rPr>
        <w:t xml:space="preserve">Sunday morning </w:t>
      </w:r>
      <w:r>
        <w:rPr>
          <w:color w:val="000000"/>
        </w:rPr>
        <w:t xml:space="preserve">, when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assembled </w:t>
      </w:r>
      <w:r>
        <w:rPr>
          <w:color w:val="000000"/>
        </w:rPr>
        <w:t xml:space="preserve">to </w:t>
      </w:r>
      <w:r>
        <w:rPr>
          <w:color w:val="CC3399"/>
        </w:rPr>
        <w:t xml:space="preserve">receive </w:t>
      </w:r>
      <w:r>
        <w:rPr>
          <w:color w:val="000000"/>
        </w:rPr>
        <w:t xml:space="preserve">their </w:t>
      </w:r>
      <w:r>
        <w:rPr>
          <w:color w:val="00FFCC"/>
        </w:rPr>
        <w:t xml:space="preserve">orders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announced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had decided </w:t>
      </w:r>
      <w:r>
        <w:rPr>
          <w:color w:val="FF6600"/>
        </w:rPr>
        <w:t xml:space="preserve">upon </w:t>
      </w:r>
      <w:r>
        <w:rPr>
          <w:color w:val="000000"/>
        </w:rPr>
        <w:t xml:space="preserve">a </w:t>
      </w:r>
      <w:r>
        <w:rPr>
          <w:color w:val="33CCFF"/>
        </w:rPr>
        <w:t xml:space="preserve">new </w:t>
      </w:r>
      <w:r>
        <w:rPr>
          <w:color w:val="00FFCC"/>
        </w:rPr>
        <w:t xml:space="preserve">policy </w:t>
      </w:r>
      <w:r>
        <w:rPr>
          <w:color w:val="000000"/>
        </w:rPr>
        <w:t xml:space="preserve">. </w:t>
      </w:r>
      <w:r>
        <w:rPr>
          <w:color w:val="FF6600"/>
        </w:rPr>
        <w:t xml:space="preserve">From </w:t>
      </w:r>
      <w:r>
        <w:rPr>
          <w:color w:val="00787F"/>
        </w:rPr>
        <w:t xml:space="preserve">now </w:t>
      </w:r>
      <w:r>
        <w:rPr>
          <w:color w:val="00FFCC"/>
        </w:rPr>
        <w:t xml:space="preserve">onwards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Animal </w:t>
      </w:r>
      <w:r>
        <w:rPr>
          <w:color w:val="00FFCC"/>
        </w:rPr>
        <w:t xml:space="preserve">Farm </w:t>
      </w:r>
      <w:r>
        <w:rPr>
          <w:color w:val="003E3E"/>
        </w:rPr>
        <w:t xml:space="preserve">would </w:t>
      </w:r>
      <w:r>
        <w:rPr>
          <w:color w:val="CC3399"/>
        </w:rPr>
        <w:t xml:space="preserve">engage </w:t>
      </w:r>
      <w:r>
        <w:rPr>
          <w:color w:val="FF6600"/>
        </w:rPr>
        <w:t xml:space="preserve">in </w:t>
      </w:r>
      <w:r>
        <w:rPr>
          <w:color w:val="00FFCC"/>
        </w:rPr>
        <w:t xml:space="preserve">trade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33CCFF"/>
        </w:rPr>
        <w:t xml:space="preserve">neighbouring </w:t>
      </w:r>
      <w:r>
        <w:rPr>
          <w:color w:val="00FFCC"/>
        </w:rPr>
        <w:t xml:space="preserve">farms </w:t>
      </w:r>
      <w:r>
        <w:rPr>
          <w:color w:val="000000"/>
        </w:rPr>
        <w:t xml:space="preserve">: </w:t>
      </w:r>
      <w:r>
        <w:rPr>
          <w:color w:val="00787F"/>
        </w:rPr>
        <w:t xml:space="preserve">not </w:t>
      </w:r>
      <w:r>
        <w:rPr>
          <w:color w:val="000000"/>
        </w:rPr>
        <w:t xml:space="preserve">,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course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0000"/>
        </w:rPr>
        <w:t xml:space="preserve">any </w:t>
      </w:r>
      <w:r>
        <w:rPr>
          <w:color w:val="33CCFF"/>
        </w:rPr>
        <w:t xml:space="preserve">commercial </w:t>
      </w:r>
      <w:r>
        <w:rPr>
          <w:color w:val="00FFCC"/>
        </w:rPr>
        <w:t xml:space="preserve">purpose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787F"/>
        </w:rPr>
        <w:t xml:space="preserve">simply </w:t>
      </w:r>
      <w:r>
        <w:rPr>
          <w:color w:val="FF6600"/>
        </w:rPr>
        <w:t xml:space="preserve">in </w:t>
      </w:r>
      <w:r>
        <w:rPr>
          <w:color w:val="00FFCC"/>
        </w:rPr>
        <w:t xml:space="preserve">order </w:t>
      </w:r>
      <w:r>
        <w:rPr>
          <w:color w:val="000000"/>
        </w:rPr>
        <w:t xml:space="preserve">to </w:t>
      </w:r>
      <w:r>
        <w:rPr>
          <w:color w:val="CC3399"/>
        </w:rPr>
        <w:t xml:space="preserve">obtain </w:t>
      </w:r>
      <w:r>
        <w:rPr>
          <w:color w:val="33CCFF"/>
        </w:rPr>
        <w:t xml:space="preserve">certain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materials </w:t>
      </w:r>
      <w:r>
        <w:rPr>
          <w:color w:val="000000"/>
        </w:rPr>
        <w:t xml:space="preserve">which </w:t>
      </w:r>
      <w:r>
        <w:rPr>
          <w:color w:val="CC3399"/>
        </w:rPr>
        <w:t xml:space="preserve">were </w:t>
      </w:r>
      <w:r>
        <w:rPr>
          <w:color w:val="00787F"/>
        </w:rPr>
        <w:t xml:space="preserve">urgently </w:t>
      </w:r>
      <w:r>
        <w:rPr>
          <w:color w:val="33CCFF"/>
        </w:rPr>
        <w:t xml:space="preserve">necessary </w:t>
      </w:r>
      <w:r>
        <w:rPr>
          <w:color w:val="000000"/>
        </w:rPr>
        <w:t xml:space="preserve">. The </w:t>
      </w:r>
      <w:r>
        <w:rPr>
          <w:color w:val="00FFCC"/>
        </w:rPr>
        <w:t xml:space="preserve">needs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3E3E"/>
        </w:rPr>
        <w:t xml:space="preserve">must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override </w:t>
      </w:r>
      <w:r>
        <w:rPr>
          <w:color w:val="00FFCC"/>
        </w:rPr>
        <w:t xml:space="preserve">everything </w:t>
      </w:r>
      <w:r>
        <w:rPr>
          <w:color w:val="00787F"/>
        </w:rPr>
        <w:t xml:space="preserve">else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. He </w:t>
      </w:r>
      <w:r>
        <w:rPr>
          <w:color w:val="CC3399"/>
        </w:rPr>
        <w:t xml:space="preserve">was </w:t>
      </w:r>
      <w:r>
        <w:rPr>
          <w:color w:val="00787F"/>
        </w:rPr>
        <w:t xml:space="preserve">therefore </w:t>
      </w:r>
      <w:r>
        <w:rPr>
          <w:color w:val="CC3399"/>
        </w:rPr>
        <w:t xml:space="preserve">making </w:t>
      </w:r>
      <w:r>
        <w:rPr>
          <w:color w:val="00FFCC"/>
        </w:rPr>
        <w:t xml:space="preserve">arrangements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lastRenderedPageBreak/>
        <w:t xml:space="preserve">sell </w:t>
      </w:r>
      <w:r>
        <w:rPr>
          <w:color w:val="000000"/>
        </w:rPr>
        <w:t xml:space="preserve">a </w:t>
      </w:r>
      <w:r>
        <w:rPr>
          <w:color w:val="00FFCC"/>
        </w:rPr>
        <w:t xml:space="preserve">stack </w:t>
      </w:r>
      <w:r>
        <w:rPr>
          <w:color w:val="FF6600"/>
        </w:rPr>
        <w:t xml:space="preserve">of </w:t>
      </w:r>
      <w:r>
        <w:rPr>
          <w:color w:val="00FFCC"/>
        </w:rPr>
        <w:t xml:space="preserve">hay </w:t>
      </w:r>
      <w:r>
        <w:rPr>
          <w:color w:val="FF0066"/>
        </w:rPr>
        <w:t xml:space="preserve">and </w:t>
      </w:r>
      <w:r>
        <w:rPr>
          <w:color w:val="00FFCC"/>
        </w:rPr>
        <w:t xml:space="preserve">part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current </w:t>
      </w:r>
      <w:r>
        <w:rPr>
          <w:color w:val="00FFCC"/>
        </w:rPr>
        <w:t xml:space="preserve">year </w:t>
      </w:r>
      <w:r>
        <w:rPr>
          <w:color w:val="000000"/>
        </w:rPr>
        <w:t xml:space="preserve">'s </w:t>
      </w:r>
      <w:r>
        <w:rPr>
          <w:color w:val="00FFCC"/>
        </w:rPr>
        <w:t xml:space="preserve">wheat crop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later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0000"/>
        </w:rPr>
        <w:t xml:space="preserve">, </w:t>
      </w:r>
      <w:r>
        <w:rPr>
          <w:color w:val="FF6600"/>
        </w:rPr>
        <w:t xml:space="preserve">if </w:t>
      </w:r>
      <w:r>
        <w:rPr>
          <w:color w:val="33CCFF"/>
        </w:rPr>
        <w:t xml:space="preserve">more </w:t>
      </w:r>
      <w:r>
        <w:rPr>
          <w:color w:val="00FFCC"/>
        </w:rPr>
        <w:t xml:space="preserve">money </w:t>
      </w:r>
      <w:r>
        <w:rPr>
          <w:color w:val="CC3399"/>
        </w:rPr>
        <w:t xml:space="preserve">were needed </w:t>
      </w:r>
      <w:r>
        <w:rPr>
          <w:color w:val="000000"/>
        </w:rPr>
        <w:t xml:space="preserve">, it </w:t>
      </w:r>
      <w:r>
        <w:rPr>
          <w:color w:val="003E3E"/>
        </w:rPr>
        <w:t xml:space="preserve">would </w:t>
      </w:r>
      <w:r>
        <w:rPr>
          <w:color w:val="CC3399"/>
        </w:rPr>
        <w:t xml:space="preserve">have </w:t>
      </w:r>
      <w:r>
        <w:rPr>
          <w:color w:val="000000"/>
        </w:rPr>
        <w:t xml:space="preserve">to </w:t>
      </w:r>
      <w:r>
        <w:rPr>
          <w:color w:val="CC3399"/>
        </w:rPr>
        <w:t xml:space="preserve">be made </w:t>
      </w:r>
      <w:r>
        <w:rPr>
          <w:color w:val="000000"/>
        </w:rPr>
        <w:t xml:space="preserve">up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sale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eggs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0000"/>
        </w:rPr>
        <w:t xml:space="preserve">which there </w:t>
      </w:r>
      <w:r>
        <w:rPr>
          <w:color w:val="CC3399"/>
        </w:rPr>
        <w:t xml:space="preserve">was </w:t>
      </w:r>
      <w:r>
        <w:rPr>
          <w:color w:val="00787F"/>
        </w:rPr>
        <w:t xml:space="preserve">always </w:t>
      </w:r>
      <w:r>
        <w:rPr>
          <w:color w:val="000000"/>
        </w:rPr>
        <w:t xml:space="preserve">a </w:t>
      </w:r>
      <w:r>
        <w:rPr>
          <w:color w:val="00FFCC"/>
        </w:rPr>
        <w:t xml:space="preserve">market </w:t>
      </w:r>
      <w:r>
        <w:rPr>
          <w:color w:val="FF6600"/>
        </w:rPr>
        <w:t xml:space="preserve">in </w:t>
      </w:r>
      <w:r>
        <w:rPr>
          <w:color w:val="00FFCC"/>
        </w:rPr>
        <w:t xml:space="preserve">Willingdon </w:t>
      </w:r>
      <w:r>
        <w:rPr>
          <w:color w:val="000000"/>
        </w:rPr>
        <w:t xml:space="preserve">. The </w:t>
      </w:r>
      <w:r>
        <w:rPr>
          <w:color w:val="00FFCC"/>
        </w:rPr>
        <w:t xml:space="preserve">hens </w:t>
      </w:r>
      <w:r>
        <w:rPr>
          <w:color w:val="000000"/>
        </w:rPr>
        <w:t xml:space="preserve">, </w:t>
      </w:r>
      <w:r>
        <w:rPr>
          <w:color w:val="CC3399"/>
        </w:rPr>
        <w:t xml:space="preserve">said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  <w:r>
        <w:rPr>
          <w:color w:val="003E3E"/>
        </w:rPr>
        <w:t xml:space="preserve">should </w:t>
      </w:r>
      <w:r>
        <w:rPr>
          <w:color w:val="CC3399"/>
        </w:rPr>
        <w:t xml:space="preserve">welcome </w:t>
      </w:r>
      <w:r>
        <w:rPr>
          <w:color w:val="000000"/>
        </w:rPr>
        <w:t xml:space="preserve">this </w:t>
      </w:r>
      <w:r>
        <w:rPr>
          <w:color w:val="00FFCC"/>
        </w:rPr>
        <w:t xml:space="preserve">sacrifice </w:t>
      </w:r>
      <w:r>
        <w:rPr>
          <w:color w:val="FF6600"/>
        </w:rPr>
        <w:t xml:space="preserve">as </w:t>
      </w:r>
      <w:r>
        <w:rPr>
          <w:color w:val="000000"/>
        </w:rPr>
        <w:t xml:space="preserve">their </w:t>
      </w:r>
      <w:r>
        <w:rPr>
          <w:color w:val="33CCFF"/>
        </w:rPr>
        <w:t xml:space="preserve">own special </w:t>
      </w:r>
      <w:r>
        <w:rPr>
          <w:color w:val="00FFCC"/>
        </w:rPr>
        <w:t xml:space="preserve">contribution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towards </w:t>
      </w:r>
      <w:r>
        <w:rPr>
          <w:color w:val="000000"/>
        </w:rPr>
        <w:t xml:space="preserve">the </w:t>
      </w:r>
      <w:r>
        <w:rPr>
          <w:color w:val="00FFCC"/>
        </w:rPr>
        <w:t xml:space="preserve">building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Once again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33CCFF"/>
        </w:rPr>
        <w:t xml:space="preserve">conscious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33CCFF"/>
        </w:rPr>
        <w:t xml:space="preserve">vague </w:t>
      </w:r>
      <w:r>
        <w:rPr>
          <w:color w:val="00FFCC"/>
        </w:rPr>
        <w:t xml:space="preserve">uneasiness </w:t>
      </w:r>
      <w:r>
        <w:rPr>
          <w:color w:val="000000"/>
        </w:rPr>
        <w:t xml:space="preserve">. </w:t>
      </w:r>
      <w:r>
        <w:rPr>
          <w:color w:val="00787F"/>
        </w:rPr>
        <w:t xml:space="preserve">Never </w:t>
      </w:r>
      <w:r>
        <w:rPr>
          <w:color w:val="000000"/>
        </w:rPr>
        <w:t xml:space="preserve">to </w:t>
      </w:r>
      <w:r>
        <w:rPr>
          <w:color w:val="CC3399"/>
        </w:rPr>
        <w:t xml:space="preserve">have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any </w:t>
      </w:r>
      <w:r>
        <w:rPr>
          <w:color w:val="00FFCC"/>
        </w:rPr>
        <w:t xml:space="preserve">dealings </w:t>
      </w:r>
      <w:r>
        <w:rPr>
          <w:color w:val="FF6600"/>
        </w:rPr>
        <w:t xml:space="preserve">with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000000"/>
        </w:rPr>
        <w:t xml:space="preserve">, </w:t>
      </w:r>
      <w:r>
        <w:rPr>
          <w:color w:val="00787F"/>
        </w:rPr>
        <w:t xml:space="preserve">never </w:t>
      </w:r>
      <w:r>
        <w:rPr>
          <w:color w:val="000000"/>
        </w:rPr>
        <w:t xml:space="preserve">to </w:t>
      </w:r>
      <w:r>
        <w:rPr>
          <w:color w:val="CC3399"/>
        </w:rPr>
        <w:t xml:space="preserve">engage </w:t>
      </w:r>
      <w:r>
        <w:rPr>
          <w:color w:val="FF6600"/>
        </w:rPr>
        <w:t xml:space="preserve">in </w:t>
      </w:r>
      <w:r>
        <w:rPr>
          <w:color w:val="00FFCC"/>
        </w:rPr>
        <w:t xml:space="preserve">trade </w:t>
      </w:r>
      <w:r>
        <w:rPr>
          <w:color w:val="000000"/>
        </w:rPr>
        <w:t xml:space="preserve">, </w:t>
      </w:r>
      <w:r>
        <w:rPr>
          <w:color w:val="00787F"/>
        </w:rPr>
        <w:t xml:space="preserve">never </w:t>
      </w:r>
      <w:r>
        <w:rPr>
          <w:color w:val="000000"/>
        </w:rPr>
        <w:t xml:space="preserve">to </w:t>
      </w:r>
      <w:r>
        <w:rPr>
          <w:color w:val="CC3399"/>
        </w:rPr>
        <w:t xml:space="preserve">make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use </w:t>
      </w:r>
      <w:r>
        <w:rPr>
          <w:color w:val="FF6600"/>
        </w:rPr>
        <w:t>o</w:t>
      </w:r>
      <w:r>
        <w:rPr>
          <w:color w:val="FF6600"/>
        </w:rPr>
        <w:t xml:space="preserve">f </w:t>
      </w:r>
      <w:r>
        <w:rPr>
          <w:color w:val="00FFCC"/>
        </w:rPr>
        <w:t xml:space="preserve">money </w:t>
      </w:r>
      <w:r>
        <w:rPr>
          <w:color w:val="000000"/>
        </w:rPr>
        <w:t xml:space="preserve">-- </w:t>
      </w: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  <w:r>
        <w:rPr>
          <w:color w:val="000000"/>
        </w:rPr>
        <w:t xml:space="preserve">these </w:t>
      </w:r>
      <w:r>
        <w:rPr>
          <w:color w:val="CC3399"/>
        </w:rPr>
        <w:t xml:space="preserve">been </w:t>
      </w:r>
      <w:r>
        <w:rPr>
          <w:color w:val="FF6600"/>
        </w:rPr>
        <w:t xml:space="preserve">among </w:t>
      </w:r>
      <w:r>
        <w:rPr>
          <w:color w:val="000000"/>
        </w:rPr>
        <w:t xml:space="preserve">the </w:t>
      </w:r>
      <w:r>
        <w:rPr>
          <w:color w:val="33CCFF"/>
        </w:rPr>
        <w:t xml:space="preserve">earliest </w:t>
      </w:r>
      <w:r>
        <w:rPr>
          <w:color w:val="00FFCC"/>
        </w:rPr>
        <w:t xml:space="preserve">resolutions </w:t>
      </w:r>
      <w:r>
        <w:rPr>
          <w:color w:val="CC3399"/>
        </w:rPr>
        <w:t xml:space="preserve">passed </w:t>
      </w:r>
      <w:r>
        <w:rPr>
          <w:color w:val="FF6600"/>
        </w:rPr>
        <w:t xml:space="preserve">at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33CCFF"/>
        </w:rPr>
        <w:t xml:space="preserve">first triumphant </w:t>
      </w:r>
      <w:r>
        <w:rPr>
          <w:color w:val="00FFCC"/>
        </w:rPr>
        <w:t xml:space="preserve">Meeting </w:t>
      </w:r>
      <w:r>
        <w:rPr>
          <w:color w:val="FF6600"/>
        </w:rPr>
        <w:t xml:space="preserve">after </w:t>
      </w:r>
      <w:r>
        <w:rPr>
          <w:color w:val="00FFCC"/>
        </w:rPr>
        <w:t xml:space="preserve">Jones </w:t>
      </w:r>
      <w:r>
        <w:rPr>
          <w:color w:val="CC3399"/>
        </w:rPr>
        <w:t xml:space="preserve">was expelled </w:t>
      </w:r>
      <w:r>
        <w:rPr>
          <w:color w:val="000000"/>
        </w:rPr>
        <w:t xml:space="preserve">? All 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remembered </w:t>
      </w:r>
      <w:r>
        <w:rPr>
          <w:color w:val="00FFCC"/>
        </w:rPr>
        <w:t xml:space="preserve">passing </w:t>
      </w:r>
      <w:r>
        <w:rPr>
          <w:color w:val="33CCFF"/>
        </w:rPr>
        <w:t xml:space="preserve">such </w:t>
      </w:r>
      <w:r>
        <w:rPr>
          <w:color w:val="00FFCC"/>
        </w:rPr>
        <w:t xml:space="preserve">resolutions </w:t>
      </w:r>
      <w:r>
        <w:rPr>
          <w:color w:val="000000"/>
        </w:rPr>
        <w:t xml:space="preserve">: </w:t>
      </w:r>
      <w:r>
        <w:rPr>
          <w:color w:val="FF0066"/>
        </w:rPr>
        <w:t xml:space="preserve">or </w:t>
      </w:r>
      <w:r>
        <w:rPr>
          <w:color w:val="FF6600"/>
        </w:rPr>
        <w:t xml:space="preserve">at </w:t>
      </w:r>
      <w:r>
        <w:rPr>
          <w:color w:val="33CCFF"/>
        </w:rPr>
        <w:t xml:space="preserve">least </w:t>
      </w:r>
      <w:r>
        <w:rPr>
          <w:color w:val="000000"/>
        </w:rPr>
        <w:t xml:space="preserve">they </w:t>
      </w:r>
      <w:r>
        <w:rPr>
          <w:color w:val="CC3399"/>
        </w:rPr>
        <w:t xml:space="preserve">thought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remembered </w:t>
      </w:r>
      <w:r>
        <w:rPr>
          <w:color w:val="000000"/>
        </w:rPr>
        <w:t xml:space="preserve">it . The four </w:t>
      </w:r>
      <w:r>
        <w:rPr>
          <w:color w:val="33CCFF"/>
        </w:rPr>
        <w:t xml:space="preserve">young </w:t>
      </w:r>
      <w:r>
        <w:rPr>
          <w:color w:val="00FFCC"/>
        </w:rPr>
        <w:t xml:space="preserve">pigs </w:t>
      </w:r>
      <w:r>
        <w:rPr>
          <w:color w:val="000000"/>
        </w:rPr>
        <w:t xml:space="preserve">who </w:t>
      </w:r>
      <w:r>
        <w:rPr>
          <w:color w:val="CC3399"/>
        </w:rPr>
        <w:t xml:space="preserve">had protested </w:t>
      </w:r>
      <w:r>
        <w:rPr>
          <w:color w:val="000000"/>
        </w:rPr>
        <w:t xml:space="preserve">when </w:t>
      </w:r>
      <w:r>
        <w:rPr>
          <w:color w:val="00FFCC"/>
        </w:rPr>
        <w:t xml:space="preserve">Napoleon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abolished </w:t>
      </w:r>
      <w:r>
        <w:rPr>
          <w:color w:val="000000"/>
        </w:rPr>
        <w:t xml:space="preserve">the </w:t>
      </w:r>
      <w:r>
        <w:rPr>
          <w:color w:val="00FFCC"/>
        </w:rPr>
        <w:t xml:space="preserve">Meetings </w:t>
      </w:r>
      <w:r>
        <w:rPr>
          <w:color w:val="CC3399"/>
        </w:rPr>
        <w:t xml:space="preserve">raised </w:t>
      </w:r>
      <w:r>
        <w:rPr>
          <w:color w:val="000000"/>
        </w:rPr>
        <w:t xml:space="preserve">their </w:t>
      </w:r>
      <w:r>
        <w:rPr>
          <w:color w:val="00FFCC"/>
        </w:rPr>
        <w:t xml:space="preserve">voices </w:t>
      </w:r>
      <w:r>
        <w:rPr>
          <w:color w:val="00787F"/>
        </w:rPr>
        <w:t xml:space="preserve">timidly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promptly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silenced </w:t>
      </w: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  <w:r>
        <w:rPr>
          <w:color w:val="33CCFF"/>
        </w:rPr>
        <w:t xml:space="preserve">tremendous </w:t>
      </w:r>
      <w:r>
        <w:rPr>
          <w:color w:val="00FFCC"/>
        </w:rPr>
        <w:t xml:space="preserve">growling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33CCFF"/>
        </w:rPr>
        <w:t xml:space="preserve">usual </w:t>
      </w:r>
      <w:r>
        <w:rPr>
          <w:color w:val="000000"/>
        </w:rPr>
        <w:t xml:space="preserve">, the </w:t>
      </w:r>
      <w:r>
        <w:rPr>
          <w:color w:val="00FFCC"/>
        </w:rPr>
        <w:t xml:space="preserve">sheep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broke </w:t>
      </w:r>
      <w:r>
        <w:rPr>
          <w:color w:val="FF6600"/>
        </w:rPr>
        <w:t xml:space="preserve">into </w:t>
      </w:r>
      <w:r>
        <w:rPr>
          <w:color w:val="000000"/>
        </w:rPr>
        <w:t xml:space="preserve">`` Four </w:t>
      </w:r>
      <w:r>
        <w:rPr>
          <w:color w:val="00FFCC"/>
        </w:rPr>
        <w:t xml:space="preserve">legs </w:t>
      </w:r>
      <w:r>
        <w:rPr>
          <w:color w:val="33CCFF"/>
        </w:rPr>
        <w:t xml:space="preserve">good </w:t>
      </w:r>
      <w:r>
        <w:rPr>
          <w:color w:val="000000"/>
        </w:rPr>
        <w:t xml:space="preserve">, two </w:t>
      </w:r>
      <w:r>
        <w:rPr>
          <w:color w:val="00FFCC"/>
        </w:rPr>
        <w:t xml:space="preserve">legs </w:t>
      </w:r>
      <w:r>
        <w:rPr>
          <w:color w:val="33CCFF"/>
        </w:rPr>
        <w:t xml:space="preserve">bad </w:t>
      </w:r>
      <w:r>
        <w:rPr>
          <w:color w:val="000000"/>
        </w:rPr>
        <w:t xml:space="preserve">! ''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momentary </w:t>
      </w:r>
      <w:r>
        <w:rPr>
          <w:color w:val="00FFCC"/>
        </w:rPr>
        <w:t xml:space="preserve">awkwardness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smoothed </w:t>
      </w:r>
      <w:r>
        <w:rPr>
          <w:color w:val="FF6600"/>
        </w:rPr>
        <w:t xml:space="preserve">over </w:t>
      </w:r>
      <w:r>
        <w:rPr>
          <w:color w:val="000000"/>
        </w:rPr>
        <w:t xml:space="preserve">. </w:t>
      </w:r>
      <w:r>
        <w:rPr>
          <w:color w:val="00FFCC"/>
        </w:rPr>
        <w:t xml:space="preserve">Finally Napoleon </w:t>
      </w:r>
      <w:r>
        <w:rPr>
          <w:color w:val="CC3399"/>
        </w:rPr>
        <w:t xml:space="preserve">raised </w:t>
      </w:r>
      <w:r>
        <w:rPr>
          <w:color w:val="000000"/>
        </w:rPr>
        <w:t xml:space="preserve">his </w:t>
      </w:r>
      <w:r>
        <w:rPr>
          <w:color w:val="00FFCC"/>
        </w:rPr>
        <w:t xml:space="preserve">trotter </w:t>
      </w:r>
      <w:r>
        <w:rPr>
          <w:color w:val="FF6600"/>
        </w:rPr>
        <w:t xml:space="preserve">for </w:t>
      </w:r>
      <w:r>
        <w:rPr>
          <w:color w:val="00FFCC"/>
        </w:rPr>
        <w:t xml:space="preserve">silence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announced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had </w:t>
      </w:r>
      <w:r>
        <w:rPr>
          <w:color w:val="00787F"/>
        </w:rPr>
        <w:t xml:space="preserve">already </w:t>
      </w:r>
      <w:r>
        <w:rPr>
          <w:color w:val="CC3399"/>
        </w:rPr>
        <w:t xml:space="preserve">made </w:t>
      </w:r>
      <w:r>
        <w:rPr>
          <w:color w:val="000000"/>
        </w:rPr>
        <w:t xml:space="preserve">all the </w:t>
      </w:r>
      <w:r>
        <w:rPr>
          <w:color w:val="00FFCC"/>
        </w:rPr>
        <w:t xml:space="preserve">arrangements </w:t>
      </w:r>
      <w:r>
        <w:rPr>
          <w:color w:val="000000"/>
        </w:rPr>
        <w:t xml:space="preserve">. There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000000"/>
        </w:rPr>
        <w:t xml:space="preserve">no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need </w:t>
      </w:r>
      <w:r>
        <w:rPr>
          <w:color w:val="FF6600"/>
        </w:rPr>
        <w:t xml:space="preserve">for </w:t>
      </w:r>
      <w:r>
        <w:rPr>
          <w:color w:val="000000"/>
        </w:rPr>
        <w:t xml:space="preserve">any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to </w:t>
      </w:r>
      <w:r>
        <w:rPr>
          <w:color w:val="CC3399"/>
        </w:rPr>
        <w:t xml:space="preserve">come </w:t>
      </w:r>
      <w:r>
        <w:rPr>
          <w:color w:val="FF6600"/>
        </w:rPr>
        <w:t xml:space="preserve">in </w:t>
      </w:r>
      <w:r>
        <w:rPr>
          <w:color w:val="00FFCC"/>
        </w:rPr>
        <w:t xml:space="preserve">contact </w:t>
      </w:r>
      <w:r>
        <w:rPr>
          <w:color w:val="FF6600"/>
        </w:rPr>
        <w:t xml:space="preserve">with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000000"/>
        </w:rPr>
        <w:t xml:space="preserve">, which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would </w:t>
      </w:r>
      <w:r>
        <w:rPr>
          <w:color w:val="00787F"/>
        </w:rPr>
        <w:t xml:space="preserve">clearly </w:t>
      </w:r>
      <w:r>
        <w:rPr>
          <w:color w:val="CC3399"/>
        </w:rPr>
        <w:t xml:space="preserve">be </w:t>
      </w:r>
      <w:r>
        <w:rPr>
          <w:color w:val="00787F"/>
        </w:rPr>
        <w:t xml:space="preserve">most </w:t>
      </w:r>
      <w:r>
        <w:rPr>
          <w:color w:val="33CCFF"/>
        </w:rPr>
        <w:t xml:space="preserve">undesirable </w:t>
      </w:r>
      <w:r>
        <w:rPr>
          <w:color w:val="000000"/>
        </w:rPr>
        <w:t xml:space="preserve">. He </w:t>
      </w:r>
      <w:r>
        <w:rPr>
          <w:color w:val="CC3399"/>
        </w:rPr>
        <w:t xml:space="preserve">intended </w:t>
      </w:r>
      <w:r>
        <w:rPr>
          <w:color w:val="000000"/>
        </w:rPr>
        <w:t xml:space="preserve">to </w:t>
      </w:r>
      <w:r>
        <w:rPr>
          <w:color w:val="CC3399"/>
        </w:rPr>
        <w:t xml:space="preserve">take </w:t>
      </w:r>
      <w:r>
        <w:rPr>
          <w:color w:val="000000"/>
        </w:rPr>
        <w:t xml:space="preserve">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burden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upon </w:t>
      </w:r>
      <w:r>
        <w:rPr>
          <w:color w:val="000000"/>
        </w:rPr>
        <w:t xml:space="preserve">his </w:t>
      </w:r>
      <w:r>
        <w:rPr>
          <w:color w:val="33CCFF"/>
        </w:rPr>
        <w:t xml:space="preserve">own </w:t>
      </w:r>
      <w:r>
        <w:rPr>
          <w:color w:val="00FFCC"/>
        </w:rPr>
        <w:t xml:space="preserve">shoulders </w:t>
      </w:r>
      <w:r>
        <w:rPr>
          <w:color w:val="000000"/>
        </w:rPr>
        <w:t xml:space="preserve">. A </w:t>
      </w:r>
      <w:r>
        <w:rPr>
          <w:color w:val="00FFCC"/>
        </w:rPr>
        <w:t xml:space="preserve">Mr. Whymper </w:t>
      </w:r>
      <w:r>
        <w:rPr>
          <w:color w:val="000000"/>
        </w:rPr>
        <w:t xml:space="preserve">, a </w:t>
      </w:r>
      <w:r>
        <w:rPr>
          <w:color w:val="00FFCC"/>
        </w:rPr>
        <w:t xml:space="preserve">solicitor living </w:t>
      </w:r>
      <w:r>
        <w:rPr>
          <w:color w:val="FF6600"/>
        </w:rPr>
        <w:t xml:space="preserve">in </w:t>
      </w:r>
      <w:r>
        <w:rPr>
          <w:color w:val="00FFCC"/>
        </w:rPr>
        <w:t xml:space="preserve">Willingdon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agreed </w:t>
      </w:r>
      <w:r>
        <w:rPr>
          <w:color w:val="000000"/>
        </w:rPr>
        <w:t xml:space="preserve">to </w:t>
      </w:r>
      <w:r>
        <w:rPr>
          <w:color w:val="CC3399"/>
        </w:rPr>
        <w:t xml:space="preserve">act </w:t>
      </w:r>
      <w:r>
        <w:rPr>
          <w:color w:val="FF6600"/>
        </w:rPr>
        <w:t xml:space="preserve">as </w:t>
      </w:r>
      <w:r>
        <w:rPr>
          <w:color w:val="33CCFF"/>
        </w:rPr>
        <w:t xml:space="preserve">intermediary </w:t>
      </w:r>
      <w:r>
        <w:rPr>
          <w:color w:val="FF6600"/>
        </w:rPr>
        <w:t xml:space="preserve">between </w:t>
      </w:r>
      <w:r>
        <w:rPr>
          <w:color w:val="00FFCC"/>
        </w:rPr>
        <w:t xml:space="preserve">Animal Farm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outside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world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3E3E"/>
        </w:rPr>
        <w:t xml:space="preserve">would </w:t>
      </w:r>
      <w:r>
        <w:rPr>
          <w:color w:val="CC3399"/>
        </w:rPr>
        <w:t xml:space="preserve">visit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every </w:t>
      </w:r>
      <w:r>
        <w:rPr>
          <w:color w:val="00FFCC"/>
        </w:rPr>
        <w:t xml:space="preserve">Monday </w:t>
      </w:r>
      <w:r>
        <w:rPr>
          <w:color w:val="00FFCC"/>
        </w:rPr>
        <w:t xml:space="preserve">morning </w:t>
      </w:r>
      <w:r>
        <w:rPr>
          <w:color w:val="000000"/>
        </w:rPr>
        <w:t xml:space="preserve">to </w:t>
      </w:r>
      <w:r>
        <w:rPr>
          <w:color w:val="CC3399"/>
        </w:rPr>
        <w:t xml:space="preserve">receive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instructions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ended </w:t>
      </w:r>
      <w:r>
        <w:rPr>
          <w:color w:val="000000"/>
        </w:rPr>
        <w:t xml:space="preserve">his </w:t>
      </w:r>
      <w:r>
        <w:rPr>
          <w:color w:val="00FFCC"/>
        </w:rPr>
        <w:t xml:space="preserve">speech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33CCFF"/>
        </w:rPr>
        <w:t xml:space="preserve">usual </w:t>
      </w:r>
      <w:r>
        <w:rPr>
          <w:color w:val="00FFCC"/>
        </w:rPr>
        <w:t xml:space="preserve">cry </w:t>
      </w:r>
      <w:r>
        <w:rPr>
          <w:color w:val="FF6600"/>
        </w:rPr>
        <w:t xml:space="preserve">of </w:t>
      </w:r>
      <w:r>
        <w:rPr>
          <w:color w:val="000000"/>
        </w:rPr>
        <w:t xml:space="preserve">`` </w:t>
      </w:r>
      <w:r>
        <w:rPr>
          <w:color w:val="00FFCC"/>
        </w:rPr>
        <w:t xml:space="preserve">Long live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Animal </w:t>
      </w:r>
      <w:r>
        <w:rPr>
          <w:color w:val="00FFCC"/>
        </w:rPr>
        <w:t xml:space="preserve">Farm </w:t>
      </w:r>
      <w:r>
        <w:rPr>
          <w:color w:val="000000"/>
        </w:rPr>
        <w:t xml:space="preserve">! '' </w:t>
      </w:r>
      <w:r>
        <w:rPr>
          <w:color w:val="FF0066"/>
        </w:rPr>
        <w:t xml:space="preserve">and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 </w:t>
      </w:r>
      <w:r>
        <w:rPr>
          <w:color w:val="00FFCC"/>
        </w:rPr>
        <w:t xml:space="preserve">singing </w:t>
      </w:r>
      <w:r>
        <w:rPr>
          <w:color w:val="FF6600"/>
        </w:rPr>
        <w:t xml:space="preserve">of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dismissed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Afterwards Squealer </w:t>
      </w:r>
      <w:r>
        <w:rPr>
          <w:color w:val="CC3399"/>
        </w:rPr>
        <w:t xml:space="preserve">made </w:t>
      </w:r>
      <w:r>
        <w:rPr>
          <w:color w:val="000000"/>
        </w:rPr>
        <w:t xml:space="preserve">a </w:t>
      </w:r>
      <w:r>
        <w:rPr>
          <w:color w:val="00FFCC"/>
        </w:rPr>
        <w:t xml:space="preserve">round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FF0066"/>
        </w:rPr>
        <w:t xml:space="preserve">and </w:t>
      </w:r>
      <w:r>
        <w:rPr>
          <w:color w:val="CC3399"/>
        </w:rPr>
        <w:t xml:space="preserve">set </w:t>
      </w:r>
      <w:r>
        <w:rPr>
          <w:color w:val="000000"/>
        </w:rPr>
        <w:t xml:space="preserve">the </w:t>
      </w:r>
      <w:r>
        <w:rPr>
          <w:color w:val="00FFCC"/>
        </w:rPr>
        <w:t>ani</w:t>
      </w:r>
      <w:r>
        <w:rPr>
          <w:color w:val="00FFCC"/>
        </w:rPr>
        <w:t xml:space="preserve">mals </w:t>
      </w:r>
      <w:r>
        <w:rPr>
          <w:color w:val="000000"/>
        </w:rPr>
        <w:t xml:space="preserve">' </w:t>
      </w:r>
      <w:r>
        <w:rPr>
          <w:color w:val="00FFCC"/>
        </w:rPr>
        <w:t xml:space="preserve">minds </w:t>
      </w:r>
      <w:r>
        <w:rPr>
          <w:color w:val="FF6600"/>
        </w:rPr>
        <w:t xml:space="preserve">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rest </w:t>
      </w:r>
      <w:r>
        <w:rPr>
          <w:color w:val="000000"/>
        </w:rPr>
        <w:t xml:space="preserve">. He </w:t>
      </w:r>
      <w:r>
        <w:rPr>
          <w:color w:val="CC3399"/>
        </w:rPr>
        <w:t xml:space="preserve">assured </w:t>
      </w:r>
      <w:r>
        <w:rPr>
          <w:color w:val="000000"/>
        </w:rPr>
        <w:t xml:space="preserve">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resolution </w:t>
      </w:r>
      <w:r>
        <w:rPr>
          <w:color w:val="FF6600"/>
        </w:rPr>
        <w:t xml:space="preserve">against </w:t>
      </w:r>
      <w:r>
        <w:rPr>
          <w:color w:val="CC3399"/>
        </w:rPr>
        <w:t xml:space="preserve">engaging </w:t>
      </w:r>
      <w:r>
        <w:rPr>
          <w:color w:val="FF6600"/>
        </w:rPr>
        <w:t xml:space="preserve">in </w:t>
      </w:r>
      <w:r>
        <w:rPr>
          <w:color w:val="00FFCC"/>
        </w:rPr>
        <w:t xml:space="preserve">trade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using </w:t>
      </w:r>
      <w:r>
        <w:rPr>
          <w:color w:val="00FFCC"/>
        </w:rPr>
        <w:t xml:space="preserve">money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CC3399"/>
        </w:rPr>
        <w:t xml:space="preserve">been passed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00787F"/>
        </w:rPr>
        <w:t xml:space="preserve">even </w:t>
      </w:r>
      <w:r>
        <w:rPr>
          <w:color w:val="CC3399"/>
        </w:rPr>
        <w:t xml:space="preserve">suggested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FFCC"/>
        </w:rPr>
        <w:t xml:space="preserve">pure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imagination </w:t>
      </w:r>
      <w:r>
        <w:rPr>
          <w:color w:val="000000"/>
        </w:rPr>
        <w:t xml:space="preserve">, </w:t>
      </w:r>
      <w:r>
        <w:rPr>
          <w:color w:val="00787F"/>
        </w:rPr>
        <w:t xml:space="preserve">probably </w:t>
      </w:r>
      <w:r>
        <w:rPr>
          <w:color w:val="33CCFF"/>
        </w:rPr>
        <w:t xml:space="preserve">traceable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beginning </w:t>
      </w:r>
      <w:r>
        <w:rPr>
          <w:color w:val="000000"/>
        </w:rPr>
        <w:t xml:space="preserve">to </w:t>
      </w:r>
      <w:r>
        <w:rPr>
          <w:color w:val="00FFCC"/>
        </w:rPr>
        <w:t xml:space="preserve">lies </w:t>
      </w:r>
      <w:r>
        <w:rPr>
          <w:color w:val="CC3399"/>
        </w:rPr>
        <w:t xml:space="preserve">circulated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000000"/>
        </w:rPr>
        <w:t xml:space="preserve">. </w:t>
      </w:r>
      <w:r>
        <w:rPr>
          <w:color w:val="00FFCC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animals </w:t>
      </w:r>
      <w:r>
        <w:rPr>
          <w:color w:val="00787F"/>
        </w:rPr>
        <w:t xml:space="preserve">still </w:t>
      </w:r>
      <w:r>
        <w:rPr>
          <w:color w:val="CC3399"/>
        </w:rPr>
        <w:t xml:space="preserve">felt </w:t>
      </w:r>
      <w:r>
        <w:rPr>
          <w:color w:val="00787F"/>
        </w:rPr>
        <w:t xml:space="preserve">faintly </w:t>
      </w:r>
      <w:r>
        <w:rPr>
          <w:color w:val="33CCFF"/>
        </w:rPr>
        <w:t xml:space="preserve">doubtful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asked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</w:t>
      </w:r>
      <w:r>
        <w:rPr>
          <w:color w:val="00787F"/>
        </w:rPr>
        <w:t xml:space="preserve">shrewdly </w:t>
      </w:r>
      <w:r>
        <w:rPr>
          <w:color w:val="000000"/>
        </w:rPr>
        <w:t xml:space="preserve">, `` </w:t>
      </w:r>
      <w:r>
        <w:rPr>
          <w:color w:val="CC3399"/>
        </w:rPr>
        <w:t xml:space="preserve">Are </w:t>
      </w:r>
      <w:r>
        <w:rPr>
          <w:color w:val="000000"/>
        </w:rPr>
        <w:t xml:space="preserve">you </w:t>
      </w:r>
      <w:r>
        <w:rPr>
          <w:color w:val="33CCFF"/>
        </w:rPr>
        <w:t xml:space="preserve">certain </w:t>
      </w:r>
      <w:r>
        <w:rPr>
          <w:color w:val="FF6600"/>
        </w:rPr>
        <w:t xml:space="preserve">that </w:t>
      </w:r>
      <w:r>
        <w:rPr>
          <w:color w:val="000000"/>
        </w:rPr>
        <w:t xml:space="preserve">this </w:t>
      </w:r>
      <w:r>
        <w:rPr>
          <w:color w:val="CC3399"/>
        </w:rPr>
        <w:t xml:space="preserve">is </w:t>
      </w:r>
      <w:r>
        <w:rPr>
          <w:color w:val="00787F"/>
        </w:rPr>
        <w:t xml:space="preserve">not </w:t>
      </w:r>
      <w:r>
        <w:rPr>
          <w:color w:val="00FFCC"/>
        </w:rPr>
        <w:t xml:space="preserve">something </w:t>
      </w:r>
      <w:r>
        <w:rPr>
          <w:color w:val="FF6600"/>
        </w:rPr>
        <w:t xml:space="preserve">that </w:t>
      </w:r>
      <w:r>
        <w:rPr>
          <w:color w:val="000000"/>
        </w:rPr>
        <w:t xml:space="preserve">you </w:t>
      </w:r>
      <w:r>
        <w:rPr>
          <w:color w:val="CC3399"/>
        </w:rPr>
        <w:t xml:space="preserve">have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dreamed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? </w:t>
      </w:r>
      <w:r>
        <w:rPr>
          <w:color w:val="CC3399"/>
        </w:rPr>
        <w:t xml:space="preserve">Have </w:t>
      </w:r>
      <w:r>
        <w:rPr>
          <w:color w:val="000000"/>
        </w:rPr>
        <w:t xml:space="preserve">you any </w:t>
      </w:r>
      <w:r>
        <w:rPr>
          <w:color w:val="00FFCC"/>
        </w:rPr>
        <w:t xml:space="preserve">record </w:t>
      </w:r>
      <w:r>
        <w:rPr>
          <w:color w:val="FF6600"/>
        </w:rPr>
        <w:t xml:space="preserve">of </w:t>
      </w:r>
      <w:r>
        <w:rPr>
          <w:color w:val="000000"/>
        </w:rPr>
        <w:t xml:space="preserve">such a </w:t>
      </w:r>
      <w:r>
        <w:rPr>
          <w:color w:val="00FFCC"/>
        </w:rPr>
        <w:t xml:space="preserve">resolution </w:t>
      </w:r>
      <w:r>
        <w:rPr>
          <w:color w:val="000000"/>
        </w:rPr>
        <w:t xml:space="preserve">? </w:t>
      </w:r>
      <w:r>
        <w:rPr>
          <w:color w:val="CC3399"/>
        </w:rPr>
        <w:t xml:space="preserve">Is </w:t>
      </w:r>
      <w:r>
        <w:rPr>
          <w:color w:val="000000"/>
        </w:rPr>
        <w:t xml:space="preserve">it </w:t>
      </w:r>
      <w:r>
        <w:rPr>
          <w:color w:val="CC3399"/>
        </w:rPr>
        <w:t xml:space="preserve">written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down anywhere </w:t>
      </w:r>
      <w:r>
        <w:rPr>
          <w:color w:val="000000"/>
        </w:rPr>
        <w:t xml:space="preserve">? '' </w:t>
      </w:r>
      <w:r>
        <w:rPr>
          <w:color w:val="FF0066"/>
        </w:rPr>
        <w:t xml:space="preserve">And </w:t>
      </w:r>
      <w:r>
        <w:rPr>
          <w:color w:val="FF6600"/>
        </w:rPr>
        <w:t xml:space="preserve">since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787F"/>
        </w:rPr>
        <w:t>certai</w:t>
      </w:r>
      <w:r>
        <w:rPr>
          <w:color w:val="00787F"/>
        </w:rPr>
        <w:t xml:space="preserve">nly </w:t>
      </w:r>
      <w:r>
        <w:rPr>
          <w:color w:val="33CCFF"/>
        </w:rPr>
        <w:t xml:space="preserve">true </w:t>
      </w:r>
      <w:r>
        <w:rPr>
          <w:color w:val="FF6600"/>
        </w:rPr>
        <w:t xml:space="preserve">that </w:t>
      </w:r>
      <w:r>
        <w:rPr>
          <w:color w:val="00FFCC"/>
        </w:rPr>
        <w:t xml:space="preserve">nothing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kind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existed </w:t>
      </w:r>
      <w:r>
        <w:rPr>
          <w:color w:val="FF6600"/>
        </w:rPr>
        <w:t xml:space="preserve">in </w:t>
      </w:r>
      <w:r>
        <w:rPr>
          <w:color w:val="00FFCC"/>
        </w:rPr>
        <w:t xml:space="preserve">writing </w:t>
      </w:r>
      <w:r>
        <w:rPr>
          <w:color w:val="000000"/>
        </w:rPr>
        <w:t xml:space="preserve">,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satisfied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been mistaken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Every </w:t>
      </w:r>
      <w:r>
        <w:rPr>
          <w:color w:val="00FFCC"/>
        </w:rPr>
        <w:t xml:space="preserve">Monday Mr. Whymper </w:t>
      </w:r>
      <w:r>
        <w:rPr>
          <w:color w:val="CC3399"/>
        </w:rPr>
        <w:t xml:space="preserve">visited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FF6600"/>
        </w:rPr>
        <w:t xml:space="preserve">as </w:t>
      </w:r>
      <w:r>
        <w:rPr>
          <w:color w:val="CC3399"/>
        </w:rPr>
        <w:t xml:space="preserve">had been arranged </w:t>
      </w:r>
      <w:r>
        <w:rPr>
          <w:color w:val="000000"/>
        </w:rPr>
        <w:t xml:space="preserve">. He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sly-looking little </w:t>
      </w:r>
      <w:r>
        <w:rPr>
          <w:color w:val="00FFCC"/>
        </w:rPr>
        <w:t xml:space="preserve">man </w:t>
      </w:r>
      <w:r>
        <w:rPr>
          <w:color w:val="FF6600"/>
        </w:rPr>
        <w:t xml:space="preserve">with </w:t>
      </w:r>
      <w:r>
        <w:rPr>
          <w:color w:val="33CCFF"/>
        </w:rPr>
        <w:t xml:space="preserve">side </w:t>
      </w:r>
      <w:r>
        <w:rPr>
          <w:color w:val="00FFCC"/>
        </w:rPr>
        <w:t xml:space="preserve">whiskers </w:t>
      </w:r>
      <w:r>
        <w:rPr>
          <w:color w:val="000000"/>
        </w:rPr>
        <w:t xml:space="preserve">, a </w:t>
      </w:r>
      <w:r>
        <w:rPr>
          <w:color w:val="00FFCC"/>
        </w:rPr>
        <w:t xml:space="preserve">solicitor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787F"/>
        </w:rPr>
        <w:t xml:space="preserve">very </w:t>
      </w:r>
      <w:r>
        <w:rPr>
          <w:color w:val="33CCFF"/>
        </w:rPr>
        <w:t xml:space="preserve">small </w:t>
      </w:r>
      <w:r>
        <w:rPr>
          <w:color w:val="00FFCC"/>
        </w:rPr>
        <w:t xml:space="preserve">way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business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33CCFF"/>
        </w:rPr>
        <w:t xml:space="preserve">sharp </w:t>
      </w:r>
      <w:r>
        <w:rPr>
          <w:color w:val="00787F"/>
        </w:rPr>
        <w:t xml:space="preserve">enough </w:t>
      </w:r>
      <w:r>
        <w:rPr>
          <w:color w:val="000000"/>
        </w:rPr>
        <w:t xml:space="preserve">to </w:t>
      </w:r>
      <w:r>
        <w:rPr>
          <w:color w:val="CC3399"/>
        </w:rPr>
        <w:t xml:space="preserve">have realised </w:t>
      </w:r>
      <w:r>
        <w:rPr>
          <w:color w:val="33CCFF"/>
        </w:rPr>
        <w:t xml:space="preserve">earlier </w:t>
      </w:r>
      <w:r>
        <w:rPr>
          <w:color w:val="FF6600"/>
        </w:rPr>
        <w:t xml:space="preserve">than </w:t>
      </w:r>
      <w:r>
        <w:rPr>
          <w:color w:val="00FFCC"/>
        </w:rPr>
        <w:t xml:space="preserve">anyone </w:t>
      </w:r>
      <w:r>
        <w:rPr>
          <w:color w:val="00787F"/>
        </w:rPr>
        <w:t xml:space="preserve">else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FFCC"/>
        </w:rPr>
        <w:t xml:space="preserve">Animal Farm </w:t>
      </w:r>
      <w:r>
        <w:rPr>
          <w:color w:val="003E3E"/>
        </w:rPr>
        <w:t xml:space="preserve">would </w:t>
      </w:r>
      <w:r>
        <w:rPr>
          <w:color w:val="CC3399"/>
        </w:rPr>
        <w:t xml:space="preserve">need </w:t>
      </w:r>
      <w:r>
        <w:rPr>
          <w:color w:val="000000"/>
        </w:rPr>
        <w:t xml:space="preserve">a </w:t>
      </w:r>
      <w:r>
        <w:rPr>
          <w:color w:val="00FFCC"/>
        </w:rPr>
        <w:t xml:space="preserve">broker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commissions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worth </w:t>
      </w:r>
      <w:r>
        <w:rPr>
          <w:color w:val="CC3399"/>
        </w:rPr>
        <w:t xml:space="preserve">having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watched </w:t>
      </w:r>
      <w:r>
        <w:rPr>
          <w:color w:val="000000"/>
        </w:rPr>
        <w:t xml:space="preserve">his </w:t>
      </w:r>
      <w:r>
        <w:rPr>
          <w:color w:val="CC3399"/>
        </w:rPr>
        <w:t xml:space="preserve">coming </w:t>
      </w:r>
      <w:r>
        <w:rPr>
          <w:color w:val="FF0066"/>
        </w:rPr>
        <w:t xml:space="preserve">and </w:t>
      </w:r>
      <w:r>
        <w:rPr>
          <w:color w:val="CC3399"/>
        </w:rPr>
        <w:t xml:space="preserve">going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kind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dread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avoided </w:t>
      </w:r>
      <w:r>
        <w:rPr>
          <w:color w:val="000000"/>
        </w:rPr>
        <w:t xml:space="preserve">him </w:t>
      </w:r>
      <w:r>
        <w:rPr>
          <w:color w:val="FF6600"/>
        </w:rPr>
        <w:t xml:space="preserve">as </w:t>
      </w:r>
      <w:r>
        <w:rPr>
          <w:color w:val="00787F"/>
        </w:rPr>
        <w:t xml:space="preserve">much </w:t>
      </w:r>
      <w:r>
        <w:rPr>
          <w:color w:val="FF6600"/>
        </w:rPr>
        <w:t xml:space="preserve">as </w:t>
      </w:r>
      <w:r>
        <w:rPr>
          <w:color w:val="33CCFF"/>
        </w:rPr>
        <w:t xml:space="preserve">possible </w:t>
      </w:r>
      <w:r>
        <w:rPr>
          <w:color w:val="000000"/>
        </w:rPr>
        <w:t xml:space="preserve">. </w:t>
      </w:r>
      <w:r>
        <w:rPr>
          <w:color w:val="00787F"/>
        </w:rPr>
        <w:t xml:space="preserve">Nevertheless </w:t>
      </w:r>
      <w:r>
        <w:rPr>
          <w:color w:val="000000"/>
        </w:rPr>
        <w:t xml:space="preserve">, the </w:t>
      </w:r>
      <w:r>
        <w:rPr>
          <w:color w:val="00FFCC"/>
        </w:rPr>
        <w:t xml:space="preserve">sight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  <w:r>
        <w:rPr>
          <w:color w:val="FF6600"/>
        </w:rPr>
        <w:t xml:space="preserve">on </w:t>
      </w:r>
      <w:r>
        <w:rPr>
          <w:color w:val="000000"/>
        </w:rPr>
        <w:t xml:space="preserve">all </w:t>
      </w:r>
      <w:r>
        <w:rPr>
          <w:color w:val="00FFCC"/>
        </w:rPr>
        <w:t xml:space="preserve">fours </w:t>
      </w:r>
      <w:r>
        <w:rPr>
          <w:color w:val="000000"/>
        </w:rPr>
        <w:t xml:space="preserve">, </w:t>
      </w:r>
      <w:r>
        <w:rPr>
          <w:color w:val="CC3399"/>
        </w:rPr>
        <w:t xml:space="preserve">delivering </w:t>
      </w:r>
      <w:r>
        <w:rPr>
          <w:color w:val="00FFCC"/>
        </w:rPr>
        <w:t xml:space="preserve">orders </w:t>
      </w:r>
      <w:r>
        <w:rPr>
          <w:color w:val="000000"/>
        </w:rPr>
        <w:t xml:space="preserve">to </w:t>
      </w:r>
      <w:r>
        <w:rPr>
          <w:color w:val="00FFCC"/>
        </w:rPr>
        <w:t xml:space="preserve">Whymper </w:t>
      </w:r>
      <w:r>
        <w:rPr>
          <w:color w:val="000000"/>
        </w:rPr>
        <w:t xml:space="preserve">, who </w:t>
      </w:r>
      <w:r>
        <w:rPr>
          <w:color w:val="CC3399"/>
        </w:rPr>
        <w:t xml:space="preserve">stood </w:t>
      </w:r>
      <w:r>
        <w:rPr>
          <w:color w:val="FF6600"/>
        </w:rPr>
        <w:t xml:space="preserve">on </w:t>
      </w:r>
      <w:r>
        <w:rPr>
          <w:color w:val="000000"/>
        </w:rPr>
        <w:t xml:space="preserve">two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legs </w:t>
      </w:r>
      <w:r>
        <w:rPr>
          <w:color w:val="000000"/>
        </w:rPr>
        <w:t xml:space="preserve">, </w:t>
      </w:r>
      <w:r>
        <w:rPr>
          <w:color w:val="CC3399"/>
        </w:rPr>
        <w:t xml:space="preserve">roused </w:t>
      </w:r>
      <w:r>
        <w:rPr>
          <w:color w:val="000000"/>
        </w:rPr>
        <w:t xml:space="preserve">their </w:t>
      </w:r>
      <w:r>
        <w:rPr>
          <w:color w:val="00FFCC"/>
        </w:rPr>
        <w:t xml:space="preserve">pride </w:t>
      </w:r>
      <w:r>
        <w:rPr>
          <w:color w:val="FF0066"/>
        </w:rPr>
        <w:t xml:space="preserve">and </w:t>
      </w:r>
      <w:r>
        <w:rPr>
          <w:color w:val="00787F"/>
        </w:rPr>
        <w:t xml:space="preserve">partly </w:t>
      </w:r>
      <w:r>
        <w:rPr>
          <w:color w:val="CC3399"/>
        </w:rPr>
        <w:t xml:space="preserve">reconciled </w:t>
      </w:r>
      <w:r>
        <w:rPr>
          <w:color w:val="000000"/>
        </w:rPr>
        <w:t xml:space="preserve">them to the </w:t>
      </w:r>
      <w:r>
        <w:rPr>
          <w:color w:val="33CCFF"/>
        </w:rPr>
        <w:t xml:space="preserve">new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arrangement </w:t>
      </w:r>
      <w:r>
        <w:rPr>
          <w:color w:val="000000"/>
        </w:rPr>
        <w:t xml:space="preserve">. Their </w:t>
      </w:r>
      <w:r>
        <w:rPr>
          <w:color w:val="00FFCC"/>
        </w:rPr>
        <w:t xml:space="preserve">relations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race </w:t>
      </w:r>
      <w:r>
        <w:rPr>
          <w:color w:val="CC3399"/>
        </w:rPr>
        <w:t xml:space="preserve">were </w:t>
      </w:r>
      <w:r>
        <w:rPr>
          <w:color w:val="00787F"/>
        </w:rPr>
        <w:t xml:space="preserve">now not </w:t>
      </w:r>
      <w:r>
        <w:rPr>
          <w:color w:val="00787F"/>
        </w:rPr>
        <w:t xml:space="preserve">quite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same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been </w:t>
      </w:r>
      <w:r>
        <w:rPr>
          <w:color w:val="00787F"/>
        </w:rPr>
        <w:t xml:space="preserve">before </w:t>
      </w:r>
      <w:r>
        <w:rPr>
          <w:color w:val="000000"/>
        </w:rPr>
        <w:t xml:space="preserve">. 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hate </w:t>
      </w:r>
      <w:r>
        <w:rPr>
          <w:color w:val="00FFCC"/>
        </w:rPr>
        <w:t xml:space="preserve">Animal Farm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any </w:t>
      </w:r>
      <w:r>
        <w:rPr>
          <w:color w:val="33CCFF"/>
        </w:rPr>
        <w:t xml:space="preserve">less </w:t>
      </w:r>
      <w:r>
        <w:rPr>
          <w:color w:val="00787F"/>
        </w:rPr>
        <w:t xml:space="preserve">now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CC3399"/>
        </w:rPr>
        <w:t xml:space="preserve">was prospering </w:t>
      </w:r>
      <w:r>
        <w:rPr>
          <w:color w:val="000000"/>
        </w:rPr>
        <w:t xml:space="preserve">; </w:t>
      </w:r>
      <w:r>
        <w:rPr>
          <w:color w:val="00787F"/>
        </w:rPr>
        <w:t xml:space="preserve">indeed </w:t>
      </w:r>
      <w:r>
        <w:rPr>
          <w:color w:val="000000"/>
        </w:rPr>
        <w:t xml:space="preserve">, they </w:t>
      </w:r>
      <w:r>
        <w:rPr>
          <w:color w:val="CC3399"/>
        </w:rPr>
        <w:t xml:space="preserve">hated </w:t>
      </w:r>
      <w:r>
        <w:rPr>
          <w:color w:val="000000"/>
        </w:rPr>
        <w:t xml:space="preserve">it </w:t>
      </w:r>
      <w:r>
        <w:rPr>
          <w:color w:val="00787F"/>
        </w:rPr>
        <w:t xml:space="preserve">more </w:t>
      </w:r>
      <w:r>
        <w:rPr>
          <w:color w:val="FF6600"/>
        </w:rPr>
        <w:t xml:space="preserve">than </w:t>
      </w:r>
      <w:r>
        <w:rPr>
          <w:color w:val="00787F"/>
        </w:rPr>
        <w:t xml:space="preserve">ever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Every </w:t>
      </w:r>
      <w:r>
        <w:rPr>
          <w:color w:val="33CCFF"/>
        </w:rPr>
        <w:t xml:space="preserve">human </w:t>
      </w:r>
      <w:r>
        <w:rPr>
          <w:color w:val="CC3399"/>
        </w:rPr>
        <w:t xml:space="preserve">being held </w:t>
      </w:r>
      <w:r>
        <w:rPr>
          <w:color w:val="000000"/>
        </w:rPr>
        <w:t xml:space="preserve">it </w:t>
      </w:r>
      <w:r>
        <w:rPr>
          <w:color w:val="FF6600"/>
        </w:rPr>
        <w:t xml:space="preserve">as </w:t>
      </w:r>
      <w:r>
        <w:rPr>
          <w:color w:val="000000"/>
        </w:rPr>
        <w:t xml:space="preserve">an </w:t>
      </w:r>
      <w:r>
        <w:rPr>
          <w:color w:val="00FFCC"/>
        </w:rPr>
        <w:t xml:space="preserve">article </w:t>
      </w:r>
      <w:r>
        <w:rPr>
          <w:color w:val="FF6600"/>
        </w:rPr>
        <w:t xml:space="preserve">of </w:t>
      </w:r>
      <w:r>
        <w:rPr>
          <w:color w:val="00FFCC"/>
        </w:rPr>
        <w:t xml:space="preserve">faith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3E3E"/>
        </w:rPr>
        <w:t xml:space="preserve">would </w:t>
      </w:r>
      <w:r>
        <w:rPr>
          <w:color w:val="CC3399"/>
        </w:rPr>
        <w:t xml:space="preserve">go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bankrupt </w:t>
      </w:r>
      <w:r>
        <w:rPr>
          <w:color w:val="00FFCC"/>
        </w:rPr>
        <w:t xml:space="preserve">sooner </w:t>
      </w:r>
      <w:r>
        <w:rPr>
          <w:color w:val="FF0066"/>
        </w:rPr>
        <w:t xml:space="preserve">or </w:t>
      </w:r>
      <w:r>
        <w:rPr>
          <w:color w:val="00787F"/>
        </w:rPr>
        <w:t xml:space="preserve">later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, </w:t>
      </w:r>
      <w:r>
        <w:rPr>
          <w:color w:val="FF6600"/>
        </w:rPr>
        <w:t xml:space="preserve">above </w:t>
      </w:r>
      <w:r>
        <w:rPr>
          <w:color w:val="000000"/>
        </w:rPr>
        <w:t xml:space="preserve">all ,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failure </w:t>
      </w:r>
      <w:r>
        <w:rPr>
          <w:color w:val="000000"/>
        </w:rPr>
        <w:t xml:space="preserve">. They </w:t>
      </w:r>
      <w:r>
        <w:rPr>
          <w:color w:val="003E3E"/>
        </w:rPr>
        <w:t xml:space="preserve">would </w:t>
      </w:r>
      <w:r>
        <w:rPr>
          <w:color w:val="CC3399"/>
        </w:rPr>
        <w:t xml:space="preserve">meet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public-houses </w:t>
      </w:r>
      <w:r>
        <w:rPr>
          <w:color w:val="FF0066"/>
        </w:rPr>
        <w:t xml:space="preserve">and </w:t>
      </w:r>
      <w:r>
        <w:rPr>
          <w:color w:val="CC3399"/>
        </w:rPr>
        <w:t xml:space="preserve">prove </w:t>
      </w:r>
      <w:r>
        <w:rPr>
          <w:color w:val="000000"/>
        </w:rPr>
        <w:t xml:space="preserve">to one another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means </w:t>
      </w:r>
      <w:r>
        <w:rPr>
          <w:color w:val="FF6600"/>
        </w:rPr>
        <w:t xml:space="preserve">of </w:t>
      </w:r>
      <w:r>
        <w:rPr>
          <w:color w:val="00FFCC"/>
        </w:rPr>
        <w:t xml:space="preserve">diagrams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was bound </w:t>
      </w:r>
      <w:r>
        <w:rPr>
          <w:color w:val="000000"/>
        </w:rPr>
        <w:t xml:space="preserve">to </w:t>
      </w:r>
      <w:r>
        <w:rPr>
          <w:color w:val="CC3399"/>
        </w:rPr>
        <w:t xml:space="preserve">fall </w:t>
      </w:r>
      <w:r>
        <w:rPr>
          <w:color w:val="000000"/>
        </w:rPr>
        <w:t xml:space="preserve">down , </w:t>
      </w:r>
      <w:r>
        <w:rPr>
          <w:color w:val="FF0066"/>
        </w:rPr>
        <w:t xml:space="preserve">or </w:t>
      </w:r>
      <w:r>
        <w:rPr>
          <w:color w:val="FF6600"/>
        </w:rPr>
        <w:t xml:space="preserve">that if </w:t>
      </w:r>
      <w:r>
        <w:rPr>
          <w:color w:val="000000"/>
        </w:rPr>
        <w:t xml:space="preserve">it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did stand </w:t>
      </w:r>
      <w:r>
        <w:rPr>
          <w:color w:val="000000"/>
        </w:rPr>
        <w:t xml:space="preserve">up , </w:t>
      </w:r>
      <w:r>
        <w:rPr>
          <w:color w:val="00787F"/>
        </w:rPr>
        <w:t xml:space="preserve">then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003E3E"/>
        </w:rPr>
        <w:t xml:space="preserve">would </w:t>
      </w:r>
      <w:r>
        <w:rPr>
          <w:color w:val="00787F"/>
        </w:rPr>
        <w:t xml:space="preserve">never </w:t>
      </w:r>
      <w:r>
        <w:rPr>
          <w:color w:val="CC3399"/>
        </w:rPr>
        <w:t xml:space="preserve">work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787F"/>
        </w:rPr>
        <w:t xml:space="preserve">yet </w:t>
      </w:r>
      <w:r>
        <w:rPr>
          <w:color w:val="000000"/>
        </w:rPr>
        <w:t xml:space="preserve">, </w:t>
      </w:r>
      <w:r>
        <w:rPr>
          <w:color w:val="FF6600"/>
        </w:rPr>
        <w:t xml:space="preserve">against </w:t>
      </w:r>
      <w:r>
        <w:rPr>
          <w:color w:val="000000"/>
        </w:rPr>
        <w:t xml:space="preserve">their </w:t>
      </w:r>
      <w:r>
        <w:rPr>
          <w:color w:val="003E3E"/>
        </w:rPr>
        <w:t xml:space="preserve">will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had developed </w:t>
      </w:r>
      <w:r>
        <w:rPr>
          <w:color w:val="000000"/>
        </w:rPr>
        <w:t xml:space="preserve">a </w:t>
      </w:r>
      <w:r>
        <w:rPr>
          <w:color w:val="33CCFF"/>
        </w:rPr>
        <w:t xml:space="preserve">certain </w:t>
      </w:r>
      <w:r>
        <w:rPr>
          <w:color w:val="00FFCC"/>
        </w:rPr>
        <w:t xml:space="preserve">respect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efficiency </w:t>
      </w:r>
      <w:r>
        <w:rPr>
          <w:color w:val="FF6600"/>
        </w:rPr>
        <w:t xml:space="preserve">with </w:t>
      </w:r>
      <w:r>
        <w:rPr>
          <w:color w:val="000000"/>
        </w:rPr>
        <w:t xml:space="preserve">which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were managing </w:t>
      </w: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FFCC"/>
        </w:rPr>
        <w:t xml:space="preserve">affairs </w:t>
      </w:r>
      <w:r>
        <w:rPr>
          <w:color w:val="000000"/>
        </w:rPr>
        <w:t xml:space="preserve">. One </w:t>
      </w:r>
      <w:r>
        <w:rPr>
          <w:color w:val="00FFCC"/>
        </w:rPr>
        <w:t xml:space="preserve">symptom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CC3399"/>
        </w:rPr>
        <w:t xml:space="preserve">was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begun </w:t>
      </w:r>
      <w:r>
        <w:rPr>
          <w:color w:val="000000"/>
        </w:rPr>
        <w:t xml:space="preserve">to </w:t>
      </w:r>
      <w:r>
        <w:rPr>
          <w:color w:val="CC3399"/>
        </w:rPr>
        <w:t xml:space="preserve">call </w:t>
      </w:r>
      <w:r>
        <w:rPr>
          <w:color w:val="00FFCC"/>
        </w:rPr>
        <w:t xml:space="preserve">Animal Farm </w:t>
      </w:r>
      <w:r>
        <w:rPr>
          <w:color w:val="FF6600"/>
        </w:rPr>
        <w:t xml:space="preserve">by </w:t>
      </w:r>
      <w:r>
        <w:rPr>
          <w:color w:val="000000"/>
        </w:rPr>
        <w:t xml:space="preserve">its </w:t>
      </w:r>
      <w:r>
        <w:rPr>
          <w:color w:val="33CCFF"/>
        </w:rPr>
        <w:t xml:space="preserve">proper </w:t>
      </w:r>
      <w:r>
        <w:rPr>
          <w:color w:val="00FFCC"/>
        </w:rPr>
        <w:t xml:space="preserve">name </w:t>
      </w:r>
      <w:r>
        <w:rPr>
          <w:color w:val="FF0066"/>
        </w:rPr>
        <w:t xml:space="preserve">and </w:t>
      </w:r>
      <w:r>
        <w:rPr>
          <w:color w:val="CC3399"/>
        </w:rPr>
        <w:t xml:space="preserve">ceased </w:t>
      </w:r>
      <w:r>
        <w:rPr>
          <w:color w:val="000000"/>
        </w:rPr>
        <w:t xml:space="preserve">to </w:t>
      </w:r>
      <w:r>
        <w:rPr>
          <w:color w:val="CC3399"/>
        </w:rPr>
        <w:t xml:space="preserve">pretend </w:t>
      </w:r>
    </w:p>
    <w:p w:rsidR="00D83EF7" w:rsidRDefault="00CA4524" w:rsidP="00CA4524">
      <w:pPr>
        <w:spacing w:after="0"/>
      </w:pPr>
      <w:r>
        <w:rPr>
          <w:color w:val="FF6600"/>
        </w:rPr>
        <w:t>tha</w:t>
      </w:r>
      <w:r>
        <w:rPr>
          <w:color w:val="FF6600"/>
        </w:rPr>
        <w:t xml:space="preserve">t </w:t>
      </w:r>
      <w:r>
        <w:rPr>
          <w:color w:val="000000"/>
        </w:rPr>
        <w:t xml:space="preserve">it </w:t>
      </w:r>
      <w:r>
        <w:rPr>
          <w:color w:val="CC3399"/>
        </w:rPr>
        <w:t xml:space="preserve">was called </w:t>
      </w:r>
      <w:r>
        <w:rPr>
          <w:color w:val="000000"/>
        </w:rPr>
        <w:t xml:space="preserve">the </w:t>
      </w:r>
      <w:r>
        <w:rPr>
          <w:color w:val="00FFCC"/>
        </w:rPr>
        <w:t xml:space="preserve">Manor Farm </w:t>
      </w:r>
      <w:r>
        <w:rPr>
          <w:color w:val="000000"/>
        </w:rPr>
        <w:t xml:space="preserve">. They </w:t>
      </w:r>
      <w:r>
        <w:rPr>
          <w:color w:val="CC3399"/>
        </w:rPr>
        <w:t xml:space="preserve">had </w:t>
      </w:r>
      <w:r>
        <w:rPr>
          <w:color w:val="00787F"/>
        </w:rPr>
        <w:t xml:space="preserve">also </w:t>
      </w:r>
      <w:r>
        <w:rPr>
          <w:color w:val="CC3399"/>
        </w:rPr>
        <w:t xml:space="preserve">dropped </w:t>
      </w:r>
      <w:r>
        <w:rPr>
          <w:color w:val="000000"/>
        </w:rPr>
        <w:t xml:space="preserve">their </w:t>
      </w:r>
      <w:r>
        <w:rPr>
          <w:color w:val="00FFCC"/>
        </w:rPr>
        <w:t xml:space="preserve">championship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Jones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given </w:t>
      </w:r>
      <w:r>
        <w:rPr>
          <w:color w:val="000000"/>
        </w:rPr>
        <w:t xml:space="preserve">up </w:t>
      </w:r>
      <w:r>
        <w:rPr>
          <w:color w:val="00FFCC"/>
        </w:rPr>
        <w:t xml:space="preserve">hope </w:t>
      </w:r>
      <w:r>
        <w:rPr>
          <w:color w:val="FF6600"/>
        </w:rPr>
        <w:t xml:space="preserve">of </w:t>
      </w:r>
      <w:r>
        <w:rPr>
          <w:color w:val="CC3399"/>
        </w:rPr>
        <w:t xml:space="preserve">getting </w:t>
      </w:r>
      <w:r>
        <w:rPr>
          <w:color w:val="000000"/>
        </w:rPr>
        <w:t xml:space="preserve">his </w:t>
      </w:r>
      <w:r>
        <w:rPr>
          <w:color w:val="00FFCC"/>
        </w:rPr>
        <w:t xml:space="preserve">farm </w:t>
      </w:r>
      <w:r>
        <w:rPr>
          <w:color w:val="00787F"/>
        </w:rPr>
        <w:t xml:space="preserve">back </w:t>
      </w:r>
      <w:r>
        <w:rPr>
          <w:color w:val="FF0066"/>
        </w:rPr>
        <w:t xml:space="preserve">and </w:t>
      </w:r>
      <w:r>
        <w:rPr>
          <w:color w:val="CC3399"/>
        </w:rPr>
        <w:t xml:space="preserve">gone </w:t>
      </w:r>
      <w:r>
        <w:rPr>
          <w:color w:val="000000"/>
        </w:rPr>
        <w:t xml:space="preserve">to </w:t>
      </w:r>
      <w:r>
        <w:rPr>
          <w:color w:val="CC3399"/>
        </w:rPr>
        <w:t xml:space="preserve">live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another </w:t>
      </w:r>
      <w:r>
        <w:rPr>
          <w:color w:val="00FFCC"/>
        </w:rPr>
        <w:t xml:space="preserve">part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county </w:t>
      </w:r>
      <w:r>
        <w:rPr>
          <w:color w:val="000000"/>
        </w:rPr>
        <w:t xml:space="preserve">. </w:t>
      </w:r>
      <w:r>
        <w:rPr>
          <w:color w:val="FF6600"/>
        </w:rPr>
        <w:t xml:space="preserve">Except through </w:t>
      </w:r>
      <w:r>
        <w:rPr>
          <w:color w:val="00FFCC"/>
        </w:rPr>
        <w:t xml:space="preserve">Whymper </w:t>
      </w:r>
      <w:r>
        <w:rPr>
          <w:color w:val="000000"/>
        </w:rPr>
        <w:t xml:space="preserve">, there </w:t>
      </w:r>
      <w:r>
        <w:rPr>
          <w:color w:val="CC3399"/>
        </w:rPr>
        <w:t xml:space="preserve">was </w:t>
      </w:r>
      <w:r>
        <w:rPr>
          <w:color w:val="FF6600"/>
        </w:rPr>
        <w:t xml:space="preserve">as </w:t>
      </w:r>
      <w:r>
        <w:rPr>
          <w:color w:val="00787F"/>
        </w:rPr>
        <w:t xml:space="preserve">yet </w:t>
      </w:r>
      <w:r>
        <w:rPr>
          <w:color w:val="000000"/>
        </w:rPr>
        <w:t xml:space="preserve">no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contact </w:t>
      </w:r>
      <w:r>
        <w:rPr>
          <w:color w:val="FF6600"/>
        </w:rPr>
        <w:t xml:space="preserve">between </w:t>
      </w:r>
      <w:r>
        <w:rPr>
          <w:color w:val="00FFCC"/>
        </w:rPr>
        <w:t xml:space="preserve">Animal </w:t>
      </w:r>
      <w:r>
        <w:rPr>
          <w:color w:val="00FFCC"/>
        </w:rPr>
        <w:t xml:space="preserve">Farm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outside </w:t>
      </w:r>
      <w:r>
        <w:rPr>
          <w:color w:val="00FFCC"/>
        </w:rPr>
        <w:t xml:space="preserve">world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33CCFF"/>
        </w:rPr>
        <w:t xml:space="preserve">constant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rumours </w:t>
      </w:r>
      <w:r>
        <w:rPr>
          <w:color w:val="000000"/>
        </w:rPr>
        <w:t xml:space="preserve">that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was </w:t>
      </w:r>
      <w:r>
        <w:rPr>
          <w:color w:val="FF6600"/>
        </w:rPr>
        <w:t xml:space="preserve">about </w:t>
      </w:r>
      <w:r>
        <w:rPr>
          <w:color w:val="000000"/>
        </w:rPr>
        <w:t xml:space="preserve">to </w:t>
      </w:r>
      <w:r>
        <w:rPr>
          <w:color w:val="CC3399"/>
        </w:rPr>
        <w:t xml:space="preserve">enter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  <w:r>
        <w:rPr>
          <w:color w:val="33CCFF"/>
        </w:rPr>
        <w:t xml:space="preserve">definite </w:t>
      </w:r>
      <w:r>
        <w:rPr>
          <w:color w:val="00FFCC"/>
        </w:rPr>
        <w:t xml:space="preserve">business agreement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either </w:t>
      </w:r>
      <w:r>
        <w:rPr>
          <w:color w:val="FF6600"/>
        </w:rPr>
        <w:t xml:space="preserve">with </w:t>
      </w:r>
      <w:r>
        <w:rPr>
          <w:color w:val="00FFCC"/>
        </w:rPr>
        <w:t xml:space="preserve">Mr. Pilkington </w:t>
      </w:r>
      <w:r>
        <w:rPr>
          <w:color w:val="FF6600"/>
        </w:rPr>
        <w:t xml:space="preserve">of </w:t>
      </w:r>
      <w:r>
        <w:rPr>
          <w:color w:val="00FFCC"/>
        </w:rPr>
        <w:t xml:space="preserve">Foxwood </w:t>
      </w:r>
      <w:r>
        <w:rPr>
          <w:color w:val="FF0066"/>
        </w:rPr>
        <w:t xml:space="preserve">or </w:t>
      </w:r>
      <w:r>
        <w:rPr>
          <w:color w:val="FF6600"/>
        </w:rPr>
        <w:t xml:space="preserve">with </w:t>
      </w:r>
      <w:r>
        <w:rPr>
          <w:color w:val="00FFCC"/>
        </w:rPr>
        <w:t xml:space="preserve">Mr. Frederick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Pinchfield </w:t>
      </w:r>
      <w:r>
        <w:rPr>
          <w:color w:val="000000"/>
        </w:rPr>
        <w:t xml:space="preserve">-- </w:t>
      </w:r>
      <w:r>
        <w:rPr>
          <w:color w:val="FF0066"/>
        </w:rPr>
        <w:t xml:space="preserve">but </w:t>
      </w:r>
      <w:r>
        <w:rPr>
          <w:color w:val="00787F"/>
        </w:rPr>
        <w:t xml:space="preserve">never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noticed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both </w:t>
      </w:r>
      <w:r>
        <w:rPr>
          <w:color w:val="00787F"/>
        </w:rPr>
        <w:t>simultan</w:t>
      </w:r>
      <w:r>
        <w:rPr>
          <w:color w:val="00787F"/>
        </w:rPr>
        <w:t xml:space="preserve">eously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FF6600"/>
        </w:rPr>
        <w:t xml:space="preserve">about </w:t>
      </w:r>
      <w:r>
        <w:rPr>
          <w:color w:val="000000"/>
        </w:rPr>
        <w:t xml:space="preserve">this </w:t>
      </w:r>
      <w:r>
        <w:rPr>
          <w:color w:val="00FFCC"/>
        </w:rPr>
        <w:t xml:space="preserve">time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787F"/>
        </w:rPr>
        <w:t xml:space="preserve">suddenly </w:t>
      </w:r>
      <w:r>
        <w:rPr>
          <w:color w:val="CC3399"/>
        </w:rPr>
        <w:t xml:space="preserve">moved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took </w:t>
      </w:r>
      <w:r>
        <w:rPr>
          <w:color w:val="000000"/>
        </w:rPr>
        <w:t xml:space="preserve">up their </w:t>
      </w:r>
      <w:r>
        <w:rPr>
          <w:color w:val="00FFCC"/>
        </w:rPr>
        <w:t xml:space="preserve">residence </w:t>
      </w:r>
      <w:r>
        <w:rPr>
          <w:color w:val="00787F"/>
        </w:rPr>
        <w:t xml:space="preserve">there </w:t>
      </w:r>
      <w:r>
        <w:rPr>
          <w:color w:val="000000"/>
        </w:rPr>
        <w:t xml:space="preserve">. </w:t>
      </w:r>
      <w:r>
        <w:rPr>
          <w:color w:val="CC3399"/>
        </w:rPr>
        <w:t xml:space="preserve">Again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</w:t>
      </w:r>
      <w:r>
        <w:rPr>
          <w:color w:val="CC3399"/>
        </w:rPr>
        <w:t xml:space="preserve">remember </w:t>
      </w:r>
      <w:r>
        <w:rPr>
          <w:color w:val="FF6600"/>
        </w:rPr>
        <w:t xml:space="preserve">that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resolution </w:t>
      </w:r>
      <w:r>
        <w:rPr>
          <w:color w:val="FF6600"/>
        </w:rPr>
        <w:t xml:space="preserve">against </w:t>
      </w:r>
      <w:r>
        <w:rPr>
          <w:color w:val="000000"/>
        </w:rPr>
        <w:t xml:space="preserve">this </w:t>
      </w:r>
      <w:r>
        <w:rPr>
          <w:color w:val="CC3399"/>
        </w:rPr>
        <w:t xml:space="preserve">had been passed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early </w:t>
      </w:r>
      <w:r>
        <w:rPr>
          <w:color w:val="00FFCC"/>
        </w:rPr>
        <w:t xml:space="preserve">days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again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Squealer </w:t>
      </w:r>
      <w:r>
        <w:rPr>
          <w:color w:val="CC3399"/>
        </w:rPr>
        <w:t xml:space="preserve">was </w:t>
      </w: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convince </w:t>
      </w:r>
      <w:r>
        <w:rPr>
          <w:color w:val="000000"/>
        </w:rPr>
        <w:t xml:space="preserve">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this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000000"/>
        </w:rPr>
        <w:t xml:space="preserve">the </w:t>
      </w:r>
      <w:r>
        <w:rPr>
          <w:color w:val="00FFCC"/>
        </w:rPr>
        <w:t xml:space="preserve">case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absolutely </w:t>
      </w:r>
      <w:r>
        <w:rPr>
          <w:color w:val="33CCFF"/>
        </w:rPr>
        <w:t xml:space="preserve">necessary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, who </w:t>
      </w:r>
      <w:r>
        <w:rPr>
          <w:color w:val="CC3399"/>
        </w:rPr>
        <w:t xml:space="preserve">were </w:t>
      </w:r>
      <w:r>
        <w:rPr>
          <w:color w:val="000000"/>
        </w:rPr>
        <w:t xml:space="preserve">the </w:t>
      </w:r>
      <w:r>
        <w:rPr>
          <w:color w:val="00FFCC"/>
        </w:rPr>
        <w:t xml:space="preserve">brains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003E3E"/>
        </w:rPr>
        <w:t xml:space="preserve">should </w:t>
      </w:r>
      <w:r>
        <w:rPr>
          <w:color w:val="CC3399"/>
        </w:rPr>
        <w:t xml:space="preserve">have </w:t>
      </w:r>
      <w:r>
        <w:rPr>
          <w:color w:val="000000"/>
        </w:rPr>
        <w:t xml:space="preserve">a </w:t>
      </w:r>
      <w:r>
        <w:rPr>
          <w:color w:val="33CCFF"/>
        </w:rPr>
        <w:t xml:space="preserve">quiet </w:t>
      </w:r>
      <w:r>
        <w:rPr>
          <w:color w:val="00FFCC"/>
        </w:rPr>
        <w:t xml:space="preserve">place </w:t>
      </w:r>
      <w:r>
        <w:rPr>
          <w:color w:val="000000"/>
        </w:rPr>
        <w:t xml:space="preserve">to </w:t>
      </w:r>
      <w:r>
        <w:rPr>
          <w:color w:val="CC3399"/>
        </w:rPr>
        <w:t xml:space="preserve">work </w:t>
      </w:r>
      <w:r>
        <w:rPr>
          <w:color w:val="FF6600"/>
        </w:rPr>
        <w:t xml:space="preserve">in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787F"/>
        </w:rPr>
        <w:t xml:space="preserve">also more </w:t>
      </w:r>
      <w:r>
        <w:rPr>
          <w:color w:val="33CCFF"/>
        </w:rPr>
        <w:t xml:space="preserve">suited </w:t>
      </w:r>
      <w:r>
        <w:rPr>
          <w:color w:val="000000"/>
        </w:rPr>
        <w:t xml:space="preserve">to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dignity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Leader </w:t>
      </w:r>
      <w:r>
        <w:rPr>
          <w:color w:val="000000"/>
        </w:rPr>
        <w:t xml:space="preserve">( </w:t>
      </w:r>
      <w:r>
        <w:rPr>
          <w:color w:val="FF6600"/>
        </w:rPr>
        <w:t xml:space="preserve">for of </w:t>
      </w:r>
      <w:r>
        <w:rPr>
          <w:color w:val="33CCFF"/>
        </w:rPr>
        <w:t xml:space="preserve">late </w:t>
      </w:r>
      <w:r>
        <w:rPr>
          <w:color w:val="000000"/>
        </w:rPr>
        <w:t xml:space="preserve">he </w:t>
      </w:r>
      <w:r>
        <w:rPr>
          <w:color w:val="CC3399"/>
        </w:rPr>
        <w:t xml:space="preserve">had taken </w:t>
      </w:r>
      <w:r>
        <w:rPr>
          <w:color w:val="000000"/>
        </w:rPr>
        <w:t xml:space="preserve">to </w:t>
      </w:r>
      <w:r>
        <w:rPr>
          <w:color w:val="00FFCC"/>
        </w:rPr>
        <w:t xml:space="preserve">speaking </w:t>
      </w:r>
      <w:r>
        <w:rPr>
          <w:color w:val="FF6600"/>
        </w:rPr>
        <w:t xml:space="preserve">of </w:t>
      </w:r>
      <w:r>
        <w:rPr>
          <w:color w:val="00FFCC"/>
        </w:rPr>
        <w:t xml:space="preserve">Napoleon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under </w:t>
      </w:r>
      <w:r>
        <w:rPr>
          <w:color w:val="000000"/>
        </w:rPr>
        <w:t xml:space="preserve">the </w:t>
      </w:r>
      <w:r>
        <w:rPr>
          <w:color w:val="00FFCC"/>
        </w:rPr>
        <w:t xml:space="preserve">title </w:t>
      </w:r>
      <w:r>
        <w:rPr>
          <w:color w:val="FF6600"/>
        </w:rPr>
        <w:t xml:space="preserve">of </w:t>
      </w:r>
      <w:r>
        <w:rPr>
          <w:color w:val="000000"/>
        </w:rPr>
        <w:t xml:space="preserve">`` </w:t>
      </w:r>
      <w:r>
        <w:rPr>
          <w:color w:val="00FFCC"/>
        </w:rPr>
        <w:t xml:space="preserve">Leader </w:t>
      </w:r>
      <w:r>
        <w:rPr>
          <w:color w:val="000000"/>
        </w:rPr>
        <w:t xml:space="preserve">'' ) to </w:t>
      </w:r>
      <w:r>
        <w:rPr>
          <w:color w:val="CC3399"/>
        </w:rPr>
        <w:t xml:space="preserve">live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house </w:t>
      </w:r>
      <w:r>
        <w:rPr>
          <w:color w:val="FF6600"/>
        </w:rPr>
        <w:t xml:space="preserve">than in </w:t>
      </w:r>
      <w:r>
        <w:rPr>
          <w:color w:val="000000"/>
        </w:rPr>
        <w:t xml:space="preserve">a </w:t>
      </w:r>
      <w:r>
        <w:rPr>
          <w:color w:val="33CCFF"/>
        </w:rPr>
        <w:t xml:space="preserve">mere </w:t>
      </w:r>
      <w:r>
        <w:rPr>
          <w:color w:val="00FFCC"/>
        </w:rPr>
        <w:t xml:space="preserve">sty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Nevertheless </w:t>
      </w:r>
      <w:r>
        <w:rPr>
          <w:color w:val="000000"/>
        </w:rPr>
        <w:t xml:space="preserve">, some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disturbed </w:t>
      </w:r>
      <w:r>
        <w:rPr>
          <w:color w:val="000000"/>
        </w:rPr>
        <w:t xml:space="preserve">when they </w:t>
      </w:r>
      <w:r>
        <w:rPr>
          <w:color w:val="CC3399"/>
        </w:rPr>
        <w:t xml:space="preserve">heard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pigs </w:t>
      </w:r>
      <w:r>
        <w:rPr>
          <w:color w:val="00787F"/>
        </w:rPr>
        <w:t xml:space="preserve">not only </w:t>
      </w:r>
      <w:r>
        <w:rPr>
          <w:color w:val="CC3399"/>
        </w:rPr>
        <w:t xml:space="preserve">took </w:t>
      </w:r>
      <w:r>
        <w:rPr>
          <w:color w:val="000000"/>
        </w:rPr>
        <w:t xml:space="preserve">their </w:t>
      </w:r>
      <w:r>
        <w:rPr>
          <w:color w:val="00FFCC"/>
        </w:rPr>
        <w:t xml:space="preserve">meals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kitchen </w:t>
      </w:r>
      <w:r>
        <w:rPr>
          <w:color w:val="FF0066"/>
        </w:rPr>
        <w:t xml:space="preserve">and </w:t>
      </w:r>
      <w:r>
        <w:rPr>
          <w:color w:val="CC3399"/>
        </w:rPr>
        <w:t xml:space="preserve">used </w:t>
      </w:r>
      <w:r>
        <w:rPr>
          <w:color w:val="000000"/>
        </w:rPr>
        <w:t xml:space="preserve">the </w:t>
      </w:r>
      <w:r>
        <w:rPr>
          <w:color w:val="00FFCC"/>
        </w:rPr>
        <w:t xml:space="preserve">drawing-room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>re</w:t>
      </w:r>
      <w:r>
        <w:rPr>
          <w:color w:val="00FFCC"/>
        </w:rPr>
        <w:t xml:space="preserve">creation room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787F"/>
        </w:rPr>
        <w:t xml:space="preserve">also </w:t>
      </w:r>
      <w:r>
        <w:rPr>
          <w:color w:val="CC3399"/>
        </w:rPr>
        <w:t xml:space="preserve">slept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beds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CC3399"/>
        </w:rPr>
        <w:t xml:space="preserve">passed </w:t>
      </w:r>
      <w:r>
        <w:rPr>
          <w:color w:val="000000"/>
        </w:rPr>
        <w:t xml:space="preserve">it off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usual </w:t>
      </w:r>
      <w:r>
        <w:rPr>
          <w:color w:val="FF6600"/>
        </w:rPr>
        <w:t xml:space="preserve">with </w:t>
      </w:r>
      <w:r>
        <w:rPr>
          <w:color w:val="000000"/>
        </w:rPr>
        <w:t xml:space="preserve">``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is </w:t>
      </w:r>
      <w:r>
        <w:rPr>
          <w:color w:val="00787F"/>
        </w:rPr>
        <w:t xml:space="preserve">always right </w:t>
      </w:r>
      <w:r>
        <w:rPr>
          <w:color w:val="000000"/>
        </w:rPr>
        <w:t xml:space="preserve">! `` , </w:t>
      </w:r>
      <w:r>
        <w:rPr>
          <w:color w:val="FF0066"/>
        </w:rPr>
        <w:t xml:space="preserve">but </w:t>
      </w:r>
      <w:r>
        <w:rPr>
          <w:color w:val="00FFCC"/>
        </w:rPr>
        <w:t xml:space="preserve">Clover </w:t>
      </w:r>
      <w:r>
        <w:rPr>
          <w:color w:val="000000"/>
        </w:rPr>
        <w:t xml:space="preserve">, who </w:t>
      </w:r>
      <w:r>
        <w:rPr>
          <w:color w:val="CC3399"/>
        </w:rPr>
        <w:t xml:space="preserve">thought </w:t>
      </w:r>
      <w:r>
        <w:rPr>
          <w:color w:val="000000"/>
        </w:rPr>
        <w:t xml:space="preserve">she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remembered </w:t>
      </w:r>
      <w:r>
        <w:rPr>
          <w:color w:val="000000"/>
        </w:rPr>
        <w:t xml:space="preserve">a </w:t>
      </w:r>
      <w:r>
        <w:rPr>
          <w:color w:val="33CCFF"/>
        </w:rPr>
        <w:t xml:space="preserve">definite </w:t>
      </w:r>
      <w:r>
        <w:rPr>
          <w:color w:val="00FFCC"/>
        </w:rPr>
        <w:t xml:space="preserve">ruling </w:t>
      </w:r>
      <w:r>
        <w:rPr>
          <w:color w:val="FF6600"/>
        </w:rPr>
        <w:t xml:space="preserve">against </w:t>
      </w:r>
      <w:r>
        <w:rPr>
          <w:color w:val="00FFCC"/>
        </w:rPr>
        <w:t xml:space="preserve">beds </w:t>
      </w:r>
      <w:r>
        <w:rPr>
          <w:color w:val="000000"/>
        </w:rPr>
        <w:t xml:space="preserve">, </w:t>
      </w:r>
      <w:r>
        <w:rPr>
          <w:color w:val="CC3399"/>
        </w:rPr>
        <w:t xml:space="preserve">went </w:t>
      </w:r>
      <w:r>
        <w:rPr>
          <w:color w:val="000000"/>
        </w:rPr>
        <w:t xml:space="preserve">to the </w:t>
      </w:r>
      <w:r>
        <w:rPr>
          <w:color w:val="00FFCC"/>
        </w:rPr>
        <w:t xml:space="preserve">end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tried </w:t>
      </w:r>
      <w:r>
        <w:rPr>
          <w:color w:val="000000"/>
        </w:rPr>
        <w:t xml:space="preserve">to </w:t>
      </w:r>
      <w:r>
        <w:rPr>
          <w:color w:val="CC3399"/>
        </w:rPr>
        <w:t xml:space="preserve">puzzle </w:t>
      </w:r>
      <w:r>
        <w:rPr>
          <w:color w:val="000000"/>
        </w:rPr>
        <w:t xml:space="preserve">out the </w:t>
      </w:r>
      <w:r>
        <w:rPr>
          <w:color w:val="00FFCC"/>
        </w:rPr>
        <w:t xml:space="preserve">Seven </w:t>
      </w:r>
      <w:r>
        <w:rPr>
          <w:color w:val="00FFCC"/>
        </w:rPr>
        <w:t xml:space="preserve">Commandments </w:t>
      </w:r>
      <w:r>
        <w:rPr>
          <w:color w:val="000000"/>
        </w:rPr>
        <w:t xml:space="preserve">which </w:t>
      </w:r>
      <w:r>
        <w:rPr>
          <w:color w:val="CC3399"/>
        </w:rPr>
        <w:t xml:space="preserve">were inscribed </w:t>
      </w:r>
      <w:r>
        <w:rPr>
          <w:color w:val="00787F"/>
        </w:rPr>
        <w:t xml:space="preserve">there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Finding </w:t>
      </w:r>
      <w:r>
        <w:rPr>
          <w:color w:val="000000"/>
        </w:rPr>
        <w:t xml:space="preserve">herself </w:t>
      </w:r>
      <w:r>
        <w:rPr>
          <w:color w:val="33CCFF"/>
        </w:rPr>
        <w:t xml:space="preserve">unable </w:t>
      </w:r>
      <w:r>
        <w:rPr>
          <w:color w:val="000000"/>
        </w:rPr>
        <w:t xml:space="preserve">to </w:t>
      </w:r>
      <w:r>
        <w:rPr>
          <w:color w:val="CC3399"/>
        </w:rPr>
        <w:t xml:space="preserve">read </w:t>
      </w:r>
      <w:r>
        <w:rPr>
          <w:color w:val="33CCFF"/>
        </w:rPr>
        <w:t xml:space="preserve">more </w:t>
      </w:r>
      <w:r>
        <w:rPr>
          <w:color w:val="FF6600"/>
        </w:rPr>
        <w:t xml:space="preserve">than </w:t>
      </w:r>
      <w:r>
        <w:rPr>
          <w:color w:val="33CCFF"/>
        </w:rPr>
        <w:t xml:space="preserve">individual </w:t>
      </w:r>
      <w:r>
        <w:rPr>
          <w:color w:val="00FFCC"/>
        </w:rPr>
        <w:t xml:space="preserve">letters </w:t>
      </w:r>
      <w:r>
        <w:rPr>
          <w:color w:val="000000"/>
        </w:rPr>
        <w:t xml:space="preserve">, she </w:t>
      </w:r>
      <w:r>
        <w:rPr>
          <w:color w:val="CC3399"/>
        </w:rPr>
        <w:t xml:space="preserve">fetched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Muriel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Muriel </w:t>
      </w:r>
      <w:r>
        <w:rPr>
          <w:color w:val="000000"/>
        </w:rPr>
        <w:t xml:space="preserve">, '' she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`` </w:t>
      </w:r>
      <w:r>
        <w:rPr>
          <w:color w:val="CC3399"/>
        </w:rPr>
        <w:t xml:space="preserve">read </w:t>
      </w:r>
      <w:r>
        <w:rPr>
          <w:color w:val="000000"/>
        </w:rPr>
        <w:t xml:space="preserve">me the </w:t>
      </w:r>
      <w:r>
        <w:rPr>
          <w:color w:val="00FFCC"/>
        </w:rPr>
        <w:t xml:space="preserve">Fourth Commandment </w:t>
      </w:r>
      <w:r>
        <w:rPr>
          <w:color w:val="000000"/>
        </w:rPr>
        <w:t xml:space="preserve">. </w:t>
      </w:r>
      <w:r>
        <w:rPr>
          <w:color w:val="CC3399"/>
        </w:rPr>
        <w:t xml:space="preserve">Does </w:t>
      </w:r>
      <w:r>
        <w:rPr>
          <w:color w:val="000000"/>
        </w:rPr>
        <w:t xml:space="preserve">it </w:t>
      </w:r>
      <w:r>
        <w:rPr>
          <w:color w:val="00787F"/>
        </w:rPr>
        <w:t xml:space="preserve">not </w:t>
      </w:r>
      <w:r>
        <w:rPr>
          <w:color w:val="CC3399"/>
        </w:rPr>
        <w:t xml:space="preserve">say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something </w:t>
      </w:r>
      <w:r>
        <w:rPr>
          <w:color w:val="FF6600"/>
        </w:rPr>
        <w:t xml:space="preserve">about </w:t>
      </w:r>
      <w:r>
        <w:rPr>
          <w:color w:val="00787F"/>
        </w:rPr>
        <w:t xml:space="preserve">never </w:t>
      </w:r>
      <w:r>
        <w:rPr>
          <w:color w:val="CC3399"/>
        </w:rPr>
        <w:t xml:space="preserve">sleeping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bed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>W</w:t>
      </w:r>
      <w:r>
        <w:rPr>
          <w:color w:val="FF6600"/>
        </w:rPr>
        <w:t xml:space="preserve">ith </w:t>
      </w:r>
      <w:r>
        <w:rPr>
          <w:color w:val="000000"/>
        </w:rPr>
        <w:t xml:space="preserve">some </w:t>
      </w:r>
      <w:r>
        <w:rPr>
          <w:color w:val="00FFCC"/>
        </w:rPr>
        <w:t xml:space="preserve">difficulty Muriel </w:t>
      </w:r>
      <w:r>
        <w:rPr>
          <w:color w:val="CC3399"/>
        </w:rPr>
        <w:t xml:space="preserve">spelt </w:t>
      </w:r>
      <w:r>
        <w:rPr>
          <w:color w:val="000000"/>
        </w:rPr>
        <w:t xml:space="preserve">it out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It </w:t>
      </w:r>
      <w:r>
        <w:rPr>
          <w:color w:val="CC3399"/>
        </w:rPr>
        <w:t xml:space="preserve">says </w:t>
      </w:r>
      <w:r>
        <w:rPr>
          <w:color w:val="000000"/>
        </w:rPr>
        <w:t xml:space="preserve">, 'No </w:t>
      </w:r>
      <w:r>
        <w:rPr>
          <w:color w:val="33CCFF"/>
        </w:rPr>
        <w:t xml:space="preserve">animal </w:t>
      </w:r>
      <w:r>
        <w:rPr>
          <w:color w:val="003E3E"/>
        </w:rPr>
        <w:t xml:space="preserve">shall </w:t>
      </w:r>
      <w:r>
        <w:rPr>
          <w:color w:val="CC3399"/>
        </w:rPr>
        <w:t xml:space="preserve">sleep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bed </w:t>
      </w:r>
      <w:r>
        <w:rPr>
          <w:color w:val="FF6600"/>
        </w:rPr>
        <w:t xml:space="preserve">with </w:t>
      </w:r>
      <w:r>
        <w:rPr>
          <w:color w:val="00FFCC"/>
        </w:rPr>
        <w:t xml:space="preserve">sheets </w:t>
      </w:r>
      <w:r>
        <w:rPr>
          <w:color w:val="000000"/>
        </w:rPr>
        <w:t xml:space="preserve">, '' ' she </w:t>
      </w:r>
      <w:r>
        <w:rPr>
          <w:color w:val="CC3399"/>
        </w:rPr>
        <w:t xml:space="preserve">announced </w:t>
      </w:r>
    </w:p>
    <w:p w:rsidR="00D83EF7" w:rsidRDefault="00CA4524" w:rsidP="00CA4524">
      <w:pPr>
        <w:spacing w:after="0"/>
      </w:pPr>
      <w:r>
        <w:rPr>
          <w:color w:val="00787F"/>
        </w:rPr>
        <w:lastRenderedPageBreak/>
        <w:t xml:space="preserve">finally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Curiously enough </w:t>
      </w:r>
      <w:r>
        <w:rPr>
          <w:color w:val="000000"/>
        </w:rPr>
        <w:t xml:space="preserve">, </w:t>
      </w:r>
      <w:r>
        <w:rPr>
          <w:color w:val="00FFCC"/>
        </w:rPr>
        <w:t xml:space="preserve">Clover </w:t>
      </w: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  <w:r>
        <w:rPr>
          <w:color w:val="CC3399"/>
        </w:rPr>
        <w:t xml:space="preserve">remembered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Fourth Commandment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mentioned </w:t>
      </w:r>
      <w:r>
        <w:rPr>
          <w:color w:val="00FFCC"/>
        </w:rPr>
        <w:t xml:space="preserve">sheets </w:t>
      </w:r>
      <w:r>
        <w:rPr>
          <w:color w:val="000000"/>
        </w:rPr>
        <w:t xml:space="preserve">; </w:t>
      </w:r>
      <w:r>
        <w:rPr>
          <w:color w:val="FF0066"/>
        </w:rPr>
        <w:t xml:space="preserve">but </w:t>
      </w:r>
      <w:r>
        <w:rPr>
          <w:color w:val="FF6600"/>
        </w:rPr>
        <w:t xml:space="preserve">as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787F"/>
        </w:rPr>
        <w:t xml:space="preserve">there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wall </w:t>
      </w:r>
      <w:r>
        <w:rPr>
          <w:color w:val="000000"/>
        </w:rPr>
        <w:t xml:space="preserve">, it </w:t>
      </w:r>
      <w:r>
        <w:rPr>
          <w:color w:val="003E3E"/>
        </w:rPr>
        <w:t xml:space="preserve">must </w:t>
      </w:r>
      <w:r>
        <w:rPr>
          <w:color w:val="CC3399"/>
        </w:rPr>
        <w:t xml:space="preserve">have done </w:t>
      </w:r>
      <w:r>
        <w:rPr>
          <w:color w:val="00787F"/>
        </w:rPr>
        <w:t xml:space="preserve">so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, who </w:t>
      </w:r>
      <w:r>
        <w:rPr>
          <w:color w:val="CC3399"/>
        </w:rPr>
        <w:t xml:space="preserve">happened </w:t>
      </w:r>
      <w:r>
        <w:rPr>
          <w:color w:val="000000"/>
        </w:rPr>
        <w:t xml:space="preserve">to </w:t>
      </w:r>
      <w:r>
        <w:rPr>
          <w:color w:val="CC3399"/>
        </w:rPr>
        <w:t xml:space="preserve">be passing </w:t>
      </w:r>
      <w:r>
        <w:rPr>
          <w:color w:val="FF6600"/>
        </w:rPr>
        <w:t xml:space="preserve">at </w:t>
      </w:r>
      <w:r>
        <w:rPr>
          <w:color w:val="000000"/>
        </w:rPr>
        <w:t xml:space="preserve">this </w:t>
      </w:r>
      <w:r>
        <w:rPr>
          <w:color w:val="00FFCC"/>
        </w:rPr>
        <w:t xml:space="preserve">moment </w:t>
      </w:r>
      <w:r>
        <w:rPr>
          <w:color w:val="000000"/>
        </w:rPr>
        <w:t xml:space="preserve">, </w:t>
      </w:r>
      <w:r>
        <w:rPr>
          <w:color w:val="CC3399"/>
        </w:rPr>
        <w:t xml:space="preserve">attended </w:t>
      </w:r>
      <w:r>
        <w:rPr>
          <w:color w:val="FF6600"/>
        </w:rPr>
        <w:t xml:space="preserve">by </w:t>
      </w:r>
      <w:r>
        <w:rPr>
          <w:color w:val="000000"/>
        </w:rPr>
        <w:t xml:space="preserve">two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or </w:t>
      </w:r>
      <w:r>
        <w:rPr>
          <w:color w:val="000000"/>
        </w:rPr>
        <w:t xml:space="preserve">three </w:t>
      </w:r>
      <w:r>
        <w:rPr>
          <w:color w:val="00FFCC"/>
        </w:rPr>
        <w:t xml:space="preserve">dogs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put </w:t>
      </w:r>
      <w:r>
        <w:rPr>
          <w:color w:val="000000"/>
        </w:rPr>
        <w:t xml:space="preserve">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matter </w:t>
      </w:r>
      <w:r>
        <w:rPr>
          <w:color w:val="FF6600"/>
        </w:rPr>
        <w:t xml:space="preserve">in </w:t>
      </w:r>
      <w:r>
        <w:rPr>
          <w:color w:val="000000"/>
        </w:rPr>
        <w:t xml:space="preserve">its </w:t>
      </w:r>
      <w:r>
        <w:rPr>
          <w:color w:val="33CCFF"/>
        </w:rPr>
        <w:t xml:space="preserve">proper </w:t>
      </w:r>
      <w:r>
        <w:rPr>
          <w:color w:val="00FFCC"/>
        </w:rPr>
        <w:t xml:space="preserve">perspective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You </w:t>
      </w:r>
      <w:r>
        <w:rPr>
          <w:color w:val="CC3399"/>
        </w:rPr>
        <w:t xml:space="preserve">have heard </w:t>
      </w:r>
      <w:r>
        <w:rPr>
          <w:color w:val="00787F"/>
        </w:rPr>
        <w:t xml:space="preserve">then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''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`` </w:t>
      </w:r>
      <w:r>
        <w:rPr>
          <w:color w:val="FF6600"/>
        </w:rPr>
        <w:t xml:space="preserve">that </w:t>
      </w:r>
      <w:r>
        <w:rPr>
          <w:color w:val="000000"/>
        </w:rPr>
        <w:t xml:space="preserve">we </w:t>
      </w:r>
      <w:r>
        <w:rPr>
          <w:color w:val="CC3399"/>
        </w:rPr>
        <w:t xml:space="preserve">pigs </w:t>
      </w:r>
      <w:r>
        <w:rPr>
          <w:color w:val="00787F"/>
        </w:rPr>
        <w:t xml:space="preserve">now </w:t>
      </w:r>
      <w:r>
        <w:rPr>
          <w:color w:val="CC3399"/>
        </w:rPr>
        <w:t>s</w:t>
      </w:r>
      <w:r>
        <w:rPr>
          <w:color w:val="CC3399"/>
        </w:rPr>
        <w:t xml:space="preserve">leep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beds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? </w:t>
      </w:r>
      <w:r>
        <w:rPr>
          <w:color w:val="FF0066"/>
        </w:rPr>
        <w:t xml:space="preserve">And </w:t>
      </w:r>
      <w:r>
        <w:rPr>
          <w:color w:val="000000"/>
        </w:rPr>
        <w:t xml:space="preserve">why </w:t>
      </w:r>
      <w:r>
        <w:rPr>
          <w:color w:val="00787F"/>
        </w:rPr>
        <w:t xml:space="preserve">not </w:t>
      </w:r>
      <w:r>
        <w:rPr>
          <w:color w:val="000000"/>
        </w:rPr>
        <w:t xml:space="preserve">? You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suppose </w:t>
      </w:r>
      <w:r>
        <w:rPr>
          <w:color w:val="000000"/>
        </w:rPr>
        <w:t xml:space="preserve">, </w:t>
      </w:r>
      <w:r>
        <w:rPr>
          <w:color w:val="00787F"/>
        </w:rPr>
        <w:t xml:space="preserve">surely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787F"/>
        </w:rPr>
        <w:t xml:space="preserve">ever </w:t>
      </w:r>
      <w:r>
        <w:rPr>
          <w:color w:val="000000"/>
        </w:rPr>
        <w:t xml:space="preserve">a </w:t>
      </w:r>
      <w:r>
        <w:rPr>
          <w:color w:val="00FFCC"/>
        </w:rPr>
        <w:t xml:space="preserve">ruling </w:t>
      </w:r>
      <w:r>
        <w:rPr>
          <w:color w:val="FF6600"/>
        </w:rPr>
        <w:t xml:space="preserve">against </w:t>
      </w:r>
      <w:r>
        <w:rPr>
          <w:color w:val="00FFCC"/>
        </w:rPr>
        <w:t xml:space="preserve">beds </w:t>
      </w:r>
      <w:r>
        <w:rPr>
          <w:color w:val="000000"/>
        </w:rPr>
        <w:t xml:space="preserve">? A </w:t>
      </w:r>
      <w:r>
        <w:rPr>
          <w:color w:val="00FFCC"/>
        </w:rPr>
        <w:t xml:space="preserve">bed </w:t>
      </w:r>
      <w:r>
        <w:rPr>
          <w:color w:val="00787F"/>
        </w:rPr>
        <w:t xml:space="preserve">merely </w:t>
      </w:r>
      <w:r>
        <w:rPr>
          <w:color w:val="CC3399"/>
        </w:rPr>
        <w:t xml:space="preserve">means </w:t>
      </w:r>
      <w:r>
        <w:rPr>
          <w:color w:val="000000"/>
        </w:rPr>
        <w:t xml:space="preserve">a </w:t>
      </w:r>
      <w:r>
        <w:rPr>
          <w:color w:val="00FFCC"/>
        </w:rPr>
        <w:t xml:space="preserve">place </w:t>
      </w:r>
      <w:r>
        <w:rPr>
          <w:color w:val="000000"/>
        </w:rPr>
        <w:t xml:space="preserve">to </w:t>
      </w:r>
      <w:r>
        <w:rPr>
          <w:color w:val="CC3399"/>
        </w:rPr>
        <w:t xml:space="preserve">sleep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. A </w:t>
      </w:r>
      <w:r>
        <w:rPr>
          <w:color w:val="00FFCC"/>
        </w:rPr>
        <w:t xml:space="preserve">pile </w:t>
      </w:r>
      <w:r>
        <w:rPr>
          <w:color w:val="FF6600"/>
        </w:rPr>
        <w:t xml:space="preserve">of </w:t>
      </w:r>
      <w:r>
        <w:rPr>
          <w:color w:val="00FFCC"/>
        </w:rPr>
        <w:t xml:space="preserve">straw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stall </w:t>
      </w:r>
      <w:r>
        <w:rPr>
          <w:color w:val="CC3399"/>
        </w:rPr>
        <w:t xml:space="preserve">is </w:t>
      </w:r>
      <w:r>
        <w:rPr>
          <w:color w:val="000000"/>
        </w:rPr>
        <w:t xml:space="preserve">a </w:t>
      </w:r>
      <w:r>
        <w:rPr>
          <w:color w:val="00FFCC"/>
        </w:rPr>
        <w:t xml:space="preserve">bed </w:t>
      </w:r>
      <w:r>
        <w:rPr>
          <w:color w:val="000000"/>
        </w:rPr>
        <w:t xml:space="preserve">, </w:t>
      </w:r>
      <w:r>
        <w:rPr>
          <w:color w:val="00787F"/>
        </w:rPr>
        <w:t xml:space="preserve">properly </w:t>
      </w:r>
      <w:r>
        <w:rPr>
          <w:color w:val="CC3399"/>
        </w:rPr>
        <w:t xml:space="preserve">regarded </w:t>
      </w:r>
      <w:r>
        <w:rPr>
          <w:color w:val="000000"/>
        </w:rPr>
        <w:t xml:space="preserve">. The </w:t>
      </w:r>
      <w:r>
        <w:rPr>
          <w:color w:val="00FFCC"/>
        </w:rPr>
        <w:t xml:space="preserve">rule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against </w:t>
      </w:r>
      <w:r>
        <w:rPr>
          <w:color w:val="00FFCC"/>
        </w:rPr>
        <w:t xml:space="preserve">sheets </w:t>
      </w:r>
      <w:r>
        <w:rPr>
          <w:color w:val="000000"/>
        </w:rPr>
        <w:t xml:space="preserve">, which </w:t>
      </w:r>
      <w:r>
        <w:rPr>
          <w:color w:val="CC3399"/>
        </w:rPr>
        <w:t xml:space="preserve">are </w:t>
      </w:r>
      <w:r>
        <w:rPr>
          <w:color w:val="000000"/>
        </w:rPr>
        <w:t xml:space="preserve">a </w:t>
      </w:r>
      <w:r>
        <w:rPr>
          <w:color w:val="33CCFF"/>
        </w:rPr>
        <w:t xml:space="preserve">human </w:t>
      </w:r>
      <w:r>
        <w:rPr>
          <w:color w:val="00FFCC"/>
        </w:rPr>
        <w:t xml:space="preserve">invention </w:t>
      </w:r>
      <w:r>
        <w:rPr>
          <w:color w:val="000000"/>
        </w:rPr>
        <w:t xml:space="preserve">. We </w:t>
      </w:r>
      <w:r>
        <w:rPr>
          <w:color w:val="CC3399"/>
        </w:rPr>
        <w:t xml:space="preserve">have removed </w:t>
      </w:r>
      <w:r>
        <w:rPr>
          <w:color w:val="000000"/>
        </w:rPr>
        <w:t xml:space="preserve">the </w:t>
      </w:r>
      <w:r>
        <w:rPr>
          <w:color w:val="00FFCC"/>
        </w:rPr>
        <w:t xml:space="preserve">sheets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beds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sleep </w:t>
      </w:r>
      <w:r>
        <w:rPr>
          <w:color w:val="FF6600"/>
        </w:rPr>
        <w:t xml:space="preserve">between </w:t>
      </w:r>
      <w:r>
        <w:rPr>
          <w:color w:val="00FFCC"/>
        </w:rPr>
        <w:t xml:space="preserve">blankets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787F"/>
        </w:rPr>
        <w:t xml:space="preserve">very </w:t>
      </w:r>
      <w:r>
        <w:rPr>
          <w:color w:val="33CCFF"/>
        </w:rPr>
        <w:t xml:space="preserve">comfortable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beds </w:t>
      </w:r>
      <w:r>
        <w:rPr>
          <w:color w:val="000000"/>
        </w:rPr>
        <w:t xml:space="preserve">they </w:t>
      </w:r>
      <w:r>
        <w:rPr>
          <w:color w:val="CC3399"/>
        </w:rPr>
        <w:t xml:space="preserve">are </w:t>
      </w:r>
      <w:r>
        <w:rPr>
          <w:color w:val="00787F"/>
        </w:rPr>
        <w:t xml:space="preserve">too </w:t>
      </w:r>
      <w:r>
        <w:rPr>
          <w:color w:val="000000"/>
        </w:rPr>
        <w:t xml:space="preserve">! </w:t>
      </w:r>
      <w:r>
        <w:rPr>
          <w:color w:val="FF0066"/>
        </w:rPr>
        <w:t xml:space="preserve">But </w:t>
      </w:r>
      <w:r>
        <w:rPr>
          <w:color w:val="00787F"/>
        </w:rPr>
        <w:t xml:space="preserve">not more </w:t>
      </w:r>
      <w:r>
        <w:rPr>
          <w:color w:val="33CCFF"/>
        </w:rPr>
        <w:t xml:space="preserve">comfortable </w:t>
      </w:r>
      <w:r>
        <w:rPr>
          <w:color w:val="FF6600"/>
        </w:rPr>
        <w:t xml:space="preserve">than </w:t>
      </w:r>
      <w:r>
        <w:rPr>
          <w:color w:val="000000"/>
        </w:rPr>
        <w:t xml:space="preserve">we </w:t>
      </w:r>
      <w:r>
        <w:rPr>
          <w:color w:val="CC3399"/>
        </w:rPr>
        <w:t xml:space="preserve">need </w:t>
      </w:r>
      <w:r>
        <w:rPr>
          <w:color w:val="000000"/>
        </w:rPr>
        <w:t xml:space="preserve">, I </w:t>
      </w:r>
      <w:r>
        <w:rPr>
          <w:color w:val="003E3E"/>
        </w:rPr>
        <w:t xml:space="preserve">can </w:t>
      </w:r>
      <w:r>
        <w:rPr>
          <w:color w:val="CC3399"/>
        </w:rPr>
        <w:t xml:space="preserve">tell </w:t>
      </w:r>
      <w:r>
        <w:rPr>
          <w:color w:val="000000"/>
        </w:rPr>
        <w:t xml:space="preserve">you 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all the </w:t>
      </w:r>
      <w:r>
        <w:rPr>
          <w:color w:val="00FFCC"/>
        </w:rPr>
        <w:t xml:space="preserve">brainwork </w:t>
      </w:r>
      <w:r>
        <w:rPr>
          <w:color w:val="000000"/>
        </w:rPr>
        <w:t xml:space="preserve">we </w:t>
      </w:r>
      <w:r>
        <w:rPr>
          <w:color w:val="CC3399"/>
        </w:rPr>
        <w:t xml:space="preserve">have </w:t>
      </w:r>
      <w:r>
        <w:rPr>
          <w:color w:val="000000"/>
        </w:rPr>
        <w:t xml:space="preserve">to </w:t>
      </w:r>
      <w:r>
        <w:rPr>
          <w:color w:val="CC3399"/>
        </w:rPr>
        <w:t xml:space="preserve">do </w:t>
      </w:r>
      <w:r>
        <w:rPr>
          <w:color w:val="00787F"/>
        </w:rPr>
        <w:t xml:space="preserve">nowadays </w:t>
      </w:r>
      <w:r>
        <w:rPr>
          <w:color w:val="000000"/>
        </w:rPr>
        <w:t xml:space="preserve">. You </w:t>
      </w:r>
      <w:r>
        <w:rPr>
          <w:color w:val="003E3E"/>
        </w:rPr>
        <w:t xml:space="preserve">would </w:t>
      </w:r>
      <w:r>
        <w:rPr>
          <w:color w:val="00787F"/>
        </w:rPr>
        <w:t xml:space="preserve">not </w:t>
      </w:r>
      <w:r>
        <w:rPr>
          <w:color w:val="CC3399"/>
        </w:rPr>
        <w:t xml:space="preserve">rob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us </w:t>
      </w:r>
      <w:r>
        <w:rPr>
          <w:color w:val="FF6600"/>
        </w:rPr>
        <w:t xml:space="preserve">of </w:t>
      </w:r>
      <w:r>
        <w:rPr>
          <w:color w:val="000000"/>
        </w:rPr>
        <w:t xml:space="preserve">our </w:t>
      </w:r>
      <w:r>
        <w:rPr>
          <w:color w:val="00FFCC"/>
        </w:rPr>
        <w:t xml:space="preserve">repose </w:t>
      </w:r>
      <w:r>
        <w:rPr>
          <w:color w:val="000000"/>
        </w:rPr>
        <w:t xml:space="preserve">, </w:t>
      </w:r>
      <w:r>
        <w:rPr>
          <w:color w:val="003E3E"/>
        </w:rPr>
        <w:t xml:space="preserve">would </w:t>
      </w:r>
      <w:r>
        <w:rPr>
          <w:color w:val="000000"/>
        </w:rPr>
        <w:t xml:space="preserve">you 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? You </w:t>
      </w:r>
      <w:r>
        <w:rPr>
          <w:color w:val="003E3E"/>
        </w:rPr>
        <w:t xml:space="preserve">would </w:t>
      </w:r>
      <w:r>
        <w:rPr>
          <w:color w:val="00787F"/>
        </w:rPr>
        <w:t xml:space="preserve">not </w:t>
      </w:r>
      <w:r>
        <w:rPr>
          <w:color w:val="CC3399"/>
        </w:rPr>
        <w:t xml:space="preserve">have </w:t>
      </w:r>
      <w:r>
        <w:rPr>
          <w:color w:val="000000"/>
        </w:rPr>
        <w:t xml:space="preserve">us </w:t>
      </w:r>
      <w:r>
        <w:rPr>
          <w:color w:val="00787F"/>
        </w:rPr>
        <w:t xml:space="preserve">too </w:t>
      </w:r>
      <w:r>
        <w:rPr>
          <w:color w:val="CC3399"/>
        </w:rPr>
        <w:t xml:space="preserve">tired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carry </w:t>
      </w:r>
      <w:r>
        <w:rPr>
          <w:color w:val="000000"/>
        </w:rPr>
        <w:t xml:space="preserve">out our </w:t>
      </w:r>
      <w:r>
        <w:rPr>
          <w:color w:val="00FFCC"/>
        </w:rPr>
        <w:t xml:space="preserve">duties </w:t>
      </w:r>
      <w:r>
        <w:rPr>
          <w:color w:val="000000"/>
        </w:rPr>
        <w:t xml:space="preserve">? </w:t>
      </w:r>
      <w:r>
        <w:rPr>
          <w:color w:val="00787F"/>
        </w:rPr>
        <w:t xml:space="preserve">Surely </w:t>
      </w:r>
      <w:r>
        <w:rPr>
          <w:color w:val="00FFCC"/>
        </w:rPr>
        <w:t xml:space="preserve">none </w:t>
      </w:r>
      <w:r>
        <w:rPr>
          <w:color w:val="FF6600"/>
        </w:rPr>
        <w:t xml:space="preserve">of </w:t>
      </w:r>
      <w:r>
        <w:rPr>
          <w:color w:val="000000"/>
        </w:rPr>
        <w:t xml:space="preserve">you </w:t>
      </w:r>
      <w:r>
        <w:rPr>
          <w:color w:val="CC3399"/>
        </w:rPr>
        <w:t xml:space="preserve">wishes </w:t>
      </w:r>
      <w:r>
        <w:rPr>
          <w:color w:val="000000"/>
        </w:rPr>
        <w:t xml:space="preserve">to </w:t>
      </w:r>
      <w:r>
        <w:rPr>
          <w:color w:val="CC3399"/>
        </w:rPr>
        <w:t xml:space="preserve">see </w:t>
      </w:r>
      <w:r>
        <w:rPr>
          <w:color w:val="00FFCC"/>
        </w:rPr>
        <w:t xml:space="preserve">Jones </w:t>
      </w:r>
      <w:r>
        <w:rPr>
          <w:color w:val="00787F"/>
        </w:rPr>
        <w:t xml:space="preserve">back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reassured </w:t>
      </w:r>
      <w:r>
        <w:rPr>
          <w:color w:val="000000"/>
        </w:rPr>
        <w:t xml:space="preserve">him </w:t>
      </w:r>
      <w:r>
        <w:rPr>
          <w:color w:val="FF6600"/>
        </w:rPr>
        <w:t xml:space="preserve">on </w:t>
      </w:r>
      <w:r>
        <w:rPr>
          <w:color w:val="000000"/>
        </w:rPr>
        <w:t xml:space="preserve">this </w:t>
      </w:r>
      <w:r>
        <w:rPr>
          <w:color w:val="00FFCC"/>
        </w:rPr>
        <w:t xml:space="preserve">point </w:t>
      </w:r>
      <w:r>
        <w:rPr>
          <w:color w:val="00787F"/>
        </w:rPr>
        <w:t xml:space="preserve">immediately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no </w:t>
      </w:r>
      <w:r>
        <w:rPr>
          <w:color w:val="00787F"/>
        </w:rPr>
        <w:t>mo</w:t>
      </w:r>
      <w:r>
        <w:rPr>
          <w:color w:val="00787F"/>
        </w:rPr>
        <w:t xml:space="preserve">re </w:t>
      </w:r>
      <w:r>
        <w:rPr>
          <w:color w:val="CC3399"/>
        </w:rPr>
        <w:t xml:space="preserve">was said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about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sleeping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beds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, some </w:t>
      </w:r>
      <w:r>
        <w:rPr>
          <w:color w:val="00FFCC"/>
        </w:rPr>
        <w:t xml:space="preserve">days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afterwards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announced </w:t>
      </w:r>
      <w:r>
        <w:rPr>
          <w:color w:val="FF6600"/>
        </w:rPr>
        <w:t xml:space="preserve">that from </w:t>
      </w:r>
      <w:r>
        <w:rPr>
          <w:color w:val="00787F"/>
        </w:rPr>
        <w:t xml:space="preserve">now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3E3E"/>
        </w:rPr>
        <w:t xml:space="preserve">would </w:t>
      </w:r>
      <w:r>
        <w:rPr>
          <w:color w:val="CC3399"/>
        </w:rPr>
        <w:t xml:space="preserve">get </w:t>
      </w:r>
      <w:r>
        <w:rPr>
          <w:color w:val="000000"/>
        </w:rPr>
        <w:t xml:space="preserve">up an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hour </w:t>
      </w:r>
      <w:r>
        <w:rPr>
          <w:color w:val="00787F"/>
        </w:rPr>
        <w:t xml:space="preserve">later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mornings </w:t>
      </w:r>
      <w:r>
        <w:rPr>
          <w:color w:val="FF6600"/>
        </w:rPr>
        <w:t xml:space="preserve">than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000000"/>
        </w:rPr>
        <w:t xml:space="preserve">, no </w:t>
      </w:r>
      <w:r>
        <w:rPr>
          <w:color w:val="00FFCC"/>
        </w:rPr>
        <w:t xml:space="preserve">complaint </w:t>
      </w:r>
      <w:r>
        <w:rPr>
          <w:color w:val="CC3399"/>
        </w:rPr>
        <w:t xml:space="preserve">was made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about </w:t>
      </w:r>
      <w:r>
        <w:rPr>
          <w:color w:val="000000"/>
        </w:rPr>
        <w:t xml:space="preserve">that either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autumn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tired </w:t>
      </w:r>
      <w:r>
        <w:rPr>
          <w:color w:val="FF0066"/>
        </w:rPr>
        <w:t xml:space="preserve">but </w:t>
      </w:r>
      <w:r>
        <w:rPr>
          <w:color w:val="33CCFF"/>
        </w:rPr>
        <w:t xml:space="preserve">happy </w:t>
      </w:r>
      <w:r>
        <w:rPr>
          <w:color w:val="000000"/>
        </w:rPr>
        <w:t xml:space="preserve">. They </w:t>
      </w:r>
      <w:r>
        <w:rPr>
          <w:color w:val="CC3399"/>
        </w:rPr>
        <w:t xml:space="preserve">had had </w:t>
      </w:r>
      <w:r>
        <w:rPr>
          <w:color w:val="000000"/>
        </w:rPr>
        <w:t xml:space="preserve">a </w:t>
      </w:r>
      <w:r>
        <w:rPr>
          <w:color w:val="33CCFF"/>
        </w:rPr>
        <w:t xml:space="preserve">hard </w:t>
      </w:r>
      <w:r>
        <w:rPr>
          <w:color w:val="00FFCC"/>
        </w:rPr>
        <w:t xml:space="preserve">year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 </w:t>
      </w:r>
      <w:r>
        <w:rPr>
          <w:color w:val="00FFCC"/>
        </w:rPr>
        <w:t xml:space="preserve">sale </w:t>
      </w:r>
      <w:r>
        <w:rPr>
          <w:color w:val="FF6600"/>
        </w:rPr>
        <w:t xml:space="preserve">of </w:t>
      </w:r>
      <w:r>
        <w:rPr>
          <w:color w:val="00FFCC"/>
        </w:rPr>
        <w:t xml:space="preserve">part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hay </w:t>
      </w:r>
      <w:r>
        <w:rPr>
          <w:color w:val="FF0066"/>
        </w:rPr>
        <w:t xml:space="preserve">and </w:t>
      </w:r>
      <w:r>
        <w:rPr>
          <w:color w:val="00FFCC"/>
        </w:rPr>
        <w:t xml:space="preserve">corn </w:t>
      </w:r>
      <w:r>
        <w:rPr>
          <w:color w:val="000000"/>
        </w:rPr>
        <w:t xml:space="preserve">, the </w:t>
      </w:r>
      <w:r>
        <w:rPr>
          <w:color w:val="00FFCC"/>
        </w:rPr>
        <w:t xml:space="preserve">stores </w:t>
      </w:r>
      <w:r>
        <w:rPr>
          <w:color w:val="FF6600"/>
        </w:rPr>
        <w:t xml:space="preserve">of </w:t>
      </w:r>
      <w:r>
        <w:rPr>
          <w:color w:val="00FFCC"/>
        </w:rPr>
        <w:t xml:space="preserve">food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winter </w:t>
      </w:r>
      <w:r>
        <w:rPr>
          <w:color w:val="CC3399"/>
        </w:rPr>
        <w:t xml:space="preserve">were </w:t>
      </w:r>
      <w:r>
        <w:rPr>
          <w:color w:val="00787F"/>
        </w:rPr>
        <w:t xml:space="preserve">none too </w:t>
      </w:r>
      <w:r>
        <w:rPr>
          <w:color w:val="33CCFF"/>
        </w:rPr>
        <w:t xml:space="preserve">plentiful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compensated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everything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787F"/>
        </w:rPr>
        <w:t xml:space="preserve">almost </w:t>
      </w:r>
      <w:r>
        <w:rPr>
          <w:color w:val="33CCFF"/>
        </w:rPr>
        <w:t xml:space="preserve">half </w:t>
      </w:r>
      <w:r>
        <w:rPr>
          <w:color w:val="CC3399"/>
        </w:rPr>
        <w:t xml:space="preserve">built </w:t>
      </w:r>
      <w:r>
        <w:rPr>
          <w:color w:val="00787F"/>
        </w:rPr>
        <w:t xml:space="preserve">now </w:t>
      </w:r>
      <w:r>
        <w:rPr>
          <w:color w:val="000000"/>
        </w:rPr>
        <w:t xml:space="preserve">.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 </w:t>
      </w:r>
      <w:r>
        <w:rPr>
          <w:color w:val="33CCFF"/>
        </w:rPr>
        <w:t xml:space="preserve">harvest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stretch </w:t>
      </w:r>
      <w:r>
        <w:rPr>
          <w:color w:val="FF6600"/>
        </w:rPr>
        <w:t xml:space="preserve">of </w:t>
      </w:r>
      <w:r>
        <w:rPr>
          <w:color w:val="33CCFF"/>
        </w:rPr>
        <w:t xml:space="preserve">clear dry </w:t>
      </w:r>
      <w:r>
        <w:rPr>
          <w:color w:val="00FFCC"/>
        </w:rPr>
        <w:t xml:space="preserve">weather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toiled </w:t>
      </w:r>
      <w:r>
        <w:rPr>
          <w:color w:val="33CCFF"/>
        </w:rPr>
        <w:t xml:space="preserve">harder </w:t>
      </w:r>
      <w:r>
        <w:rPr>
          <w:color w:val="FF6600"/>
        </w:rPr>
        <w:t xml:space="preserve">than </w:t>
      </w:r>
      <w:r>
        <w:rPr>
          <w:color w:val="00787F"/>
        </w:rPr>
        <w:t xml:space="preserve">ever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thinking </w:t>
      </w:r>
      <w:r>
        <w:rPr>
          <w:color w:val="000000"/>
        </w:rPr>
        <w:t xml:space="preserve">it </w:t>
      </w:r>
      <w:r>
        <w:rPr>
          <w:color w:val="00787F"/>
        </w:rPr>
        <w:t xml:space="preserve">well </w:t>
      </w:r>
      <w:r>
        <w:rPr>
          <w:color w:val="FF6600"/>
        </w:rPr>
        <w:t xml:space="preserve">worth while </w:t>
      </w:r>
      <w:r>
        <w:rPr>
          <w:color w:val="000000"/>
        </w:rPr>
        <w:t xml:space="preserve">to </w:t>
      </w:r>
      <w:r>
        <w:rPr>
          <w:color w:val="CC3399"/>
        </w:rPr>
        <w:t xml:space="preserve">plod </w:t>
      </w:r>
      <w:r>
        <w:rPr>
          <w:color w:val="000000"/>
        </w:rPr>
        <w:t xml:space="preserve">to </w:t>
      </w:r>
      <w:r>
        <w:rPr>
          <w:color w:val="FF0066"/>
        </w:rPr>
        <w:t xml:space="preserve">and </w:t>
      </w:r>
      <w:r>
        <w:rPr>
          <w:color w:val="CC3399"/>
        </w:rPr>
        <w:t xml:space="preserve">fro </w:t>
      </w:r>
      <w:r>
        <w:rPr>
          <w:color w:val="000000"/>
        </w:rPr>
        <w:t xml:space="preserve">all </w:t>
      </w:r>
      <w:r>
        <w:rPr>
          <w:color w:val="00FFCC"/>
        </w:rPr>
        <w:t xml:space="preserve">day </w:t>
      </w:r>
      <w:r>
        <w:rPr>
          <w:color w:val="FF6600"/>
        </w:rPr>
        <w:t xml:space="preserve">with </w:t>
      </w:r>
      <w:r>
        <w:rPr>
          <w:color w:val="00FFCC"/>
        </w:rPr>
        <w:t xml:space="preserve">blocks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stone </w:t>
      </w:r>
      <w:r>
        <w:rPr>
          <w:color w:val="FF6600"/>
        </w:rPr>
        <w:t xml:space="preserve">if by </w:t>
      </w:r>
      <w:r>
        <w:rPr>
          <w:color w:val="CC3399"/>
        </w:rPr>
        <w:t xml:space="preserve">doing </w:t>
      </w:r>
      <w:r>
        <w:rPr>
          <w:color w:val="00787F"/>
        </w:rPr>
        <w:t xml:space="preserve">so </w:t>
      </w:r>
      <w:r>
        <w:rPr>
          <w:color w:val="000000"/>
        </w:rPr>
        <w:t xml:space="preserve">they </w:t>
      </w:r>
      <w:r>
        <w:rPr>
          <w:color w:val="003E3E"/>
        </w:rPr>
        <w:t xml:space="preserve">could </w:t>
      </w:r>
      <w:r>
        <w:rPr>
          <w:color w:val="CC3399"/>
        </w:rPr>
        <w:t xml:space="preserve">raise </w:t>
      </w:r>
      <w:r>
        <w:rPr>
          <w:color w:val="000000"/>
        </w:rPr>
        <w:t xml:space="preserve">the </w:t>
      </w:r>
      <w:r>
        <w:rPr>
          <w:color w:val="00FFCC"/>
        </w:rPr>
        <w:t xml:space="preserve">walls </w:t>
      </w:r>
      <w:r>
        <w:rPr>
          <w:color w:val="000000"/>
        </w:rPr>
        <w:t xml:space="preserve">another </w:t>
      </w:r>
      <w:r>
        <w:rPr>
          <w:color w:val="00FFCC"/>
        </w:rPr>
        <w:t xml:space="preserve">foot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003E3E"/>
        </w:rPr>
        <w:t xml:space="preserve">would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even </w:t>
      </w:r>
      <w:r>
        <w:rPr>
          <w:color w:val="CC3399"/>
        </w:rPr>
        <w:t xml:space="preserve">come </w:t>
      </w:r>
      <w:r>
        <w:rPr>
          <w:color w:val="000000"/>
        </w:rPr>
        <w:t xml:space="preserve">out </w:t>
      </w:r>
      <w:r>
        <w:rPr>
          <w:color w:val="FF6600"/>
        </w:rPr>
        <w:t xml:space="preserve">at </w:t>
      </w:r>
      <w:r>
        <w:rPr>
          <w:color w:val="00FFCC"/>
        </w:rPr>
        <w:t xml:space="preserve">nights </w:t>
      </w:r>
      <w:r>
        <w:rPr>
          <w:color w:val="FF0066"/>
        </w:rPr>
        <w:t xml:space="preserve">and </w:t>
      </w:r>
      <w:r>
        <w:rPr>
          <w:color w:val="00FFCC"/>
        </w:rPr>
        <w:t xml:space="preserve">work </w:t>
      </w:r>
      <w:r>
        <w:rPr>
          <w:color w:val="FF6600"/>
        </w:rPr>
        <w:t xml:space="preserve">for </w:t>
      </w:r>
      <w:r>
        <w:rPr>
          <w:color w:val="000000"/>
        </w:rPr>
        <w:t xml:space="preserve">an </w:t>
      </w:r>
      <w:r>
        <w:rPr>
          <w:color w:val="00FFCC"/>
        </w:rPr>
        <w:t xml:space="preserve">hour </w:t>
      </w:r>
      <w:r>
        <w:rPr>
          <w:color w:val="FF0066"/>
        </w:rPr>
        <w:t xml:space="preserve">or </w:t>
      </w:r>
      <w:r>
        <w:rPr>
          <w:color w:val="000000"/>
        </w:rPr>
        <w:t xml:space="preserve">two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33CCFF"/>
        </w:rPr>
        <w:t xml:space="preserve">own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light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harvest </w:t>
      </w:r>
      <w:r>
        <w:rPr>
          <w:color w:val="00FFCC"/>
        </w:rPr>
        <w:t xml:space="preserve">moon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33CCFF"/>
        </w:rPr>
        <w:t xml:space="preserve">spare </w:t>
      </w:r>
      <w:r>
        <w:rPr>
          <w:color w:val="00FFCC"/>
        </w:rPr>
        <w:t xml:space="preserve">moments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3E3E"/>
        </w:rPr>
        <w:t xml:space="preserve">would </w:t>
      </w:r>
      <w:r>
        <w:rPr>
          <w:color w:val="CC3399"/>
        </w:rPr>
        <w:t xml:space="preserve">walk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round </w:t>
      </w:r>
      <w:r>
        <w:rPr>
          <w:color w:val="FF0066"/>
        </w:rPr>
        <w:t xml:space="preserve">and </w:t>
      </w:r>
      <w:r>
        <w:rPr>
          <w:color w:val="CC3399"/>
        </w:rPr>
        <w:t xml:space="preserve">round </w:t>
      </w:r>
      <w:r>
        <w:rPr>
          <w:color w:val="000000"/>
        </w:rPr>
        <w:t xml:space="preserve">the </w:t>
      </w:r>
      <w:r>
        <w:rPr>
          <w:color w:val="33CCFF"/>
        </w:rPr>
        <w:t xml:space="preserve">half-finished </w:t>
      </w:r>
      <w:r>
        <w:rPr>
          <w:color w:val="00FFCC"/>
        </w:rPr>
        <w:t xml:space="preserve">mill </w:t>
      </w:r>
      <w:r>
        <w:rPr>
          <w:color w:val="000000"/>
        </w:rPr>
        <w:t xml:space="preserve">, </w:t>
      </w:r>
      <w:r>
        <w:rPr>
          <w:color w:val="CC3399"/>
        </w:rPr>
        <w:t xml:space="preserve">admiring </w:t>
      </w:r>
      <w:r>
        <w:rPr>
          <w:color w:val="000000"/>
        </w:rPr>
        <w:t xml:space="preserve">the </w:t>
      </w:r>
      <w:r>
        <w:rPr>
          <w:color w:val="00FFCC"/>
        </w:rPr>
        <w:t xml:space="preserve">strength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perpendicularity </w:t>
      </w:r>
      <w:r>
        <w:rPr>
          <w:color w:val="FF6600"/>
        </w:rPr>
        <w:t xml:space="preserve">of </w:t>
      </w:r>
      <w:r>
        <w:rPr>
          <w:color w:val="000000"/>
        </w:rPr>
        <w:t xml:space="preserve">its </w:t>
      </w:r>
      <w:r>
        <w:rPr>
          <w:color w:val="00FFCC"/>
        </w:rPr>
        <w:t xml:space="preserve">walls </w:t>
      </w:r>
      <w:r>
        <w:rPr>
          <w:color w:val="FF0066"/>
        </w:rPr>
        <w:t xml:space="preserve">and </w:t>
      </w:r>
      <w:r>
        <w:rPr>
          <w:color w:val="CC3399"/>
        </w:rPr>
        <w:t xml:space="preserve">marvelling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003E3E"/>
        </w:rPr>
        <w:t xml:space="preserve">should </w:t>
      </w:r>
      <w:r>
        <w:rPr>
          <w:color w:val="00787F"/>
        </w:rPr>
        <w:t xml:space="preserve">ever </w:t>
      </w:r>
      <w:r>
        <w:rPr>
          <w:color w:val="CC3399"/>
        </w:rPr>
        <w:t xml:space="preserve">have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been </w:t>
      </w: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build </w:t>
      </w:r>
      <w:r>
        <w:rPr>
          <w:color w:val="00FFCC"/>
        </w:rPr>
        <w:t xml:space="preserve">anything </w:t>
      </w:r>
      <w:r>
        <w:rPr>
          <w:color w:val="00787F"/>
        </w:rPr>
        <w:t xml:space="preserve">so </w:t>
      </w:r>
      <w:r>
        <w:rPr>
          <w:color w:val="CC3399"/>
        </w:rPr>
        <w:t xml:space="preserve">imposing </w:t>
      </w:r>
      <w:r>
        <w:rPr>
          <w:color w:val="000000"/>
        </w:rPr>
        <w:t xml:space="preserve">. </w:t>
      </w:r>
      <w:r>
        <w:rPr>
          <w:color w:val="00787F"/>
        </w:rPr>
        <w:t xml:space="preserve">Only </w:t>
      </w:r>
      <w:r>
        <w:rPr>
          <w:color w:val="33CCFF"/>
        </w:rPr>
        <w:t xml:space="preserve">old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refused </w:t>
      </w:r>
      <w:r>
        <w:rPr>
          <w:color w:val="000000"/>
        </w:rPr>
        <w:t xml:space="preserve">to </w:t>
      </w:r>
      <w:r>
        <w:rPr>
          <w:color w:val="CC3399"/>
        </w:rPr>
        <w:t xml:space="preserve">grow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enthusiastic </w:t>
      </w:r>
      <w:r>
        <w:rPr>
          <w:color w:val="FF6600"/>
        </w:rPr>
        <w:t xml:space="preserve">about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</w:t>
      </w:r>
      <w:r>
        <w:rPr>
          <w:color w:val="00787F"/>
        </w:rPr>
        <w:t xml:space="preserve">though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33CCFF"/>
        </w:rPr>
        <w:t xml:space="preserve">usual </w:t>
      </w:r>
      <w:r>
        <w:rPr>
          <w:color w:val="000000"/>
        </w:rPr>
        <w:t xml:space="preserve">, he </w:t>
      </w:r>
      <w:r>
        <w:rPr>
          <w:color w:val="003E3E"/>
        </w:rPr>
        <w:t xml:space="preserve">would </w:t>
      </w:r>
      <w:r>
        <w:rPr>
          <w:color w:val="CC3399"/>
        </w:rPr>
        <w:t xml:space="preserve">utter </w:t>
      </w:r>
      <w:r>
        <w:rPr>
          <w:color w:val="00FFCC"/>
        </w:rPr>
        <w:t xml:space="preserve">nothing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beyond </w:t>
      </w:r>
      <w:r>
        <w:rPr>
          <w:color w:val="000000"/>
        </w:rPr>
        <w:t xml:space="preserve">the </w:t>
      </w:r>
      <w:r>
        <w:rPr>
          <w:color w:val="33CCFF"/>
        </w:rPr>
        <w:t xml:space="preserve">cryptic </w:t>
      </w:r>
      <w:r>
        <w:rPr>
          <w:color w:val="00FFCC"/>
        </w:rPr>
        <w:t xml:space="preserve">remark </w:t>
      </w:r>
      <w:r>
        <w:rPr>
          <w:color w:val="000000"/>
        </w:rPr>
        <w:t xml:space="preserve">that </w:t>
      </w:r>
      <w:r>
        <w:rPr>
          <w:color w:val="CC3399"/>
        </w:rPr>
        <w:t xml:space="preserve">donkeys live </w:t>
      </w:r>
      <w:r>
        <w:rPr>
          <w:color w:val="000000"/>
        </w:rPr>
        <w:t xml:space="preserve">a </w:t>
      </w:r>
      <w:r>
        <w:rPr>
          <w:color w:val="33CCFF"/>
        </w:rPr>
        <w:t xml:space="preserve">long </w:t>
      </w:r>
      <w:r>
        <w:rPr>
          <w:color w:val="00FFCC"/>
        </w:rPr>
        <w:t xml:space="preserve">time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>No</w:t>
      </w:r>
      <w:r>
        <w:rPr>
          <w:color w:val="00FFCC"/>
        </w:rPr>
        <w:t xml:space="preserve">vember </w:t>
      </w:r>
      <w:r>
        <w:rPr>
          <w:color w:val="CC3399"/>
        </w:rPr>
        <w:t xml:space="preserve">came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CC3399"/>
        </w:rPr>
        <w:t xml:space="preserve">raging </w:t>
      </w:r>
      <w:r>
        <w:rPr>
          <w:color w:val="33CCFF"/>
        </w:rPr>
        <w:t xml:space="preserve">south-west </w:t>
      </w:r>
      <w:r>
        <w:rPr>
          <w:color w:val="00FFCC"/>
        </w:rPr>
        <w:t xml:space="preserve">winds </w:t>
      </w:r>
      <w:r>
        <w:rPr>
          <w:color w:val="000000"/>
        </w:rPr>
        <w:t xml:space="preserve">. </w:t>
      </w:r>
      <w:r>
        <w:rPr>
          <w:color w:val="00FFCC"/>
        </w:rPr>
        <w:t xml:space="preserve">Building </w:t>
      </w:r>
      <w:r>
        <w:rPr>
          <w:color w:val="CC3399"/>
        </w:rPr>
        <w:t xml:space="preserve">had </w:t>
      </w:r>
      <w:r>
        <w:rPr>
          <w:color w:val="000000"/>
        </w:rPr>
        <w:t xml:space="preserve">to </w:t>
      </w:r>
      <w:r>
        <w:rPr>
          <w:color w:val="CC3399"/>
        </w:rPr>
        <w:t xml:space="preserve">stop </w:t>
      </w:r>
      <w:r>
        <w:rPr>
          <w:color w:val="FF6600"/>
        </w:rPr>
        <w:t xml:space="preserve">because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787F"/>
        </w:rPr>
        <w:t xml:space="preserve">now too </w:t>
      </w:r>
      <w:r>
        <w:rPr>
          <w:color w:val="33CCFF"/>
        </w:rPr>
        <w:t xml:space="preserve">wet </w:t>
      </w:r>
      <w:r>
        <w:rPr>
          <w:color w:val="000000"/>
        </w:rPr>
        <w:t xml:space="preserve">to </w:t>
      </w:r>
      <w:r>
        <w:rPr>
          <w:color w:val="CC3399"/>
        </w:rPr>
        <w:t xml:space="preserve">mix </w:t>
      </w:r>
      <w:r>
        <w:rPr>
          <w:color w:val="000000"/>
        </w:rPr>
        <w:t xml:space="preserve">the </w:t>
      </w:r>
      <w:r>
        <w:rPr>
          <w:color w:val="00FFCC"/>
        </w:rPr>
        <w:t xml:space="preserve">cement </w:t>
      </w:r>
      <w:r>
        <w:rPr>
          <w:color w:val="000000"/>
        </w:rPr>
        <w:t xml:space="preserve">. </w:t>
      </w:r>
      <w:r>
        <w:rPr>
          <w:color w:val="00787F"/>
        </w:rPr>
        <w:t xml:space="preserve">Finally </w:t>
      </w:r>
      <w:r>
        <w:rPr>
          <w:color w:val="000000"/>
        </w:rPr>
        <w:t xml:space="preserve">there </w:t>
      </w:r>
      <w:r>
        <w:rPr>
          <w:color w:val="CC3399"/>
        </w:rPr>
        <w:t xml:space="preserve">came </w:t>
      </w:r>
      <w:r>
        <w:rPr>
          <w:color w:val="000000"/>
        </w:rPr>
        <w:t xml:space="preserve">a </w:t>
      </w:r>
      <w:r>
        <w:rPr>
          <w:color w:val="00FFCC"/>
        </w:rPr>
        <w:t xml:space="preserve">night </w:t>
      </w:r>
      <w:r>
        <w:rPr>
          <w:color w:val="000000"/>
        </w:rPr>
        <w:t xml:space="preserve">when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gale </w:t>
      </w:r>
      <w:r>
        <w:rPr>
          <w:color w:val="CC3399"/>
        </w:rPr>
        <w:t xml:space="preserve">was </w:t>
      </w:r>
      <w:r>
        <w:rPr>
          <w:color w:val="00787F"/>
        </w:rPr>
        <w:t xml:space="preserve">so </w:t>
      </w:r>
      <w:r>
        <w:rPr>
          <w:color w:val="33CCFF"/>
        </w:rPr>
        <w:t xml:space="preserve">violent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buildings </w:t>
      </w:r>
      <w:r>
        <w:rPr>
          <w:color w:val="CC3399"/>
        </w:rPr>
        <w:t xml:space="preserve">rocked </w:t>
      </w:r>
      <w:r>
        <w:rPr>
          <w:color w:val="FF6600"/>
        </w:rPr>
        <w:t xml:space="preserve">on </w:t>
      </w:r>
      <w:r>
        <w:rPr>
          <w:color w:val="000000"/>
        </w:rPr>
        <w:t xml:space="preserve">their </w:t>
      </w:r>
      <w:r>
        <w:rPr>
          <w:color w:val="00FFCC"/>
        </w:rPr>
        <w:t xml:space="preserve">foundations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33CCFF"/>
        </w:rPr>
        <w:t xml:space="preserve">several </w:t>
      </w:r>
      <w:r>
        <w:rPr>
          <w:color w:val="00FFCC"/>
        </w:rPr>
        <w:t xml:space="preserve">tiles </w:t>
      </w:r>
      <w:r>
        <w:rPr>
          <w:color w:val="CC3399"/>
        </w:rPr>
        <w:t xml:space="preserve">were blown </w:t>
      </w:r>
      <w:r>
        <w:rPr>
          <w:color w:val="000000"/>
        </w:rPr>
        <w:t xml:space="preserve">off the </w:t>
      </w:r>
      <w:r>
        <w:rPr>
          <w:color w:val="00FFCC"/>
        </w:rPr>
        <w:t xml:space="preserve">roof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000000"/>
        </w:rPr>
        <w:t xml:space="preserve">. The </w:t>
      </w:r>
      <w:r>
        <w:rPr>
          <w:color w:val="00FFCC"/>
        </w:rPr>
        <w:t xml:space="preserve">hens </w:t>
      </w:r>
      <w:r>
        <w:rPr>
          <w:color w:val="CC3399"/>
        </w:rPr>
        <w:t xml:space="preserve">woke </w:t>
      </w:r>
      <w:r>
        <w:rPr>
          <w:color w:val="000000"/>
        </w:rPr>
        <w:t xml:space="preserve">up </w:t>
      </w:r>
    </w:p>
    <w:p w:rsidR="00D83EF7" w:rsidRDefault="00CA4524" w:rsidP="00CA4524">
      <w:pPr>
        <w:spacing w:after="0"/>
      </w:pPr>
      <w:r>
        <w:rPr>
          <w:color w:val="CC3399"/>
        </w:rPr>
        <w:lastRenderedPageBreak/>
        <w:t xml:space="preserve">squawking </w:t>
      </w:r>
      <w:r>
        <w:rPr>
          <w:color w:val="FF6600"/>
        </w:rPr>
        <w:t xml:space="preserve">with </w:t>
      </w:r>
      <w:r>
        <w:rPr>
          <w:color w:val="00FFCC"/>
        </w:rPr>
        <w:t xml:space="preserve">terror </w:t>
      </w:r>
      <w:r>
        <w:rPr>
          <w:color w:val="FF6600"/>
        </w:rPr>
        <w:t xml:space="preserve">because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0000"/>
        </w:rPr>
        <w:t xml:space="preserve">all </w:t>
      </w:r>
      <w:r>
        <w:rPr>
          <w:color w:val="CC3399"/>
        </w:rPr>
        <w:t xml:space="preserve">dreamed </w:t>
      </w:r>
      <w:r>
        <w:rPr>
          <w:color w:val="00787F"/>
        </w:rPr>
        <w:t xml:space="preserve">simultaneously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hearing </w:t>
      </w:r>
      <w:r>
        <w:rPr>
          <w:color w:val="000000"/>
        </w:rPr>
        <w:t xml:space="preserve">a </w:t>
      </w:r>
      <w:r>
        <w:rPr>
          <w:color w:val="00FFCC"/>
        </w:rPr>
        <w:t xml:space="preserve">gun </w:t>
      </w:r>
      <w:r>
        <w:rPr>
          <w:color w:val="CC3399"/>
        </w:rPr>
        <w:t xml:space="preserve">go </w:t>
      </w:r>
      <w:r>
        <w:rPr>
          <w:color w:val="000000"/>
        </w:rPr>
        <w:t xml:space="preserve">off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distance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morning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came </w:t>
      </w:r>
      <w:r>
        <w:rPr>
          <w:color w:val="000000"/>
        </w:rPr>
        <w:t xml:space="preserve">out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00FFCC"/>
        </w:rPr>
        <w:t xml:space="preserve">stalls </w:t>
      </w:r>
      <w:r>
        <w:rPr>
          <w:color w:val="000000"/>
        </w:rPr>
        <w:t xml:space="preserve">to </w:t>
      </w:r>
      <w:r>
        <w:rPr>
          <w:color w:val="CC3399"/>
        </w:rPr>
        <w:t xml:space="preserve">find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flagstaff </w:t>
      </w:r>
      <w:r>
        <w:rPr>
          <w:color w:val="CC3399"/>
        </w:rPr>
        <w:t xml:space="preserve">had been blown </w:t>
      </w:r>
      <w:r>
        <w:rPr>
          <w:color w:val="00787F"/>
        </w:rPr>
        <w:t xml:space="preserve">down </w:t>
      </w:r>
      <w:r>
        <w:rPr>
          <w:color w:val="FF0066"/>
        </w:rPr>
        <w:t>an</w:t>
      </w:r>
      <w:r>
        <w:rPr>
          <w:color w:val="FF0066"/>
        </w:rPr>
        <w:t xml:space="preserve">d </w:t>
      </w:r>
      <w:r>
        <w:rPr>
          <w:color w:val="000000"/>
        </w:rPr>
        <w:t xml:space="preserve">an </w:t>
      </w:r>
      <w:r>
        <w:rPr>
          <w:color w:val="00FFCC"/>
        </w:rPr>
        <w:t xml:space="preserve">elm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tree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foot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orchard </w:t>
      </w:r>
      <w:r>
        <w:rPr>
          <w:color w:val="CC3399"/>
        </w:rPr>
        <w:t xml:space="preserve">had been plucked </w:t>
      </w:r>
      <w:r>
        <w:rPr>
          <w:color w:val="000000"/>
        </w:rPr>
        <w:t xml:space="preserve">up </w:t>
      </w:r>
      <w:r>
        <w:rPr>
          <w:color w:val="FF6600"/>
        </w:rPr>
        <w:t xml:space="preserve">like </w:t>
      </w:r>
      <w:r>
        <w:rPr>
          <w:color w:val="000000"/>
        </w:rPr>
        <w:t xml:space="preserve">a </w:t>
      </w:r>
      <w:r>
        <w:rPr>
          <w:color w:val="00FFCC"/>
        </w:rPr>
        <w:t xml:space="preserve">radish </w:t>
      </w:r>
      <w:r>
        <w:rPr>
          <w:color w:val="000000"/>
        </w:rPr>
        <w:t xml:space="preserve">. 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</w:t>
      </w:r>
      <w:r>
        <w:rPr>
          <w:color w:val="00787F"/>
        </w:rPr>
        <w:t xml:space="preserve">just </w:t>
      </w:r>
      <w:r>
        <w:rPr>
          <w:color w:val="CC3399"/>
        </w:rPr>
        <w:t xml:space="preserve">noticed </w:t>
      </w:r>
      <w:r>
        <w:rPr>
          <w:color w:val="000000"/>
        </w:rPr>
        <w:t xml:space="preserve">this when a </w:t>
      </w:r>
      <w:r>
        <w:rPr>
          <w:color w:val="00FFCC"/>
        </w:rPr>
        <w:t xml:space="preserve">cry </w:t>
      </w:r>
      <w:r>
        <w:rPr>
          <w:color w:val="FF6600"/>
        </w:rPr>
        <w:t xml:space="preserve">of </w:t>
      </w:r>
      <w:r>
        <w:rPr>
          <w:color w:val="00FFCC"/>
        </w:rPr>
        <w:t xml:space="preserve">despair </w:t>
      </w:r>
      <w:r>
        <w:rPr>
          <w:color w:val="CC3399"/>
        </w:rPr>
        <w:t xml:space="preserve">broke </w:t>
      </w:r>
      <w:r>
        <w:rPr>
          <w:color w:val="FF6600"/>
        </w:rPr>
        <w:t xml:space="preserve">from </w:t>
      </w:r>
      <w:r>
        <w:rPr>
          <w:color w:val="000000"/>
        </w:rPr>
        <w:t xml:space="preserve">every </w:t>
      </w:r>
      <w:r>
        <w:rPr>
          <w:color w:val="00FFCC"/>
        </w:rPr>
        <w:t xml:space="preserve">animal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throat </w:t>
      </w:r>
      <w:r>
        <w:rPr>
          <w:color w:val="000000"/>
        </w:rPr>
        <w:t xml:space="preserve">. A </w:t>
      </w:r>
      <w:r>
        <w:rPr>
          <w:color w:val="33CCFF"/>
        </w:rPr>
        <w:t xml:space="preserve">terrible </w:t>
      </w:r>
      <w:r>
        <w:rPr>
          <w:color w:val="00FFCC"/>
        </w:rPr>
        <w:t xml:space="preserve">sight </w:t>
      </w:r>
      <w:r>
        <w:rPr>
          <w:color w:val="CC3399"/>
        </w:rPr>
        <w:t xml:space="preserve">had met </w:t>
      </w:r>
      <w:r>
        <w:rPr>
          <w:color w:val="000000"/>
        </w:rPr>
        <w:t xml:space="preserve">their </w:t>
      </w:r>
      <w:r>
        <w:rPr>
          <w:color w:val="00FFCC"/>
        </w:rPr>
        <w:t xml:space="preserve">eyes </w:t>
      </w:r>
      <w:r>
        <w:rPr>
          <w:color w:val="000000"/>
        </w:rPr>
        <w:t xml:space="preserve">. 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was </w:t>
      </w:r>
      <w:r>
        <w:rPr>
          <w:color w:val="FF6600"/>
        </w:rPr>
        <w:t xml:space="preserve">in </w:t>
      </w:r>
      <w:r>
        <w:rPr>
          <w:color w:val="00FFCC"/>
        </w:rPr>
        <w:t xml:space="preserve">ruins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With </w:t>
      </w:r>
      <w:r>
        <w:rPr>
          <w:color w:val="000000"/>
        </w:rPr>
        <w:t xml:space="preserve">one </w:t>
      </w:r>
      <w:r>
        <w:rPr>
          <w:color w:val="00FFCC"/>
        </w:rPr>
        <w:t xml:space="preserve">accord </w:t>
      </w:r>
      <w:r>
        <w:rPr>
          <w:color w:val="000000"/>
        </w:rPr>
        <w:t xml:space="preserve">they </w:t>
      </w:r>
      <w:r>
        <w:rPr>
          <w:color w:val="CC3399"/>
        </w:rPr>
        <w:t xml:space="preserve">dashed </w:t>
      </w:r>
      <w:r>
        <w:rPr>
          <w:color w:val="00787F"/>
        </w:rPr>
        <w:t xml:space="preserve">down </w:t>
      </w:r>
      <w:r>
        <w:rPr>
          <w:color w:val="000000"/>
        </w:rPr>
        <w:t xml:space="preserve">to the </w:t>
      </w:r>
      <w:r>
        <w:rPr>
          <w:color w:val="00FFCC"/>
        </w:rPr>
        <w:t xml:space="preserve">spot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who </w:t>
      </w:r>
      <w:r>
        <w:rPr>
          <w:color w:val="00787F"/>
        </w:rPr>
        <w:t xml:space="preserve">seldom </w:t>
      </w:r>
      <w:r>
        <w:rPr>
          <w:color w:val="CC3399"/>
        </w:rPr>
        <w:t xml:space="preserve">moved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out of </w:t>
      </w:r>
      <w:r>
        <w:rPr>
          <w:color w:val="000000"/>
        </w:rPr>
        <w:t xml:space="preserve">a </w:t>
      </w:r>
      <w:r>
        <w:rPr>
          <w:color w:val="00FFCC"/>
        </w:rPr>
        <w:t xml:space="preserve">walk </w:t>
      </w:r>
      <w:r>
        <w:rPr>
          <w:color w:val="000000"/>
        </w:rPr>
        <w:t xml:space="preserve">, </w:t>
      </w:r>
      <w:r>
        <w:rPr>
          <w:color w:val="CC3399"/>
        </w:rPr>
        <w:t xml:space="preserve">raced </w:t>
      </w:r>
      <w:r>
        <w:rPr>
          <w:color w:val="00787F"/>
        </w:rPr>
        <w:t xml:space="preserve">ahead </w:t>
      </w:r>
      <w:r>
        <w:rPr>
          <w:color w:val="FF6600"/>
        </w:rPr>
        <w:t xml:space="preserve">of </w:t>
      </w:r>
      <w:r>
        <w:rPr>
          <w:color w:val="000000"/>
        </w:rPr>
        <w:t xml:space="preserve">them all . Yes , there it </w:t>
      </w:r>
      <w:r>
        <w:rPr>
          <w:color w:val="CC3399"/>
        </w:rPr>
        <w:t xml:space="preserve">lay </w:t>
      </w:r>
      <w:r>
        <w:rPr>
          <w:color w:val="000000"/>
        </w:rPr>
        <w:t xml:space="preserve">, the </w:t>
      </w:r>
      <w:r>
        <w:rPr>
          <w:color w:val="00FFCC"/>
        </w:rPr>
        <w:t xml:space="preserve">fruit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all their </w:t>
      </w:r>
      <w:r>
        <w:rPr>
          <w:color w:val="00FFCC"/>
        </w:rPr>
        <w:t xml:space="preserve">struggles </w:t>
      </w:r>
      <w:r>
        <w:rPr>
          <w:color w:val="000000"/>
        </w:rPr>
        <w:t xml:space="preserve">, </w:t>
      </w:r>
      <w:r>
        <w:rPr>
          <w:color w:val="CC3399"/>
        </w:rPr>
        <w:t xml:space="preserve">levelled </w:t>
      </w:r>
      <w:r>
        <w:rPr>
          <w:color w:val="000000"/>
        </w:rPr>
        <w:t xml:space="preserve">to its </w:t>
      </w:r>
      <w:r>
        <w:rPr>
          <w:color w:val="00FFCC"/>
        </w:rPr>
        <w:t xml:space="preserve">foundations </w:t>
      </w:r>
      <w:r>
        <w:rPr>
          <w:color w:val="000000"/>
        </w:rPr>
        <w:t xml:space="preserve">, the </w:t>
      </w:r>
      <w:r>
        <w:rPr>
          <w:color w:val="00FFCC"/>
        </w:rPr>
        <w:t xml:space="preserve">stones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broken </w:t>
      </w:r>
      <w:r>
        <w:rPr>
          <w:color w:val="FF0066"/>
        </w:rPr>
        <w:t xml:space="preserve">and </w:t>
      </w:r>
      <w:r>
        <w:rPr>
          <w:color w:val="CC3399"/>
        </w:rPr>
        <w:t xml:space="preserve">carried </w:t>
      </w:r>
      <w:r>
        <w:rPr>
          <w:color w:val="00787F"/>
        </w:rPr>
        <w:t xml:space="preserve">so laboriously </w:t>
      </w:r>
      <w:r>
        <w:rPr>
          <w:color w:val="CC3399"/>
        </w:rPr>
        <w:t xml:space="preserve">scattered </w:t>
      </w:r>
      <w:r>
        <w:rPr>
          <w:color w:val="000000"/>
        </w:rPr>
        <w:t xml:space="preserve">all </w:t>
      </w:r>
      <w:r>
        <w:rPr>
          <w:color w:val="00787F"/>
        </w:rPr>
        <w:t>aro</w:t>
      </w:r>
      <w:r>
        <w:rPr>
          <w:color w:val="00787F"/>
        </w:rPr>
        <w:t xml:space="preserve">und </w:t>
      </w:r>
      <w:r>
        <w:rPr>
          <w:color w:val="000000"/>
        </w:rPr>
        <w:t xml:space="preserve">. </w:t>
      </w:r>
      <w:r>
        <w:rPr>
          <w:color w:val="33CCFF"/>
        </w:rPr>
        <w:t xml:space="preserve">Unable </w:t>
      </w:r>
      <w:r>
        <w:rPr>
          <w:color w:val="FF6600"/>
        </w:rPr>
        <w:t xml:space="preserve">at </w:t>
      </w:r>
      <w:r>
        <w:rPr>
          <w:color w:val="33CCFF"/>
        </w:rPr>
        <w:t xml:space="preserve">first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speak </w:t>
      </w:r>
      <w:r>
        <w:rPr>
          <w:color w:val="000000"/>
        </w:rPr>
        <w:t xml:space="preserve">, they </w:t>
      </w:r>
      <w:r>
        <w:rPr>
          <w:color w:val="CC3399"/>
        </w:rPr>
        <w:t xml:space="preserve">stood gazing </w:t>
      </w:r>
      <w:r>
        <w:rPr>
          <w:color w:val="00787F"/>
        </w:rPr>
        <w:t xml:space="preserve">mournfully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litter </w:t>
      </w:r>
      <w:r>
        <w:rPr>
          <w:color w:val="FF6600"/>
        </w:rPr>
        <w:t xml:space="preserve">of </w:t>
      </w:r>
      <w:r>
        <w:rPr>
          <w:color w:val="CC3399"/>
        </w:rPr>
        <w:t xml:space="preserve">fallen </w:t>
      </w:r>
      <w:r>
        <w:rPr>
          <w:color w:val="00FFCC"/>
        </w:rPr>
        <w:t xml:space="preserve">stone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paced </w:t>
      </w:r>
      <w:r>
        <w:rPr>
          <w:color w:val="000000"/>
        </w:rPr>
        <w:t xml:space="preserve">to </w:t>
      </w:r>
      <w:r>
        <w:rPr>
          <w:color w:val="FF0066"/>
        </w:rPr>
        <w:t xml:space="preserve">and </w:t>
      </w:r>
      <w:r>
        <w:rPr>
          <w:color w:val="CC3399"/>
        </w:rPr>
        <w:t xml:space="preserve">fro </w:t>
      </w:r>
      <w:r>
        <w:rPr>
          <w:color w:val="FF6600"/>
        </w:rPr>
        <w:t xml:space="preserve">in </w:t>
      </w:r>
      <w:r>
        <w:rPr>
          <w:color w:val="00FFCC"/>
        </w:rPr>
        <w:t xml:space="preserve">silence </w:t>
      </w:r>
      <w:r>
        <w:rPr>
          <w:color w:val="000000"/>
        </w:rPr>
        <w:t xml:space="preserve">, </w:t>
      </w:r>
      <w:r>
        <w:rPr>
          <w:color w:val="00787F"/>
        </w:rPr>
        <w:t xml:space="preserve">occasionally </w:t>
      </w:r>
      <w:r>
        <w:rPr>
          <w:color w:val="CC3399"/>
        </w:rPr>
        <w:t xml:space="preserve">snuffing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ground </w:t>
      </w:r>
      <w:r>
        <w:rPr>
          <w:color w:val="000000"/>
        </w:rPr>
        <w:t xml:space="preserve">. His </w:t>
      </w:r>
      <w:r>
        <w:rPr>
          <w:color w:val="00FFCC"/>
        </w:rPr>
        <w:t xml:space="preserve">tail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grown </w:t>
      </w:r>
      <w:r>
        <w:rPr>
          <w:color w:val="33CCFF"/>
        </w:rPr>
        <w:t xml:space="preserve">rigid </w:t>
      </w:r>
      <w:r>
        <w:rPr>
          <w:color w:val="FF0066"/>
        </w:rPr>
        <w:t xml:space="preserve">and </w:t>
      </w:r>
      <w:r>
        <w:rPr>
          <w:color w:val="CC3399"/>
        </w:rPr>
        <w:t xml:space="preserve">twitched </w:t>
      </w:r>
      <w:r>
        <w:rPr>
          <w:color w:val="00787F"/>
        </w:rPr>
        <w:t xml:space="preserve">sharply </w:t>
      </w:r>
      <w:r>
        <w:rPr>
          <w:color w:val="FF6600"/>
        </w:rPr>
        <w:t xml:space="preserve">from </w:t>
      </w:r>
      <w:r>
        <w:rPr>
          <w:color w:val="CC3399"/>
        </w:rPr>
        <w:t xml:space="preserve">side </w:t>
      </w:r>
      <w:r>
        <w:rPr>
          <w:color w:val="000000"/>
        </w:rPr>
        <w:t xml:space="preserve">to </w:t>
      </w:r>
      <w:r>
        <w:rPr>
          <w:color w:val="CC3399"/>
        </w:rPr>
        <w:t xml:space="preserve">side </w:t>
      </w:r>
      <w:r>
        <w:rPr>
          <w:color w:val="000000"/>
        </w:rPr>
        <w:t xml:space="preserve">, a </w:t>
      </w:r>
      <w:r>
        <w:rPr>
          <w:color w:val="00FFCC"/>
        </w:rPr>
        <w:t xml:space="preserve">sign </w:t>
      </w:r>
      <w:r>
        <w:rPr>
          <w:color w:val="FF6600"/>
        </w:rPr>
        <w:t xml:space="preserve">in </w:t>
      </w:r>
      <w:r>
        <w:rPr>
          <w:color w:val="000000"/>
        </w:rPr>
        <w:t xml:space="preserve">him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intense mental </w:t>
      </w:r>
      <w:r>
        <w:rPr>
          <w:color w:val="00FFCC"/>
        </w:rPr>
        <w:t xml:space="preserve">activity </w:t>
      </w:r>
      <w:r>
        <w:rPr>
          <w:color w:val="000000"/>
        </w:rPr>
        <w:t xml:space="preserve">. </w:t>
      </w:r>
      <w:r>
        <w:rPr>
          <w:color w:val="00787F"/>
        </w:rPr>
        <w:t xml:space="preserve">Suddenly </w:t>
      </w:r>
      <w:r>
        <w:rPr>
          <w:color w:val="000000"/>
        </w:rPr>
        <w:t xml:space="preserve">he </w:t>
      </w:r>
      <w:r>
        <w:rPr>
          <w:color w:val="CC3399"/>
        </w:rPr>
        <w:t xml:space="preserve">halted </w:t>
      </w:r>
      <w:r>
        <w:rPr>
          <w:color w:val="FF6600"/>
        </w:rPr>
        <w:t xml:space="preserve">as though </w:t>
      </w:r>
      <w:r>
        <w:rPr>
          <w:color w:val="000000"/>
        </w:rPr>
        <w:t xml:space="preserve">his </w:t>
      </w:r>
      <w:r>
        <w:rPr>
          <w:color w:val="00FFCC"/>
        </w:rPr>
        <w:t xml:space="preserve">mind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made </w:t>
      </w:r>
      <w:r>
        <w:rPr>
          <w:color w:val="000000"/>
        </w:rPr>
        <w:t xml:space="preserve">up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'' he </w:t>
      </w:r>
      <w:r>
        <w:rPr>
          <w:color w:val="CC3399"/>
        </w:rPr>
        <w:t xml:space="preserve">said </w:t>
      </w:r>
      <w:r>
        <w:rPr>
          <w:color w:val="00787F"/>
        </w:rPr>
        <w:t xml:space="preserve">quietly </w:t>
      </w:r>
      <w:r>
        <w:rPr>
          <w:color w:val="000000"/>
        </w:rPr>
        <w:t xml:space="preserve">, `` </w:t>
      </w:r>
      <w:r>
        <w:rPr>
          <w:color w:val="CC3399"/>
        </w:rPr>
        <w:t xml:space="preserve">do </w:t>
      </w:r>
      <w:r>
        <w:rPr>
          <w:color w:val="000000"/>
        </w:rPr>
        <w:t xml:space="preserve">you </w:t>
      </w:r>
      <w:r>
        <w:rPr>
          <w:color w:val="CC3399"/>
        </w:rPr>
        <w:t xml:space="preserve">know </w:t>
      </w:r>
      <w:r>
        <w:rPr>
          <w:color w:val="000000"/>
        </w:rPr>
        <w:t xml:space="preserve">who </w:t>
      </w:r>
      <w:r>
        <w:rPr>
          <w:color w:val="CC3399"/>
        </w:rPr>
        <w:t xml:space="preserve">is </w:t>
      </w:r>
      <w:r>
        <w:rPr>
          <w:color w:val="33CCFF"/>
        </w:rPr>
        <w:t xml:space="preserve">responsible </w:t>
      </w:r>
      <w:r>
        <w:rPr>
          <w:color w:val="FF6600"/>
        </w:rPr>
        <w:t xml:space="preserve">for </w:t>
      </w:r>
      <w:r>
        <w:rPr>
          <w:color w:val="000000"/>
        </w:rPr>
        <w:t xml:space="preserve">this ? </w:t>
      </w:r>
      <w:r>
        <w:rPr>
          <w:color w:val="CC3399"/>
        </w:rPr>
        <w:t xml:space="preserve">Do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you </w:t>
      </w:r>
      <w:r>
        <w:rPr>
          <w:color w:val="CC3399"/>
        </w:rPr>
        <w:t xml:space="preserve">know </w:t>
      </w:r>
      <w:r>
        <w:rPr>
          <w:color w:val="000000"/>
        </w:rPr>
        <w:t xml:space="preserve">the </w:t>
      </w:r>
      <w:r>
        <w:rPr>
          <w:color w:val="00FFCC"/>
        </w:rPr>
        <w:t xml:space="preserve">enemy </w:t>
      </w:r>
      <w:r>
        <w:rPr>
          <w:color w:val="000000"/>
        </w:rPr>
        <w:t xml:space="preserve">who </w:t>
      </w:r>
      <w:r>
        <w:rPr>
          <w:color w:val="CC3399"/>
        </w:rPr>
        <w:t xml:space="preserve">has come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night </w:t>
      </w:r>
      <w:r>
        <w:rPr>
          <w:color w:val="FF0066"/>
        </w:rPr>
        <w:t xml:space="preserve">and </w:t>
      </w:r>
      <w:r>
        <w:rPr>
          <w:color w:val="FF6600"/>
        </w:rPr>
        <w:t xml:space="preserve">overthrown </w:t>
      </w:r>
      <w:r>
        <w:rPr>
          <w:color w:val="000000"/>
        </w:rPr>
        <w:t xml:space="preserve">our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?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000000"/>
        </w:rPr>
        <w:t xml:space="preserve">! '' he </w:t>
      </w:r>
      <w:r>
        <w:rPr>
          <w:color w:val="00787F"/>
        </w:rPr>
        <w:t xml:space="preserve">suddenly </w:t>
      </w:r>
      <w:r>
        <w:rPr>
          <w:color w:val="CC3399"/>
        </w:rPr>
        <w:t xml:space="preserve">roared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voice </w:t>
      </w:r>
      <w:r>
        <w:rPr>
          <w:color w:val="FF6600"/>
        </w:rPr>
        <w:t xml:space="preserve">of </w:t>
      </w:r>
      <w:r>
        <w:rPr>
          <w:color w:val="00FFCC"/>
        </w:rPr>
        <w:t xml:space="preserve">thunder </w:t>
      </w:r>
      <w:r>
        <w:rPr>
          <w:color w:val="000000"/>
        </w:rPr>
        <w:t xml:space="preserve">. ``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has done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this </w:t>
      </w:r>
      <w:r>
        <w:rPr>
          <w:color w:val="00FFCC"/>
        </w:rPr>
        <w:t xml:space="preserve">thing </w:t>
      </w:r>
      <w:r>
        <w:rPr>
          <w:color w:val="000000"/>
        </w:rPr>
        <w:t xml:space="preserve">! </w:t>
      </w:r>
      <w:r>
        <w:rPr>
          <w:color w:val="FF6600"/>
        </w:rPr>
        <w:t xml:space="preserve">In </w:t>
      </w:r>
      <w:r>
        <w:rPr>
          <w:color w:val="00FFCC"/>
        </w:rPr>
        <w:t xml:space="preserve">sheer malignity </w:t>
      </w:r>
      <w:r>
        <w:rPr>
          <w:color w:val="000000"/>
        </w:rPr>
        <w:t xml:space="preserve">, </w:t>
      </w:r>
      <w:r>
        <w:rPr>
          <w:color w:val="CC3399"/>
        </w:rPr>
        <w:t xml:space="preserve">thinking </w:t>
      </w:r>
      <w:r>
        <w:rPr>
          <w:color w:val="000000"/>
        </w:rPr>
        <w:t xml:space="preserve">to </w:t>
      </w:r>
      <w:r>
        <w:rPr>
          <w:color w:val="CC3399"/>
        </w:rPr>
        <w:t xml:space="preserve">set </w:t>
      </w:r>
      <w:r>
        <w:rPr>
          <w:color w:val="000000"/>
        </w:rPr>
        <w:t xml:space="preserve">back our </w:t>
      </w:r>
      <w:r>
        <w:rPr>
          <w:color w:val="00FFCC"/>
        </w:rPr>
        <w:t xml:space="preserve">plans </w:t>
      </w:r>
      <w:r>
        <w:rPr>
          <w:color w:val="FF0066"/>
        </w:rPr>
        <w:t xml:space="preserve">and </w:t>
      </w:r>
      <w:r>
        <w:rPr>
          <w:color w:val="00FFCC"/>
        </w:rPr>
        <w:t xml:space="preserve">avenge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himself </w:t>
      </w:r>
      <w:r>
        <w:rPr>
          <w:color w:val="FF6600"/>
        </w:rPr>
        <w:t xml:space="preserve">for </w:t>
      </w:r>
      <w:r>
        <w:rPr>
          <w:color w:val="000000"/>
        </w:rPr>
        <w:t xml:space="preserve">his </w:t>
      </w:r>
      <w:r>
        <w:rPr>
          <w:color w:val="33CCFF"/>
        </w:rPr>
        <w:t xml:space="preserve">ignominious </w:t>
      </w:r>
      <w:r>
        <w:rPr>
          <w:color w:val="00FFCC"/>
        </w:rPr>
        <w:t xml:space="preserve">expulsion </w:t>
      </w:r>
      <w:r>
        <w:rPr>
          <w:color w:val="000000"/>
        </w:rPr>
        <w:t xml:space="preserve">, this </w:t>
      </w:r>
      <w:r>
        <w:rPr>
          <w:color w:val="00FFCC"/>
        </w:rPr>
        <w:t xml:space="preserve">traitor </w:t>
      </w:r>
      <w:r>
        <w:rPr>
          <w:color w:val="CC3399"/>
        </w:rPr>
        <w:t xml:space="preserve">has crept </w:t>
      </w:r>
      <w:r>
        <w:rPr>
          <w:color w:val="00787F"/>
        </w:rPr>
        <w:t xml:space="preserve">here </w:t>
      </w:r>
      <w:r>
        <w:rPr>
          <w:color w:val="FF6600"/>
        </w:rPr>
        <w:t xml:space="preserve">under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cover </w:t>
      </w:r>
      <w:r>
        <w:rPr>
          <w:color w:val="FF6600"/>
        </w:rPr>
        <w:t xml:space="preserve">of </w:t>
      </w:r>
      <w:r>
        <w:rPr>
          <w:color w:val="00FFCC"/>
        </w:rPr>
        <w:t xml:space="preserve">night </w:t>
      </w:r>
      <w:r>
        <w:rPr>
          <w:color w:val="FF0066"/>
        </w:rPr>
        <w:t xml:space="preserve">and </w:t>
      </w:r>
      <w:r>
        <w:rPr>
          <w:color w:val="CC3399"/>
        </w:rPr>
        <w:t xml:space="preserve">destroyed </w:t>
      </w:r>
      <w:r>
        <w:rPr>
          <w:color w:val="000000"/>
        </w:rPr>
        <w:t xml:space="preserve">our </w:t>
      </w:r>
      <w:r>
        <w:rPr>
          <w:color w:val="00FFCC"/>
        </w:rPr>
        <w:t xml:space="preserve">work </w:t>
      </w:r>
      <w:r>
        <w:rPr>
          <w:color w:val="FF6600"/>
        </w:rPr>
        <w:t xml:space="preserve">of </w:t>
      </w:r>
      <w:r>
        <w:rPr>
          <w:color w:val="00787F"/>
        </w:rPr>
        <w:t xml:space="preserve">nearly </w:t>
      </w:r>
      <w:r>
        <w:rPr>
          <w:color w:val="000000"/>
        </w:rPr>
        <w:t xml:space="preserve">a </w:t>
      </w:r>
      <w:r>
        <w:rPr>
          <w:color w:val="00FFCC"/>
        </w:rPr>
        <w:t xml:space="preserve">year </w:t>
      </w:r>
      <w:r>
        <w:rPr>
          <w:color w:val="000000"/>
        </w:rPr>
        <w:t xml:space="preserve">.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  <w:r>
        <w:rPr>
          <w:color w:val="00787F"/>
        </w:rPr>
        <w:t xml:space="preserve">here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now </w:t>
      </w:r>
      <w:r>
        <w:rPr>
          <w:color w:val="000000"/>
        </w:rPr>
        <w:t xml:space="preserve">I </w:t>
      </w:r>
      <w:r>
        <w:rPr>
          <w:color w:val="CC3399"/>
        </w:rPr>
        <w:t xml:space="preserve">pronounce </w:t>
      </w:r>
      <w:r>
        <w:rPr>
          <w:color w:val="000000"/>
        </w:rPr>
        <w:t xml:space="preserve">the </w:t>
      </w:r>
      <w:r>
        <w:rPr>
          <w:color w:val="00FFCC"/>
        </w:rPr>
        <w:t xml:space="preserve">death sentence </w:t>
      </w:r>
      <w:r>
        <w:rPr>
          <w:color w:val="FF6600"/>
        </w:rPr>
        <w:t xml:space="preserve">upon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. </w:t>
      </w:r>
      <w:r>
        <w:rPr>
          <w:color w:val="33CCFF"/>
        </w:rPr>
        <w:t xml:space="preserve">'Animal </w:t>
      </w:r>
      <w:r>
        <w:rPr>
          <w:color w:val="00FFCC"/>
        </w:rPr>
        <w:t xml:space="preserve">Hero </w:t>
      </w:r>
      <w:r>
        <w:rPr>
          <w:color w:val="000000"/>
        </w:rPr>
        <w:t xml:space="preserve">, </w:t>
      </w:r>
      <w:r>
        <w:rPr>
          <w:color w:val="00FFCC"/>
        </w:rPr>
        <w:t xml:space="preserve">Second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Class </w:t>
      </w:r>
      <w:r>
        <w:rPr>
          <w:color w:val="000000"/>
        </w:rPr>
        <w:t xml:space="preserve">, ' </w:t>
      </w:r>
      <w:r>
        <w:rPr>
          <w:color w:val="FF0066"/>
        </w:rPr>
        <w:t xml:space="preserve">and </w:t>
      </w:r>
      <w:r>
        <w:rPr>
          <w:color w:val="000000"/>
        </w:rPr>
        <w:t xml:space="preserve">half a </w:t>
      </w:r>
      <w:r>
        <w:rPr>
          <w:color w:val="00FFCC"/>
        </w:rPr>
        <w:t xml:space="preserve">bushel </w:t>
      </w:r>
      <w:r>
        <w:rPr>
          <w:color w:val="FF6600"/>
        </w:rPr>
        <w:t xml:space="preserve">of </w:t>
      </w:r>
      <w:r>
        <w:rPr>
          <w:color w:val="00FFCC"/>
        </w:rPr>
        <w:t xml:space="preserve">apples </w:t>
      </w:r>
      <w:r>
        <w:rPr>
          <w:color w:val="000000"/>
        </w:rPr>
        <w:t xml:space="preserve">to any </w:t>
      </w:r>
      <w:r>
        <w:rPr>
          <w:color w:val="00FFCC"/>
        </w:rPr>
        <w:t xml:space="preserve">animal </w:t>
      </w:r>
      <w:r>
        <w:rPr>
          <w:color w:val="000000"/>
        </w:rPr>
        <w:t xml:space="preserve">who </w:t>
      </w:r>
      <w:r>
        <w:rPr>
          <w:color w:val="CC3399"/>
        </w:rPr>
        <w:t xml:space="preserve">brings </w:t>
      </w:r>
      <w:r>
        <w:rPr>
          <w:color w:val="000000"/>
        </w:rPr>
        <w:t xml:space="preserve">him 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justice </w:t>
      </w:r>
      <w:r>
        <w:rPr>
          <w:color w:val="000000"/>
        </w:rPr>
        <w:t xml:space="preserve">. A </w:t>
      </w:r>
      <w:r>
        <w:rPr>
          <w:color w:val="33CCFF"/>
        </w:rPr>
        <w:t xml:space="preserve">full </w:t>
      </w:r>
      <w:r>
        <w:rPr>
          <w:color w:val="00FFCC"/>
        </w:rPr>
        <w:t xml:space="preserve">bushel </w:t>
      </w:r>
      <w:r>
        <w:rPr>
          <w:color w:val="000000"/>
        </w:rPr>
        <w:t xml:space="preserve">to </w:t>
      </w:r>
      <w:r>
        <w:rPr>
          <w:color w:val="00FFCC"/>
        </w:rPr>
        <w:t xml:space="preserve">anyone </w:t>
      </w:r>
      <w:r>
        <w:rPr>
          <w:color w:val="000000"/>
        </w:rPr>
        <w:t xml:space="preserve">who </w:t>
      </w:r>
      <w:r>
        <w:rPr>
          <w:color w:val="CC3399"/>
        </w:rPr>
        <w:t xml:space="preserve">captures </w:t>
      </w:r>
      <w:r>
        <w:rPr>
          <w:color w:val="000000"/>
        </w:rPr>
        <w:t xml:space="preserve">him </w:t>
      </w:r>
      <w:r>
        <w:rPr>
          <w:color w:val="33CCFF"/>
        </w:rPr>
        <w:t xml:space="preserve">alive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shocked </w:t>
      </w:r>
      <w:r>
        <w:rPr>
          <w:color w:val="FF6600"/>
        </w:rPr>
        <w:t xml:space="preserve">beyond </w:t>
      </w:r>
      <w:r>
        <w:rPr>
          <w:color w:val="00FFCC"/>
        </w:rPr>
        <w:t xml:space="preserve">measure </w:t>
      </w:r>
      <w:r>
        <w:rPr>
          <w:color w:val="000000"/>
        </w:rPr>
        <w:t xml:space="preserve">to </w:t>
      </w:r>
      <w:r>
        <w:rPr>
          <w:color w:val="CC3399"/>
        </w:rPr>
        <w:t xml:space="preserve">learn </w:t>
      </w:r>
      <w:r>
        <w:rPr>
          <w:color w:val="FF6600"/>
        </w:rPr>
        <w:t xml:space="preserve">that </w:t>
      </w:r>
      <w:r>
        <w:rPr>
          <w:color w:val="00787F"/>
        </w:rPr>
        <w:t xml:space="preserve">even </w:t>
      </w:r>
      <w:r>
        <w:rPr>
          <w:color w:val="00FFCC"/>
        </w:rPr>
        <w:t xml:space="preserve">Snowball </w:t>
      </w:r>
      <w:r>
        <w:rPr>
          <w:color w:val="003E3E"/>
        </w:rPr>
        <w:t xml:space="preserve">could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</w:t>
      </w:r>
      <w:r>
        <w:rPr>
          <w:color w:val="33CCFF"/>
        </w:rPr>
        <w:t xml:space="preserve">guilty </w:t>
      </w:r>
      <w:r>
        <w:rPr>
          <w:color w:val="FF6600"/>
        </w:rPr>
        <w:t xml:space="preserve">of </w:t>
      </w:r>
      <w:r>
        <w:rPr>
          <w:color w:val="33CCFF"/>
        </w:rPr>
        <w:t xml:space="preserve">such </w:t>
      </w:r>
      <w:r>
        <w:rPr>
          <w:color w:val="000000"/>
        </w:rPr>
        <w:t xml:space="preserve">an </w:t>
      </w:r>
      <w:r>
        <w:rPr>
          <w:color w:val="00FFCC"/>
        </w:rPr>
        <w:t xml:space="preserve">action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cry </w:t>
      </w:r>
      <w:r>
        <w:rPr>
          <w:color w:val="FF6600"/>
        </w:rPr>
        <w:t xml:space="preserve">of </w:t>
      </w:r>
      <w:r>
        <w:rPr>
          <w:color w:val="00FFCC"/>
        </w:rPr>
        <w:t xml:space="preserve">indignation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everyone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began thinking </w:t>
      </w:r>
      <w:r>
        <w:rPr>
          <w:color w:val="000000"/>
        </w:rPr>
        <w:t xml:space="preserve">out </w:t>
      </w:r>
      <w:r>
        <w:rPr>
          <w:color w:val="00FFCC"/>
        </w:rPr>
        <w:t xml:space="preserve">ways </w:t>
      </w:r>
      <w:r>
        <w:rPr>
          <w:color w:val="FF6600"/>
        </w:rPr>
        <w:t xml:space="preserve">of </w:t>
      </w:r>
      <w:r>
        <w:rPr>
          <w:color w:val="CC3399"/>
        </w:rPr>
        <w:t xml:space="preserve">catching </w:t>
      </w:r>
      <w:r>
        <w:rPr>
          <w:color w:val="00FFCC"/>
        </w:rPr>
        <w:t xml:space="preserve">Snowball </w:t>
      </w:r>
      <w:r>
        <w:rPr>
          <w:color w:val="FF6600"/>
        </w:rPr>
        <w:t xml:space="preserve">if </w:t>
      </w:r>
      <w:r>
        <w:rPr>
          <w:color w:val="000000"/>
        </w:rPr>
        <w:t xml:space="preserve">he </w:t>
      </w:r>
      <w:r>
        <w:rPr>
          <w:color w:val="003E3E"/>
        </w:rPr>
        <w:t xml:space="preserve">should </w:t>
      </w:r>
      <w:r>
        <w:rPr>
          <w:color w:val="00787F"/>
        </w:rPr>
        <w:t xml:space="preserve">ever </w:t>
      </w:r>
      <w:r>
        <w:rPr>
          <w:color w:val="CC3399"/>
        </w:rPr>
        <w:t xml:space="preserve">come </w:t>
      </w:r>
      <w:r>
        <w:rPr>
          <w:color w:val="00787F"/>
        </w:rPr>
        <w:t xml:space="preserve">back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Almost immediately </w:t>
      </w:r>
      <w:r>
        <w:rPr>
          <w:color w:val="000000"/>
        </w:rPr>
        <w:t xml:space="preserve">the </w:t>
      </w:r>
      <w:r>
        <w:rPr>
          <w:color w:val="00FFCC"/>
        </w:rPr>
        <w:t>footp</w:t>
      </w:r>
      <w:r>
        <w:rPr>
          <w:color w:val="00FFCC"/>
        </w:rPr>
        <w:t xml:space="preserve">rints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pig </w:t>
      </w:r>
      <w:r>
        <w:rPr>
          <w:color w:val="CC3399"/>
        </w:rPr>
        <w:t xml:space="preserve">were discovered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grass </w:t>
      </w:r>
      <w:r>
        <w:rPr>
          <w:color w:val="FF6600"/>
        </w:rPr>
        <w:t xml:space="preserve">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33CCFF"/>
        </w:rPr>
        <w:t xml:space="preserve">little </w:t>
      </w:r>
      <w:r>
        <w:rPr>
          <w:color w:val="00FFCC"/>
        </w:rPr>
        <w:t xml:space="preserve">distance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knoll </w:t>
      </w:r>
      <w:r>
        <w:rPr>
          <w:color w:val="000000"/>
        </w:rPr>
        <w:t xml:space="preserve">. They </w:t>
      </w:r>
      <w:r>
        <w:rPr>
          <w:color w:val="003E3E"/>
        </w:rPr>
        <w:t xml:space="preserve">could </w:t>
      </w:r>
      <w:r>
        <w:rPr>
          <w:color w:val="00787F"/>
        </w:rPr>
        <w:t xml:space="preserve">only </w:t>
      </w:r>
      <w:r>
        <w:rPr>
          <w:color w:val="CC3399"/>
        </w:rPr>
        <w:t xml:space="preserve">be traced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yards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CC3399"/>
        </w:rPr>
        <w:t xml:space="preserve">appeared </w:t>
      </w:r>
      <w:r>
        <w:rPr>
          <w:color w:val="000000"/>
        </w:rPr>
        <w:t xml:space="preserve">to </w:t>
      </w:r>
      <w:r>
        <w:rPr>
          <w:color w:val="CC3399"/>
        </w:rPr>
        <w:t xml:space="preserve">lead </w:t>
      </w:r>
      <w:r>
        <w:rPr>
          <w:color w:val="000000"/>
        </w:rPr>
        <w:t xml:space="preserve">to a </w:t>
      </w:r>
      <w:r>
        <w:rPr>
          <w:color w:val="00FFCC"/>
        </w:rPr>
        <w:t xml:space="preserve">hole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hedge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snuffed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deeply </w:t>
      </w:r>
      <w:r>
        <w:rPr>
          <w:color w:val="FF6600"/>
        </w:rPr>
        <w:t xml:space="preserve">at </w:t>
      </w:r>
      <w:r>
        <w:rPr>
          <w:color w:val="000000"/>
        </w:rPr>
        <w:t xml:space="preserve">them </w:t>
      </w:r>
      <w:r>
        <w:rPr>
          <w:color w:val="FF0066"/>
        </w:rPr>
        <w:t xml:space="preserve">and </w:t>
      </w:r>
      <w:r>
        <w:rPr>
          <w:color w:val="CC3399"/>
        </w:rPr>
        <w:t xml:space="preserve">pronounced </w:t>
      </w:r>
      <w:r>
        <w:rPr>
          <w:color w:val="000000"/>
        </w:rPr>
        <w:t xml:space="preserve">them to </w:t>
      </w:r>
      <w:r>
        <w:rPr>
          <w:color w:val="CC3399"/>
        </w:rPr>
        <w:t xml:space="preserve">be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. He </w:t>
      </w:r>
      <w:r>
        <w:rPr>
          <w:color w:val="CC3399"/>
        </w:rPr>
        <w:t xml:space="preserve">gave </w:t>
      </w:r>
      <w:r>
        <w:rPr>
          <w:color w:val="000000"/>
        </w:rPr>
        <w:t xml:space="preserve">it </w:t>
      </w:r>
      <w:r>
        <w:rPr>
          <w:color w:val="FF6600"/>
        </w:rPr>
        <w:t xml:space="preserve">as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opinion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had </w:t>
      </w:r>
      <w:r>
        <w:rPr>
          <w:color w:val="00787F"/>
        </w:rPr>
        <w:t xml:space="preserve">probably </w:t>
      </w:r>
      <w:r>
        <w:rPr>
          <w:color w:val="CC3399"/>
        </w:rPr>
        <w:t xml:space="preserve">come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direction </w:t>
      </w:r>
      <w:r>
        <w:rPr>
          <w:color w:val="FF6600"/>
        </w:rPr>
        <w:t xml:space="preserve">of </w:t>
      </w:r>
      <w:r>
        <w:rPr>
          <w:color w:val="00FFCC"/>
        </w:rPr>
        <w:t xml:space="preserve">Foxwood Farm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No </w:t>
      </w:r>
      <w:r>
        <w:rPr>
          <w:color w:val="33CCFF"/>
        </w:rPr>
        <w:t xml:space="preserve">more </w:t>
      </w:r>
      <w:r>
        <w:rPr>
          <w:color w:val="00FFCC"/>
        </w:rPr>
        <w:t xml:space="preserve">delays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! '' </w:t>
      </w:r>
      <w:r>
        <w:rPr>
          <w:color w:val="CC3399"/>
        </w:rPr>
        <w:t xml:space="preserve">cried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when the </w:t>
      </w:r>
      <w:r>
        <w:rPr>
          <w:color w:val="00FFCC"/>
        </w:rPr>
        <w:t xml:space="preserve">footprints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examined </w:t>
      </w:r>
      <w:r>
        <w:rPr>
          <w:color w:val="000000"/>
        </w:rPr>
        <w:t xml:space="preserve">. `` There </w:t>
      </w:r>
      <w:r>
        <w:rPr>
          <w:color w:val="CC3399"/>
        </w:rPr>
        <w:t xml:space="preserve">is </w:t>
      </w:r>
      <w:r>
        <w:rPr>
          <w:color w:val="00FFCC"/>
        </w:rPr>
        <w:t xml:space="preserve">work </w:t>
      </w:r>
      <w:r>
        <w:rPr>
          <w:color w:val="000000"/>
        </w:rPr>
        <w:t xml:space="preserve">to </w:t>
      </w:r>
      <w:r>
        <w:rPr>
          <w:color w:val="CC3399"/>
        </w:rPr>
        <w:t xml:space="preserve">be done </w:t>
      </w:r>
      <w:r>
        <w:rPr>
          <w:color w:val="000000"/>
        </w:rPr>
        <w:t xml:space="preserve">. This </w:t>
      </w:r>
      <w:r>
        <w:rPr>
          <w:color w:val="00787F"/>
        </w:rPr>
        <w:t xml:space="preserve">very </w:t>
      </w:r>
      <w:r>
        <w:rPr>
          <w:color w:val="00FFCC"/>
        </w:rPr>
        <w:t xml:space="preserve">morning </w:t>
      </w:r>
      <w:r>
        <w:rPr>
          <w:color w:val="000000"/>
        </w:rPr>
        <w:t xml:space="preserve">we </w:t>
      </w:r>
      <w:r>
        <w:rPr>
          <w:color w:val="CC3399"/>
        </w:rPr>
        <w:t xml:space="preserve">begin rebuilding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>win</w:t>
      </w:r>
      <w:r>
        <w:rPr>
          <w:color w:val="00FFCC"/>
        </w:rPr>
        <w:t xml:space="preserve">dmill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we </w:t>
      </w:r>
      <w:r>
        <w:rPr>
          <w:color w:val="003E3E"/>
        </w:rPr>
        <w:t xml:space="preserve">will </w:t>
      </w:r>
      <w:r>
        <w:rPr>
          <w:color w:val="CC3399"/>
        </w:rPr>
        <w:t xml:space="preserve">build </w:t>
      </w:r>
      <w:r>
        <w:rPr>
          <w:color w:val="000000"/>
        </w:rPr>
        <w:t xml:space="preserve">all </w:t>
      </w:r>
      <w:r>
        <w:rPr>
          <w:color w:val="FF6600"/>
        </w:rPr>
        <w:t xml:space="preserve">through </w:t>
      </w:r>
      <w:r>
        <w:rPr>
          <w:color w:val="000000"/>
        </w:rPr>
        <w:t xml:space="preserve">the </w:t>
      </w:r>
      <w:r>
        <w:rPr>
          <w:color w:val="00FFCC"/>
        </w:rPr>
        <w:t xml:space="preserve">winter </w:t>
      </w:r>
      <w:r>
        <w:rPr>
          <w:color w:val="000000"/>
        </w:rPr>
        <w:t xml:space="preserve">, </w:t>
      </w:r>
      <w:r>
        <w:rPr>
          <w:color w:val="00FFCC"/>
        </w:rPr>
        <w:t xml:space="preserve">rain </w:t>
      </w:r>
      <w:r>
        <w:rPr>
          <w:color w:val="FF0066"/>
        </w:rPr>
        <w:t xml:space="preserve">or </w:t>
      </w:r>
      <w:r>
        <w:rPr>
          <w:color w:val="00FFCC"/>
        </w:rPr>
        <w:t xml:space="preserve">shine </w:t>
      </w:r>
      <w:r>
        <w:rPr>
          <w:color w:val="000000"/>
        </w:rPr>
        <w:t xml:space="preserve">. We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will </w:t>
      </w:r>
      <w:r>
        <w:rPr>
          <w:color w:val="CC3399"/>
        </w:rPr>
        <w:t xml:space="preserve">teach </w:t>
      </w:r>
      <w:r>
        <w:rPr>
          <w:color w:val="000000"/>
        </w:rPr>
        <w:t xml:space="preserve">this </w:t>
      </w:r>
      <w:r>
        <w:rPr>
          <w:color w:val="33CCFF"/>
        </w:rPr>
        <w:t xml:space="preserve">miserable </w:t>
      </w:r>
      <w:r>
        <w:rPr>
          <w:color w:val="00FFCC"/>
        </w:rPr>
        <w:t xml:space="preserve">traitor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003E3E"/>
        </w:rPr>
        <w:t xml:space="preserve">can </w:t>
      </w:r>
      <w:r>
        <w:rPr>
          <w:color w:val="00787F"/>
        </w:rPr>
        <w:t xml:space="preserve">not </w:t>
      </w:r>
      <w:r>
        <w:rPr>
          <w:color w:val="CC3399"/>
        </w:rPr>
        <w:t xml:space="preserve">undo </w:t>
      </w:r>
      <w:r>
        <w:rPr>
          <w:color w:val="000000"/>
        </w:rPr>
        <w:t xml:space="preserve">our </w:t>
      </w:r>
      <w:r>
        <w:rPr>
          <w:color w:val="00FFCC"/>
        </w:rPr>
        <w:t xml:space="preserve">work </w:t>
      </w:r>
      <w:r>
        <w:rPr>
          <w:color w:val="00787F"/>
        </w:rPr>
        <w:t xml:space="preserve">so easily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Remember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there </w:t>
      </w:r>
      <w:r>
        <w:rPr>
          <w:color w:val="003E3E"/>
        </w:rPr>
        <w:t xml:space="preserve">must </w:t>
      </w:r>
      <w:r>
        <w:rPr>
          <w:color w:val="CC3399"/>
        </w:rPr>
        <w:t xml:space="preserve">be </w:t>
      </w:r>
      <w:r>
        <w:rPr>
          <w:color w:val="000000"/>
        </w:rPr>
        <w:t xml:space="preserve">no </w:t>
      </w:r>
      <w:r>
        <w:rPr>
          <w:color w:val="00FFCC"/>
        </w:rPr>
        <w:t xml:space="preserve">alteration </w:t>
      </w:r>
      <w:r>
        <w:rPr>
          <w:color w:val="FF6600"/>
        </w:rPr>
        <w:t xml:space="preserve">in </w:t>
      </w:r>
      <w:r>
        <w:rPr>
          <w:color w:val="000000"/>
        </w:rPr>
        <w:t xml:space="preserve">our </w:t>
      </w:r>
      <w:r>
        <w:rPr>
          <w:color w:val="00FFCC"/>
        </w:rPr>
        <w:t xml:space="preserve">plans </w:t>
      </w:r>
      <w:r>
        <w:rPr>
          <w:color w:val="000000"/>
        </w:rPr>
        <w:t xml:space="preserve">: they </w:t>
      </w:r>
      <w:r>
        <w:rPr>
          <w:color w:val="003E3E"/>
        </w:rPr>
        <w:t xml:space="preserve">shall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carried </w:t>
      </w:r>
      <w:r>
        <w:rPr>
          <w:color w:val="FF6600"/>
        </w:rPr>
        <w:t xml:space="preserve">out </w:t>
      </w:r>
      <w:r>
        <w:rPr>
          <w:color w:val="000000"/>
        </w:rPr>
        <w:t xml:space="preserve">to the </w:t>
      </w:r>
      <w:r>
        <w:rPr>
          <w:color w:val="00FFCC"/>
        </w:rPr>
        <w:t xml:space="preserve">day </w:t>
      </w:r>
      <w:r>
        <w:rPr>
          <w:color w:val="000000"/>
        </w:rPr>
        <w:t xml:space="preserve">. </w:t>
      </w:r>
      <w:r>
        <w:rPr>
          <w:color w:val="00FFCC"/>
        </w:rPr>
        <w:t xml:space="preserve">Forward </w:t>
      </w:r>
      <w:r>
        <w:rPr>
          <w:color w:val="000000"/>
        </w:rPr>
        <w:t xml:space="preserve">, </w:t>
      </w:r>
      <w:r>
        <w:rPr>
          <w:color w:val="CC3399"/>
        </w:rPr>
        <w:t xml:space="preserve">comrades </w:t>
      </w:r>
      <w:r>
        <w:rPr>
          <w:color w:val="000000"/>
        </w:rPr>
        <w:t xml:space="preserve">! </w:t>
      </w:r>
      <w:r>
        <w:rPr>
          <w:color w:val="33CCFF"/>
        </w:rPr>
        <w:t xml:space="preserve">Long </w:t>
      </w:r>
      <w:r>
        <w:rPr>
          <w:color w:val="CC3399"/>
        </w:rPr>
        <w:t xml:space="preserve">live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! </w:t>
      </w:r>
      <w:r>
        <w:rPr>
          <w:color w:val="33CCFF"/>
        </w:rPr>
        <w:t xml:space="preserve">Long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live </w:t>
      </w:r>
      <w:r>
        <w:rPr>
          <w:color w:val="00FFCC"/>
        </w:rPr>
        <w:t xml:space="preserve">Animal Farm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Chapter VII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bitter </w:t>
      </w:r>
      <w:r>
        <w:rPr>
          <w:color w:val="00FFCC"/>
        </w:rPr>
        <w:t xml:space="preserve">winter </w:t>
      </w:r>
      <w:r>
        <w:rPr>
          <w:color w:val="000000"/>
        </w:rPr>
        <w:t xml:space="preserve">. The </w:t>
      </w:r>
      <w:r>
        <w:rPr>
          <w:color w:val="00FFCC"/>
        </w:rPr>
        <w:t xml:space="preserve">stormy weather </w:t>
      </w:r>
      <w:r>
        <w:rPr>
          <w:color w:val="CC3399"/>
        </w:rPr>
        <w:t xml:space="preserve">was followed </w:t>
      </w:r>
      <w:r>
        <w:rPr>
          <w:color w:val="FF6600"/>
        </w:rPr>
        <w:t xml:space="preserve">by </w:t>
      </w:r>
      <w:r>
        <w:rPr>
          <w:color w:val="00FFCC"/>
        </w:rPr>
        <w:t xml:space="preserve">sleet </w:t>
      </w:r>
      <w:r>
        <w:rPr>
          <w:color w:val="FF0066"/>
        </w:rPr>
        <w:t xml:space="preserve">and </w:t>
      </w:r>
      <w:r>
        <w:rPr>
          <w:color w:val="00FFCC"/>
        </w:rPr>
        <w:t xml:space="preserve">snow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then </w:t>
      </w: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  <w:r>
        <w:rPr>
          <w:color w:val="33CCFF"/>
        </w:rPr>
        <w:t xml:space="preserve">hard </w:t>
      </w:r>
      <w:r>
        <w:rPr>
          <w:color w:val="00FFCC"/>
        </w:rPr>
        <w:t xml:space="preserve">frost </w:t>
      </w:r>
      <w:r>
        <w:rPr>
          <w:color w:val="000000"/>
        </w:rPr>
        <w:t xml:space="preserve">which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break </w:t>
      </w:r>
      <w:r>
        <w:rPr>
          <w:color w:val="00FFCC"/>
        </w:rPr>
        <w:t xml:space="preserve">till </w:t>
      </w:r>
      <w:r>
        <w:rPr>
          <w:color w:val="00787F"/>
        </w:rPr>
        <w:t xml:space="preserve">well </w:t>
      </w:r>
      <w:r>
        <w:rPr>
          <w:color w:val="FF6600"/>
        </w:rPr>
        <w:t xml:space="preserve">into </w:t>
      </w:r>
      <w:r>
        <w:rPr>
          <w:color w:val="00FFCC"/>
        </w:rPr>
        <w:t xml:space="preserve">February </w:t>
      </w:r>
      <w:r>
        <w:rPr>
          <w:color w:val="000000"/>
        </w:rPr>
        <w:t xml:space="preserve">.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carried </w:t>
      </w:r>
      <w:r>
        <w:rPr>
          <w:color w:val="FF6600"/>
        </w:rPr>
        <w:t xml:space="preserve">on as </w:t>
      </w:r>
      <w:r>
        <w:rPr>
          <w:color w:val="33CCFF"/>
        </w:rPr>
        <w:t xml:space="preserve">best </w:t>
      </w:r>
      <w:r>
        <w:rPr>
          <w:color w:val="000000"/>
        </w:rPr>
        <w:t xml:space="preserve">they </w:t>
      </w:r>
      <w:r>
        <w:rPr>
          <w:color w:val="003E3E"/>
        </w:rPr>
        <w:t xml:space="preserve">could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rebuilding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well </w:t>
      </w:r>
      <w:r>
        <w:rPr>
          <w:color w:val="CC3399"/>
        </w:rPr>
        <w:t xml:space="preserve">knowing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33CCFF"/>
        </w:rPr>
        <w:t xml:space="preserve">outside </w:t>
      </w:r>
      <w:r>
        <w:rPr>
          <w:color w:val="00FFCC"/>
        </w:rPr>
        <w:t xml:space="preserve">world </w:t>
      </w:r>
      <w:r>
        <w:rPr>
          <w:color w:val="CC3399"/>
        </w:rPr>
        <w:t xml:space="preserve">was watching </w:t>
      </w:r>
      <w:r>
        <w:rPr>
          <w:color w:val="000000"/>
        </w:rPr>
        <w:t xml:space="preserve">them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33CCFF"/>
        </w:rPr>
        <w:t xml:space="preserve">envious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003E3E"/>
        </w:rPr>
        <w:t xml:space="preserve">would </w:t>
      </w:r>
      <w:r>
        <w:rPr>
          <w:color w:val="CC3399"/>
        </w:rPr>
        <w:t xml:space="preserve">rejoice </w:t>
      </w:r>
      <w:r>
        <w:rPr>
          <w:color w:val="FF0066"/>
        </w:rPr>
        <w:t xml:space="preserve">and </w:t>
      </w:r>
      <w:r>
        <w:rPr>
          <w:color w:val="CC3399"/>
        </w:rPr>
        <w:t xml:space="preserve">triumph </w:t>
      </w:r>
      <w:r>
        <w:rPr>
          <w:color w:val="FF6600"/>
        </w:rPr>
        <w:t xml:space="preserve">if </w:t>
      </w:r>
      <w:r>
        <w:rPr>
          <w:color w:val="000000"/>
        </w:rPr>
        <w:t xml:space="preserve">the </w:t>
      </w:r>
      <w:r>
        <w:rPr>
          <w:color w:val="00FFCC"/>
        </w:rPr>
        <w:t xml:space="preserve">mill </w:t>
      </w:r>
      <w:r>
        <w:rPr>
          <w:color w:val="CC3399"/>
        </w:rPr>
        <w:t xml:space="preserve">were </w:t>
      </w:r>
      <w:r>
        <w:rPr>
          <w:color w:val="00787F"/>
        </w:rPr>
        <w:t xml:space="preserve">not </w:t>
      </w:r>
      <w:r>
        <w:rPr>
          <w:color w:val="CC3399"/>
        </w:rPr>
        <w:t xml:space="preserve">finished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FFCC"/>
        </w:rPr>
        <w:t xml:space="preserve">time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Out of </w:t>
      </w:r>
      <w:r>
        <w:rPr>
          <w:color w:val="00FFCC"/>
        </w:rPr>
        <w:t xml:space="preserve">spite </w:t>
      </w:r>
      <w:r>
        <w:rPr>
          <w:color w:val="000000"/>
        </w:rPr>
        <w:t xml:space="preserve">, 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CC3399"/>
        </w:rPr>
        <w:t xml:space="preserve">pretended </w:t>
      </w:r>
      <w:r>
        <w:rPr>
          <w:color w:val="00787F"/>
        </w:rPr>
        <w:t xml:space="preserve">not </w:t>
      </w:r>
      <w:r>
        <w:rPr>
          <w:color w:val="000000"/>
        </w:rPr>
        <w:t xml:space="preserve">to </w:t>
      </w:r>
      <w:r>
        <w:rPr>
          <w:color w:val="CC3399"/>
        </w:rPr>
        <w:t xml:space="preserve">believe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000000"/>
        </w:rPr>
        <w:t xml:space="preserve">who </w:t>
      </w:r>
      <w:r>
        <w:rPr>
          <w:color w:val="CC3399"/>
        </w:rPr>
        <w:t xml:space="preserve">had destroyed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: they </w:t>
      </w:r>
      <w:r>
        <w:rPr>
          <w:color w:val="CC3399"/>
        </w:rPr>
        <w:t xml:space="preserve">said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CC3399"/>
        </w:rPr>
        <w:t xml:space="preserve">had fallen </w:t>
      </w:r>
      <w:r>
        <w:rPr>
          <w:color w:val="000000"/>
        </w:rPr>
        <w:t xml:space="preserve">down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because </w:t>
      </w:r>
      <w:r>
        <w:rPr>
          <w:color w:val="000000"/>
        </w:rPr>
        <w:t xml:space="preserve">the </w:t>
      </w:r>
      <w:r>
        <w:rPr>
          <w:color w:val="00FFCC"/>
        </w:rPr>
        <w:t xml:space="preserve">walls </w:t>
      </w:r>
      <w:r>
        <w:rPr>
          <w:color w:val="CC3399"/>
        </w:rPr>
        <w:t xml:space="preserve">were </w:t>
      </w:r>
      <w:r>
        <w:rPr>
          <w:color w:val="00787F"/>
        </w:rPr>
        <w:t xml:space="preserve">too </w:t>
      </w:r>
      <w:r>
        <w:rPr>
          <w:color w:val="33CCFF"/>
        </w:rPr>
        <w:t xml:space="preserve">thin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knew </w:t>
      </w:r>
      <w:r>
        <w:rPr>
          <w:color w:val="FF6600"/>
        </w:rPr>
        <w:t xml:space="preserve">that </w:t>
      </w:r>
      <w:r>
        <w:rPr>
          <w:color w:val="000000"/>
        </w:rPr>
        <w:t xml:space="preserve">this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case </w:t>
      </w:r>
      <w:r>
        <w:rPr>
          <w:color w:val="000000"/>
        </w:rPr>
        <w:t xml:space="preserve">. </w:t>
      </w:r>
      <w:r>
        <w:rPr>
          <w:color w:val="00787F"/>
        </w:rPr>
        <w:t xml:space="preserve">Still </w:t>
      </w:r>
      <w:r>
        <w:rPr>
          <w:color w:val="000000"/>
        </w:rPr>
        <w:t xml:space="preserve">, it </w:t>
      </w:r>
      <w:r>
        <w:rPr>
          <w:color w:val="CC3399"/>
        </w:rPr>
        <w:t xml:space="preserve">had been decided </w:t>
      </w:r>
      <w:r>
        <w:rPr>
          <w:color w:val="000000"/>
        </w:rPr>
        <w:t xml:space="preserve">to </w:t>
      </w:r>
      <w:r>
        <w:rPr>
          <w:color w:val="CC3399"/>
        </w:rPr>
        <w:t xml:space="preserve">build </w:t>
      </w:r>
      <w:r>
        <w:rPr>
          <w:color w:val="000000"/>
        </w:rPr>
        <w:t xml:space="preserve">the </w:t>
      </w:r>
      <w:r>
        <w:rPr>
          <w:color w:val="00FFCC"/>
        </w:rPr>
        <w:t xml:space="preserve">walls </w:t>
      </w:r>
      <w:r>
        <w:rPr>
          <w:color w:val="000000"/>
        </w:rPr>
        <w:t xml:space="preserve">three </w:t>
      </w:r>
      <w:r>
        <w:rPr>
          <w:color w:val="00FFCC"/>
        </w:rPr>
        <w:t xml:space="preserve">feet </w:t>
      </w:r>
      <w:r>
        <w:rPr>
          <w:color w:val="CC3399"/>
        </w:rPr>
        <w:t xml:space="preserve">thick </w:t>
      </w:r>
      <w:r>
        <w:rPr>
          <w:color w:val="000000"/>
        </w:rPr>
        <w:t xml:space="preserve">this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time </w:t>
      </w:r>
      <w:r>
        <w:rPr>
          <w:color w:val="00787F"/>
        </w:rPr>
        <w:t xml:space="preserve">instead </w:t>
      </w:r>
      <w:r>
        <w:rPr>
          <w:color w:val="FF6600"/>
        </w:rPr>
        <w:t xml:space="preserve">of </w:t>
      </w:r>
      <w:r>
        <w:rPr>
          <w:color w:val="33CCFF"/>
        </w:rPr>
        <w:t xml:space="preserve">eighteen </w:t>
      </w:r>
      <w:r>
        <w:rPr>
          <w:color w:val="00FFCC"/>
        </w:rPr>
        <w:t xml:space="preserve">inches </w:t>
      </w:r>
      <w:r>
        <w:rPr>
          <w:color w:val="FF6600"/>
        </w:rPr>
        <w:t xml:space="preserve">as before </w:t>
      </w:r>
      <w:r>
        <w:rPr>
          <w:color w:val="000000"/>
        </w:rPr>
        <w:t xml:space="preserve">, which </w:t>
      </w:r>
      <w:r>
        <w:rPr>
          <w:color w:val="CC3399"/>
        </w:rPr>
        <w:t xml:space="preserve">meant collecting </w:t>
      </w:r>
      <w:r>
        <w:rPr>
          <w:color w:val="33CCFF"/>
        </w:rPr>
        <w:t xml:space="preserve">much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larger </w:t>
      </w:r>
      <w:r>
        <w:rPr>
          <w:color w:val="00FFCC"/>
        </w:rPr>
        <w:t xml:space="preserve">quantities </w:t>
      </w:r>
      <w:r>
        <w:rPr>
          <w:color w:val="FF6600"/>
        </w:rPr>
        <w:t xml:space="preserve">of </w:t>
      </w:r>
      <w:r>
        <w:rPr>
          <w:color w:val="00FFCC"/>
        </w:rPr>
        <w:t xml:space="preserve">stone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33CCFF"/>
        </w:rPr>
        <w:t xml:space="preserve">long </w:t>
      </w:r>
      <w:r>
        <w:rPr>
          <w:color w:val="00FFCC"/>
        </w:rPr>
        <w:t xml:space="preserve">time </w:t>
      </w:r>
      <w:r>
        <w:rPr>
          <w:color w:val="000000"/>
        </w:rPr>
        <w:t xml:space="preserve">the </w:t>
      </w:r>
      <w:r>
        <w:rPr>
          <w:color w:val="00FFCC"/>
        </w:rPr>
        <w:t xml:space="preserve">quarry </w:t>
      </w:r>
      <w:r>
        <w:rPr>
          <w:color w:val="CC3399"/>
        </w:rPr>
        <w:t xml:space="preserve">was </w:t>
      </w:r>
      <w:r>
        <w:rPr>
          <w:color w:val="33CCFF"/>
        </w:rPr>
        <w:t xml:space="preserve">full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snowdrifts </w:t>
      </w:r>
      <w:r>
        <w:rPr>
          <w:color w:val="FF0066"/>
        </w:rPr>
        <w:t xml:space="preserve">and </w:t>
      </w:r>
      <w:r>
        <w:rPr>
          <w:color w:val="00FFCC"/>
        </w:rPr>
        <w:t xml:space="preserve">nothing </w:t>
      </w:r>
      <w:r>
        <w:rPr>
          <w:color w:val="003E3E"/>
        </w:rPr>
        <w:t xml:space="preserve">could </w:t>
      </w:r>
      <w:r>
        <w:rPr>
          <w:color w:val="CC3399"/>
        </w:rPr>
        <w:t xml:space="preserve">be done </w:t>
      </w:r>
      <w:r>
        <w:rPr>
          <w:color w:val="000000"/>
        </w:rPr>
        <w:t xml:space="preserve">. Some </w:t>
      </w:r>
      <w:r>
        <w:rPr>
          <w:color w:val="00FFCC"/>
        </w:rPr>
        <w:t xml:space="preserve">progress </w:t>
      </w:r>
      <w:r>
        <w:rPr>
          <w:color w:val="CC3399"/>
        </w:rPr>
        <w:t xml:space="preserve">was made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dry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frosty weather </w:t>
      </w:r>
      <w:r>
        <w:rPr>
          <w:color w:val="000000"/>
        </w:rPr>
        <w:t xml:space="preserve">that </w:t>
      </w:r>
      <w:r>
        <w:rPr>
          <w:color w:val="CC3399"/>
        </w:rPr>
        <w:t xml:space="preserve">followed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33CCFF"/>
        </w:rPr>
        <w:t xml:space="preserve">cruel </w:t>
      </w:r>
      <w:r>
        <w:rPr>
          <w:color w:val="00FFCC"/>
        </w:rPr>
        <w:t xml:space="preserve">work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3E3E"/>
        </w:rPr>
        <w:t xml:space="preserve">could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not </w:t>
      </w:r>
      <w:r>
        <w:rPr>
          <w:color w:val="CC3399"/>
        </w:rPr>
        <w:t xml:space="preserve">feel </w:t>
      </w:r>
      <w:r>
        <w:rPr>
          <w:color w:val="00787F"/>
        </w:rPr>
        <w:t xml:space="preserve">so </w:t>
      </w:r>
      <w:r>
        <w:rPr>
          <w:color w:val="33CCFF"/>
        </w:rPr>
        <w:t xml:space="preserve">hopeful </w:t>
      </w:r>
      <w:r>
        <w:rPr>
          <w:color w:val="FF6600"/>
        </w:rPr>
        <w:t xml:space="preserve">about </w:t>
      </w:r>
      <w:r>
        <w:rPr>
          <w:color w:val="000000"/>
        </w:rPr>
        <w:t xml:space="preserve">it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felt </w:t>
      </w:r>
      <w:r>
        <w:rPr>
          <w:color w:val="00787F"/>
        </w:rPr>
        <w:t xml:space="preserve">before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always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cold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usually </w:t>
      </w:r>
      <w:r>
        <w:rPr>
          <w:color w:val="33CCFF"/>
        </w:rPr>
        <w:t xml:space="preserve">hungry </w:t>
      </w:r>
      <w:r>
        <w:rPr>
          <w:color w:val="FF6600"/>
        </w:rPr>
        <w:t xml:space="preserve">as </w:t>
      </w:r>
      <w:r>
        <w:rPr>
          <w:color w:val="00787F"/>
        </w:rPr>
        <w:t xml:space="preserve">well </w:t>
      </w:r>
      <w:r>
        <w:rPr>
          <w:color w:val="000000"/>
        </w:rPr>
        <w:t xml:space="preserve">. </w:t>
      </w:r>
      <w:r>
        <w:rPr>
          <w:color w:val="00787F"/>
        </w:rPr>
        <w:t xml:space="preserve">Only </w:t>
      </w:r>
      <w:r>
        <w:rPr>
          <w:color w:val="00FFCC"/>
        </w:rPr>
        <w:t xml:space="preserve">Boxer </w:t>
      </w:r>
      <w:r>
        <w:rPr>
          <w:color w:val="FF0066"/>
        </w:rPr>
        <w:t xml:space="preserve">and </w:t>
      </w:r>
      <w:r>
        <w:rPr>
          <w:color w:val="00FFCC"/>
        </w:rPr>
        <w:t xml:space="preserve">Clover </w:t>
      </w:r>
      <w:r>
        <w:rPr>
          <w:color w:val="00787F"/>
        </w:rPr>
        <w:t xml:space="preserve">never </w:t>
      </w:r>
      <w:r>
        <w:rPr>
          <w:color w:val="CC3399"/>
        </w:rPr>
        <w:t xml:space="preserve">lost </w:t>
      </w:r>
      <w:r>
        <w:rPr>
          <w:color w:val="00FFCC"/>
        </w:rPr>
        <w:t xml:space="preserve">heart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Squealer </w:t>
      </w:r>
      <w:r>
        <w:rPr>
          <w:color w:val="CC3399"/>
        </w:rPr>
        <w:t xml:space="preserve">made </w:t>
      </w:r>
      <w:r>
        <w:rPr>
          <w:color w:val="33CCFF"/>
        </w:rPr>
        <w:t xml:space="preserve">excellent </w:t>
      </w:r>
      <w:r>
        <w:rPr>
          <w:color w:val="00FFCC"/>
        </w:rPr>
        <w:t xml:space="preserve">speeches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joy </w:t>
      </w:r>
      <w:r>
        <w:rPr>
          <w:color w:val="FF6600"/>
        </w:rPr>
        <w:t xml:space="preserve">of </w:t>
      </w:r>
      <w:r>
        <w:rPr>
          <w:color w:val="00FFCC"/>
        </w:rPr>
        <w:t xml:space="preserve">service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dignity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labour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CC3399"/>
        </w:rPr>
        <w:t xml:space="preserve">found </w:t>
      </w:r>
      <w:r>
        <w:rPr>
          <w:color w:val="33CCFF"/>
        </w:rPr>
        <w:t xml:space="preserve">more </w:t>
      </w:r>
      <w:r>
        <w:rPr>
          <w:color w:val="00FFCC"/>
        </w:rPr>
        <w:t xml:space="preserve">inspiration </w:t>
      </w:r>
      <w:r>
        <w:rPr>
          <w:color w:val="FF6600"/>
        </w:rPr>
        <w:t xml:space="preserve">in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strength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33CCFF"/>
        </w:rPr>
        <w:t xml:space="preserve">never-failing </w:t>
      </w:r>
      <w:r>
        <w:rPr>
          <w:color w:val="00FFCC"/>
        </w:rPr>
        <w:t xml:space="preserve">cry </w:t>
      </w:r>
      <w:r>
        <w:rPr>
          <w:color w:val="FF6600"/>
        </w:rPr>
        <w:t xml:space="preserve">of </w:t>
      </w:r>
      <w:r>
        <w:rPr>
          <w:color w:val="000000"/>
        </w:rPr>
        <w:t xml:space="preserve">`` I </w:t>
      </w:r>
      <w:r>
        <w:rPr>
          <w:color w:val="003E3E"/>
        </w:rPr>
        <w:t xml:space="preserve">will </w:t>
      </w:r>
      <w:r>
        <w:rPr>
          <w:color w:val="CC3399"/>
        </w:rPr>
        <w:t xml:space="preserve">work </w:t>
      </w:r>
      <w:r>
        <w:rPr>
          <w:color w:val="00FFCC"/>
        </w:rPr>
        <w:t xml:space="preserve">harder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FFCC"/>
        </w:rPr>
        <w:t xml:space="preserve">January food </w:t>
      </w:r>
      <w:r>
        <w:rPr>
          <w:color w:val="CC3399"/>
        </w:rPr>
        <w:t xml:space="preserve">fell </w:t>
      </w:r>
      <w:r>
        <w:rPr>
          <w:color w:val="00787F"/>
        </w:rPr>
        <w:t xml:space="preserve">short </w:t>
      </w:r>
      <w:r>
        <w:rPr>
          <w:color w:val="000000"/>
        </w:rPr>
        <w:t xml:space="preserve">. The </w:t>
      </w:r>
      <w:r>
        <w:rPr>
          <w:color w:val="00FFCC"/>
        </w:rPr>
        <w:t xml:space="preserve">corn ration </w:t>
      </w:r>
      <w:r>
        <w:rPr>
          <w:color w:val="CC3399"/>
        </w:rPr>
        <w:t xml:space="preserve">was </w:t>
      </w:r>
      <w:r>
        <w:rPr>
          <w:color w:val="00787F"/>
        </w:rPr>
        <w:t xml:space="preserve">drastically </w:t>
      </w:r>
      <w:r>
        <w:rPr>
          <w:color w:val="CC3399"/>
        </w:rPr>
        <w:t xml:space="preserve">reduced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>was anno</w:t>
      </w:r>
      <w:r>
        <w:rPr>
          <w:color w:val="CC3399"/>
        </w:rPr>
        <w:t xml:space="preserve">unced </w:t>
      </w:r>
      <w:r>
        <w:rPr>
          <w:color w:val="FF6600"/>
        </w:rPr>
        <w:t xml:space="preserve">that </w:t>
      </w:r>
      <w:r>
        <w:rPr>
          <w:color w:val="000000"/>
        </w:rPr>
        <w:t xml:space="preserve">an </w:t>
      </w:r>
      <w:r>
        <w:rPr>
          <w:color w:val="33CCFF"/>
        </w:rPr>
        <w:t xml:space="preserve">extra </w:t>
      </w:r>
      <w:r>
        <w:rPr>
          <w:color w:val="00FFCC"/>
        </w:rPr>
        <w:t xml:space="preserve">potato ration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issued </w:t>
      </w:r>
      <w:r>
        <w:rPr>
          <w:color w:val="000000"/>
        </w:rPr>
        <w:t xml:space="preserve">to </w:t>
      </w:r>
      <w:r>
        <w:rPr>
          <w:color w:val="CC3399"/>
        </w:rPr>
        <w:t xml:space="preserve">make </w:t>
      </w:r>
      <w:r>
        <w:rPr>
          <w:color w:val="000000"/>
        </w:rPr>
        <w:t xml:space="preserve">up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0000"/>
        </w:rPr>
        <w:t xml:space="preserve">it . </w:t>
      </w:r>
      <w:r>
        <w:rPr>
          <w:color w:val="00787F"/>
        </w:rPr>
        <w:t xml:space="preserve">Then </w:t>
      </w:r>
      <w:r>
        <w:rPr>
          <w:color w:val="000000"/>
        </w:rPr>
        <w:t xml:space="preserve">it </w:t>
      </w:r>
      <w:r>
        <w:rPr>
          <w:color w:val="CC3399"/>
        </w:rPr>
        <w:t xml:space="preserve">was discovered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33CCFF"/>
        </w:rPr>
        <w:t xml:space="preserve">greater </w:t>
      </w:r>
      <w:r>
        <w:rPr>
          <w:color w:val="00FFCC"/>
        </w:rPr>
        <w:t xml:space="preserve">part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potato crop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been frosted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clamps </w:t>
      </w:r>
      <w:r>
        <w:rPr>
          <w:color w:val="000000"/>
        </w:rPr>
        <w:t xml:space="preserve">, which </w:t>
      </w: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  <w:r>
        <w:rPr>
          <w:color w:val="CC3399"/>
        </w:rPr>
        <w:t xml:space="preserve">been covered </w:t>
      </w:r>
      <w:r>
        <w:rPr>
          <w:color w:val="00787F"/>
        </w:rPr>
        <w:t xml:space="preserve">thickly enough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potatoes </w:t>
      </w:r>
      <w:r>
        <w:rPr>
          <w:color w:val="CC3399"/>
        </w:rPr>
        <w:t xml:space="preserve">had become </w:t>
      </w:r>
      <w:r>
        <w:rPr>
          <w:color w:val="33CCFF"/>
        </w:rPr>
        <w:t xml:space="preserve">soft </w:t>
      </w:r>
      <w:r>
        <w:rPr>
          <w:color w:val="FF0066"/>
        </w:rPr>
        <w:t xml:space="preserve">and </w:t>
      </w:r>
      <w:r>
        <w:rPr>
          <w:color w:val="33CCFF"/>
        </w:rPr>
        <w:t xml:space="preserve">discoloured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only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CC3399"/>
        </w:rPr>
        <w:t xml:space="preserve">were </w:t>
      </w:r>
      <w:r>
        <w:rPr>
          <w:color w:val="33CCFF"/>
        </w:rPr>
        <w:t xml:space="preserve">edible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FFCC"/>
        </w:rPr>
        <w:t xml:space="preserve">days </w:t>
      </w:r>
      <w:r>
        <w:rPr>
          <w:color w:val="FF6600"/>
        </w:rPr>
        <w:t xml:space="preserve">at </w:t>
      </w:r>
      <w:r>
        <w:rPr>
          <w:color w:val="000000"/>
        </w:rPr>
        <w:t xml:space="preserve">a </w:t>
      </w:r>
      <w:r>
        <w:rPr>
          <w:color w:val="00FFCC"/>
        </w:rPr>
        <w:t xml:space="preserve">time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</w:t>
      </w:r>
      <w:r>
        <w:rPr>
          <w:color w:val="00FFCC"/>
        </w:rPr>
        <w:t xml:space="preserve">nothing </w:t>
      </w:r>
      <w:r>
        <w:rPr>
          <w:color w:val="000000"/>
        </w:rPr>
        <w:t xml:space="preserve">to </w:t>
      </w:r>
      <w:r>
        <w:rPr>
          <w:color w:val="CC3399"/>
        </w:rPr>
        <w:t xml:space="preserve">eat </w:t>
      </w:r>
      <w:r>
        <w:rPr>
          <w:color w:val="FF0066"/>
        </w:rPr>
        <w:t xml:space="preserve">but </w:t>
      </w:r>
      <w:r>
        <w:rPr>
          <w:color w:val="CC3399"/>
        </w:rPr>
        <w:t xml:space="preserve">chaff </w:t>
      </w:r>
      <w:r>
        <w:rPr>
          <w:color w:val="FF0066"/>
        </w:rPr>
        <w:t xml:space="preserve">and </w:t>
      </w:r>
      <w:r>
        <w:rPr>
          <w:color w:val="00FFCC"/>
        </w:rPr>
        <w:t xml:space="preserve">mangels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Starvation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</w:t>
      </w:r>
      <w:r>
        <w:rPr>
          <w:color w:val="CC3399"/>
        </w:rPr>
        <w:t xml:space="preserve">stare </w:t>
      </w:r>
      <w:r>
        <w:rPr>
          <w:color w:val="000000"/>
        </w:rPr>
        <w:t xml:space="preserve">them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face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787F"/>
        </w:rPr>
        <w:t xml:space="preserve">vitally </w:t>
      </w:r>
      <w:r>
        <w:rPr>
          <w:color w:val="33CCFF"/>
        </w:rPr>
        <w:t xml:space="preserve">necessary </w:t>
      </w:r>
      <w:r>
        <w:rPr>
          <w:color w:val="000000"/>
        </w:rPr>
        <w:t xml:space="preserve">to </w:t>
      </w:r>
      <w:r>
        <w:rPr>
          <w:color w:val="CC3399"/>
        </w:rPr>
        <w:t xml:space="preserve">conceal </w:t>
      </w:r>
      <w:r>
        <w:rPr>
          <w:color w:val="000000"/>
        </w:rPr>
        <w:t xml:space="preserve">this </w:t>
      </w:r>
      <w:r>
        <w:rPr>
          <w:color w:val="00FFCC"/>
        </w:rPr>
        <w:t xml:space="preserve">fact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33CCFF"/>
        </w:rPr>
        <w:t xml:space="preserve">outside </w:t>
      </w:r>
      <w:r>
        <w:rPr>
          <w:color w:val="00FFCC"/>
        </w:rPr>
        <w:t xml:space="preserve">world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Emboldened </w:t>
      </w:r>
      <w:r>
        <w:rPr>
          <w:color w:val="FF6600"/>
        </w:rPr>
        <w:t xml:space="preserve">by </w:t>
      </w:r>
      <w:r>
        <w:rPr>
          <w:color w:val="000000"/>
        </w:rPr>
        <w:t>the</w:t>
      </w:r>
      <w:r>
        <w:rPr>
          <w:color w:val="000000"/>
        </w:rPr>
        <w:t xml:space="preserve"> </w:t>
      </w:r>
      <w:r>
        <w:rPr>
          <w:color w:val="00FFCC"/>
        </w:rPr>
        <w:t xml:space="preserve">collapse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inventing </w:t>
      </w:r>
      <w:r>
        <w:rPr>
          <w:color w:val="33CCFF"/>
        </w:rPr>
        <w:t xml:space="preserve">fresh </w:t>
      </w:r>
      <w:r>
        <w:rPr>
          <w:color w:val="00FFCC"/>
        </w:rPr>
        <w:t xml:space="preserve">lies </w:t>
      </w:r>
      <w:r>
        <w:rPr>
          <w:color w:val="FF6600"/>
        </w:rPr>
        <w:t xml:space="preserve">about </w:t>
      </w:r>
      <w:r>
        <w:rPr>
          <w:color w:val="00FFCC"/>
        </w:rPr>
        <w:t xml:space="preserve">Animal Farm </w:t>
      </w:r>
      <w:r>
        <w:rPr>
          <w:color w:val="000000"/>
        </w:rPr>
        <w:t xml:space="preserve">. </w:t>
      </w:r>
      <w:r>
        <w:rPr>
          <w:color w:val="00787F"/>
        </w:rPr>
        <w:t xml:space="preserve">Once again </w:t>
      </w:r>
      <w:r>
        <w:rPr>
          <w:color w:val="000000"/>
        </w:rPr>
        <w:t xml:space="preserve">it </w:t>
      </w:r>
      <w:r>
        <w:rPr>
          <w:color w:val="CC3399"/>
        </w:rPr>
        <w:t xml:space="preserve">was being put </w:t>
      </w:r>
      <w:r>
        <w:rPr>
          <w:color w:val="FF6600"/>
        </w:rPr>
        <w:t xml:space="preserve">about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all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dying </w:t>
      </w:r>
      <w:r>
        <w:rPr>
          <w:color w:val="FF6600"/>
        </w:rPr>
        <w:t xml:space="preserve">of </w:t>
      </w:r>
      <w:r>
        <w:rPr>
          <w:color w:val="00FFCC"/>
        </w:rPr>
        <w:t xml:space="preserve">famine </w:t>
      </w:r>
      <w:r>
        <w:rPr>
          <w:color w:val="FF0066"/>
        </w:rPr>
        <w:t xml:space="preserve">and </w:t>
      </w:r>
      <w:r>
        <w:rPr>
          <w:color w:val="00FFCC"/>
        </w:rPr>
        <w:t xml:space="preserve">disease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continually </w:t>
      </w:r>
      <w:r>
        <w:rPr>
          <w:color w:val="CC3399"/>
        </w:rPr>
        <w:t xml:space="preserve">fighting </w:t>
      </w:r>
      <w:r>
        <w:rPr>
          <w:color w:val="FF6600"/>
        </w:rPr>
        <w:t xml:space="preserve">among </w:t>
      </w:r>
      <w:r>
        <w:rPr>
          <w:color w:val="000000"/>
        </w:rPr>
        <w:t xml:space="preserve">themselves </w:t>
      </w:r>
      <w:r>
        <w:rPr>
          <w:color w:val="FF0066"/>
        </w:rPr>
        <w:t xml:space="preserve">and </w:t>
      </w:r>
      <w:r>
        <w:rPr>
          <w:color w:val="CC3399"/>
        </w:rPr>
        <w:t xml:space="preserve">had </w:t>
      </w:r>
      <w:r>
        <w:rPr>
          <w:color w:val="CC3399"/>
        </w:rPr>
        <w:t xml:space="preserve">resorted </w:t>
      </w:r>
      <w:r>
        <w:rPr>
          <w:color w:val="000000"/>
        </w:rPr>
        <w:t xml:space="preserve">to </w:t>
      </w:r>
      <w:r>
        <w:rPr>
          <w:color w:val="00FFCC"/>
        </w:rPr>
        <w:t xml:space="preserve">cannibalism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infanticide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was </w:t>
      </w:r>
      <w:r>
        <w:rPr>
          <w:color w:val="00787F"/>
        </w:rPr>
        <w:t xml:space="preserve">well </w:t>
      </w:r>
      <w:r>
        <w:rPr>
          <w:color w:val="33CCFF"/>
        </w:rPr>
        <w:t xml:space="preserve">aware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bad </w:t>
      </w:r>
      <w:r>
        <w:rPr>
          <w:color w:val="00FFCC"/>
        </w:rPr>
        <w:t xml:space="preserve">results </w:t>
      </w:r>
      <w:r>
        <w:rPr>
          <w:color w:val="000000"/>
        </w:rPr>
        <w:t xml:space="preserve">that </w:t>
      </w:r>
      <w:r>
        <w:rPr>
          <w:color w:val="003E3E"/>
        </w:rPr>
        <w:t xml:space="preserve">might </w:t>
      </w:r>
      <w:r>
        <w:rPr>
          <w:color w:val="CC3399"/>
        </w:rPr>
        <w:t xml:space="preserve">follow </w:t>
      </w:r>
    </w:p>
    <w:p w:rsidR="00D83EF7" w:rsidRDefault="00CA4524" w:rsidP="00CA4524">
      <w:pPr>
        <w:spacing w:after="0"/>
      </w:pPr>
      <w:r>
        <w:rPr>
          <w:color w:val="FF6600"/>
        </w:rPr>
        <w:lastRenderedPageBreak/>
        <w:t xml:space="preserve">if </w:t>
      </w:r>
      <w:r>
        <w:rPr>
          <w:color w:val="000000"/>
        </w:rPr>
        <w:t xml:space="preserve">the </w:t>
      </w:r>
      <w:r>
        <w:rPr>
          <w:color w:val="33CCFF"/>
        </w:rPr>
        <w:t xml:space="preserve">real </w:t>
      </w:r>
      <w:r>
        <w:rPr>
          <w:color w:val="00FFCC"/>
        </w:rPr>
        <w:t xml:space="preserve">facts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food situation </w:t>
      </w:r>
      <w:r>
        <w:rPr>
          <w:color w:val="CC3399"/>
        </w:rPr>
        <w:t xml:space="preserve">were known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he </w:t>
      </w:r>
      <w:r>
        <w:rPr>
          <w:color w:val="CC3399"/>
        </w:rPr>
        <w:t xml:space="preserve">decided </w:t>
      </w:r>
      <w:r>
        <w:rPr>
          <w:color w:val="000000"/>
        </w:rPr>
        <w:t xml:space="preserve">to </w:t>
      </w:r>
      <w:r>
        <w:rPr>
          <w:color w:val="CC3399"/>
        </w:rPr>
        <w:t xml:space="preserve">make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use </w:t>
      </w:r>
      <w:r>
        <w:rPr>
          <w:color w:val="FF6600"/>
        </w:rPr>
        <w:t xml:space="preserve">of </w:t>
      </w:r>
      <w:r>
        <w:rPr>
          <w:color w:val="00FFCC"/>
        </w:rPr>
        <w:t xml:space="preserve">Mr. Whymper </w:t>
      </w:r>
      <w:r>
        <w:rPr>
          <w:color w:val="000000"/>
        </w:rPr>
        <w:t xml:space="preserve">to </w:t>
      </w:r>
      <w:r>
        <w:rPr>
          <w:color w:val="CC3399"/>
        </w:rPr>
        <w:t xml:space="preserve">spread </w:t>
      </w:r>
      <w:r>
        <w:rPr>
          <w:color w:val="000000"/>
        </w:rPr>
        <w:t xml:space="preserve">a </w:t>
      </w:r>
      <w:r>
        <w:rPr>
          <w:color w:val="33CCFF"/>
        </w:rPr>
        <w:t xml:space="preserve">contrary </w:t>
      </w:r>
      <w:r>
        <w:rPr>
          <w:color w:val="00FFCC"/>
        </w:rPr>
        <w:t xml:space="preserve">impression </w:t>
      </w:r>
      <w:r>
        <w:rPr>
          <w:color w:val="000000"/>
        </w:rPr>
        <w:t xml:space="preserve">. </w:t>
      </w:r>
      <w:r>
        <w:rPr>
          <w:color w:val="00FFCC"/>
        </w:rPr>
        <w:t xml:space="preserve">Hitherto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had </w:t>
      </w:r>
      <w:r>
        <w:rPr>
          <w:color w:val="33CCFF"/>
        </w:rPr>
        <w:t xml:space="preserve">little </w:t>
      </w:r>
      <w:r>
        <w:rPr>
          <w:color w:val="FF0066"/>
        </w:rPr>
        <w:t xml:space="preserve">or </w:t>
      </w:r>
      <w:r>
        <w:rPr>
          <w:color w:val="000000"/>
        </w:rPr>
        <w:t xml:space="preserve">no </w:t>
      </w:r>
      <w:r>
        <w:rPr>
          <w:color w:val="00FFCC"/>
        </w:rPr>
        <w:t xml:space="preserve">contact </w:t>
      </w:r>
      <w:r>
        <w:rPr>
          <w:color w:val="FF6600"/>
        </w:rPr>
        <w:t xml:space="preserve">with </w:t>
      </w:r>
      <w:r>
        <w:rPr>
          <w:color w:val="00FFCC"/>
        </w:rPr>
        <w:t xml:space="preserve">Whymper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33CCFF"/>
        </w:rPr>
        <w:t xml:space="preserve">weekly </w:t>
      </w:r>
      <w:r>
        <w:rPr>
          <w:color w:val="00FFCC"/>
        </w:rPr>
        <w:t xml:space="preserve">visits </w:t>
      </w:r>
      <w:r>
        <w:rPr>
          <w:color w:val="000000"/>
        </w:rPr>
        <w:t xml:space="preserve">: </w:t>
      </w:r>
      <w:r>
        <w:rPr>
          <w:color w:val="00787F"/>
        </w:rPr>
        <w:t xml:space="preserve">now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however </w:t>
      </w:r>
      <w:r>
        <w:rPr>
          <w:color w:val="000000"/>
        </w:rPr>
        <w:t xml:space="preserve">, a </w:t>
      </w:r>
      <w:r>
        <w:rPr>
          <w:color w:val="33CCFF"/>
        </w:rPr>
        <w:t xml:space="preserve">few </w:t>
      </w:r>
      <w:r>
        <w:rPr>
          <w:color w:val="CC3399"/>
        </w:rPr>
        <w:t xml:space="preserve">selected </w:t>
      </w:r>
      <w:r>
        <w:rPr>
          <w:color w:val="00FFCC"/>
        </w:rPr>
        <w:t xml:space="preserve">animals </w:t>
      </w:r>
      <w:r>
        <w:rPr>
          <w:color w:val="000000"/>
        </w:rPr>
        <w:t xml:space="preserve">, </w:t>
      </w:r>
      <w:r>
        <w:rPr>
          <w:color w:val="00787F"/>
        </w:rPr>
        <w:t xml:space="preserve">mostly </w:t>
      </w:r>
      <w:r>
        <w:rPr>
          <w:color w:val="33CCFF"/>
        </w:rPr>
        <w:t xml:space="preserve">sheep </w:t>
      </w:r>
      <w:r>
        <w:rPr>
          <w:color w:val="000000"/>
        </w:rPr>
        <w:t xml:space="preserve">, </w:t>
      </w:r>
      <w:r>
        <w:rPr>
          <w:color w:val="CC3399"/>
        </w:rPr>
        <w:t xml:space="preserve">were instructed </w:t>
      </w:r>
      <w:r>
        <w:rPr>
          <w:color w:val="000000"/>
        </w:rPr>
        <w:t xml:space="preserve">to </w:t>
      </w:r>
      <w:r>
        <w:rPr>
          <w:color w:val="CC3399"/>
        </w:rPr>
        <w:t xml:space="preserve">remark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casually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hearing </w:t>
      </w:r>
      <w:r>
        <w:rPr>
          <w:color w:val="FF6600"/>
        </w:rPr>
        <w:t xml:space="preserve">that </w:t>
      </w:r>
      <w:r>
        <w:rPr>
          <w:color w:val="00FFCC"/>
        </w:rPr>
        <w:t xml:space="preserve">rations </w:t>
      </w:r>
      <w:r>
        <w:rPr>
          <w:color w:val="CC3399"/>
        </w:rPr>
        <w:t xml:space="preserve">had been increased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FFCC"/>
        </w:rPr>
        <w:t xml:space="preserve">addition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Napoleon </w:t>
      </w:r>
      <w:r>
        <w:rPr>
          <w:color w:val="CC3399"/>
        </w:rPr>
        <w:t xml:space="preserve">ordered </w:t>
      </w:r>
      <w:r>
        <w:rPr>
          <w:color w:val="000000"/>
        </w:rPr>
        <w:t xml:space="preserve">the </w:t>
      </w:r>
      <w:r>
        <w:rPr>
          <w:color w:val="00787F"/>
        </w:rPr>
        <w:t xml:space="preserve">almost </w:t>
      </w:r>
      <w:r>
        <w:rPr>
          <w:color w:val="33CCFF"/>
        </w:rPr>
        <w:t xml:space="preserve">empty </w:t>
      </w:r>
      <w:r>
        <w:rPr>
          <w:color w:val="00FFCC"/>
        </w:rPr>
        <w:t xml:space="preserve">bins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store-shed </w:t>
      </w:r>
      <w:r>
        <w:rPr>
          <w:color w:val="000000"/>
        </w:rPr>
        <w:t xml:space="preserve">to </w:t>
      </w:r>
      <w:r>
        <w:rPr>
          <w:color w:val="CC3399"/>
        </w:rPr>
        <w:t xml:space="preserve">be filled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nearly </w:t>
      </w:r>
      <w:r>
        <w:rPr>
          <w:color w:val="000000"/>
        </w:rPr>
        <w:t xml:space="preserve">to the </w:t>
      </w:r>
      <w:r>
        <w:rPr>
          <w:color w:val="00FFCC"/>
        </w:rPr>
        <w:t xml:space="preserve">brim </w:t>
      </w:r>
      <w:r>
        <w:rPr>
          <w:color w:val="FF6600"/>
        </w:rPr>
        <w:t xml:space="preserve">with </w:t>
      </w:r>
      <w:r>
        <w:rPr>
          <w:color w:val="00FFCC"/>
        </w:rPr>
        <w:t xml:space="preserve">sand </w:t>
      </w:r>
      <w:r>
        <w:rPr>
          <w:color w:val="000000"/>
        </w:rPr>
        <w:t xml:space="preserve">, which </w:t>
      </w:r>
      <w:r>
        <w:rPr>
          <w:color w:val="CC3399"/>
        </w:rPr>
        <w:t xml:space="preserve">was </w:t>
      </w:r>
      <w:r>
        <w:rPr>
          <w:color w:val="00787F"/>
        </w:rPr>
        <w:t xml:space="preserve">then </w:t>
      </w:r>
      <w:r>
        <w:rPr>
          <w:color w:val="CC3399"/>
        </w:rPr>
        <w:t xml:space="preserve">covered </w:t>
      </w:r>
      <w:r>
        <w:rPr>
          <w:color w:val="000000"/>
        </w:rPr>
        <w:t xml:space="preserve">up </w:t>
      </w:r>
      <w:r>
        <w:rPr>
          <w:color w:val="FF6600"/>
        </w:rPr>
        <w:t xml:space="preserve">with </w:t>
      </w:r>
      <w:r>
        <w:rPr>
          <w:color w:val="000000"/>
        </w:rPr>
        <w:t xml:space="preserve">what </w:t>
      </w:r>
      <w:r>
        <w:rPr>
          <w:color w:val="CC3399"/>
        </w:rPr>
        <w:t xml:space="preserve">remained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grain </w:t>
      </w:r>
      <w:r>
        <w:rPr>
          <w:color w:val="FF0066"/>
        </w:rPr>
        <w:t xml:space="preserve">and </w:t>
      </w:r>
      <w:r>
        <w:rPr>
          <w:color w:val="00FFCC"/>
        </w:rPr>
        <w:t xml:space="preserve">meal </w:t>
      </w:r>
      <w:r>
        <w:rPr>
          <w:color w:val="000000"/>
        </w:rPr>
        <w:t xml:space="preserve">. </w:t>
      </w:r>
      <w:r>
        <w:rPr>
          <w:color w:val="FF6600"/>
        </w:rPr>
        <w:t xml:space="preserve">On </w:t>
      </w:r>
      <w:r>
        <w:rPr>
          <w:color w:val="000000"/>
        </w:rPr>
        <w:t xml:space="preserve">some </w:t>
      </w:r>
      <w:r>
        <w:rPr>
          <w:color w:val="33CCFF"/>
        </w:rPr>
        <w:t xml:space="preserve">suitable pretext </w:t>
      </w:r>
      <w:r>
        <w:rPr>
          <w:color w:val="00FFCC"/>
        </w:rPr>
        <w:t xml:space="preserve">Whymper </w:t>
      </w:r>
      <w:r>
        <w:rPr>
          <w:color w:val="CC3399"/>
        </w:rPr>
        <w:t xml:space="preserve">was led </w:t>
      </w:r>
      <w:r>
        <w:rPr>
          <w:color w:val="FF6600"/>
        </w:rPr>
        <w:t xml:space="preserve">through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store-shed </w:t>
      </w:r>
      <w:r>
        <w:rPr>
          <w:color w:val="FF0066"/>
        </w:rPr>
        <w:t xml:space="preserve">and </w:t>
      </w:r>
      <w:r>
        <w:rPr>
          <w:color w:val="CC3399"/>
        </w:rPr>
        <w:t xml:space="preserve">allowed </w:t>
      </w:r>
      <w:r>
        <w:rPr>
          <w:color w:val="000000"/>
        </w:rPr>
        <w:t xml:space="preserve">to </w:t>
      </w:r>
      <w:r>
        <w:rPr>
          <w:color w:val="CC3399"/>
        </w:rPr>
        <w:t xml:space="preserve">catch </w:t>
      </w:r>
      <w:r>
        <w:rPr>
          <w:color w:val="000000"/>
        </w:rPr>
        <w:t xml:space="preserve">a </w:t>
      </w:r>
      <w:r>
        <w:rPr>
          <w:color w:val="00FFCC"/>
        </w:rPr>
        <w:t xml:space="preserve">glimpse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bins </w:t>
      </w:r>
      <w:r>
        <w:rPr>
          <w:color w:val="000000"/>
        </w:rPr>
        <w:t>. He</w:t>
      </w:r>
      <w:r>
        <w:rPr>
          <w:color w:val="000000"/>
        </w:rPr>
        <w:t xml:space="preserve">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deceived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continued </w:t>
      </w:r>
      <w:r>
        <w:rPr>
          <w:color w:val="000000"/>
        </w:rPr>
        <w:t xml:space="preserve">to </w:t>
      </w:r>
      <w:r>
        <w:rPr>
          <w:color w:val="CC3399"/>
        </w:rPr>
        <w:t xml:space="preserve">report </w:t>
      </w:r>
      <w:r>
        <w:rPr>
          <w:color w:val="000000"/>
        </w:rPr>
        <w:t xml:space="preserve">to the </w:t>
      </w:r>
      <w:r>
        <w:rPr>
          <w:color w:val="33CCFF"/>
        </w:rPr>
        <w:t xml:space="preserve">outside </w:t>
      </w:r>
      <w:r>
        <w:rPr>
          <w:color w:val="00FFCC"/>
        </w:rPr>
        <w:t xml:space="preserve">world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no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food shortage </w:t>
      </w:r>
      <w:r>
        <w:rPr>
          <w:color w:val="FF6600"/>
        </w:rPr>
        <w:t xml:space="preserve">on </w:t>
      </w:r>
      <w:r>
        <w:rPr>
          <w:color w:val="00FFCC"/>
        </w:rPr>
        <w:t xml:space="preserve">Animal Farm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Nevertheless </w:t>
      </w:r>
      <w:r>
        <w:rPr>
          <w:color w:val="000000"/>
        </w:rPr>
        <w:t xml:space="preserve">, </w:t>
      </w:r>
      <w:r>
        <w:rPr>
          <w:color w:val="FF6600"/>
        </w:rPr>
        <w:t xml:space="preserve">towards </w:t>
      </w:r>
      <w:r>
        <w:rPr>
          <w:color w:val="000000"/>
        </w:rPr>
        <w:t xml:space="preserve">the </w:t>
      </w:r>
      <w:r>
        <w:rPr>
          <w:color w:val="00FFCC"/>
        </w:rPr>
        <w:t xml:space="preserve">end </w:t>
      </w:r>
      <w:r>
        <w:rPr>
          <w:color w:val="FF6600"/>
        </w:rPr>
        <w:t xml:space="preserve">of </w:t>
      </w:r>
      <w:r>
        <w:rPr>
          <w:color w:val="00FFCC"/>
        </w:rPr>
        <w:t xml:space="preserve">January </w:t>
      </w:r>
      <w:r>
        <w:rPr>
          <w:color w:val="000000"/>
        </w:rPr>
        <w:t xml:space="preserve">it </w:t>
      </w:r>
      <w:r>
        <w:rPr>
          <w:color w:val="CC3399"/>
        </w:rPr>
        <w:t xml:space="preserve">became </w:t>
      </w:r>
      <w:r>
        <w:rPr>
          <w:color w:val="33CCFF"/>
        </w:rPr>
        <w:t xml:space="preserve">obvious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003E3E"/>
        </w:rPr>
        <w:t xml:space="preserve">would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</w:t>
      </w:r>
      <w:r>
        <w:rPr>
          <w:color w:val="33CCFF"/>
        </w:rPr>
        <w:t xml:space="preserve">necessary </w:t>
      </w:r>
      <w:r>
        <w:rPr>
          <w:color w:val="000000"/>
        </w:rPr>
        <w:t xml:space="preserve">to </w:t>
      </w:r>
      <w:r>
        <w:rPr>
          <w:color w:val="CC3399"/>
        </w:rPr>
        <w:t xml:space="preserve">procure </w:t>
      </w:r>
      <w:r>
        <w:rPr>
          <w:color w:val="000000"/>
        </w:rPr>
        <w:t xml:space="preserve">some </w:t>
      </w:r>
      <w:r>
        <w:rPr>
          <w:color w:val="33CCFF"/>
        </w:rPr>
        <w:t xml:space="preserve">more </w:t>
      </w:r>
      <w:r>
        <w:rPr>
          <w:color w:val="00FFCC"/>
        </w:rPr>
        <w:t xml:space="preserve">grain </w:t>
      </w:r>
      <w:r>
        <w:rPr>
          <w:color w:val="FF6600"/>
        </w:rPr>
        <w:t xml:space="preserve">from </w:t>
      </w:r>
      <w:r>
        <w:rPr>
          <w:color w:val="00787F"/>
        </w:rPr>
        <w:t xml:space="preserve">somewhere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these </w:t>
      </w:r>
      <w:r>
        <w:rPr>
          <w:color w:val="00FFCC"/>
        </w:rPr>
        <w:t xml:space="preserve">days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00787F"/>
        </w:rPr>
        <w:t xml:space="preserve">rarely </w:t>
      </w:r>
      <w:r>
        <w:rPr>
          <w:color w:val="CC3399"/>
        </w:rPr>
        <w:t xml:space="preserve">appeared </w:t>
      </w:r>
      <w:r>
        <w:rPr>
          <w:color w:val="FF6600"/>
        </w:rPr>
        <w:t xml:space="preserve">in </w:t>
      </w:r>
      <w:r>
        <w:rPr>
          <w:color w:val="33CCFF"/>
        </w:rPr>
        <w:t xml:space="preserve">public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CC3399"/>
        </w:rPr>
        <w:t xml:space="preserve">spent </w:t>
      </w:r>
      <w:r>
        <w:rPr>
          <w:color w:val="000000"/>
        </w:rPr>
        <w:t xml:space="preserve">all his </w:t>
      </w:r>
      <w:r>
        <w:rPr>
          <w:color w:val="00FFCC"/>
        </w:rPr>
        <w:t xml:space="preserve">time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farmhouse </w:t>
      </w:r>
      <w:r>
        <w:rPr>
          <w:color w:val="000000"/>
        </w:rPr>
        <w:t xml:space="preserve">, which </w:t>
      </w:r>
      <w:r>
        <w:rPr>
          <w:color w:val="CC3399"/>
        </w:rPr>
        <w:t xml:space="preserve">was guarded </w:t>
      </w:r>
      <w:r>
        <w:rPr>
          <w:color w:val="FF6600"/>
        </w:rPr>
        <w:t xml:space="preserve">at </w:t>
      </w:r>
      <w:r>
        <w:rPr>
          <w:color w:val="000000"/>
        </w:rPr>
        <w:t xml:space="preserve">each </w:t>
      </w:r>
      <w:r>
        <w:rPr>
          <w:color w:val="00FFCC"/>
        </w:rPr>
        <w:t xml:space="preserve">door </w:t>
      </w:r>
      <w:r>
        <w:rPr>
          <w:color w:val="FF6600"/>
        </w:rPr>
        <w:t xml:space="preserve">by </w:t>
      </w:r>
      <w:r>
        <w:rPr>
          <w:color w:val="33CCFF"/>
        </w:rPr>
        <w:t xml:space="preserve">fierce-looking </w:t>
      </w:r>
      <w:r>
        <w:rPr>
          <w:color w:val="00FFCC"/>
        </w:rPr>
        <w:t xml:space="preserve">dogs </w:t>
      </w:r>
      <w:r>
        <w:rPr>
          <w:color w:val="000000"/>
        </w:rPr>
        <w:t xml:space="preserve">. When 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did </w:t>
      </w:r>
      <w:r>
        <w:rPr>
          <w:color w:val="00FFCC"/>
        </w:rPr>
        <w:t xml:space="preserve">emerge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ceremonial </w:t>
      </w:r>
      <w:r>
        <w:rPr>
          <w:color w:val="00FFCC"/>
        </w:rPr>
        <w:t xml:space="preserve">manner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an </w:t>
      </w:r>
      <w:r>
        <w:rPr>
          <w:color w:val="00FFCC"/>
        </w:rPr>
        <w:t xml:space="preserve">escort </w:t>
      </w:r>
      <w:r>
        <w:rPr>
          <w:color w:val="FF6600"/>
        </w:rPr>
        <w:t xml:space="preserve">of </w:t>
      </w:r>
      <w:r>
        <w:rPr>
          <w:color w:val="000000"/>
        </w:rPr>
        <w:t xml:space="preserve">six </w:t>
      </w:r>
      <w:r>
        <w:rPr>
          <w:color w:val="00FFCC"/>
        </w:rPr>
        <w:t xml:space="preserve">dogs </w:t>
      </w:r>
      <w:r>
        <w:rPr>
          <w:color w:val="000000"/>
        </w:rPr>
        <w:t xml:space="preserve">who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closely </w:t>
      </w:r>
      <w:r>
        <w:rPr>
          <w:color w:val="CC3399"/>
        </w:rPr>
        <w:t xml:space="preserve">surrounded </w:t>
      </w:r>
      <w:r>
        <w:rPr>
          <w:color w:val="000000"/>
        </w:rPr>
        <w:t xml:space="preserve">him </w:t>
      </w:r>
      <w:r>
        <w:rPr>
          <w:color w:val="FF0066"/>
        </w:rPr>
        <w:t xml:space="preserve">and </w:t>
      </w:r>
      <w:r>
        <w:rPr>
          <w:color w:val="CC3399"/>
        </w:rPr>
        <w:t xml:space="preserve">growled </w:t>
      </w:r>
      <w:r>
        <w:rPr>
          <w:color w:val="FF6600"/>
        </w:rPr>
        <w:t xml:space="preserve">if </w:t>
      </w:r>
      <w:r>
        <w:rPr>
          <w:color w:val="00FFCC"/>
        </w:rPr>
        <w:t xml:space="preserve">anyone </w:t>
      </w:r>
      <w:r>
        <w:rPr>
          <w:color w:val="CC3399"/>
        </w:rPr>
        <w:t xml:space="preserve">came </w:t>
      </w:r>
      <w:r>
        <w:rPr>
          <w:color w:val="00787F"/>
        </w:rPr>
        <w:t xml:space="preserve">too </w:t>
      </w:r>
      <w:r>
        <w:rPr>
          <w:color w:val="33CCFF"/>
        </w:rPr>
        <w:t xml:space="preserve">near </w:t>
      </w:r>
      <w:r>
        <w:rPr>
          <w:color w:val="000000"/>
        </w:rPr>
        <w:t xml:space="preserve">. </w:t>
      </w:r>
      <w:r>
        <w:rPr>
          <w:color w:val="00787F"/>
        </w:rPr>
        <w:t xml:space="preserve">Frequently </w:t>
      </w:r>
      <w:r>
        <w:rPr>
          <w:color w:val="000000"/>
        </w:rPr>
        <w:t xml:space="preserve">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did </w:t>
      </w:r>
      <w:r>
        <w:rPr>
          <w:color w:val="00787F"/>
        </w:rPr>
        <w:t xml:space="preserve">not even </w:t>
      </w:r>
      <w:r>
        <w:rPr>
          <w:color w:val="CC3399"/>
        </w:rPr>
        <w:t xml:space="preserve">appear </w:t>
      </w:r>
      <w:r>
        <w:rPr>
          <w:color w:val="FF6600"/>
        </w:rPr>
        <w:t xml:space="preserve">on </w:t>
      </w:r>
      <w:r>
        <w:rPr>
          <w:color w:val="00FFCC"/>
        </w:rPr>
        <w:t xml:space="preserve">Sunday mornings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CC3399"/>
        </w:rPr>
        <w:t xml:space="preserve">issued </w:t>
      </w:r>
      <w:r>
        <w:rPr>
          <w:color w:val="000000"/>
        </w:rPr>
        <w:t xml:space="preserve">his </w:t>
      </w:r>
      <w:r>
        <w:rPr>
          <w:color w:val="00FFCC"/>
        </w:rPr>
        <w:t xml:space="preserve">orders </w:t>
      </w:r>
      <w:r>
        <w:rPr>
          <w:color w:val="FF6600"/>
        </w:rPr>
        <w:t xml:space="preserve">through </w:t>
      </w:r>
      <w:r>
        <w:rPr>
          <w:color w:val="000000"/>
        </w:rPr>
        <w:t xml:space="preserve">one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pigs </w:t>
      </w:r>
      <w:r>
        <w:rPr>
          <w:color w:val="000000"/>
        </w:rPr>
        <w:t xml:space="preserve">, </w:t>
      </w:r>
      <w:r>
        <w:rPr>
          <w:color w:val="00787F"/>
        </w:rPr>
        <w:t xml:space="preserve">usually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One </w:t>
      </w:r>
      <w:r>
        <w:rPr>
          <w:color w:val="00FFCC"/>
        </w:rPr>
        <w:t xml:space="preserve">Sunday morning Squealer </w:t>
      </w:r>
      <w:r>
        <w:rPr>
          <w:color w:val="CC3399"/>
        </w:rPr>
        <w:t xml:space="preserve">announced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hens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</w:t>
      </w:r>
      <w:r>
        <w:rPr>
          <w:color w:val="00787F"/>
        </w:rPr>
        <w:t xml:space="preserve">just </w:t>
      </w:r>
      <w:r>
        <w:rPr>
          <w:color w:val="CC3399"/>
        </w:rPr>
        <w:t xml:space="preserve">come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lay </w:t>
      </w:r>
      <w:r>
        <w:rPr>
          <w:color w:val="00787F"/>
        </w:rPr>
        <w:t xml:space="preserve">again </w:t>
      </w:r>
      <w:r>
        <w:rPr>
          <w:color w:val="000000"/>
        </w:rPr>
        <w:t xml:space="preserve">, </w:t>
      </w:r>
      <w:r>
        <w:rPr>
          <w:color w:val="003E3E"/>
        </w:rPr>
        <w:t xml:space="preserve">must </w:t>
      </w:r>
      <w:r>
        <w:rPr>
          <w:color w:val="CC3399"/>
        </w:rPr>
        <w:t xml:space="preserve">surrender </w:t>
      </w:r>
      <w:r>
        <w:rPr>
          <w:color w:val="000000"/>
        </w:rPr>
        <w:t xml:space="preserve">their </w:t>
      </w:r>
      <w:r>
        <w:rPr>
          <w:color w:val="00FFCC"/>
        </w:rPr>
        <w:t xml:space="preserve">eggs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had accepted </w:t>
      </w:r>
      <w:r>
        <w:rPr>
          <w:color w:val="000000"/>
        </w:rPr>
        <w:t xml:space="preserve">, </w:t>
      </w:r>
      <w:r>
        <w:rPr>
          <w:color w:val="FF6600"/>
        </w:rPr>
        <w:t xml:space="preserve">through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Whymper </w:t>
      </w:r>
      <w:r>
        <w:rPr>
          <w:color w:val="000000"/>
        </w:rPr>
        <w:t xml:space="preserve">, a </w:t>
      </w:r>
      <w:r>
        <w:rPr>
          <w:color w:val="00FFCC"/>
        </w:rPr>
        <w:t xml:space="preserve">contract </w:t>
      </w:r>
      <w:r>
        <w:rPr>
          <w:color w:val="FF6600"/>
        </w:rPr>
        <w:t xml:space="preserve">for </w:t>
      </w:r>
      <w:r>
        <w:rPr>
          <w:color w:val="000000"/>
        </w:rPr>
        <w:t xml:space="preserve">four </w:t>
      </w:r>
      <w:r>
        <w:rPr>
          <w:color w:val="CC3399"/>
        </w:rPr>
        <w:t xml:space="preserve">hundred </w:t>
      </w:r>
      <w:r>
        <w:rPr>
          <w:color w:val="00FFCC"/>
        </w:rPr>
        <w:t xml:space="preserve">eggs </w:t>
      </w:r>
      <w:r>
        <w:rPr>
          <w:color w:val="000000"/>
        </w:rPr>
        <w:t xml:space="preserve">a </w:t>
      </w:r>
      <w:r>
        <w:rPr>
          <w:color w:val="00FFCC"/>
        </w:rPr>
        <w:t xml:space="preserve">week </w:t>
      </w:r>
      <w:r>
        <w:rPr>
          <w:color w:val="000000"/>
        </w:rPr>
        <w:t xml:space="preserve">. The </w:t>
      </w:r>
      <w:r>
        <w:rPr>
          <w:color w:val="00FFCC"/>
        </w:rPr>
        <w:t xml:space="preserve">price </w:t>
      </w:r>
      <w:r>
        <w:rPr>
          <w:color w:val="FF6600"/>
        </w:rPr>
        <w:t xml:space="preserve">of </w:t>
      </w:r>
      <w:r>
        <w:rPr>
          <w:color w:val="000000"/>
        </w:rPr>
        <w:t xml:space="preserve">these </w:t>
      </w:r>
      <w:r>
        <w:rPr>
          <w:color w:val="003E3E"/>
        </w:rPr>
        <w:t xml:space="preserve">would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pay </w:t>
      </w:r>
      <w:r>
        <w:rPr>
          <w:color w:val="FF6600"/>
        </w:rPr>
        <w:t xml:space="preserve">for </w:t>
      </w:r>
      <w:r>
        <w:rPr>
          <w:color w:val="33CCFF"/>
        </w:rPr>
        <w:t xml:space="preserve">enough </w:t>
      </w:r>
      <w:r>
        <w:rPr>
          <w:color w:val="00FFCC"/>
        </w:rPr>
        <w:t xml:space="preserve">grain </w:t>
      </w:r>
      <w:r>
        <w:rPr>
          <w:color w:val="FF0066"/>
        </w:rPr>
        <w:t xml:space="preserve">and </w:t>
      </w:r>
      <w:r>
        <w:rPr>
          <w:color w:val="00FFCC"/>
        </w:rPr>
        <w:t xml:space="preserve">meal </w:t>
      </w:r>
      <w:r>
        <w:rPr>
          <w:color w:val="000000"/>
        </w:rPr>
        <w:t xml:space="preserve">to </w:t>
      </w:r>
      <w:r>
        <w:rPr>
          <w:color w:val="CC3399"/>
        </w:rPr>
        <w:t xml:space="preserve">keep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going </w:t>
      </w:r>
      <w:r>
        <w:rPr>
          <w:color w:val="33CCFF"/>
        </w:rPr>
        <w:t xml:space="preserve">till </w:t>
      </w:r>
      <w:r>
        <w:rPr>
          <w:color w:val="00FFCC"/>
        </w:rPr>
        <w:t xml:space="preserve">summer </w:t>
      </w:r>
      <w:r>
        <w:rPr>
          <w:color w:val="CC3399"/>
        </w:rPr>
        <w:t xml:space="preserve">came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FFCC"/>
        </w:rPr>
        <w:t xml:space="preserve">conditions </w:t>
      </w:r>
      <w:r>
        <w:rPr>
          <w:color w:val="CC3399"/>
        </w:rPr>
        <w:t xml:space="preserve">were </w:t>
      </w:r>
      <w:r>
        <w:rPr>
          <w:color w:val="33CCFF"/>
        </w:rPr>
        <w:t xml:space="preserve">easier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When the </w:t>
      </w:r>
      <w:r>
        <w:rPr>
          <w:color w:val="00FFCC"/>
        </w:rPr>
        <w:t xml:space="preserve">hens </w:t>
      </w:r>
      <w:r>
        <w:rPr>
          <w:color w:val="CC3399"/>
        </w:rPr>
        <w:t xml:space="preserve">heard </w:t>
      </w:r>
      <w:r>
        <w:rPr>
          <w:color w:val="000000"/>
        </w:rPr>
        <w:t xml:space="preserve">this , they </w:t>
      </w:r>
      <w:r>
        <w:rPr>
          <w:color w:val="CC3399"/>
        </w:rPr>
        <w:t xml:space="preserve">raised </w:t>
      </w:r>
      <w:r>
        <w:rPr>
          <w:color w:val="000000"/>
        </w:rPr>
        <w:t xml:space="preserve">a </w:t>
      </w:r>
      <w:r>
        <w:rPr>
          <w:color w:val="33CCFF"/>
        </w:rPr>
        <w:t xml:space="preserve">terrible </w:t>
      </w:r>
      <w:r>
        <w:rPr>
          <w:color w:val="00FFCC"/>
        </w:rPr>
        <w:t xml:space="preserve">outcry </w:t>
      </w:r>
      <w:r>
        <w:rPr>
          <w:color w:val="000000"/>
        </w:rPr>
        <w:t xml:space="preserve">. They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warned </w:t>
      </w:r>
      <w:r>
        <w:rPr>
          <w:color w:val="00787F"/>
        </w:rPr>
        <w:t xml:space="preserve">earlier </w:t>
      </w:r>
      <w:r>
        <w:rPr>
          <w:color w:val="FF6600"/>
        </w:rPr>
        <w:t xml:space="preserve">that </w:t>
      </w:r>
      <w:r>
        <w:rPr>
          <w:color w:val="000000"/>
        </w:rPr>
        <w:t xml:space="preserve">this </w:t>
      </w:r>
      <w:r>
        <w:rPr>
          <w:color w:val="00FFCC"/>
        </w:rPr>
        <w:t xml:space="preserve">sacrifice </w:t>
      </w:r>
      <w:r>
        <w:rPr>
          <w:color w:val="003E3E"/>
        </w:rPr>
        <w:t xml:space="preserve">might </w:t>
      </w:r>
      <w:r>
        <w:rPr>
          <w:color w:val="CC3399"/>
        </w:rPr>
        <w:t xml:space="preserve">be </w:t>
      </w:r>
      <w:r>
        <w:rPr>
          <w:color w:val="33CCFF"/>
        </w:rPr>
        <w:t xml:space="preserve">necessary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believed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003E3E"/>
        </w:rPr>
        <w:t xml:space="preserve">would </w:t>
      </w:r>
      <w:r>
        <w:rPr>
          <w:color w:val="00787F"/>
        </w:rPr>
        <w:t xml:space="preserve">really </w:t>
      </w:r>
      <w:r>
        <w:rPr>
          <w:color w:val="CC3399"/>
        </w:rPr>
        <w:t xml:space="preserve">happen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just </w:t>
      </w:r>
      <w:r>
        <w:rPr>
          <w:color w:val="CC3399"/>
        </w:rPr>
        <w:t xml:space="preserve">getting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clutches </w:t>
      </w:r>
      <w:r>
        <w:rPr>
          <w:color w:val="33CCFF"/>
        </w:rPr>
        <w:t xml:space="preserve">ready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spring sitting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they </w:t>
      </w:r>
      <w:r>
        <w:rPr>
          <w:color w:val="CC3399"/>
        </w:rPr>
        <w:t>prot</w:t>
      </w:r>
      <w:r>
        <w:rPr>
          <w:color w:val="CC3399"/>
        </w:rPr>
        <w:t xml:space="preserve">ested </w:t>
      </w:r>
      <w:r>
        <w:rPr>
          <w:color w:val="FF6600"/>
        </w:rPr>
        <w:t xml:space="preserve">that </w:t>
      </w:r>
      <w:r>
        <w:rPr>
          <w:color w:val="000000"/>
        </w:rPr>
        <w:t xml:space="preserve">to </w:t>
      </w:r>
      <w:r>
        <w:rPr>
          <w:color w:val="CC3399"/>
        </w:rPr>
        <w:t xml:space="preserve">take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eggs </w:t>
      </w:r>
      <w:r>
        <w:rPr>
          <w:color w:val="00787F"/>
        </w:rPr>
        <w:t xml:space="preserve">away now </w:t>
      </w:r>
      <w:r>
        <w:rPr>
          <w:color w:val="CC3399"/>
        </w:rPr>
        <w:t xml:space="preserve">was </w:t>
      </w:r>
      <w:r>
        <w:rPr>
          <w:color w:val="00FFCC"/>
        </w:rPr>
        <w:t xml:space="preserve">murder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33CCFF"/>
        </w:rPr>
        <w:t xml:space="preserve">first </w:t>
      </w:r>
      <w:r>
        <w:rPr>
          <w:color w:val="00FFCC"/>
        </w:rPr>
        <w:t xml:space="preserve">time </w:t>
      </w:r>
      <w:r>
        <w:rPr>
          <w:color w:val="FF6600"/>
        </w:rPr>
        <w:t xml:space="preserve">since </w:t>
      </w:r>
      <w:r>
        <w:rPr>
          <w:color w:val="000000"/>
        </w:rPr>
        <w:t xml:space="preserve">the </w:t>
      </w:r>
      <w:r>
        <w:rPr>
          <w:color w:val="00FFCC"/>
        </w:rPr>
        <w:t xml:space="preserve">expulsion </w:t>
      </w:r>
      <w:r>
        <w:rPr>
          <w:color w:val="FF6600"/>
        </w:rPr>
        <w:t xml:space="preserve">of </w:t>
      </w:r>
      <w:r>
        <w:rPr>
          <w:color w:val="00FFCC"/>
        </w:rPr>
        <w:t xml:space="preserve">Jones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FFCC"/>
        </w:rPr>
        <w:t xml:space="preserve">something </w:t>
      </w:r>
      <w:r>
        <w:rPr>
          <w:color w:val="CC3399"/>
        </w:rPr>
        <w:t xml:space="preserve">resembling </w:t>
      </w:r>
      <w:r>
        <w:rPr>
          <w:color w:val="000000"/>
        </w:rPr>
        <w:t xml:space="preserve">a </w:t>
      </w:r>
      <w:r>
        <w:rPr>
          <w:color w:val="00FFCC"/>
        </w:rPr>
        <w:t xml:space="preserve">rebellion </w:t>
      </w:r>
      <w:r>
        <w:rPr>
          <w:color w:val="000000"/>
        </w:rPr>
        <w:t xml:space="preserve">. </w:t>
      </w:r>
      <w:r>
        <w:rPr>
          <w:color w:val="CC3399"/>
        </w:rPr>
        <w:t xml:space="preserve">Led </w:t>
      </w:r>
      <w:r>
        <w:rPr>
          <w:color w:val="FF6600"/>
        </w:rPr>
        <w:t xml:space="preserve">by </w:t>
      </w:r>
      <w:r>
        <w:rPr>
          <w:color w:val="000000"/>
        </w:rPr>
        <w:t xml:space="preserve">three </w:t>
      </w:r>
      <w:r>
        <w:rPr>
          <w:color w:val="33CCFF"/>
        </w:rPr>
        <w:t xml:space="preserve">young </w:t>
      </w:r>
      <w:r>
        <w:rPr>
          <w:color w:val="00FFCC"/>
        </w:rPr>
        <w:t xml:space="preserve">Black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Minorca pullets </w:t>
      </w:r>
      <w:r>
        <w:rPr>
          <w:color w:val="000000"/>
        </w:rPr>
        <w:t xml:space="preserve">, the </w:t>
      </w:r>
      <w:r>
        <w:rPr>
          <w:color w:val="00FFCC"/>
        </w:rPr>
        <w:t xml:space="preserve">hens </w:t>
      </w:r>
      <w:r>
        <w:rPr>
          <w:color w:val="CC3399"/>
        </w:rPr>
        <w:t xml:space="preserve">made </w:t>
      </w:r>
      <w:r>
        <w:rPr>
          <w:color w:val="000000"/>
        </w:rPr>
        <w:t xml:space="preserve">a </w:t>
      </w:r>
      <w:r>
        <w:rPr>
          <w:color w:val="33CCFF"/>
        </w:rPr>
        <w:t xml:space="preserve">determined </w:t>
      </w:r>
      <w:r>
        <w:rPr>
          <w:color w:val="00FFCC"/>
        </w:rPr>
        <w:t xml:space="preserve">effort </w:t>
      </w:r>
      <w:r>
        <w:rPr>
          <w:color w:val="000000"/>
        </w:rPr>
        <w:t xml:space="preserve">to </w:t>
      </w:r>
      <w:r>
        <w:rPr>
          <w:color w:val="CC3399"/>
        </w:rPr>
        <w:t xml:space="preserve">thwart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wishes </w:t>
      </w:r>
      <w:r>
        <w:rPr>
          <w:color w:val="000000"/>
        </w:rPr>
        <w:t xml:space="preserve">. Their </w:t>
      </w:r>
      <w:r>
        <w:rPr>
          <w:color w:val="00FFCC"/>
        </w:rPr>
        <w:t xml:space="preserve">method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fly </w:t>
      </w:r>
      <w:r>
        <w:rPr>
          <w:color w:val="00787F"/>
        </w:rPr>
        <w:t xml:space="preserve">up </w:t>
      </w:r>
      <w:r>
        <w:rPr>
          <w:color w:val="000000"/>
        </w:rPr>
        <w:t xml:space="preserve">to the </w:t>
      </w:r>
      <w:r>
        <w:rPr>
          <w:color w:val="00FFCC"/>
        </w:rPr>
        <w:t xml:space="preserve">rafters </w:t>
      </w:r>
      <w:r>
        <w:rPr>
          <w:color w:val="FF0066"/>
        </w:rPr>
        <w:t xml:space="preserve">and </w:t>
      </w:r>
      <w:r>
        <w:rPr>
          <w:color w:val="000000"/>
        </w:rPr>
        <w:t xml:space="preserve">there </w:t>
      </w:r>
      <w:r>
        <w:rPr>
          <w:color w:val="CC3399"/>
        </w:rPr>
        <w:t xml:space="preserve">lay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eggs </w:t>
      </w:r>
      <w:r>
        <w:rPr>
          <w:color w:val="000000"/>
        </w:rPr>
        <w:t xml:space="preserve">, which </w:t>
      </w:r>
      <w:r>
        <w:rPr>
          <w:color w:val="CC3399"/>
        </w:rPr>
        <w:t xml:space="preserve">smashed </w:t>
      </w:r>
      <w:r>
        <w:rPr>
          <w:color w:val="000000"/>
        </w:rPr>
        <w:t xml:space="preserve">to </w:t>
      </w:r>
      <w:r>
        <w:rPr>
          <w:color w:val="00FFCC"/>
        </w:rPr>
        <w:t xml:space="preserve">pieces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floor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acted </w:t>
      </w:r>
      <w:r>
        <w:rPr>
          <w:color w:val="00787F"/>
        </w:rPr>
        <w:t xml:space="preserve">swiftly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ruthlessly </w:t>
      </w:r>
      <w:r>
        <w:rPr>
          <w:color w:val="000000"/>
        </w:rPr>
        <w:t xml:space="preserve">. He </w:t>
      </w:r>
      <w:r>
        <w:rPr>
          <w:color w:val="CC3399"/>
        </w:rPr>
        <w:t xml:space="preserve">ordered </w:t>
      </w:r>
      <w:r>
        <w:rPr>
          <w:color w:val="000000"/>
        </w:rPr>
        <w:t xml:space="preserve">the </w:t>
      </w:r>
      <w:r>
        <w:rPr>
          <w:color w:val="00FFCC"/>
        </w:rPr>
        <w:t xml:space="preserve">hens </w:t>
      </w:r>
      <w:r>
        <w:rPr>
          <w:color w:val="000000"/>
        </w:rPr>
        <w:t xml:space="preserve">' </w:t>
      </w:r>
      <w:r>
        <w:rPr>
          <w:color w:val="00FFCC"/>
        </w:rPr>
        <w:t xml:space="preserve">rations </w:t>
      </w:r>
      <w:r>
        <w:rPr>
          <w:color w:val="000000"/>
        </w:rPr>
        <w:t xml:space="preserve">to </w:t>
      </w:r>
      <w:r>
        <w:rPr>
          <w:color w:val="CC3399"/>
        </w:rPr>
        <w:t xml:space="preserve">be stopped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decreed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any </w:t>
      </w:r>
      <w:r>
        <w:rPr>
          <w:color w:val="33CCFF"/>
        </w:rPr>
        <w:t xml:space="preserve">animal </w:t>
      </w:r>
      <w:r>
        <w:rPr>
          <w:color w:val="CC3399"/>
        </w:rPr>
        <w:t xml:space="preserve">giving </w:t>
      </w:r>
      <w:r>
        <w:rPr>
          <w:color w:val="00787F"/>
        </w:rPr>
        <w:t xml:space="preserve">so much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grain </w:t>
      </w:r>
      <w:r>
        <w:rPr>
          <w:color w:val="FF6600"/>
        </w:rPr>
        <w:t xml:space="preserve">of </w:t>
      </w:r>
      <w:r>
        <w:rPr>
          <w:color w:val="00FFCC"/>
        </w:rPr>
        <w:t xml:space="preserve">corn </w:t>
      </w:r>
      <w:r>
        <w:rPr>
          <w:color w:val="000000"/>
        </w:rPr>
        <w:t xml:space="preserve">to a </w:t>
      </w:r>
      <w:r>
        <w:rPr>
          <w:color w:val="00FFCC"/>
        </w:rPr>
        <w:t xml:space="preserve">hen </w:t>
      </w:r>
      <w:r>
        <w:rPr>
          <w:color w:val="003E3E"/>
        </w:rPr>
        <w:t xml:space="preserve">should </w:t>
      </w:r>
      <w:r>
        <w:rPr>
          <w:color w:val="CC3399"/>
        </w:rPr>
        <w:t xml:space="preserve">be punished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by </w:t>
      </w:r>
      <w:r>
        <w:rPr>
          <w:color w:val="00FFCC"/>
        </w:rPr>
        <w:t xml:space="preserve">death </w:t>
      </w:r>
      <w:r>
        <w:rPr>
          <w:color w:val="000000"/>
        </w:rPr>
        <w:t xml:space="preserve">. The </w:t>
      </w:r>
      <w:r>
        <w:rPr>
          <w:color w:val="00FFCC"/>
        </w:rPr>
        <w:t xml:space="preserve">dogs </w:t>
      </w:r>
      <w:r>
        <w:rPr>
          <w:color w:val="CC3399"/>
        </w:rPr>
        <w:t xml:space="preserve">saw </w:t>
      </w:r>
      <w:r>
        <w:rPr>
          <w:color w:val="000000"/>
        </w:rPr>
        <w:t xml:space="preserve">to it </w:t>
      </w:r>
      <w:r>
        <w:rPr>
          <w:color w:val="FF6600"/>
        </w:rPr>
        <w:t xml:space="preserve">that </w:t>
      </w:r>
      <w:r>
        <w:rPr>
          <w:color w:val="000000"/>
        </w:rPr>
        <w:t xml:space="preserve">these </w:t>
      </w:r>
      <w:r>
        <w:rPr>
          <w:color w:val="00FFCC"/>
        </w:rPr>
        <w:t xml:space="preserve">orders </w:t>
      </w:r>
      <w:r>
        <w:rPr>
          <w:color w:val="CC3399"/>
        </w:rPr>
        <w:t xml:space="preserve">were carried </w:t>
      </w:r>
      <w:r>
        <w:rPr>
          <w:color w:val="000000"/>
        </w:rPr>
        <w:t xml:space="preserve">out . </w:t>
      </w:r>
      <w:r>
        <w:rPr>
          <w:color w:val="FF6600"/>
        </w:rPr>
        <w:t xml:space="preserve">For </w:t>
      </w:r>
      <w:r>
        <w:rPr>
          <w:color w:val="000000"/>
        </w:rPr>
        <w:t xml:space="preserve">five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days </w:t>
      </w:r>
      <w:r>
        <w:rPr>
          <w:color w:val="000000"/>
        </w:rPr>
        <w:t xml:space="preserve">the </w:t>
      </w:r>
      <w:r>
        <w:rPr>
          <w:color w:val="00FFCC"/>
        </w:rPr>
        <w:t xml:space="preserve">hens </w:t>
      </w:r>
      <w:r>
        <w:rPr>
          <w:color w:val="CC3399"/>
        </w:rPr>
        <w:t xml:space="preserve">held </w:t>
      </w:r>
      <w:r>
        <w:rPr>
          <w:color w:val="000000"/>
        </w:rPr>
        <w:t xml:space="preserve">out , </w:t>
      </w:r>
      <w:r>
        <w:rPr>
          <w:color w:val="00787F"/>
        </w:rPr>
        <w:t xml:space="preserve">then </w:t>
      </w:r>
      <w:r>
        <w:rPr>
          <w:color w:val="000000"/>
        </w:rPr>
        <w:t xml:space="preserve">they </w:t>
      </w:r>
      <w:r>
        <w:rPr>
          <w:color w:val="CC3399"/>
        </w:rPr>
        <w:t xml:space="preserve">capitulated </w:t>
      </w:r>
      <w:r>
        <w:rPr>
          <w:color w:val="FF0066"/>
        </w:rPr>
        <w:t xml:space="preserve">and </w:t>
      </w:r>
      <w:r>
        <w:rPr>
          <w:color w:val="CC3399"/>
        </w:rPr>
        <w:t xml:space="preserve">went </w:t>
      </w:r>
      <w:r>
        <w:rPr>
          <w:color w:val="00787F"/>
        </w:rPr>
        <w:t xml:space="preserve">back </w:t>
      </w:r>
      <w:r>
        <w:rPr>
          <w:color w:val="000000"/>
        </w:rPr>
        <w:t xml:space="preserve">to their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nesting </w:t>
      </w:r>
      <w:r>
        <w:rPr>
          <w:color w:val="00FFCC"/>
        </w:rPr>
        <w:t xml:space="preserve">boxes </w:t>
      </w:r>
      <w:r>
        <w:rPr>
          <w:color w:val="000000"/>
        </w:rPr>
        <w:t xml:space="preserve">. </w:t>
      </w:r>
      <w:r>
        <w:rPr>
          <w:color w:val="00FFCC"/>
        </w:rPr>
        <w:t xml:space="preserve">Nine hens </w:t>
      </w:r>
      <w:r>
        <w:rPr>
          <w:color w:val="CC3399"/>
        </w:rPr>
        <w:t xml:space="preserve">had died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meantime </w:t>
      </w:r>
      <w:r>
        <w:rPr>
          <w:color w:val="000000"/>
        </w:rPr>
        <w:t xml:space="preserve">. Their </w:t>
      </w:r>
      <w:r>
        <w:rPr>
          <w:color w:val="00FFCC"/>
        </w:rPr>
        <w:t xml:space="preserve">bodies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buried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orchard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it </w:t>
      </w:r>
      <w:r>
        <w:rPr>
          <w:color w:val="CC3399"/>
        </w:rPr>
        <w:t xml:space="preserve">was given </w:t>
      </w:r>
      <w:r>
        <w:rPr>
          <w:color w:val="000000"/>
        </w:rPr>
        <w:t xml:space="preserve">out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died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coccidiosis </w:t>
      </w:r>
      <w:r>
        <w:rPr>
          <w:color w:val="000000"/>
        </w:rPr>
        <w:t xml:space="preserve">. </w:t>
      </w:r>
      <w:r>
        <w:rPr>
          <w:color w:val="00FFCC"/>
        </w:rPr>
        <w:t xml:space="preserve">Whymper </w:t>
      </w:r>
      <w:r>
        <w:rPr>
          <w:color w:val="CC3399"/>
        </w:rPr>
        <w:t xml:space="preserve">heard </w:t>
      </w:r>
      <w:r>
        <w:rPr>
          <w:color w:val="00FFCC"/>
        </w:rPr>
        <w:t xml:space="preserve">nothing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00FFCC"/>
        </w:rPr>
        <w:t xml:space="preserve">affair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eggs </w:t>
      </w:r>
      <w:r>
        <w:rPr>
          <w:color w:val="CC3399"/>
        </w:rPr>
        <w:t xml:space="preserve">were </w:t>
      </w:r>
      <w:r>
        <w:rPr>
          <w:color w:val="00787F"/>
        </w:rPr>
        <w:t xml:space="preserve">duly </w:t>
      </w:r>
    </w:p>
    <w:p w:rsidR="00D83EF7" w:rsidRDefault="00CA4524" w:rsidP="00CA4524">
      <w:pPr>
        <w:spacing w:after="0"/>
      </w:pPr>
      <w:r>
        <w:rPr>
          <w:color w:val="CC3399"/>
        </w:rPr>
        <w:lastRenderedPageBreak/>
        <w:t xml:space="preserve">delivered </w:t>
      </w:r>
      <w:r>
        <w:rPr>
          <w:color w:val="000000"/>
        </w:rPr>
        <w:t xml:space="preserve">, a </w:t>
      </w:r>
      <w:r>
        <w:rPr>
          <w:color w:val="00FFCC"/>
        </w:rPr>
        <w:t xml:space="preserve">grocer </w:t>
      </w:r>
      <w:r>
        <w:rPr>
          <w:color w:val="000000"/>
        </w:rPr>
        <w:t xml:space="preserve">'s </w:t>
      </w:r>
      <w:r>
        <w:rPr>
          <w:color w:val="00FFCC"/>
        </w:rPr>
        <w:t xml:space="preserve">van </w:t>
      </w:r>
      <w:r>
        <w:rPr>
          <w:color w:val="CC3399"/>
        </w:rPr>
        <w:t xml:space="preserve">driving </w:t>
      </w:r>
      <w:r>
        <w:rPr>
          <w:color w:val="000000"/>
        </w:rPr>
        <w:t xml:space="preserve">up to the </w:t>
      </w:r>
      <w:r>
        <w:rPr>
          <w:color w:val="00FFCC"/>
        </w:rPr>
        <w:t xml:space="preserve">farm </w:t>
      </w:r>
      <w:r>
        <w:rPr>
          <w:color w:val="00787F"/>
        </w:rPr>
        <w:t xml:space="preserve">once </w:t>
      </w:r>
      <w:r>
        <w:rPr>
          <w:color w:val="000000"/>
        </w:rPr>
        <w:t xml:space="preserve">a </w:t>
      </w:r>
      <w:r>
        <w:rPr>
          <w:color w:val="00FFCC"/>
        </w:rPr>
        <w:t xml:space="preserve">week </w:t>
      </w:r>
      <w:r>
        <w:rPr>
          <w:color w:val="000000"/>
        </w:rPr>
        <w:t xml:space="preserve">to </w:t>
      </w:r>
      <w:r>
        <w:rPr>
          <w:color w:val="CC3399"/>
        </w:rPr>
        <w:t xml:space="preserve">take </w:t>
      </w:r>
      <w:r>
        <w:rPr>
          <w:color w:val="000000"/>
        </w:rPr>
        <w:t xml:space="preserve">them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away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All this </w:t>
      </w:r>
      <w:r>
        <w:rPr>
          <w:color w:val="FF6600"/>
        </w:rPr>
        <w:t xml:space="preserve">while </w:t>
      </w:r>
      <w:r>
        <w:rPr>
          <w:color w:val="000000"/>
        </w:rPr>
        <w:t xml:space="preserve">no </w:t>
      </w:r>
      <w:r>
        <w:rPr>
          <w:color w:val="00787F"/>
        </w:rPr>
        <w:t xml:space="preserve">more </w:t>
      </w:r>
      <w:r>
        <w:rPr>
          <w:color w:val="CC3399"/>
        </w:rPr>
        <w:t xml:space="preserve">had been seen </w:t>
      </w:r>
      <w:r>
        <w:rPr>
          <w:color w:val="FF6600"/>
        </w:rPr>
        <w:t xml:space="preserve">of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. He </w:t>
      </w:r>
      <w:r>
        <w:rPr>
          <w:color w:val="CC3399"/>
        </w:rPr>
        <w:t xml:space="preserve">was rumoured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hiding </w:t>
      </w:r>
      <w:r>
        <w:rPr>
          <w:color w:val="FF6600"/>
        </w:rPr>
        <w:t xml:space="preserve">on </w:t>
      </w: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neighbouring farms </w:t>
      </w:r>
      <w:r>
        <w:rPr>
          <w:color w:val="000000"/>
        </w:rPr>
        <w:t xml:space="preserve">, </w:t>
      </w:r>
      <w:r>
        <w:rPr>
          <w:color w:val="00787F"/>
        </w:rPr>
        <w:t xml:space="preserve">either </w:t>
      </w:r>
      <w:r>
        <w:rPr>
          <w:color w:val="00FFCC"/>
        </w:rPr>
        <w:t xml:space="preserve">Foxwood </w:t>
      </w:r>
      <w:r>
        <w:rPr>
          <w:color w:val="FF0066"/>
        </w:rPr>
        <w:t xml:space="preserve">or </w:t>
      </w:r>
      <w:r>
        <w:rPr>
          <w:color w:val="00FFCC"/>
        </w:rPr>
        <w:t xml:space="preserve">Pinchfield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was </w:t>
      </w:r>
      <w:r>
        <w:rPr>
          <w:color w:val="FF6600"/>
        </w:rPr>
        <w:t xml:space="preserve">by </w:t>
      </w:r>
      <w:r>
        <w:rPr>
          <w:color w:val="000000"/>
        </w:rPr>
        <w:t xml:space="preserve">this </w:t>
      </w:r>
      <w:r>
        <w:rPr>
          <w:color w:val="00FFCC"/>
        </w:rPr>
        <w:t xml:space="preserve">time </w:t>
      </w:r>
      <w:r>
        <w:rPr>
          <w:color w:val="FF6600"/>
        </w:rPr>
        <w:t xml:space="preserve">on </w:t>
      </w:r>
      <w:r>
        <w:rPr>
          <w:color w:val="00787F"/>
        </w:rPr>
        <w:t xml:space="preserve">slightly </w:t>
      </w:r>
      <w:r>
        <w:rPr>
          <w:color w:val="33CCFF"/>
        </w:rPr>
        <w:t xml:space="preserve">better </w:t>
      </w:r>
      <w:r>
        <w:rPr>
          <w:color w:val="00FFCC"/>
        </w:rPr>
        <w:t xml:space="preserve">terms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farmers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than </w:t>
      </w:r>
      <w:r>
        <w:rPr>
          <w:color w:val="00787F"/>
        </w:rPr>
        <w:t xml:space="preserve">before </w:t>
      </w:r>
      <w:r>
        <w:rPr>
          <w:color w:val="000000"/>
        </w:rPr>
        <w:t xml:space="preserve">. It </w:t>
      </w:r>
      <w:r>
        <w:rPr>
          <w:color w:val="CC3399"/>
        </w:rPr>
        <w:t xml:space="preserve">happened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a </w:t>
      </w:r>
      <w:r>
        <w:rPr>
          <w:color w:val="00FFCC"/>
        </w:rPr>
        <w:t xml:space="preserve">pile </w:t>
      </w:r>
      <w:r>
        <w:rPr>
          <w:color w:val="FF6600"/>
        </w:rPr>
        <w:t xml:space="preserve">of </w:t>
      </w:r>
      <w:r>
        <w:rPr>
          <w:color w:val="00FFCC"/>
        </w:rPr>
        <w:t xml:space="preserve">timber </w:t>
      </w:r>
      <w:r>
        <w:rPr>
          <w:color w:val="000000"/>
        </w:rPr>
        <w:t xml:space="preserve">which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been stacked </w:t>
      </w:r>
      <w:r>
        <w:rPr>
          <w:color w:val="000000"/>
        </w:rPr>
        <w:t xml:space="preserve">there ten </w:t>
      </w:r>
      <w:r>
        <w:rPr>
          <w:color w:val="00FFCC"/>
        </w:rPr>
        <w:t xml:space="preserve">years </w:t>
      </w:r>
      <w:r>
        <w:rPr>
          <w:color w:val="00787F"/>
        </w:rPr>
        <w:t xml:space="preserve">earlier </w:t>
      </w:r>
      <w:r>
        <w:rPr>
          <w:color w:val="000000"/>
        </w:rPr>
        <w:t xml:space="preserve">when a </w:t>
      </w:r>
      <w:r>
        <w:rPr>
          <w:color w:val="00FFCC"/>
        </w:rPr>
        <w:t xml:space="preserve">beech spinney </w:t>
      </w:r>
      <w:r>
        <w:rPr>
          <w:color w:val="CC3399"/>
        </w:rPr>
        <w:t xml:space="preserve">was cleared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787F"/>
        </w:rPr>
        <w:t xml:space="preserve">well </w:t>
      </w:r>
      <w:r>
        <w:rPr>
          <w:color w:val="CC3399"/>
        </w:rPr>
        <w:t xml:space="preserve">seasoned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Whymper </w:t>
      </w:r>
      <w:r>
        <w:rPr>
          <w:color w:val="CC3399"/>
        </w:rPr>
        <w:t xml:space="preserve">had advised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to </w:t>
      </w:r>
      <w:r>
        <w:rPr>
          <w:color w:val="CC3399"/>
        </w:rPr>
        <w:t xml:space="preserve">sell </w:t>
      </w:r>
      <w:r>
        <w:rPr>
          <w:color w:val="000000"/>
        </w:rPr>
        <w:t xml:space="preserve">it ; both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Mr. Pilkington </w:t>
      </w:r>
      <w:r>
        <w:rPr>
          <w:color w:val="FF0066"/>
        </w:rPr>
        <w:t xml:space="preserve">and </w:t>
      </w:r>
      <w:r>
        <w:rPr>
          <w:color w:val="00FFCC"/>
        </w:rPr>
        <w:t xml:space="preserve">Mr. Frederick </w:t>
      </w:r>
      <w:r>
        <w:rPr>
          <w:color w:val="CC3399"/>
        </w:rPr>
        <w:t xml:space="preserve">were </w:t>
      </w:r>
      <w:r>
        <w:rPr>
          <w:color w:val="33CCFF"/>
        </w:rPr>
        <w:t xml:space="preserve">anxious </w:t>
      </w:r>
      <w:r>
        <w:rPr>
          <w:color w:val="000000"/>
        </w:rPr>
        <w:t xml:space="preserve">to </w:t>
      </w:r>
      <w:r>
        <w:rPr>
          <w:color w:val="CC3399"/>
        </w:rPr>
        <w:t xml:space="preserve">buy </w:t>
      </w:r>
      <w:r>
        <w:rPr>
          <w:color w:val="000000"/>
        </w:rPr>
        <w:t xml:space="preserve">it 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>hesitating</w:t>
      </w:r>
      <w:r>
        <w:rPr>
          <w:color w:val="CC3399"/>
        </w:rPr>
        <w:t xml:space="preserve"> </w:t>
      </w:r>
      <w:r>
        <w:rPr>
          <w:color w:val="FF6600"/>
        </w:rPr>
        <w:t xml:space="preserve">between </w:t>
      </w:r>
      <w:r>
        <w:rPr>
          <w:color w:val="000000"/>
        </w:rPr>
        <w:t xml:space="preserve">the two , </w:t>
      </w:r>
      <w:r>
        <w:rPr>
          <w:color w:val="33CCFF"/>
        </w:rPr>
        <w:t xml:space="preserve">unable </w:t>
      </w:r>
      <w:r>
        <w:rPr>
          <w:color w:val="000000"/>
        </w:rPr>
        <w:t xml:space="preserve">to </w:t>
      </w:r>
      <w:r>
        <w:rPr>
          <w:color w:val="CC3399"/>
        </w:rPr>
        <w:t xml:space="preserve">make </w:t>
      </w:r>
      <w:r>
        <w:rPr>
          <w:color w:val="000000"/>
        </w:rPr>
        <w:t xml:space="preserve">up his </w:t>
      </w:r>
      <w:r>
        <w:rPr>
          <w:color w:val="00FFCC"/>
        </w:rPr>
        <w:t xml:space="preserve">mind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noticed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that </w:t>
      </w:r>
      <w:r>
        <w:rPr>
          <w:color w:val="CC3399"/>
        </w:rPr>
        <w:t xml:space="preserve">whenever </w:t>
      </w:r>
      <w:r>
        <w:rPr>
          <w:color w:val="000000"/>
        </w:rPr>
        <w:t xml:space="preserve">he </w:t>
      </w:r>
      <w:r>
        <w:rPr>
          <w:color w:val="CC3399"/>
        </w:rPr>
        <w:t xml:space="preserve">seemed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point </w:t>
      </w:r>
      <w:r>
        <w:rPr>
          <w:color w:val="FF6600"/>
        </w:rPr>
        <w:t xml:space="preserve">of </w:t>
      </w:r>
      <w:r>
        <w:rPr>
          <w:color w:val="CC3399"/>
        </w:rPr>
        <w:t xml:space="preserve">coming </w:t>
      </w:r>
      <w:r>
        <w:rPr>
          <w:color w:val="000000"/>
        </w:rPr>
        <w:t xml:space="preserve">to an </w:t>
      </w:r>
      <w:r>
        <w:rPr>
          <w:color w:val="00FFCC"/>
        </w:rPr>
        <w:t xml:space="preserve">agreement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Frederick </w:t>
      </w:r>
      <w:r>
        <w:rPr>
          <w:color w:val="000000"/>
        </w:rPr>
        <w:t xml:space="preserve">,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was declared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FF6600"/>
        </w:rPr>
        <w:t xml:space="preserve">in </w:t>
      </w:r>
      <w:r>
        <w:rPr>
          <w:color w:val="CC3399"/>
        </w:rPr>
        <w:t xml:space="preserve">hiding </w:t>
      </w:r>
      <w:r>
        <w:rPr>
          <w:color w:val="FF6600"/>
        </w:rPr>
        <w:t xml:space="preserve">at </w:t>
      </w:r>
      <w:r>
        <w:rPr>
          <w:color w:val="00FFCC"/>
        </w:rPr>
        <w:t xml:space="preserve">Foxwood </w:t>
      </w:r>
      <w:r>
        <w:rPr>
          <w:color w:val="000000"/>
        </w:rPr>
        <w:t xml:space="preserve">, </w:t>
      </w:r>
      <w:r>
        <w:rPr>
          <w:color w:val="FF6600"/>
        </w:rPr>
        <w:t xml:space="preserve">while </w:t>
      </w:r>
      <w:r>
        <w:rPr>
          <w:color w:val="000000"/>
        </w:rPr>
        <w:t xml:space="preserve">, when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inclined </w:t>
      </w:r>
      <w:r>
        <w:rPr>
          <w:color w:val="FF6600"/>
        </w:rPr>
        <w:t xml:space="preserve">toward </w:t>
      </w:r>
      <w:r>
        <w:rPr>
          <w:color w:val="00FFCC"/>
        </w:rPr>
        <w:t xml:space="preserve">Pilkington </w:t>
      </w:r>
      <w:r>
        <w:rPr>
          <w:color w:val="000000"/>
        </w:rPr>
        <w:t xml:space="preserve">,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was </w:t>
      </w:r>
      <w:r>
        <w:rPr>
          <w:color w:val="CC3399"/>
        </w:rPr>
        <w:t xml:space="preserve">said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FF6600"/>
        </w:rPr>
        <w:t xml:space="preserve">at </w:t>
      </w:r>
      <w:r>
        <w:rPr>
          <w:color w:val="00FFCC"/>
        </w:rPr>
        <w:t xml:space="preserve">Pinchfield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Suddenly </w:t>
      </w:r>
      <w:r>
        <w:rPr>
          <w:color w:val="000000"/>
        </w:rPr>
        <w:t xml:space="preserve">, </w:t>
      </w:r>
      <w:r>
        <w:rPr>
          <w:color w:val="00787F"/>
        </w:rPr>
        <w:t xml:space="preserve">early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spring </w:t>
      </w:r>
      <w:r>
        <w:rPr>
          <w:color w:val="000000"/>
        </w:rPr>
        <w:t xml:space="preserve">, an </w:t>
      </w:r>
      <w:r>
        <w:rPr>
          <w:color w:val="CC3399"/>
        </w:rPr>
        <w:t xml:space="preserve">alarming </w:t>
      </w:r>
      <w:r>
        <w:rPr>
          <w:color w:val="00FFCC"/>
        </w:rPr>
        <w:t xml:space="preserve">thing </w:t>
      </w:r>
      <w:r>
        <w:rPr>
          <w:color w:val="CC3399"/>
        </w:rPr>
        <w:t xml:space="preserve">was discovered </w:t>
      </w:r>
      <w:r>
        <w:rPr>
          <w:color w:val="000000"/>
        </w:rPr>
        <w:t xml:space="preserve">. </w:t>
      </w:r>
      <w:r>
        <w:rPr>
          <w:color w:val="CC3399"/>
        </w:rPr>
        <w:t xml:space="preserve">Snowball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787F"/>
        </w:rPr>
        <w:t xml:space="preserve">secretly </w:t>
      </w:r>
      <w:r>
        <w:rPr>
          <w:color w:val="CC3399"/>
        </w:rPr>
        <w:t xml:space="preserve">frequenting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FF6600"/>
        </w:rPr>
        <w:t xml:space="preserve">by </w:t>
      </w:r>
      <w:r>
        <w:rPr>
          <w:color w:val="00FFCC"/>
        </w:rPr>
        <w:t xml:space="preserve">night </w:t>
      </w:r>
      <w:r>
        <w:rPr>
          <w:color w:val="000000"/>
        </w:rPr>
        <w:t xml:space="preserve">!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787F"/>
        </w:rPr>
        <w:t xml:space="preserve">so </w:t>
      </w:r>
      <w:r>
        <w:rPr>
          <w:color w:val="33CCFF"/>
        </w:rPr>
        <w:t xml:space="preserve">disturbed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003E3E"/>
        </w:rPr>
        <w:t xml:space="preserve">could </w:t>
      </w:r>
      <w:r>
        <w:rPr>
          <w:color w:val="00787F"/>
        </w:rPr>
        <w:t xml:space="preserve">hardly </w:t>
      </w:r>
      <w:r>
        <w:rPr>
          <w:color w:val="CC3399"/>
        </w:rPr>
        <w:t xml:space="preserve">sleep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stalls </w:t>
      </w:r>
      <w:r>
        <w:rPr>
          <w:color w:val="000000"/>
        </w:rPr>
        <w:t xml:space="preserve">. Every </w:t>
      </w:r>
      <w:r>
        <w:rPr>
          <w:color w:val="00FFCC"/>
        </w:rPr>
        <w:t xml:space="preserve">night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said </w:t>
      </w:r>
      <w:r>
        <w:rPr>
          <w:color w:val="000000"/>
        </w:rPr>
        <w:t xml:space="preserve">, 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came creeping </w:t>
      </w:r>
      <w:r>
        <w:rPr>
          <w:color w:val="FF6600"/>
        </w:rPr>
        <w:t xml:space="preserve">in under </w:t>
      </w:r>
      <w:r>
        <w:rPr>
          <w:color w:val="00FFCC"/>
        </w:rPr>
        <w:t xml:space="preserve">cover </w:t>
      </w:r>
      <w:r>
        <w:rPr>
          <w:color w:val="FF6600"/>
        </w:rPr>
        <w:t xml:space="preserve">of </w:t>
      </w:r>
      <w:r>
        <w:rPr>
          <w:color w:val="00FFCC"/>
        </w:rPr>
        <w:t xml:space="preserve">darkness </w:t>
      </w:r>
      <w:r>
        <w:rPr>
          <w:color w:val="FF0066"/>
        </w:rPr>
        <w:t xml:space="preserve">and </w:t>
      </w:r>
      <w:r>
        <w:rPr>
          <w:color w:val="CC3399"/>
        </w:rPr>
        <w:t xml:space="preserve">performed </w:t>
      </w:r>
      <w:r>
        <w:rPr>
          <w:color w:val="000000"/>
        </w:rPr>
        <w:t xml:space="preserve">all </w:t>
      </w:r>
      <w:r>
        <w:rPr>
          <w:color w:val="00FFCC"/>
        </w:rPr>
        <w:t xml:space="preserve">kinds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mischief </w:t>
      </w:r>
      <w:r>
        <w:rPr>
          <w:color w:val="000000"/>
        </w:rPr>
        <w:t xml:space="preserve">. He </w:t>
      </w:r>
      <w:r>
        <w:rPr>
          <w:color w:val="CC3399"/>
        </w:rPr>
        <w:t xml:space="preserve">stole </w:t>
      </w:r>
      <w:r>
        <w:rPr>
          <w:color w:val="000000"/>
        </w:rPr>
        <w:t xml:space="preserve">the </w:t>
      </w:r>
      <w:r>
        <w:rPr>
          <w:color w:val="00FFCC"/>
        </w:rPr>
        <w:t xml:space="preserve">corn </w:t>
      </w:r>
      <w:r>
        <w:rPr>
          <w:color w:val="000000"/>
        </w:rPr>
        <w:t xml:space="preserve">, he </w:t>
      </w:r>
      <w:r>
        <w:rPr>
          <w:color w:val="CC3399"/>
        </w:rPr>
        <w:t xml:space="preserve">upset </w:t>
      </w:r>
      <w:r>
        <w:rPr>
          <w:color w:val="000000"/>
        </w:rPr>
        <w:t xml:space="preserve">the </w:t>
      </w:r>
      <w:r>
        <w:rPr>
          <w:color w:val="00FFCC"/>
        </w:rPr>
        <w:t xml:space="preserve">milk-pails </w:t>
      </w:r>
      <w:r>
        <w:rPr>
          <w:color w:val="000000"/>
        </w:rPr>
        <w:t xml:space="preserve">, he </w:t>
      </w:r>
      <w:r>
        <w:rPr>
          <w:color w:val="CC3399"/>
        </w:rPr>
        <w:t xml:space="preserve">broke </w:t>
      </w:r>
      <w:r>
        <w:rPr>
          <w:color w:val="000000"/>
        </w:rPr>
        <w:t xml:space="preserve">the </w:t>
      </w:r>
      <w:r>
        <w:rPr>
          <w:color w:val="00FFCC"/>
        </w:rPr>
        <w:t xml:space="preserve">eggs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trampled </w:t>
      </w:r>
      <w:r>
        <w:rPr>
          <w:color w:val="000000"/>
        </w:rPr>
        <w:t xml:space="preserve">the </w:t>
      </w:r>
      <w:r>
        <w:rPr>
          <w:color w:val="00FFCC"/>
        </w:rPr>
        <w:t xml:space="preserve">seedbeds </w:t>
      </w:r>
      <w:r>
        <w:rPr>
          <w:color w:val="000000"/>
        </w:rPr>
        <w:t xml:space="preserve">, he </w:t>
      </w:r>
      <w:r>
        <w:rPr>
          <w:color w:val="CC3399"/>
        </w:rPr>
        <w:t xml:space="preserve">gnawed </w:t>
      </w:r>
      <w:r>
        <w:rPr>
          <w:color w:val="000000"/>
        </w:rPr>
        <w:t xml:space="preserve">the </w:t>
      </w:r>
      <w:r>
        <w:rPr>
          <w:color w:val="00FFCC"/>
        </w:rPr>
        <w:t xml:space="preserve">bark </w:t>
      </w:r>
      <w:r>
        <w:rPr>
          <w:color w:val="FF6600"/>
        </w:rPr>
        <w:t xml:space="preserve">off </w:t>
      </w:r>
      <w:r>
        <w:rPr>
          <w:color w:val="000000"/>
        </w:rPr>
        <w:t xml:space="preserve">the </w:t>
      </w:r>
      <w:r>
        <w:rPr>
          <w:color w:val="00FFCC"/>
        </w:rPr>
        <w:t xml:space="preserve">fruit trees </w:t>
      </w:r>
      <w:r>
        <w:rPr>
          <w:color w:val="000000"/>
        </w:rPr>
        <w:t xml:space="preserve">. Whenever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anything </w:t>
      </w:r>
      <w:r>
        <w:rPr>
          <w:color w:val="CC3399"/>
        </w:rPr>
        <w:t xml:space="preserve">went </w:t>
      </w:r>
      <w:r>
        <w:rPr>
          <w:color w:val="33CCFF"/>
        </w:rPr>
        <w:t xml:space="preserve">wrong </w:t>
      </w:r>
      <w:r>
        <w:rPr>
          <w:color w:val="000000"/>
        </w:rPr>
        <w:t xml:space="preserve">it </w:t>
      </w:r>
      <w:r>
        <w:rPr>
          <w:color w:val="CC3399"/>
        </w:rPr>
        <w:t xml:space="preserve">became </w:t>
      </w:r>
      <w:r>
        <w:rPr>
          <w:color w:val="33CCFF"/>
        </w:rPr>
        <w:t xml:space="preserve">usual </w:t>
      </w:r>
      <w:r>
        <w:rPr>
          <w:color w:val="000000"/>
        </w:rPr>
        <w:t xml:space="preserve">to </w:t>
      </w:r>
      <w:r>
        <w:rPr>
          <w:color w:val="CC3399"/>
        </w:rPr>
        <w:t xml:space="preserve">attribute </w:t>
      </w:r>
      <w:r>
        <w:rPr>
          <w:color w:val="000000"/>
        </w:rPr>
        <w:t xml:space="preserve">it to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. </w:t>
      </w:r>
      <w:r>
        <w:rPr>
          <w:color w:val="FF6600"/>
        </w:rPr>
        <w:t xml:space="preserve">If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window </w:t>
      </w:r>
      <w:r>
        <w:rPr>
          <w:color w:val="CC3399"/>
        </w:rPr>
        <w:t xml:space="preserve">was broken </w:t>
      </w:r>
      <w:r>
        <w:rPr>
          <w:color w:val="FF0066"/>
        </w:rPr>
        <w:t xml:space="preserve">or </w:t>
      </w:r>
      <w:r>
        <w:rPr>
          <w:color w:val="000000"/>
        </w:rPr>
        <w:t xml:space="preserve">a </w:t>
      </w:r>
      <w:r>
        <w:rPr>
          <w:color w:val="00FFCC"/>
        </w:rPr>
        <w:t xml:space="preserve">drain </w:t>
      </w:r>
      <w:r>
        <w:rPr>
          <w:color w:val="CC3399"/>
        </w:rPr>
        <w:t xml:space="preserve">was blocked </w:t>
      </w:r>
      <w:r>
        <w:rPr>
          <w:color w:val="000000"/>
        </w:rPr>
        <w:t xml:space="preserve">up , </w:t>
      </w:r>
      <w:r>
        <w:rPr>
          <w:color w:val="00FFCC"/>
        </w:rPr>
        <w:t xml:space="preserve">someone </w:t>
      </w:r>
      <w:r>
        <w:rPr>
          <w:color w:val="CC3399"/>
        </w:rPr>
        <w:t xml:space="preserve">was </w:t>
      </w:r>
      <w:r>
        <w:rPr>
          <w:color w:val="33CCFF"/>
        </w:rPr>
        <w:t xml:space="preserve">certain </w:t>
      </w:r>
      <w:r>
        <w:rPr>
          <w:color w:val="000000"/>
        </w:rPr>
        <w:t xml:space="preserve">to </w:t>
      </w:r>
      <w:r>
        <w:rPr>
          <w:color w:val="CC3399"/>
        </w:rPr>
        <w:t xml:space="preserve">say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had come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night </w:t>
      </w:r>
      <w:r>
        <w:rPr>
          <w:color w:val="FF0066"/>
        </w:rPr>
        <w:t xml:space="preserve">and </w:t>
      </w:r>
      <w:r>
        <w:rPr>
          <w:color w:val="CC3399"/>
        </w:rPr>
        <w:t xml:space="preserve">done </w:t>
      </w:r>
      <w:r>
        <w:rPr>
          <w:color w:val="000000"/>
        </w:rPr>
        <w:t xml:space="preserve">it ,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the </w:t>
      </w:r>
      <w:r>
        <w:rPr>
          <w:color w:val="00FFCC"/>
        </w:rPr>
        <w:t xml:space="preserve">key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store-shed </w:t>
      </w:r>
      <w:r>
        <w:rPr>
          <w:color w:val="CC3399"/>
        </w:rPr>
        <w:t xml:space="preserve">was lost </w:t>
      </w:r>
      <w:r>
        <w:rPr>
          <w:color w:val="000000"/>
        </w:rPr>
        <w:t xml:space="preserve">, 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farm </w:t>
      </w:r>
      <w:r>
        <w:rPr>
          <w:color w:val="CC3399"/>
        </w:rPr>
        <w:t xml:space="preserve">was convinced </w:t>
      </w:r>
      <w:r>
        <w:rPr>
          <w:color w:val="FF6600"/>
        </w:rPr>
        <w:t xml:space="preserve">that </w:t>
      </w:r>
      <w:r>
        <w:rPr>
          <w:color w:val="00FFCC"/>
        </w:rPr>
        <w:t>Sn</w:t>
      </w:r>
      <w:r>
        <w:rPr>
          <w:color w:val="00FFCC"/>
        </w:rPr>
        <w:t xml:space="preserve">owball </w:t>
      </w:r>
      <w:r>
        <w:rPr>
          <w:color w:val="CC3399"/>
        </w:rPr>
        <w:t xml:space="preserve">had thrown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it down the </w:t>
      </w:r>
      <w:r>
        <w:rPr>
          <w:color w:val="00FFCC"/>
        </w:rPr>
        <w:t xml:space="preserve">well </w:t>
      </w:r>
      <w:r>
        <w:rPr>
          <w:color w:val="000000"/>
        </w:rPr>
        <w:t xml:space="preserve">. </w:t>
      </w:r>
      <w:r>
        <w:rPr>
          <w:color w:val="00FFCC"/>
        </w:rPr>
        <w:t xml:space="preserve">Curiously </w:t>
      </w:r>
      <w:r>
        <w:rPr>
          <w:color w:val="00787F"/>
        </w:rPr>
        <w:t xml:space="preserve">enough </w:t>
      </w:r>
      <w:r>
        <w:rPr>
          <w:color w:val="000000"/>
        </w:rPr>
        <w:t xml:space="preserve">, they </w:t>
      </w:r>
      <w:r>
        <w:rPr>
          <w:color w:val="CC3399"/>
        </w:rPr>
        <w:t xml:space="preserve">went </w:t>
      </w:r>
      <w:r>
        <w:rPr>
          <w:color w:val="FF6600"/>
        </w:rPr>
        <w:t xml:space="preserve">on </w:t>
      </w:r>
      <w:r>
        <w:rPr>
          <w:color w:val="00FFCC"/>
        </w:rPr>
        <w:t xml:space="preserve">believing </w:t>
      </w:r>
      <w:r>
        <w:rPr>
          <w:color w:val="000000"/>
        </w:rPr>
        <w:t xml:space="preserve">this </w:t>
      </w:r>
      <w:r>
        <w:rPr>
          <w:color w:val="00787F"/>
        </w:rPr>
        <w:t xml:space="preserve">even </w:t>
      </w:r>
      <w:r>
        <w:rPr>
          <w:color w:val="FF6600"/>
        </w:rPr>
        <w:t xml:space="preserve">after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mislaid key </w:t>
      </w:r>
      <w:r>
        <w:rPr>
          <w:color w:val="CC3399"/>
        </w:rPr>
        <w:t xml:space="preserve">was found </w:t>
      </w:r>
      <w:r>
        <w:rPr>
          <w:color w:val="FF6600"/>
        </w:rPr>
        <w:t xml:space="preserve">under </w:t>
      </w:r>
      <w:r>
        <w:rPr>
          <w:color w:val="000000"/>
        </w:rPr>
        <w:t xml:space="preserve">a </w:t>
      </w:r>
      <w:r>
        <w:rPr>
          <w:color w:val="00FFCC"/>
        </w:rPr>
        <w:t xml:space="preserve">sack </w:t>
      </w:r>
      <w:r>
        <w:rPr>
          <w:color w:val="FF6600"/>
        </w:rPr>
        <w:t xml:space="preserve">of </w:t>
      </w:r>
      <w:r>
        <w:rPr>
          <w:color w:val="00FFCC"/>
        </w:rPr>
        <w:t xml:space="preserve">meal </w:t>
      </w:r>
      <w:r>
        <w:rPr>
          <w:color w:val="000000"/>
        </w:rPr>
        <w:t xml:space="preserve">. The </w:t>
      </w:r>
      <w:r>
        <w:rPr>
          <w:color w:val="00FFCC"/>
        </w:rPr>
        <w:t xml:space="preserve">cows </w:t>
      </w:r>
      <w:r>
        <w:rPr>
          <w:color w:val="CC3399"/>
        </w:rPr>
        <w:t xml:space="preserve">declared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unanimously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crept </w:t>
      </w:r>
      <w:r>
        <w:rPr>
          <w:color w:val="FF6600"/>
        </w:rPr>
        <w:t xml:space="preserve">into </w:t>
      </w:r>
      <w:r>
        <w:rPr>
          <w:color w:val="000000"/>
        </w:rPr>
        <w:t xml:space="preserve">their </w:t>
      </w:r>
      <w:r>
        <w:rPr>
          <w:color w:val="00FFCC"/>
        </w:rPr>
        <w:t xml:space="preserve">stalls </w:t>
      </w:r>
      <w:r>
        <w:rPr>
          <w:color w:val="FF0066"/>
        </w:rPr>
        <w:t xml:space="preserve">and </w:t>
      </w:r>
      <w:r>
        <w:rPr>
          <w:color w:val="CC3399"/>
        </w:rPr>
        <w:t xml:space="preserve">milked </w:t>
      </w:r>
      <w:r>
        <w:rPr>
          <w:color w:val="000000"/>
        </w:rPr>
        <w:t xml:space="preserve">them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sleep </w:t>
      </w:r>
      <w:r>
        <w:rPr>
          <w:color w:val="000000"/>
        </w:rPr>
        <w:t xml:space="preserve">. The </w:t>
      </w:r>
      <w:r>
        <w:rPr>
          <w:color w:val="00FFCC"/>
        </w:rPr>
        <w:t xml:space="preserve">rats </w:t>
      </w:r>
      <w:r>
        <w:rPr>
          <w:color w:val="000000"/>
        </w:rPr>
        <w:t xml:space="preserve">, which </w:t>
      </w:r>
      <w:r>
        <w:rPr>
          <w:color w:val="CC3399"/>
        </w:rPr>
        <w:t xml:space="preserve">had been </w:t>
      </w:r>
      <w:r>
        <w:rPr>
          <w:color w:val="33CCFF"/>
        </w:rPr>
        <w:t xml:space="preserve">troublesome </w:t>
      </w:r>
      <w:r>
        <w:rPr>
          <w:color w:val="FF6600"/>
        </w:rPr>
        <w:t xml:space="preserve">that </w:t>
      </w:r>
      <w:r>
        <w:rPr>
          <w:color w:val="00FFCC"/>
        </w:rPr>
        <w:t xml:space="preserve">winter </w:t>
      </w:r>
      <w:r>
        <w:rPr>
          <w:color w:val="000000"/>
        </w:rPr>
        <w:t xml:space="preserve">, </w:t>
      </w:r>
      <w:r>
        <w:rPr>
          <w:color w:val="CC3399"/>
        </w:rPr>
        <w:t xml:space="preserve">were </w:t>
      </w:r>
      <w:r>
        <w:rPr>
          <w:color w:val="00787F"/>
        </w:rPr>
        <w:t xml:space="preserve">also </w:t>
      </w:r>
      <w:r>
        <w:rPr>
          <w:color w:val="CC3399"/>
        </w:rPr>
        <w:t xml:space="preserve">said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</w:t>
      </w:r>
      <w:r>
        <w:rPr>
          <w:color w:val="FF6600"/>
        </w:rPr>
        <w:t xml:space="preserve">in </w:t>
      </w:r>
      <w:r>
        <w:rPr>
          <w:color w:val="00FFCC"/>
        </w:rPr>
        <w:t xml:space="preserve">league </w:t>
      </w:r>
      <w:r>
        <w:rPr>
          <w:color w:val="FF6600"/>
        </w:rPr>
        <w:t xml:space="preserve">with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decreed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there </w:t>
      </w:r>
      <w:r>
        <w:rPr>
          <w:color w:val="003E3E"/>
        </w:rPr>
        <w:t xml:space="preserve">should </w:t>
      </w:r>
      <w:r>
        <w:rPr>
          <w:color w:val="CC3399"/>
        </w:rPr>
        <w:t xml:space="preserve">be </w:t>
      </w:r>
      <w:r>
        <w:rPr>
          <w:color w:val="000000"/>
        </w:rPr>
        <w:t xml:space="preserve">a </w:t>
      </w:r>
      <w:r>
        <w:rPr>
          <w:color w:val="33CCFF"/>
        </w:rPr>
        <w:t xml:space="preserve">full </w:t>
      </w:r>
      <w:r>
        <w:rPr>
          <w:color w:val="00FFCC"/>
        </w:rPr>
        <w:t xml:space="preserve">investigation </w:t>
      </w:r>
      <w:r>
        <w:rPr>
          <w:color w:val="FF6600"/>
        </w:rPr>
        <w:t xml:space="preserve">into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activities </w:t>
      </w:r>
      <w:r>
        <w:rPr>
          <w:color w:val="000000"/>
        </w:rPr>
        <w:t xml:space="preserve">.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00FFCC"/>
        </w:rPr>
        <w:t xml:space="preserve">dogs </w:t>
      </w:r>
      <w:r>
        <w:rPr>
          <w:color w:val="FF6600"/>
        </w:rPr>
        <w:t xml:space="preserve">in </w:t>
      </w:r>
      <w:r>
        <w:rPr>
          <w:color w:val="00FFCC"/>
        </w:rPr>
        <w:t xml:space="preserve">attendance </w:t>
      </w:r>
      <w:r>
        <w:rPr>
          <w:color w:val="000000"/>
        </w:rPr>
        <w:t xml:space="preserve">he </w:t>
      </w:r>
      <w:r>
        <w:rPr>
          <w:color w:val="CC3399"/>
        </w:rPr>
        <w:t xml:space="preserve">set </w:t>
      </w:r>
      <w:r>
        <w:rPr>
          <w:color w:val="000000"/>
        </w:rPr>
        <w:t xml:space="preserve">out </w:t>
      </w:r>
      <w:r>
        <w:rPr>
          <w:color w:val="FF0066"/>
        </w:rPr>
        <w:t xml:space="preserve">and </w:t>
      </w:r>
      <w:r>
        <w:rPr>
          <w:color w:val="CC3399"/>
        </w:rPr>
        <w:t xml:space="preserve">made </w:t>
      </w:r>
      <w:r>
        <w:rPr>
          <w:color w:val="000000"/>
        </w:rPr>
        <w:t xml:space="preserve">a </w:t>
      </w:r>
      <w:r>
        <w:rPr>
          <w:color w:val="33CCFF"/>
        </w:rPr>
        <w:t xml:space="preserve">careful </w:t>
      </w:r>
      <w:r>
        <w:rPr>
          <w:color w:val="00FFCC"/>
        </w:rPr>
        <w:t xml:space="preserve">tour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inspection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buildings </w:t>
      </w:r>
      <w:r>
        <w:rPr>
          <w:color w:val="000000"/>
        </w:rPr>
        <w:t xml:space="preserve">,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CC3399"/>
        </w:rPr>
        <w:t xml:space="preserve">following </w:t>
      </w:r>
      <w:r>
        <w:rPr>
          <w:color w:val="FF6600"/>
        </w:rPr>
        <w:t xml:space="preserve">at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respectful </w:t>
      </w:r>
      <w:r>
        <w:rPr>
          <w:color w:val="00FFCC"/>
        </w:rPr>
        <w:t xml:space="preserve">distance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every </w:t>
      </w:r>
      <w:r>
        <w:rPr>
          <w:color w:val="33CCFF"/>
        </w:rPr>
        <w:t xml:space="preserve">few </w:t>
      </w:r>
      <w:r>
        <w:rPr>
          <w:color w:val="00FFCC"/>
        </w:rPr>
        <w:t xml:space="preserve">steps Napoleon </w:t>
      </w:r>
      <w:r>
        <w:rPr>
          <w:color w:val="CC3399"/>
        </w:rPr>
        <w:t xml:space="preserve">stopped </w:t>
      </w:r>
      <w:r>
        <w:rPr>
          <w:color w:val="FF0066"/>
        </w:rPr>
        <w:t xml:space="preserve">and </w:t>
      </w:r>
      <w:r>
        <w:rPr>
          <w:color w:val="CC3399"/>
        </w:rPr>
        <w:t xml:space="preserve">snuffed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ground </w:t>
      </w:r>
      <w:r>
        <w:rPr>
          <w:color w:val="FF6600"/>
        </w:rPr>
        <w:t xml:space="preserve">for </w:t>
      </w:r>
      <w:r>
        <w:rPr>
          <w:color w:val="00FFCC"/>
        </w:rPr>
        <w:t xml:space="preserve">traces </w:t>
      </w:r>
      <w:r>
        <w:rPr>
          <w:color w:val="FF6600"/>
        </w:rPr>
        <w:t xml:space="preserve">of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footsteps </w:t>
      </w:r>
      <w:r>
        <w:rPr>
          <w:color w:val="000000"/>
        </w:rPr>
        <w:t xml:space="preserve">, which 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he </w:t>
      </w:r>
      <w:r>
        <w:rPr>
          <w:color w:val="003E3E"/>
        </w:rPr>
        <w:t xml:space="preserve">could </w:t>
      </w:r>
      <w:r>
        <w:rPr>
          <w:color w:val="CC3399"/>
        </w:rPr>
        <w:t xml:space="preserve">detect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smell </w:t>
      </w:r>
      <w:r>
        <w:rPr>
          <w:color w:val="000000"/>
        </w:rPr>
        <w:t xml:space="preserve">. He </w:t>
      </w:r>
      <w:r>
        <w:rPr>
          <w:color w:val="CC3399"/>
        </w:rPr>
        <w:t xml:space="preserve">snuffed </w:t>
      </w:r>
      <w:r>
        <w:rPr>
          <w:color w:val="FF6600"/>
        </w:rPr>
        <w:t xml:space="preserve">in </w:t>
      </w:r>
      <w:r>
        <w:rPr>
          <w:color w:val="000000"/>
        </w:rPr>
        <w:t>eve</w:t>
      </w:r>
      <w:r>
        <w:rPr>
          <w:color w:val="000000"/>
        </w:rPr>
        <w:t xml:space="preserve">ry </w:t>
      </w:r>
      <w:r>
        <w:rPr>
          <w:color w:val="00FFCC"/>
        </w:rPr>
        <w:t xml:space="preserve">corner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cow-shed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henhouses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vegetable </w:t>
      </w:r>
      <w:r>
        <w:rPr>
          <w:color w:val="00FFCC"/>
        </w:rPr>
        <w:t xml:space="preserve">garden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found </w:t>
      </w:r>
      <w:r>
        <w:rPr>
          <w:color w:val="00FFCC"/>
        </w:rPr>
        <w:t xml:space="preserve">traces </w:t>
      </w:r>
      <w:r>
        <w:rPr>
          <w:color w:val="FF6600"/>
        </w:rPr>
        <w:t xml:space="preserve">of </w:t>
      </w:r>
      <w:r>
        <w:rPr>
          <w:color w:val="00FFCC"/>
        </w:rPr>
        <w:t xml:space="preserve">Snowball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almost everywhere </w:t>
      </w:r>
      <w:r>
        <w:rPr>
          <w:color w:val="000000"/>
        </w:rPr>
        <w:t xml:space="preserve">. He </w:t>
      </w:r>
      <w:r>
        <w:rPr>
          <w:color w:val="003E3E"/>
        </w:rPr>
        <w:t xml:space="preserve">would </w:t>
      </w:r>
      <w:r>
        <w:rPr>
          <w:color w:val="CC3399"/>
        </w:rPr>
        <w:t xml:space="preserve">put </w:t>
      </w:r>
      <w:r>
        <w:rPr>
          <w:color w:val="000000"/>
        </w:rPr>
        <w:t xml:space="preserve">his </w:t>
      </w:r>
      <w:r>
        <w:rPr>
          <w:color w:val="00FFCC"/>
        </w:rPr>
        <w:t xml:space="preserve">snout </w:t>
      </w:r>
      <w:r>
        <w:rPr>
          <w:color w:val="000000"/>
        </w:rPr>
        <w:t xml:space="preserve">to the </w:t>
      </w:r>
      <w:r>
        <w:rPr>
          <w:color w:val="00FFCC"/>
        </w:rPr>
        <w:t xml:space="preserve">ground </w:t>
      </w:r>
      <w:r>
        <w:rPr>
          <w:color w:val="000000"/>
        </w:rPr>
        <w:t xml:space="preserve">, </w:t>
      </w:r>
      <w:r>
        <w:rPr>
          <w:color w:val="CC3399"/>
        </w:rPr>
        <w:t xml:space="preserve">give </w:t>
      </w:r>
      <w:r>
        <w:rPr>
          <w:color w:val="33CCFF"/>
        </w:rPr>
        <w:t xml:space="preserve">several deep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sniffs </w:t>
      </w:r>
      <w:r>
        <w:rPr>
          <w:color w:val="000000"/>
        </w:rPr>
        <w:t xml:space="preserve">, </w:t>
      </w:r>
      <w:r>
        <w:rPr>
          <w:color w:val="00FFCC"/>
        </w:rPr>
        <w:t xml:space="preserve">ad exclaim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terrible </w:t>
      </w:r>
      <w:r>
        <w:rPr>
          <w:color w:val="00FFCC"/>
        </w:rPr>
        <w:t xml:space="preserve">voice </w:t>
      </w:r>
      <w:r>
        <w:rPr>
          <w:color w:val="000000"/>
        </w:rPr>
        <w:t xml:space="preserve">, ``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! </w:t>
      </w:r>
      <w:r>
        <w:rPr>
          <w:color w:val="000000"/>
        </w:rPr>
        <w:t xml:space="preserve">He </w:t>
      </w:r>
      <w:r>
        <w:rPr>
          <w:color w:val="CC3399"/>
        </w:rPr>
        <w:t xml:space="preserve">has been </w:t>
      </w:r>
      <w:r>
        <w:rPr>
          <w:color w:val="00787F"/>
        </w:rPr>
        <w:t xml:space="preserve">here </w:t>
      </w:r>
      <w:r>
        <w:rPr>
          <w:color w:val="000000"/>
        </w:rPr>
        <w:t xml:space="preserve">! I </w:t>
      </w:r>
      <w:r>
        <w:rPr>
          <w:color w:val="003E3E"/>
        </w:rPr>
        <w:t xml:space="preserve">can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smell </w:t>
      </w:r>
      <w:r>
        <w:rPr>
          <w:color w:val="000000"/>
        </w:rPr>
        <w:t xml:space="preserve">him </w:t>
      </w:r>
      <w:r>
        <w:rPr>
          <w:color w:val="00787F"/>
        </w:rPr>
        <w:t xml:space="preserve">distinctly </w:t>
      </w:r>
      <w:r>
        <w:rPr>
          <w:color w:val="000000"/>
        </w:rPr>
        <w:t xml:space="preserve">! '' </w:t>
      </w:r>
      <w:r>
        <w:rPr>
          <w:color w:val="FF0066"/>
        </w:rPr>
        <w:t xml:space="preserve">and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word </w:t>
      </w:r>
      <w:r>
        <w:rPr>
          <w:color w:val="000000"/>
        </w:rPr>
        <w:t xml:space="preserve">``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'' all the </w:t>
      </w:r>
      <w:r>
        <w:rPr>
          <w:color w:val="00FFCC"/>
        </w:rPr>
        <w:t xml:space="preserve">dogs </w:t>
      </w:r>
      <w:r>
        <w:rPr>
          <w:color w:val="CC3399"/>
        </w:rPr>
        <w:t xml:space="preserve">let </w:t>
      </w:r>
      <w:r>
        <w:rPr>
          <w:color w:val="000000"/>
        </w:rPr>
        <w:t xml:space="preserve">out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blood-curdling </w:t>
      </w:r>
      <w:r>
        <w:rPr>
          <w:color w:val="00FFCC"/>
        </w:rPr>
        <w:t xml:space="preserve">growls </w:t>
      </w:r>
      <w:r>
        <w:rPr>
          <w:color w:val="FF0066"/>
        </w:rPr>
        <w:t xml:space="preserve">and </w:t>
      </w:r>
      <w:r>
        <w:rPr>
          <w:color w:val="CC3399"/>
        </w:rPr>
        <w:t xml:space="preserve">showed </w:t>
      </w:r>
      <w:r>
        <w:rPr>
          <w:color w:val="000000"/>
        </w:rPr>
        <w:t xml:space="preserve">their </w:t>
      </w:r>
      <w:r>
        <w:rPr>
          <w:color w:val="00FFCC"/>
        </w:rPr>
        <w:t xml:space="preserve">side teeth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787F"/>
        </w:rPr>
        <w:t xml:space="preserve">thoroughly </w:t>
      </w:r>
      <w:r>
        <w:rPr>
          <w:color w:val="CC3399"/>
        </w:rPr>
        <w:t xml:space="preserve">frightened </w:t>
      </w:r>
      <w:r>
        <w:rPr>
          <w:color w:val="000000"/>
        </w:rPr>
        <w:t xml:space="preserve">. It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them </w:t>
      </w:r>
      <w:r>
        <w:rPr>
          <w:color w:val="FF6600"/>
        </w:rPr>
        <w:t xml:space="preserve">as though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CC3399"/>
        </w:rPr>
        <w:t xml:space="preserve">were </w:t>
      </w:r>
      <w:r>
        <w:rPr>
          <w:color w:val="000000"/>
        </w:rPr>
        <w:t xml:space="preserve">some </w:t>
      </w:r>
      <w:r>
        <w:rPr>
          <w:color w:val="00FFCC"/>
        </w:rPr>
        <w:t xml:space="preserve">kind </w:t>
      </w:r>
      <w:r>
        <w:rPr>
          <w:color w:val="FF6600"/>
        </w:rPr>
        <w:t xml:space="preserve">of </w:t>
      </w:r>
      <w:r>
        <w:rPr>
          <w:color w:val="33CCFF"/>
        </w:rPr>
        <w:t xml:space="preserve">invisible </w:t>
      </w:r>
      <w:r>
        <w:rPr>
          <w:color w:val="00FFCC"/>
        </w:rPr>
        <w:t xml:space="preserve">influence </w:t>
      </w:r>
      <w:r>
        <w:rPr>
          <w:color w:val="000000"/>
        </w:rPr>
        <w:t xml:space="preserve">, </w:t>
      </w:r>
      <w:r>
        <w:rPr>
          <w:color w:val="CC3399"/>
        </w:rPr>
        <w:t xml:space="preserve">pervading </w:t>
      </w:r>
      <w:r>
        <w:rPr>
          <w:color w:val="000000"/>
        </w:rPr>
        <w:t xml:space="preserve">the </w:t>
      </w:r>
      <w:r>
        <w:rPr>
          <w:color w:val="00FFCC"/>
        </w:rPr>
        <w:t xml:space="preserve">air </w:t>
      </w:r>
      <w:r>
        <w:rPr>
          <w:color w:val="FF6600"/>
        </w:rPr>
        <w:t xml:space="preserve">about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</w:t>
      </w:r>
      <w:r>
        <w:rPr>
          <w:color w:val="FF0066"/>
        </w:rPr>
        <w:t xml:space="preserve">and </w:t>
      </w:r>
      <w:r>
        <w:rPr>
          <w:color w:val="CC3399"/>
        </w:rPr>
        <w:t xml:space="preserve">menacing </w:t>
      </w:r>
      <w:r>
        <w:rPr>
          <w:color w:val="000000"/>
        </w:rPr>
        <w:t xml:space="preserve">them </w:t>
      </w:r>
      <w:r>
        <w:rPr>
          <w:color w:val="FF6600"/>
        </w:rPr>
        <w:t xml:space="preserve">with </w:t>
      </w:r>
      <w:r>
        <w:rPr>
          <w:color w:val="000000"/>
        </w:rPr>
        <w:t xml:space="preserve">all </w:t>
      </w:r>
      <w:r>
        <w:rPr>
          <w:color w:val="00FFCC"/>
        </w:rPr>
        <w:t xml:space="preserve">kinds </w:t>
      </w:r>
      <w:r>
        <w:rPr>
          <w:color w:val="FF6600"/>
        </w:rPr>
        <w:t xml:space="preserve">of </w:t>
      </w:r>
      <w:r>
        <w:rPr>
          <w:color w:val="00FFCC"/>
        </w:rPr>
        <w:t xml:space="preserve">dangers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evening Squealer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called </w:t>
      </w:r>
      <w:r>
        <w:rPr>
          <w:color w:val="000000"/>
        </w:rPr>
        <w:t xml:space="preserve">them </w:t>
      </w:r>
      <w:r>
        <w:rPr>
          <w:color w:val="00787F"/>
        </w:rPr>
        <w:t xml:space="preserve">together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with </w:t>
      </w:r>
      <w:r>
        <w:rPr>
          <w:color w:val="000000"/>
        </w:rPr>
        <w:t xml:space="preserve">an </w:t>
      </w:r>
      <w:r>
        <w:rPr>
          <w:color w:val="33CCFF"/>
        </w:rPr>
        <w:t xml:space="preserve">alarmed </w:t>
      </w:r>
      <w:r>
        <w:rPr>
          <w:color w:val="00FFCC"/>
        </w:rPr>
        <w:t xml:space="preserve">expression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00FFCC"/>
        </w:rPr>
        <w:t xml:space="preserve">face </w:t>
      </w:r>
      <w:r>
        <w:rPr>
          <w:color w:val="CC3399"/>
        </w:rPr>
        <w:t xml:space="preserve">told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had </w:t>
      </w:r>
      <w:r>
        <w:rPr>
          <w:color w:val="000000"/>
        </w:rPr>
        <w:t xml:space="preserve">some </w:t>
      </w:r>
      <w:r>
        <w:rPr>
          <w:color w:val="33CCFF"/>
        </w:rPr>
        <w:t xml:space="preserve">serious </w:t>
      </w:r>
      <w:r>
        <w:rPr>
          <w:color w:val="00FFCC"/>
        </w:rPr>
        <w:t xml:space="preserve">news </w:t>
      </w:r>
      <w:r>
        <w:rPr>
          <w:color w:val="000000"/>
        </w:rPr>
        <w:t xml:space="preserve">to </w:t>
      </w:r>
      <w:r>
        <w:rPr>
          <w:color w:val="CC3399"/>
        </w:rPr>
        <w:t xml:space="preserve">report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! '' </w:t>
      </w:r>
      <w:r>
        <w:rPr>
          <w:color w:val="CC3399"/>
        </w:rPr>
        <w:t xml:space="preserve">cried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, </w:t>
      </w:r>
      <w:r>
        <w:rPr>
          <w:color w:val="CC3399"/>
        </w:rPr>
        <w:t xml:space="preserve">making </w:t>
      </w:r>
      <w:r>
        <w:rPr>
          <w:color w:val="33CCFF"/>
        </w:rPr>
        <w:t xml:space="preserve">little nervous </w:t>
      </w:r>
      <w:r>
        <w:rPr>
          <w:color w:val="00FFCC"/>
        </w:rPr>
        <w:t xml:space="preserve">skips </w:t>
      </w:r>
      <w:r>
        <w:rPr>
          <w:color w:val="000000"/>
        </w:rPr>
        <w:t xml:space="preserve">, `` a </w:t>
      </w:r>
      <w:r>
        <w:rPr>
          <w:color w:val="00787F"/>
        </w:rPr>
        <w:t xml:space="preserve">most </w:t>
      </w:r>
      <w:r>
        <w:rPr>
          <w:color w:val="33CCFF"/>
        </w:rPr>
        <w:t xml:space="preserve">terrible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thing </w:t>
      </w:r>
      <w:r>
        <w:rPr>
          <w:color w:val="CC3399"/>
        </w:rPr>
        <w:t xml:space="preserve">has been discovered </w:t>
      </w:r>
      <w:r>
        <w:rPr>
          <w:color w:val="000000"/>
        </w:rPr>
        <w:t xml:space="preserve">.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has sold </w:t>
      </w:r>
      <w:r>
        <w:rPr>
          <w:color w:val="000000"/>
        </w:rPr>
        <w:t xml:space="preserve">himself to </w:t>
      </w:r>
      <w:r>
        <w:rPr>
          <w:color w:val="00FFCC"/>
        </w:rPr>
        <w:t xml:space="preserve">Frederick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Pinchfield Farm </w:t>
      </w:r>
      <w:r>
        <w:rPr>
          <w:color w:val="000000"/>
        </w:rPr>
        <w:t xml:space="preserve">, who </w:t>
      </w:r>
      <w:r>
        <w:rPr>
          <w:color w:val="CC3399"/>
        </w:rPr>
        <w:t xml:space="preserve">is </w:t>
      </w:r>
      <w:r>
        <w:rPr>
          <w:color w:val="00787F"/>
        </w:rPr>
        <w:t xml:space="preserve">even now </w:t>
      </w:r>
      <w:r>
        <w:rPr>
          <w:color w:val="CC3399"/>
        </w:rPr>
        <w:t xml:space="preserve">plotting </w:t>
      </w:r>
      <w:r>
        <w:rPr>
          <w:color w:val="000000"/>
        </w:rPr>
        <w:t xml:space="preserve">to </w:t>
      </w:r>
      <w:r>
        <w:rPr>
          <w:color w:val="CC3399"/>
        </w:rPr>
        <w:t xml:space="preserve">attack </w:t>
      </w:r>
      <w:r>
        <w:rPr>
          <w:color w:val="000000"/>
        </w:rPr>
        <w:t xml:space="preserve">us </w:t>
      </w:r>
      <w:r>
        <w:rPr>
          <w:color w:val="FF0066"/>
        </w:rPr>
        <w:t xml:space="preserve">and </w:t>
      </w:r>
      <w:r>
        <w:rPr>
          <w:color w:val="CC3399"/>
        </w:rPr>
        <w:t xml:space="preserve">take </w:t>
      </w:r>
      <w:r>
        <w:rPr>
          <w:color w:val="000000"/>
        </w:rPr>
        <w:t xml:space="preserve">our </w:t>
      </w:r>
      <w:r>
        <w:rPr>
          <w:color w:val="00FFCC"/>
        </w:rPr>
        <w:t xml:space="preserve">farm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away </w:t>
      </w:r>
      <w:r>
        <w:rPr>
          <w:color w:val="FF6600"/>
        </w:rPr>
        <w:t xml:space="preserve">from </w:t>
      </w:r>
      <w:r>
        <w:rPr>
          <w:color w:val="000000"/>
        </w:rPr>
        <w:t xml:space="preserve">us !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is </w:t>
      </w:r>
      <w:r>
        <w:rPr>
          <w:color w:val="000000"/>
        </w:rPr>
        <w:t xml:space="preserve">to </w:t>
      </w:r>
      <w:r>
        <w:rPr>
          <w:color w:val="CC3399"/>
        </w:rPr>
        <w:t xml:space="preserve">act </w:t>
      </w:r>
      <w:r>
        <w:rPr>
          <w:color w:val="FF6600"/>
        </w:rPr>
        <w:t xml:space="preserve">as </w:t>
      </w:r>
      <w:r>
        <w:rPr>
          <w:color w:val="000000"/>
        </w:rPr>
        <w:t>h</w:t>
      </w:r>
      <w:r>
        <w:rPr>
          <w:color w:val="000000"/>
        </w:rPr>
        <w:t xml:space="preserve">is </w:t>
      </w:r>
      <w:r>
        <w:rPr>
          <w:color w:val="00FFCC"/>
        </w:rPr>
        <w:t xml:space="preserve">guide </w:t>
      </w:r>
      <w:r>
        <w:rPr>
          <w:color w:val="000000"/>
        </w:rPr>
        <w:t xml:space="preserve">when the </w:t>
      </w:r>
      <w:r>
        <w:rPr>
          <w:color w:val="00FFCC"/>
        </w:rPr>
        <w:t xml:space="preserve">attack </w:t>
      </w:r>
      <w:r>
        <w:rPr>
          <w:color w:val="CC3399"/>
        </w:rPr>
        <w:t xml:space="preserve">begins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is </w:t>
      </w:r>
      <w:r>
        <w:rPr>
          <w:color w:val="33CCFF"/>
        </w:rPr>
        <w:t xml:space="preserve">worse </w:t>
      </w:r>
      <w:r>
        <w:rPr>
          <w:color w:val="FF6600"/>
        </w:rPr>
        <w:t xml:space="preserve">than that </w:t>
      </w:r>
      <w:r>
        <w:rPr>
          <w:color w:val="000000"/>
        </w:rPr>
        <w:t xml:space="preserve">. We </w:t>
      </w:r>
      <w:r>
        <w:rPr>
          <w:color w:val="CC3399"/>
        </w:rPr>
        <w:t xml:space="preserve">had thought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rebellion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caused </w:t>
      </w:r>
      <w:r>
        <w:rPr>
          <w:color w:val="00787F"/>
        </w:rPr>
        <w:t xml:space="preserve">simply </w:t>
      </w:r>
      <w:r>
        <w:rPr>
          <w:color w:val="FF6600"/>
        </w:rPr>
        <w:t xml:space="preserve">by </w:t>
      </w:r>
      <w:r>
        <w:rPr>
          <w:color w:val="000000"/>
        </w:rPr>
        <w:t xml:space="preserve">his </w:t>
      </w:r>
      <w:r>
        <w:rPr>
          <w:color w:val="00FFCC"/>
        </w:rPr>
        <w:t xml:space="preserve">vanity </w:t>
      </w:r>
      <w:r>
        <w:rPr>
          <w:color w:val="FF0066"/>
        </w:rPr>
        <w:t xml:space="preserve">and </w:t>
      </w:r>
      <w:r>
        <w:rPr>
          <w:color w:val="00FFCC"/>
        </w:rPr>
        <w:t xml:space="preserve">ambition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we </w:t>
      </w:r>
      <w:r>
        <w:rPr>
          <w:color w:val="CC3399"/>
        </w:rPr>
        <w:t xml:space="preserve">were </w:t>
      </w:r>
      <w:r>
        <w:rPr>
          <w:color w:val="33CCFF"/>
        </w:rPr>
        <w:t xml:space="preserve">wrong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. </w:t>
      </w:r>
      <w:r>
        <w:rPr>
          <w:color w:val="CC3399"/>
        </w:rPr>
        <w:t xml:space="preserve">Do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you </w:t>
      </w:r>
      <w:r>
        <w:rPr>
          <w:color w:val="CC3399"/>
        </w:rPr>
        <w:t xml:space="preserve">know </w:t>
      </w:r>
      <w:r>
        <w:rPr>
          <w:color w:val="000000"/>
        </w:rPr>
        <w:t xml:space="preserve">what the </w:t>
      </w:r>
      <w:r>
        <w:rPr>
          <w:color w:val="33CCFF"/>
        </w:rPr>
        <w:t xml:space="preserve">real </w:t>
      </w:r>
      <w:r>
        <w:rPr>
          <w:color w:val="00FFCC"/>
        </w:rPr>
        <w:t xml:space="preserve">reason </w:t>
      </w:r>
      <w:r>
        <w:rPr>
          <w:color w:val="CC3399"/>
        </w:rPr>
        <w:t xml:space="preserve">was </w:t>
      </w:r>
      <w:r>
        <w:rPr>
          <w:color w:val="000000"/>
        </w:rPr>
        <w:t xml:space="preserve">?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was </w:t>
      </w:r>
      <w:r>
        <w:rPr>
          <w:color w:val="FF6600"/>
        </w:rPr>
        <w:t xml:space="preserve">in </w:t>
      </w:r>
      <w:r>
        <w:rPr>
          <w:color w:val="00FFCC"/>
        </w:rPr>
        <w:t xml:space="preserve">league </w:t>
      </w:r>
      <w:r>
        <w:rPr>
          <w:color w:val="FF6600"/>
        </w:rPr>
        <w:t xml:space="preserve">with </w:t>
      </w:r>
      <w:r>
        <w:rPr>
          <w:color w:val="00FFCC"/>
        </w:rPr>
        <w:t xml:space="preserve">Jones </w:t>
      </w:r>
      <w:r>
        <w:rPr>
          <w:color w:val="FF6600"/>
        </w:rPr>
        <w:t xml:space="preserve">from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787F"/>
        </w:rPr>
        <w:t xml:space="preserve">very </w:t>
      </w:r>
      <w:r>
        <w:rPr>
          <w:color w:val="33CCFF"/>
        </w:rPr>
        <w:t xml:space="preserve">start </w:t>
      </w:r>
      <w:r>
        <w:rPr>
          <w:color w:val="000000"/>
        </w:rPr>
        <w:t xml:space="preserve">! He </w:t>
      </w:r>
      <w:r>
        <w:rPr>
          <w:color w:val="CC3399"/>
        </w:rPr>
        <w:t xml:space="preserve">was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33CCFF"/>
        </w:rPr>
        <w:t xml:space="preserve">secret </w:t>
      </w:r>
      <w:r>
        <w:rPr>
          <w:color w:val="00FFCC"/>
        </w:rPr>
        <w:t xml:space="preserve">agent </w:t>
      </w:r>
      <w:r>
        <w:rPr>
          <w:color w:val="000000"/>
        </w:rPr>
        <w:t xml:space="preserve">all the </w:t>
      </w:r>
      <w:r>
        <w:rPr>
          <w:color w:val="00FFCC"/>
        </w:rPr>
        <w:t xml:space="preserve">time </w:t>
      </w:r>
      <w:r>
        <w:rPr>
          <w:color w:val="000000"/>
        </w:rPr>
        <w:t xml:space="preserve">. It </w:t>
      </w:r>
      <w:r>
        <w:rPr>
          <w:color w:val="CC3399"/>
        </w:rPr>
        <w:t xml:space="preserve">has </w:t>
      </w:r>
      <w:r>
        <w:rPr>
          <w:color w:val="000000"/>
        </w:rPr>
        <w:t xml:space="preserve">all </w:t>
      </w:r>
      <w:r>
        <w:rPr>
          <w:color w:val="CC3399"/>
        </w:rPr>
        <w:t xml:space="preserve">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proved </w:t>
      </w:r>
      <w:r>
        <w:rPr>
          <w:color w:val="FF6600"/>
        </w:rPr>
        <w:t xml:space="preserve">by </w:t>
      </w:r>
      <w:r>
        <w:rPr>
          <w:color w:val="00FFCC"/>
        </w:rPr>
        <w:t xml:space="preserve">documents </w:t>
      </w:r>
      <w:r>
        <w:rPr>
          <w:color w:val="000000"/>
        </w:rPr>
        <w:t xml:space="preserve">which he </w:t>
      </w:r>
      <w:r>
        <w:rPr>
          <w:color w:val="CC3399"/>
        </w:rPr>
        <w:t xml:space="preserve">left </w:t>
      </w:r>
      <w:r>
        <w:rPr>
          <w:color w:val="FF6600"/>
        </w:rPr>
        <w:t xml:space="preserve">behind </w:t>
      </w:r>
      <w:r>
        <w:rPr>
          <w:color w:val="000000"/>
        </w:rPr>
        <w:t xml:space="preserve">him </w:t>
      </w:r>
      <w:r>
        <w:rPr>
          <w:color w:val="FF0066"/>
        </w:rPr>
        <w:t xml:space="preserve">and </w:t>
      </w:r>
      <w:r>
        <w:rPr>
          <w:color w:val="000000"/>
        </w:rPr>
        <w:t xml:space="preserve">which we </w:t>
      </w:r>
      <w:r>
        <w:rPr>
          <w:color w:val="CC3399"/>
        </w:rPr>
        <w:t xml:space="preserve">have </w:t>
      </w:r>
      <w:r>
        <w:rPr>
          <w:color w:val="00787F"/>
        </w:rPr>
        <w:t xml:space="preserve">only just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discovered </w:t>
      </w:r>
      <w:r>
        <w:rPr>
          <w:color w:val="000000"/>
        </w:rPr>
        <w:t xml:space="preserve">. To my </w:t>
      </w:r>
      <w:r>
        <w:rPr>
          <w:color w:val="00FFCC"/>
        </w:rPr>
        <w:t xml:space="preserve">mind </w:t>
      </w:r>
      <w:r>
        <w:rPr>
          <w:color w:val="000000"/>
        </w:rPr>
        <w:t xml:space="preserve">this </w:t>
      </w:r>
      <w:r>
        <w:rPr>
          <w:color w:val="CC3399"/>
        </w:rPr>
        <w:t xml:space="preserve">explains </w:t>
      </w:r>
      <w:r>
        <w:rPr>
          <w:color w:val="000000"/>
        </w:rPr>
        <w:t xml:space="preserve">a </w:t>
      </w:r>
      <w:r>
        <w:rPr>
          <w:color w:val="33CCFF"/>
        </w:rPr>
        <w:t xml:space="preserve">great </w:t>
      </w:r>
      <w:r>
        <w:rPr>
          <w:color w:val="00FFCC"/>
        </w:rPr>
        <w:t xml:space="preserve">deal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. </w:t>
      </w:r>
      <w:r>
        <w:rPr>
          <w:color w:val="00FFCC"/>
        </w:rPr>
        <w:t xml:space="preserve">Did </w:t>
      </w:r>
      <w:r>
        <w:rPr>
          <w:color w:val="000000"/>
        </w:rPr>
        <w:t xml:space="preserve">we </w:t>
      </w:r>
      <w:r>
        <w:rPr>
          <w:color w:val="00787F"/>
        </w:rPr>
        <w:t xml:space="preserve">not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see </w:t>
      </w:r>
      <w:r>
        <w:rPr>
          <w:color w:val="FF6600"/>
        </w:rPr>
        <w:t xml:space="preserve">for </w:t>
      </w:r>
      <w:r>
        <w:rPr>
          <w:color w:val="000000"/>
        </w:rPr>
        <w:t>ourselve</w:t>
      </w:r>
      <w:r>
        <w:rPr>
          <w:color w:val="000000"/>
        </w:rPr>
        <w:t xml:space="preserve">s how he </w:t>
      </w:r>
      <w:r>
        <w:rPr>
          <w:color w:val="CC3399"/>
        </w:rPr>
        <w:t xml:space="preserve">attempted </w:t>
      </w:r>
      <w:r>
        <w:rPr>
          <w:color w:val="000000"/>
        </w:rPr>
        <w:t xml:space="preserve">-- </w:t>
      </w:r>
      <w:r>
        <w:rPr>
          <w:color w:val="00787F"/>
        </w:rPr>
        <w:t xml:space="preserve">fortunately </w:t>
      </w:r>
      <w:r>
        <w:rPr>
          <w:color w:val="FF6600"/>
        </w:rPr>
        <w:t xml:space="preserve">without </w:t>
      </w:r>
      <w:r>
        <w:rPr>
          <w:color w:val="00FFCC"/>
        </w:rPr>
        <w:t xml:space="preserve">success </w:t>
      </w:r>
      <w:r>
        <w:rPr>
          <w:color w:val="000000"/>
        </w:rPr>
        <w:t xml:space="preserve">-- to </w:t>
      </w:r>
      <w:r>
        <w:rPr>
          <w:color w:val="CC3399"/>
        </w:rPr>
        <w:t xml:space="preserve">get </w:t>
      </w:r>
      <w:r>
        <w:rPr>
          <w:color w:val="000000"/>
        </w:rPr>
        <w:t xml:space="preserve">us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defeated </w:t>
      </w:r>
      <w:r>
        <w:rPr>
          <w:color w:val="FF0066"/>
        </w:rPr>
        <w:t xml:space="preserve">and </w:t>
      </w:r>
      <w:r>
        <w:rPr>
          <w:color w:val="CC3399"/>
        </w:rPr>
        <w:t xml:space="preserve">destroyed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Cowshed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stupefied </w:t>
      </w:r>
      <w:r>
        <w:rPr>
          <w:color w:val="000000"/>
        </w:rPr>
        <w:t xml:space="preserve">. This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wickedness </w:t>
      </w:r>
      <w:r>
        <w:rPr>
          <w:color w:val="00787F"/>
        </w:rPr>
        <w:t xml:space="preserve">far </w:t>
      </w:r>
      <w:r>
        <w:rPr>
          <w:color w:val="CC3399"/>
        </w:rPr>
        <w:t xml:space="preserve">outdoing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destruction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some </w:t>
      </w:r>
      <w:r>
        <w:rPr>
          <w:color w:val="00FFCC"/>
        </w:rPr>
        <w:t xml:space="preserve">minutes </w:t>
      </w:r>
      <w:r>
        <w:rPr>
          <w:color w:val="FF6600"/>
        </w:rPr>
        <w:t xml:space="preserve">before </w:t>
      </w:r>
      <w:r>
        <w:rPr>
          <w:color w:val="000000"/>
        </w:rPr>
        <w:t xml:space="preserve">they </w:t>
      </w:r>
      <w:r>
        <w:rPr>
          <w:color w:val="003E3E"/>
        </w:rPr>
        <w:t xml:space="preserve">could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fully </w:t>
      </w:r>
      <w:r>
        <w:rPr>
          <w:color w:val="CC3399"/>
        </w:rPr>
        <w:t xml:space="preserve">take </w:t>
      </w:r>
      <w:r>
        <w:rPr>
          <w:color w:val="000000"/>
        </w:rPr>
        <w:t xml:space="preserve">it </w:t>
      </w:r>
      <w:r>
        <w:rPr>
          <w:color w:val="FF6600"/>
        </w:rPr>
        <w:t xml:space="preserve">in </w:t>
      </w:r>
      <w:r>
        <w:rPr>
          <w:color w:val="000000"/>
        </w:rPr>
        <w:t xml:space="preserve">. They all </w:t>
      </w:r>
      <w:r>
        <w:rPr>
          <w:color w:val="CC3399"/>
        </w:rPr>
        <w:t xml:space="preserve">remembered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CC3399"/>
        </w:rPr>
        <w:t xml:space="preserve">thought </w:t>
      </w:r>
      <w:r>
        <w:rPr>
          <w:color w:val="000000"/>
        </w:rPr>
        <w:t xml:space="preserve">they </w:t>
      </w:r>
      <w:r>
        <w:rPr>
          <w:color w:val="CC3399"/>
        </w:rPr>
        <w:t xml:space="preserve">remembered </w:t>
      </w:r>
      <w:r>
        <w:rPr>
          <w:color w:val="000000"/>
        </w:rPr>
        <w:t xml:space="preserve">, how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had seen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charging </w:t>
      </w:r>
      <w:r>
        <w:rPr>
          <w:color w:val="00787F"/>
        </w:rPr>
        <w:t xml:space="preserve">ahead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Cowshed </w:t>
      </w:r>
      <w:r>
        <w:rPr>
          <w:color w:val="000000"/>
        </w:rPr>
        <w:t xml:space="preserve">, how he </w:t>
      </w:r>
      <w:r>
        <w:rPr>
          <w:color w:val="CC3399"/>
        </w:rPr>
        <w:t xml:space="preserve">had rallied </w:t>
      </w:r>
      <w:r>
        <w:rPr>
          <w:color w:val="FF0066"/>
        </w:rPr>
        <w:t xml:space="preserve">and </w:t>
      </w:r>
      <w:r>
        <w:rPr>
          <w:color w:val="CC3399"/>
        </w:rPr>
        <w:t xml:space="preserve">encouraged </w:t>
      </w:r>
      <w:r>
        <w:rPr>
          <w:color w:val="000000"/>
        </w:rPr>
        <w:t xml:space="preserve">them </w:t>
      </w:r>
      <w:r>
        <w:rPr>
          <w:color w:val="FF6600"/>
        </w:rPr>
        <w:t xml:space="preserve">at </w:t>
      </w:r>
      <w:r>
        <w:rPr>
          <w:color w:val="000000"/>
        </w:rPr>
        <w:t xml:space="preserve">every </w:t>
      </w:r>
      <w:r>
        <w:rPr>
          <w:color w:val="00FFCC"/>
        </w:rPr>
        <w:t xml:space="preserve">turn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how 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  <w:r>
        <w:rPr>
          <w:color w:val="CC3399"/>
        </w:rPr>
        <w:t xml:space="preserve">paused </w:t>
      </w:r>
      <w:r>
        <w:rPr>
          <w:color w:val="FF6600"/>
        </w:rPr>
        <w:t>fo</w:t>
      </w:r>
      <w:r>
        <w:rPr>
          <w:color w:val="FF6600"/>
        </w:rPr>
        <w:t xml:space="preserve">r </w:t>
      </w:r>
      <w:r>
        <w:rPr>
          <w:color w:val="000000"/>
        </w:rPr>
        <w:t xml:space="preserve">an </w:t>
      </w:r>
      <w:r>
        <w:rPr>
          <w:color w:val="33CCFF"/>
        </w:rPr>
        <w:t xml:space="preserve">instant </w:t>
      </w:r>
      <w:r>
        <w:rPr>
          <w:color w:val="00787F"/>
        </w:rPr>
        <w:t xml:space="preserve">even </w:t>
      </w:r>
      <w:r>
        <w:rPr>
          <w:color w:val="000000"/>
        </w:rPr>
        <w:t xml:space="preserve">when the </w:t>
      </w:r>
      <w:r>
        <w:rPr>
          <w:color w:val="00FFCC"/>
        </w:rPr>
        <w:t xml:space="preserve">pellets </w:t>
      </w:r>
      <w:r>
        <w:rPr>
          <w:color w:val="FF6600"/>
        </w:rPr>
        <w:t xml:space="preserve">from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gun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wounded </w:t>
      </w:r>
      <w:r>
        <w:rPr>
          <w:color w:val="000000"/>
        </w:rPr>
        <w:t xml:space="preserve">his </w:t>
      </w:r>
      <w:r>
        <w:rPr>
          <w:color w:val="00FFCC"/>
        </w:rPr>
        <w:t xml:space="preserve">back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33CCFF"/>
        </w:rPr>
        <w:t xml:space="preserve">first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difficult </w:t>
      </w:r>
      <w:r>
        <w:rPr>
          <w:color w:val="000000"/>
        </w:rPr>
        <w:t xml:space="preserve">to </w:t>
      </w:r>
      <w:r>
        <w:rPr>
          <w:color w:val="CC3399"/>
        </w:rPr>
        <w:t xml:space="preserve">see </w:t>
      </w:r>
      <w:r>
        <w:rPr>
          <w:color w:val="000000"/>
        </w:rPr>
        <w:t xml:space="preserve">how this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fitted </w:t>
      </w:r>
      <w:r>
        <w:rPr>
          <w:color w:val="FF6600"/>
        </w:rPr>
        <w:t xml:space="preserve">in with </w:t>
      </w:r>
      <w:r>
        <w:rPr>
          <w:color w:val="000000"/>
        </w:rPr>
        <w:t xml:space="preserve">his </w:t>
      </w:r>
      <w:r>
        <w:rPr>
          <w:color w:val="CC3399"/>
        </w:rPr>
        <w:t xml:space="preserve">being </w:t>
      </w:r>
      <w:r>
        <w:rPr>
          <w:color w:val="FF6600"/>
        </w:rPr>
        <w:t xml:space="preserve">on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side </w:t>
      </w:r>
      <w:r>
        <w:rPr>
          <w:color w:val="000000"/>
        </w:rPr>
        <w:t xml:space="preserve">. </w:t>
      </w:r>
      <w:r>
        <w:rPr>
          <w:color w:val="00787F"/>
        </w:rPr>
        <w:t xml:space="preserve">Even </w:t>
      </w:r>
      <w:r>
        <w:rPr>
          <w:color w:val="00FFCC"/>
        </w:rPr>
        <w:t xml:space="preserve">Boxer </w:t>
      </w:r>
      <w:r>
        <w:rPr>
          <w:color w:val="000000"/>
        </w:rPr>
        <w:t xml:space="preserve">, who </w:t>
      </w:r>
      <w:r>
        <w:rPr>
          <w:color w:val="CC3399"/>
        </w:rPr>
        <w:t xml:space="preserve">seldom asked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questions </w:t>
      </w:r>
      <w:r>
        <w:rPr>
          <w:color w:val="000000"/>
        </w:rPr>
        <w:t xml:space="preserve">, </w:t>
      </w:r>
      <w:r>
        <w:rPr>
          <w:color w:val="CC3399"/>
        </w:rPr>
        <w:t xml:space="preserve">was puzzled </w:t>
      </w:r>
      <w:r>
        <w:rPr>
          <w:color w:val="000000"/>
        </w:rPr>
        <w:t xml:space="preserve">. He </w:t>
      </w:r>
      <w:r>
        <w:rPr>
          <w:color w:val="CC3399"/>
        </w:rPr>
        <w:t xml:space="preserve">lay </w:t>
      </w:r>
      <w:r>
        <w:rPr>
          <w:color w:val="00787F"/>
        </w:rPr>
        <w:t xml:space="preserve">down </w:t>
      </w:r>
      <w:r>
        <w:rPr>
          <w:color w:val="000000"/>
        </w:rPr>
        <w:t xml:space="preserve">, </w:t>
      </w:r>
      <w:r>
        <w:rPr>
          <w:color w:val="CC3399"/>
        </w:rPr>
        <w:t xml:space="preserve">tucked </w:t>
      </w:r>
      <w:r>
        <w:rPr>
          <w:color w:val="000000"/>
        </w:rPr>
        <w:t xml:space="preserve">his </w:t>
      </w:r>
      <w:r>
        <w:rPr>
          <w:color w:val="00FFCC"/>
        </w:rPr>
        <w:t xml:space="preserve">fore hoofs </w:t>
      </w:r>
      <w:r>
        <w:rPr>
          <w:color w:val="CC3399"/>
        </w:rPr>
        <w:t xml:space="preserve">beneath </w:t>
      </w:r>
      <w:r>
        <w:rPr>
          <w:color w:val="000000"/>
        </w:rPr>
        <w:t xml:space="preserve">him 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shut </w:t>
      </w:r>
      <w:r>
        <w:rPr>
          <w:color w:val="000000"/>
        </w:rPr>
        <w:t xml:space="preserve">his </w:t>
      </w:r>
      <w:r>
        <w:rPr>
          <w:color w:val="00FFCC"/>
        </w:rPr>
        <w:t xml:space="preserve">eyes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33CCFF"/>
        </w:rPr>
        <w:t xml:space="preserve">hard </w:t>
      </w:r>
      <w:r>
        <w:rPr>
          <w:color w:val="00FFCC"/>
        </w:rPr>
        <w:t xml:space="preserve">effort </w:t>
      </w:r>
      <w:r>
        <w:rPr>
          <w:color w:val="CC3399"/>
        </w:rPr>
        <w:t xml:space="preserve">managed </w:t>
      </w:r>
      <w:r>
        <w:rPr>
          <w:color w:val="000000"/>
        </w:rPr>
        <w:t xml:space="preserve">to </w:t>
      </w:r>
      <w:r>
        <w:rPr>
          <w:color w:val="CC3399"/>
        </w:rPr>
        <w:t xml:space="preserve">formulate </w:t>
      </w:r>
      <w:r>
        <w:rPr>
          <w:color w:val="000000"/>
        </w:rPr>
        <w:t xml:space="preserve">his </w:t>
      </w:r>
      <w:r>
        <w:rPr>
          <w:color w:val="00FFCC"/>
        </w:rPr>
        <w:t xml:space="preserve">thoughts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I </w:t>
      </w:r>
      <w:r>
        <w:rPr>
          <w:color w:val="CC3399"/>
        </w:rPr>
        <w:t xml:space="preserve">do </w:t>
      </w:r>
      <w:r>
        <w:rPr>
          <w:color w:val="00787F"/>
        </w:rPr>
        <w:t xml:space="preserve">not </w:t>
      </w:r>
      <w:r>
        <w:rPr>
          <w:color w:val="CC3399"/>
        </w:rPr>
        <w:t xml:space="preserve">believe </w:t>
      </w:r>
      <w:r>
        <w:rPr>
          <w:color w:val="FF6600"/>
        </w:rPr>
        <w:t xml:space="preserve">that </w:t>
      </w:r>
      <w:r>
        <w:rPr>
          <w:color w:val="000000"/>
        </w:rPr>
        <w:t xml:space="preserve">, '' he </w:t>
      </w:r>
      <w:r>
        <w:rPr>
          <w:color w:val="CC3399"/>
        </w:rPr>
        <w:t xml:space="preserve">said </w:t>
      </w:r>
      <w:r>
        <w:rPr>
          <w:color w:val="000000"/>
        </w:rPr>
        <w:t xml:space="preserve">. `` </w:t>
      </w:r>
      <w:r>
        <w:rPr>
          <w:color w:val="33CCFF"/>
        </w:rPr>
        <w:t xml:space="preserve">Snowball </w:t>
      </w:r>
      <w:r>
        <w:rPr>
          <w:color w:val="00FFCC"/>
        </w:rPr>
        <w:t xml:space="preserve">fought </w:t>
      </w:r>
      <w:r>
        <w:rPr>
          <w:color w:val="00787F"/>
        </w:rPr>
        <w:t xml:space="preserve">bravely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Cowshed </w:t>
      </w:r>
      <w:r>
        <w:rPr>
          <w:color w:val="000000"/>
        </w:rPr>
        <w:t xml:space="preserve">. I </w:t>
      </w:r>
      <w:r>
        <w:rPr>
          <w:color w:val="CC3399"/>
        </w:rPr>
        <w:t xml:space="preserve">saw </w:t>
      </w:r>
      <w:r>
        <w:rPr>
          <w:color w:val="000000"/>
        </w:rPr>
        <w:t xml:space="preserve">him myself . </w:t>
      </w:r>
      <w:r>
        <w:rPr>
          <w:color w:val="00FFCC"/>
        </w:rPr>
        <w:t xml:space="preserve">Did </w:t>
      </w:r>
      <w:r>
        <w:rPr>
          <w:color w:val="000000"/>
        </w:rPr>
        <w:t xml:space="preserve">we </w:t>
      </w:r>
      <w:r>
        <w:rPr>
          <w:color w:val="00787F"/>
        </w:rPr>
        <w:t xml:space="preserve">not </w:t>
      </w:r>
      <w:r>
        <w:rPr>
          <w:color w:val="CC3399"/>
        </w:rPr>
        <w:t xml:space="preserve">give </w:t>
      </w:r>
      <w:r>
        <w:rPr>
          <w:color w:val="000000"/>
        </w:rPr>
        <w:t xml:space="preserve">him </w:t>
      </w:r>
      <w:r>
        <w:rPr>
          <w:color w:val="33CCFF"/>
        </w:rPr>
        <w:t xml:space="preserve">'Animal </w:t>
      </w:r>
      <w:r>
        <w:rPr>
          <w:color w:val="00FFCC"/>
        </w:rPr>
        <w:t xml:space="preserve">Hero </w:t>
      </w:r>
      <w:r>
        <w:rPr>
          <w:color w:val="000000"/>
        </w:rPr>
        <w:t xml:space="preserve">, </w:t>
      </w:r>
      <w:r>
        <w:rPr>
          <w:color w:val="00787F"/>
        </w:rPr>
        <w:t xml:space="preserve">first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Class </w:t>
      </w:r>
      <w:r>
        <w:rPr>
          <w:color w:val="000000"/>
        </w:rPr>
        <w:t xml:space="preserve">, ' </w:t>
      </w:r>
      <w:r>
        <w:rPr>
          <w:color w:val="00787F"/>
        </w:rPr>
        <w:t xml:space="preserve">immediately </w:t>
      </w:r>
      <w:r>
        <w:rPr>
          <w:color w:val="00FFCC"/>
        </w:rPr>
        <w:t xml:space="preserve">afterwards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That </w:t>
      </w:r>
      <w:r>
        <w:rPr>
          <w:color w:val="CC3399"/>
        </w:rPr>
        <w:t xml:space="preserve">was </w:t>
      </w:r>
      <w:r>
        <w:rPr>
          <w:color w:val="000000"/>
        </w:rPr>
        <w:t xml:space="preserve">our </w:t>
      </w:r>
      <w:r>
        <w:rPr>
          <w:color w:val="00FFCC"/>
        </w:rPr>
        <w:t xml:space="preserve">mistake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we </w:t>
      </w:r>
      <w:r>
        <w:rPr>
          <w:color w:val="CC3399"/>
        </w:rPr>
        <w:t xml:space="preserve">know </w:t>
      </w:r>
      <w:r>
        <w:rPr>
          <w:color w:val="00787F"/>
        </w:rPr>
        <w:t xml:space="preserve">now </w:t>
      </w:r>
      <w:r>
        <w:rPr>
          <w:color w:val="000000"/>
        </w:rPr>
        <w:t xml:space="preserve">-- it </w:t>
      </w:r>
      <w:r>
        <w:rPr>
          <w:color w:val="CC3399"/>
        </w:rPr>
        <w:t xml:space="preserve">is </w:t>
      </w:r>
      <w:r>
        <w:rPr>
          <w:color w:val="000000"/>
        </w:rPr>
        <w:t xml:space="preserve">all </w:t>
      </w:r>
      <w:r>
        <w:rPr>
          <w:color w:val="CC3399"/>
        </w:rPr>
        <w:t xml:space="preserve">written </w:t>
      </w:r>
      <w:r>
        <w:rPr>
          <w:color w:val="000000"/>
        </w:rPr>
        <w:t xml:space="preserve">down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secret </w:t>
      </w:r>
      <w:r>
        <w:rPr>
          <w:color w:val="00FFCC"/>
        </w:rPr>
        <w:t xml:space="preserve">documents </w:t>
      </w:r>
      <w:r>
        <w:rPr>
          <w:color w:val="FF6600"/>
        </w:rPr>
        <w:t xml:space="preserve">that </w:t>
      </w:r>
      <w:r>
        <w:rPr>
          <w:color w:val="000000"/>
        </w:rPr>
        <w:t xml:space="preserve">we </w:t>
      </w:r>
      <w:r>
        <w:rPr>
          <w:color w:val="CC3399"/>
        </w:rPr>
        <w:t xml:space="preserve">have found </w:t>
      </w:r>
      <w:r>
        <w:rPr>
          <w:color w:val="000000"/>
        </w:rPr>
        <w:t xml:space="preserve">-- </w:t>
      </w:r>
      <w:r>
        <w:rPr>
          <w:color w:val="FF6600"/>
        </w:rPr>
        <w:t xml:space="preserve">that in </w:t>
      </w:r>
      <w:r>
        <w:rPr>
          <w:color w:val="00FFCC"/>
        </w:rPr>
        <w:t xml:space="preserve">reality </w:t>
      </w:r>
      <w:r>
        <w:rPr>
          <w:color w:val="000000"/>
        </w:rPr>
        <w:t xml:space="preserve">he </w:t>
      </w:r>
      <w:r>
        <w:rPr>
          <w:color w:val="CC3399"/>
        </w:rPr>
        <w:t xml:space="preserve">was trying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lure </w:t>
      </w:r>
      <w:r>
        <w:rPr>
          <w:color w:val="000000"/>
        </w:rPr>
        <w:t xml:space="preserve">us to our </w:t>
      </w:r>
      <w:r>
        <w:rPr>
          <w:color w:val="00FFCC"/>
        </w:rPr>
        <w:t xml:space="preserve">doom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FF0066"/>
        </w:rPr>
        <w:t xml:space="preserve">But </w:t>
      </w:r>
      <w:r>
        <w:rPr>
          <w:color w:val="000000"/>
        </w:rPr>
        <w:t xml:space="preserve">he </w:t>
      </w:r>
      <w:r>
        <w:rPr>
          <w:color w:val="CC3399"/>
        </w:rPr>
        <w:t xml:space="preserve">was wounded </w:t>
      </w:r>
      <w:r>
        <w:rPr>
          <w:color w:val="000000"/>
        </w:rPr>
        <w:t>,</w:t>
      </w:r>
      <w:r>
        <w:rPr>
          <w:color w:val="000000"/>
        </w:rPr>
        <w:t xml:space="preserve"> '' </w:t>
      </w:r>
      <w:r>
        <w:rPr>
          <w:color w:val="CC3399"/>
        </w:rPr>
        <w:t xml:space="preserve">said </w:t>
      </w:r>
      <w:r>
        <w:rPr>
          <w:color w:val="00FFCC"/>
        </w:rPr>
        <w:t xml:space="preserve">Boxer </w:t>
      </w:r>
      <w:r>
        <w:rPr>
          <w:color w:val="000000"/>
        </w:rPr>
        <w:t xml:space="preserve">. `` We all </w:t>
      </w:r>
      <w:r>
        <w:rPr>
          <w:color w:val="CC3399"/>
        </w:rPr>
        <w:t xml:space="preserve">saw </w:t>
      </w:r>
      <w:r>
        <w:rPr>
          <w:color w:val="000000"/>
        </w:rPr>
        <w:t xml:space="preserve">him </w:t>
      </w:r>
      <w:r>
        <w:rPr>
          <w:color w:val="CC3399"/>
        </w:rPr>
        <w:t xml:space="preserve">running </w:t>
      </w:r>
      <w:r>
        <w:rPr>
          <w:color w:val="FF6600"/>
        </w:rPr>
        <w:t xml:space="preserve">with </w:t>
      </w:r>
      <w:r>
        <w:rPr>
          <w:color w:val="00FFCC"/>
        </w:rPr>
        <w:t xml:space="preserve">blood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That </w:t>
      </w:r>
      <w:r>
        <w:rPr>
          <w:color w:val="CC3399"/>
        </w:rPr>
        <w:t xml:space="preserve">was </w:t>
      </w:r>
      <w:r>
        <w:rPr>
          <w:color w:val="00FFCC"/>
        </w:rPr>
        <w:t xml:space="preserve">part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arrangement </w:t>
      </w:r>
      <w:r>
        <w:rPr>
          <w:color w:val="000000"/>
        </w:rPr>
        <w:t xml:space="preserve">! '' </w:t>
      </w:r>
      <w:r>
        <w:rPr>
          <w:color w:val="CC3399"/>
        </w:rPr>
        <w:t xml:space="preserve">cried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. ``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shot </w:t>
      </w:r>
      <w:r>
        <w:rPr>
          <w:color w:val="00787F"/>
        </w:rPr>
        <w:t xml:space="preserve">only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grazed </w:t>
      </w:r>
      <w:r>
        <w:rPr>
          <w:color w:val="000000"/>
        </w:rPr>
        <w:t xml:space="preserve">him . I </w:t>
      </w:r>
      <w:r>
        <w:rPr>
          <w:color w:val="003E3E"/>
        </w:rPr>
        <w:t xml:space="preserve">could </w:t>
      </w:r>
      <w:r>
        <w:rPr>
          <w:color w:val="CC3399"/>
        </w:rPr>
        <w:t xml:space="preserve">show </w:t>
      </w:r>
      <w:r>
        <w:rPr>
          <w:color w:val="000000"/>
        </w:rPr>
        <w:t xml:space="preserve">you this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33CCFF"/>
        </w:rPr>
        <w:t xml:space="preserve">own </w:t>
      </w:r>
      <w:r>
        <w:rPr>
          <w:color w:val="00FFCC"/>
        </w:rPr>
        <w:t xml:space="preserve">writing </w:t>
      </w:r>
      <w:r>
        <w:rPr>
          <w:color w:val="000000"/>
        </w:rPr>
        <w:t xml:space="preserve">, </w:t>
      </w:r>
      <w:r>
        <w:rPr>
          <w:color w:val="FF6600"/>
        </w:rPr>
        <w:t xml:space="preserve">if </w:t>
      </w:r>
      <w:r>
        <w:rPr>
          <w:color w:val="000000"/>
        </w:rPr>
        <w:t xml:space="preserve">you </w:t>
      </w:r>
      <w:r>
        <w:rPr>
          <w:color w:val="CC3399"/>
        </w:rPr>
        <w:t xml:space="preserve">were </w:t>
      </w: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read </w:t>
      </w:r>
      <w:r>
        <w:rPr>
          <w:color w:val="000000"/>
        </w:rPr>
        <w:t xml:space="preserve">it . The </w:t>
      </w:r>
      <w:r>
        <w:rPr>
          <w:color w:val="00FFCC"/>
        </w:rPr>
        <w:t xml:space="preserve">plot </w:t>
      </w:r>
      <w:r>
        <w:rPr>
          <w:color w:val="CC3399"/>
        </w:rPr>
        <w:t xml:space="preserve">was </w:t>
      </w:r>
      <w:r>
        <w:rPr>
          <w:color w:val="FF6600"/>
        </w:rPr>
        <w:t xml:space="preserve">for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critical </w:t>
      </w:r>
      <w:r>
        <w:rPr>
          <w:color w:val="00FFCC"/>
        </w:rPr>
        <w:t xml:space="preserve">moment </w:t>
      </w:r>
      <w:r>
        <w:rPr>
          <w:color w:val="000000"/>
        </w:rPr>
        <w:t xml:space="preserve">, to </w:t>
      </w:r>
      <w:r>
        <w:rPr>
          <w:color w:val="CC3399"/>
        </w:rPr>
        <w:t xml:space="preserve">give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signal </w:t>
      </w:r>
      <w:r>
        <w:rPr>
          <w:color w:val="FF6600"/>
        </w:rPr>
        <w:t xml:space="preserve">for </w:t>
      </w:r>
      <w:r>
        <w:rPr>
          <w:color w:val="00FFCC"/>
        </w:rPr>
        <w:t xml:space="preserve">flight </w:t>
      </w:r>
      <w:r>
        <w:rPr>
          <w:color w:val="FF0066"/>
        </w:rPr>
        <w:t xml:space="preserve">and </w:t>
      </w:r>
      <w:r>
        <w:rPr>
          <w:color w:val="CC3399"/>
        </w:rPr>
        <w:t xml:space="preserve">leave </w:t>
      </w:r>
      <w:r>
        <w:rPr>
          <w:color w:val="000000"/>
        </w:rPr>
        <w:t xml:space="preserve">the </w:t>
      </w:r>
      <w:r>
        <w:rPr>
          <w:color w:val="00FFCC"/>
        </w:rPr>
        <w:t xml:space="preserve">field </w:t>
      </w:r>
      <w:r>
        <w:rPr>
          <w:color w:val="000000"/>
        </w:rPr>
        <w:t xml:space="preserve">to the </w:t>
      </w:r>
      <w:r>
        <w:rPr>
          <w:color w:val="00FFCC"/>
        </w:rPr>
        <w:t xml:space="preserve">enemy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he </w:t>
      </w:r>
      <w:r>
        <w:rPr>
          <w:color w:val="00787F"/>
        </w:rPr>
        <w:t xml:space="preserve">very nearly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succeeded </w:t>
      </w:r>
      <w:r>
        <w:rPr>
          <w:color w:val="000000"/>
        </w:rPr>
        <w:t xml:space="preserve">-- I </w:t>
      </w:r>
      <w:r>
        <w:rPr>
          <w:color w:val="003E3E"/>
        </w:rPr>
        <w:t xml:space="preserve">will </w:t>
      </w:r>
      <w:r>
        <w:rPr>
          <w:color w:val="00787F"/>
        </w:rPr>
        <w:t xml:space="preserve">even </w:t>
      </w:r>
      <w:r>
        <w:rPr>
          <w:color w:val="CC3399"/>
        </w:rPr>
        <w:t xml:space="preserve">say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he </w:t>
      </w:r>
      <w:r>
        <w:rPr>
          <w:color w:val="003E3E"/>
        </w:rPr>
        <w:t xml:space="preserve">WOULD </w:t>
      </w:r>
      <w:r>
        <w:rPr>
          <w:color w:val="CC3399"/>
        </w:rPr>
        <w:t xml:space="preserve">have succeeded </w:t>
      </w:r>
      <w:r>
        <w:rPr>
          <w:color w:val="FF6600"/>
        </w:rPr>
        <w:t xml:space="preserve">if </w:t>
      </w:r>
      <w:r>
        <w:rPr>
          <w:color w:val="000000"/>
        </w:rPr>
        <w:t xml:space="preserve">it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not </w:t>
      </w:r>
      <w:r>
        <w:rPr>
          <w:color w:val="CC3399"/>
        </w:rPr>
        <w:t xml:space="preserve">been </w:t>
      </w:r>
      <w:r>
        <w:rPr>
          <w:color w:val="FF6600"/>
        </w:rPr>
        <w:t xml:space="preserve">for </w:t>
      </w:r>
      <w:r>
        <w:rPr>
          <w:color w:val="000000"/>
        </w:rPr>
        <w:t xml:space="preserve">our </w:t>
      </w:r>
      <w:r>
        <w:rPr>
          <w:color w:val="33CCFF"/>
        </w:rPr>
        <w:t xml:space="preserve">heroic </w:t>
      </w:r>
      <w:r>
        <w:rPr>
          <w:color w:val="00FFCC"/>
        </w:rPr>
        <w:t xml:space="preserve">Leader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Napoleon </w:t>
      </w:r>
      <w:r>
        <w:rPr>
          <w:color w:val="000000"/>
        </w:rPr>
        <w:t xml:space="preserve">. </w:t>
      </w:r>
      <w:r>
        <w:rPr>
          <w:color w:val="CC3399"/>
        </w:rPr>
        <w:t xml:space="preserve">Do </w:t>
      </w:r>
      <w:r>
        <w:rPr>
          <w:color w:val="000000"/>
        </w:rPr>
        <w:t xml:space="preserve">you </w:t>
      </w:r>
      <w:r>
        <w:rPr>
          <w:color w:val="00787F"/>
        </w:rPr>
        <w:t xml:space="preserve">not </w:t>
      </w:r>
      <w:r>
        <w:rPr>
          <w:color w:val="CC3399"/>
        </w:rPr>
        <w:t>rem</w:t>
      </w:r>
      <w:r>
        <w:rPr>
          <w:color w:val="CC3399"/>
        </w:rPr>
        <w:t xml:space="preserve">ember </w:t>
      </w:r>
      <w:r>
        <w:rPr>
          <w:color w:val="000000"/>
        </w:rPr>
        <w:t xml:space="preserve">how 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just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moment </w:t>
      </w:r>
      <w:r>
        <w:rPr>
          <w:color w:val="000000"/>
        </w:rPr>
        <w:t xml:space="preserve">when </w:t>
      </w:r>
      <w:r>
        <w:rPr>
          <w:color w:val="00FFCC"/>
        </w:rPr>
        <w:t xml:space="preserve">Jones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men </w:t>
      </w:r>
      <w:r>
        <w:rPr>
          <w:color w:val="CC3399"/>
        </w:rPr>
        <w:t xml:space="preserve">had got </w:t>
      </w:r>
      <w:r>
        <w:rPr>
          <w:color w:val="FF6600"/>
        </w:rPr>
        <w:t xml:space="preserve">inside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00787F"/>
        </w:rPr>
        <w:t xml:space="preserve">suddenly </w:t>
      </w:r>
      <w:r>
        <w:rPr>
          <w:color w:val="CC3399"/>
        </w:rPr>
        <w:t xml:space="preserve">turned </w:t>
      </w:r>
      <w:r>
        <w:rPr>
          <w:color w:val="FF0066"/>
        </w:rPr>
        <w:t xml:space="preserve">and </w:t>
      </w:r>
      <w:r>
        <w:rPr>
          <w:color w:val="CC3399"/>
        </w:rPr>
        <w:t xml:space="preserve">fled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33CCFF"/>
        </w:rPr>
        <w:t xml:space="preserve">many </w:t>
      </w:r>
      <w:r>
        <w:rPr>
          <w:color w:val="00FFCC"/>
        </w:rPr>
        <w:t xml:space="preserve">animals </w:t>
      </w:r>
      <w:r>
        <w:rPr>
          <w:color w:val="CC3399"/>
        </w:rPr>
        <w:t xml:space="preserve">followed </w:t>
      </w:r>
      <w:r>
        <w:rPr>
          <w:color w:val="000000"/>
        </w:rPr>
        <w:t xml:space="preserve">him ? </w:t>
      </w:r>
      <w:r>
        <w:rPr>
          <w:color w:val="FF0066"/>
        </w:rPr>
        <w:t xml:space="preserve">And </w:t>
      </w:r>
      <w:r>
        <w:rPr>
          <w:color w:val="CC3399"/>
        </w:rPr>
        <w:t xml:space="preserve">do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you </w:t>
      </w:r>
      <w:r>
        <w:rPr>
          <w:color w:val="00787F"/>
        </w:rPr>
        <w:t xml:space="preserve">not </w:t>
      </w:r>
      <w:r>
        <w:rPr>
          <w:color w:val="CC3399"/>
        </w:rPr>
        <w:t xml:space="preserve">remember </w:t>
      </w:r>
      <w:r>
        <w:rPr>
          <w:color w:val="000000"/>
        </w:rPr>
        <w:t xml:space="preserve">, </w:t>
      </w:r>
      <w:r>
        <w:rPr>
          <w:color w:val="00787F"/>
        </w:rPr>
        <w:t xml:space="preserve">too </w:t>
      </w:r>
      <w:r>
        <w:rPr>
          <w:color w:val="000000"/>
        </w:rPr>
        <w:t xml:space="preserve">, that it </w:t>
      </w:r>
      <w:r>
        <w:rPr>
          <w:color w:val="CC3399"/>
        </w:rPr>
        <w:t xml:space="preserve">was </w:t>
      </w:r>
      <w:r>
        <w:rPr>
          <w:color w:val="00787F"/>
        </w:rPr>
        <w:t xml:space="preserve">just </w:t>
      </w:r>
      <w:r>
        <w:rPr>
          <w:color w:val="FF6600"/>
        </w:rPr>
        <w:t xml:space="preserve">at </w:t>
      </w:r>
      <w:r>
        <w:rPr>
          <w:color w:val="000000"/>
        </w:rPr>
        <w:t xml:space="preserve">that </w:t>
      </w:r>
      <w:r>
        <w:rPr>
          <w:color w:val="00FFCC"/>
        </w:rPr>
        <w:t xml:space="preserve">moment </w:t>
      </w:r>
      <w:r>
        <w:rPr>
          <w:color w:val="000000"/>
        </w:rPr>
        <w:t xml:space="preserve">, when </w:t>
      </w:r>
      <w:r>
        <w:rPr>
          <w:color w:val="00FFCC"/>
        </w:rPr>
        <w:t xml:space="preserve">panic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spreading </w:t>
      </w:r>
      <w:r>
        <w:rPr>
          <w:color w:val="FF0066"/>
        </w:rPr>
        <w:t xml:space="preserve">and </w:t>
      </w:r>
      <w:r>
        <w:rPr>
          <w:color w:val="000000"/>
        </w:rPr>
        <w:t xml:space="preserve">all </w:t>
      </w:r>
      <w:r>
        <w:rPr>
          <w:color w:val="CC3399"/>
        </w:rPr>
        <w:t xml:space="preserve">seemed lost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FFCC"/>
        </w:rPr>
        <w:t xml:space="preserve">Comrade Napoleon </w:t>
      </w:r>
      <w:r>
        <w:rPr>
          <w:color w:val="CC3399"/>
        </w:rPr>
        <w:t xml:space="preserve">sprang </w:t>
      </w:r>
      <w:r>
        <w:rPr>
          <w:color w:val="00787F"/>
        </w:rPr>
        <w:t xml:space="preserve">forward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cry </w:t>
      </w:r>
      <w:r>
        <w:rPr>
          <w:color w:val="FF6600"/>
        </w:rPr>
        <w:t xml:space="preserve">of </w:t>
      </w:r>
      <w:r>
        <w:rPr>
          <w:color w:val="00FFCC"/>
        </w:rPr>
        <w:t xml:space="preserve">'Death </w:t>
      </w:r>
      <w:r>
        <w:rPr>
          <w:color w:val="000000"/>
        </w:rPr>
        <w:t xml:space="preserve">to </w:t>
      </w:r>
      <w:r>
        <w:rPr>
          <w:color w:val="00FFCC"/>
        </w:rPr>
        <w:t xml:space="preserve">Humanity </w:t>
      </w:r>
      <w:r>
        <w:rPr>
          <w:color w:val="000000"/>
        </w:rPr>
        <w:t xml:space="preserve">! ' </w:t>
      </w:r>
      <w:r>
        <w:rPr>
          <w:color w:val="FF0066"/>
        </w:rPr>
        <w:t xml:space="preserve">and </w:t>
      </w:r>
      <w:r>
        <w:rPr>
          <w:color w:val="CC3399"/>
        </w:rPr>
        <w:t xml:space="preserve">sank </w:t>
      </w:r>
      <w:r>
        <w:rPr>
          <w:color w:val="000000"/>
        </w:rPr>
        <w:t xml:space="preserve">his </w:t>
      </w:r>
      <w:r>
        <w:rPr>
          <w:color w:val="00FFCC"/>
        </w:rPr>
        <w:t xml:space="preserve">teeth </w:t>
      </w:r>
      <w:r>
        <w:rPr>
          <w:color w:val="FF6600"/>
        </w:rPr>
        <w:t xml:space="preserve">in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leg </w:t>
      </w:r>
      <w:r>
        <w:rPr>
          <w:color w:val="000000"/>
        </w:rPr>
        <w:t xml:space="preserve">? </w:t>
      </w:r>
      <w:r>
        <w:rPr>
          <w:color w:val="00787F"/>
        </w:rPr>
        <w:t xml:space="preserve">Surely </w:t>
      </w:r>
      <w:r>
        <w:rPr>
          <w:color w:val="000000"/>
        </w:rPr>
        <w:t xml:space="preserve">you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remember </w:t>
      </w:r>
      <w:r>
        <w:rPr>
          <w:color w:val="00FFCC"/>
        </w:rPr>
        <w:t xml:space="preserve">THAT </w:t>
      </w:r>
      <w:r>
        <w:rPr>
          <w:color w:val="000000"/>
        </w:rPr>
        <w:t xml:space="preserve">, </w:t>
      </w:r>
      <w:r>
        <w:rPr>
          <w:color w:val="CC3399"/>
        </w:rPr>
        <w:t xml:space="preserve">comrades </w:t>
      </w:r>
      <w:r>
        <w:rPr>
          <w:color w:val="000000"/>
        </w:rPr>
        <w:t xml:space="preserve">? '' </w:t>
      </w:r>
      <w:r>
        <w:rPr>
          <w:color w:val="CC3399"/>
        </w:rPr>
        <w:t xml:space="preserve">exclaimed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, </w:t>
      </w:r>
      <w:r>
        <w:rPr>
          <w:color w:val="CC3399"/>
        </w:rPr>
        <w:t xml:space="preserve">frisking </w:t>
      </w:r>
      <w:r>
        <w:rPr>
          <w:color w:val="FF6600"/>
        </w:rPr>
        <w:t xml:space="preserve">from </w:t>
      </w:r>
      <w:r>
        <w:rPr>
          <w:color w:val="CC3399"/>
        </w:rPr>
        <w:t xml:space="preserve">side </w:t>
      </w:r>
      <w:r>
        <w:rPr>
          <w:color w:val="000000"/>
        </w:rPr>
        <w:t xml:space="preserve">to </w:t>
      </w:r>
      <w:r>
        <w:rPr>
          <w:color w:val="CC3399"/>
        </w:rPr>
        <w:t xml:space="preserve">side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Now </w:t>
      </w:r>
      <w:r>
        <w:rPr>
          <w:color w:val="000000"/>
        </w:rPr>
        <w:t xml:space="preserve">when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described </w:t>
      </w:r>
      <w:r>
        <w:rPr>
          <w:color w:val="000000"/>
        </w:rPr>
        <w:t xml:space="preserve">the </w:t>
      </w:r>
      <w:r>
        <w:rPr>
          <w:color w:val="00FFCC"/>
        </w:rPr>
        <w:t>scen</w:t>
      </w:r>
      <w:r>
        <w:rPr>
          <w:color w:val="00FFCC"/>
        </w:rPr>
        <w:t xml:space="preserve">e </w:t>
      </w:r>
      <w:r>
        <w:rPr>
          <w:color w:val="00787F"/>
        </w:rPr>
        <w:t xml:space="preserve">so graphically </w:t>
      </w:r>
      <w:r>
        <w:rPr>
          <w:color w:val="000000"/>
        </w:rPr>
        <w:t xml:space="preserve">, it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did remember </w:t>
      </w:r>
      <w:r>
        <w:rPr>
          <w:color w:val="000000"/>
        </w:rPr>
        <w:t xml:space="preserve">it . </w:t>
      </w:r>
      <w:r>
        <w:rPr>
          <w:color w:val="FF6600"/>
        </w:rPr>
        <w:t xml:space="preserve">At </w:t>
      </w:r>
      <w:r>
        <w:rPr>
          <w:color w:val="000000"/>
        </w:rPr>
        <w:t xml:space="preserve">any </w:t>
      </w:r>
      <w:r>
        <w:rPr>
          <w:color w:val="00FFCC"/>
        </w:rPr>
        <w:t xml:space="preserve">rate </w:t>
      </w:r>
      <w:r>
        <w:rPr>
          <w:color w:val="000000"/>
        </w:rPr>
        <w:t xml:space="preserve">, they </w:t>
      </w:r>
      <w:r>
        <w:rPr>
          <w:color w:val="CC3399"/>
        </w:rPr>
        <w:t xml:space="preserve">remembered </w:t>
      </w:r>
      <w:r>
        <w:rPr>
          <w:color w:val="FF6600"/>
        </w:rPr>
        <w:t xml:space="preserve">that 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critical </w:t>
      </w:r>
      <w:r>
        <w:rPr>
          <w:color w:val="00FFCC"/>
        </w:rPr>
        <w:t xml:space="preserve">moment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Snowball </w:t>
      </w:r>
      <w:r>
        <w:rPr>
          <w:color w:val="CC3399"/>
        </w:rPr>
        <w:t xml:space="preserve">had turned </w:t>
      </w:r>
      <w:r>
        <w:rPr>
          <w:color w:val="000000"/>
        </w:rPr>
        <w:t xml:space="preserve">to </w:t>
      </w:r>
      <w:r>
        <w:rPr>
          <w:color w:val="CC3399"/>
        </w:rPr>
        <w:t xml:space="preserve">flee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FFCC"/>
        </w:rPr>
        <w:t xml:space="preserve">Boxer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787F"/>
        </w:rPr>
        <w:t xml:space="preserve">still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uneasy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I </w:t>
      </w:r>
      <w:r>
        <w:rPr>
          <w:color w:val="CC3399"/>
        </w:rPr>
        <w:t xml:space="preserve">do </w:t>
      </w:r>
      <w:r>
        <w:rPr>
          <w:color w:val="00787F"/>
        </w:rPr>
        <w:t xml:space="preserve">not </w:t>
      </w:r>
      <w:r>
        <w:rPr>
          <w:color w:val="CC3399"/>
        </w:rPr>
        <w:t xml:space="preserve">believe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traitor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beginning </w:t>
      </w:r>
      <w:r>
        <w:rPr>
          <w:color w:val="000000"/>
        </w:rPr>
        <w:t xml:space="preserve">, '' he </w:t>
      </w:r>
      <w:r>
        <w:rPr>
          <w:color w:val="CC3399"/>
        </w:rPr>
        <w:t xml:space="preserve">said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finally </w:t>
      </w:r>
      <w:r>
        <w:rPr>
          <w:color w:val="000000"/>
        </w:rPr>
        <w:t xml:space="preserve">. `` What he </w:t>
      </w:r>
      <w:r>
        <w:rPr>
          <w:color w:val="CC3399"/>
        </w:rPr>
        <w:t xml:space="preserve">has done </w:t>
      </w:r>
      <w:r>
        <w:rPr>
          <w:color w:val="FF6600"/>
        </w:rPr>
        <w:t xml:space="preserve">since </w:t>
      </w:r>
      <w:r>
        <w:rPr>
          <w:color w:val="CC3399"/>
        </w:rPr>
        <w:t xml:space="preserve">is </w:t>
      </w:r>
      <w:r>
        <w:rPr>
          <w:color w:val="33CCFF"/>
        </w:rPr>
        <w:t xml:space="preserve">different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I </w:t>
      </w:r>
      <w:r>
        <w:rPr>
          <w:color w:val="CC3399"/>
        </w:rPr>
        <w:t xml:space="preserve">believe </w:t>
      </w:r>
      <w:r>
        <w:rPr>
          <w:color w:val="FF6600"/>
        </w:rPr>
        <w:t xml:space="preserve">that at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Battle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Cowshed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good </w:t>
      </w:r>
      <w:r>
        <w:rPr>
          <w:color w:val="00FFCC"/>
        </w:rPr>
        <w:t xml:space="preserve">comrade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Our </w:t>
      </w:r>
      <w:r>
        <w:rPr>
          <w:color w:val="00FFCC"/>
        </w:rPr>
        <w:t xml:space="preserve">Leader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Napoleon </w:t>
      </w:r>
      <w:r>
        <w:rPr>
          <w:color w:val="000000"/>
        </w:rPr>
        <w:t xml:space="preserve">, '' </w:t>
      </w:r>
      <w:r>
        <w:rPr>
          <w:color w:val="CC3399"/>
        </w:rPr>
        <w:t xml:space="preserve">announced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, </w:t>
      </w:r>
      <w:r>
        <w:rPr>
          <w:color w:val="CC3399"/>
        </w:rPr>
        <w:t xml:space="preserve">speaking </w:t>
      </w:r>
      <w:r>
        <w:rPr>
          <w:color w:val="00787F"/>
        </w:rPr>
        <w:t xml:space="preserve">very slowly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firmly </w:t>
      </w:r>
      <w:r>
        <w:rPr>
          <w:color w:val="000000"/>
        </w:rPr>
        <w:t xml:space="preserve">, `` </w:t>
      </w:r>
      <w:r>
        <w:rPr>
          <w:color w:val="CC3399"/>
        </w:rPr>
        <w:t xml:space="preserve">has stated </w:t>
      </w:r>
      <w:r>
        <w:rPr>
          <w:color w:val="00787F"/>
        </w:rPr>
        <w:t xml:space="preserve">categorically </w:t>
      </w:r>
      <w:r>
        <w:rPr>
          <w:color w:val="000000"/>
        </w:rPr>
        <w:t xml:space="preserve">-- </w:t>
      </w:r>
      <w:r>
        <w:rPr>
          <w:color w:val="00787F"/>
        </w:rPr>
        <w:t xml:space="preserve">categorically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</w:t>
      </w:r>
      <w:r>
        <w:rPr>
          <w:color w:val="000000"/>
        </w:rPr>
        <w:t xml:space="preserve">--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CC3399"/>
        </w:rPr>
        <w:t xml:space="preserve">was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agent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787F"/>
        </w:rPr>
        <w:t xml:space="preserve">very </w:t>
      </w:r>
      <w:r>
        <w:rPr>
          <w:color w:val="33CCFF"/>
        </w:rPr>
        <w:t xml:space="preserve">beginning </w:t>
      </w:r>
      <w:r>
        <w:rPr>
          <w:color w:val="000000"/>
        </w:rPr>
        <w:t xml:space="preserve">-- yes , </w:t>
      </w:r>
      <w:r>
        <w:rPr>
          <w:color w:val="FF0066"/>
        </w:rPr>
        <w:t xml:space="preserve">and </w:t>
      </w:r>
      <w:r>
        <w:rPr>
          <w:color w:val="FF6600"/>
        </w:rPr>
        <w:t xml:space="preserve">from </w:t>
      </w:r>
      <w:r>
        <w:rPr>
          <w:color w:val="00787F"/>
        </w:rPr>
        <w:t xml:space="preserve">long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before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CC3399"/>
        </w:rPr>
        <w:t xml:space="preserve">was </w:t>
      </w:r>
      <w:r>
        <w:rPr>
          <w:color w:val="00787F"/>
        </w:rPr>
        <w:t xml:space="preserve">ever </w:t>
      </w:r>
      <w:r>
        <w:rPr>
          <w:color w:val="CC3399"/>
        </w:rPr>
        <w:t xml:space="preserve">thought </w:t>
      </w:r>
      <w:r>
        <w:rPr>
          <w:color w:val="FF6600"/>
        </w:rPr>
        <w:t xml:space="preserve">of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Ah </w:t>
      </w:r>
      <w:r>
        <w:rPr>
          <w:color w:val="000000"/>
        </w:rPr>
        <w:t xml:space="preserve">, that </w:t>
      </w:r>
      <w:r>
        <w:rPr>
          <w:color w:val="CC3399"/>
        </w:rPr>
        <w:t xml:space="preserve">is </w:t>
      </w:r>
      <w:r>
        <w:rPr>
          <w:color w:val="33CCFF"/>
        </w:rPr>
        <w:t xml:space="preserve">different </w:t>
      </w:r>
      <w:r>
        <w:rPr>
          <w:color w:val="000000"/>
        </w:rPr>
        <w:t xml:space="preserve">! '' </w:t>
      </w:r>
      <w:r>
        <w:rPr>
          <w:color w:val="CC3399"/>
        </w:rPr>
        <w:t xml:space="preserve">said </w:t>
      </w:r>
      <w:r>
        <w:rPr>
          <w:color w:val="00FFCC"/>
        </w:rPr>
        <w:t xml:space="preserve">Boxer </w:t>
      </w:r>
      <w:r>
        <w:rPr>
          <w:color w:val="000000"/>
        </w:rPr>
        <w:t xml:space="preserve">. `` </w:t>
      </w:r>
      <w:r>
        <w:rPr>
          <w:color w:val="FF6600"/>
        </w:rPr>
        <w:t xml:space="preserve">If </w:t>
      </w:r>
      <w:r>
        <w:rPr>
          <w:color w:val="00FFCC"/>
        </w:rPr>
        <w:t>Comrade N</w:t>
      </w:r>
      <w:r>
        <w:rPr>
          <w:color w:val="00FFCC"/>
        </w:rPr>
        <w:t xml:space="preserve">apoleon </w:t>
      </w:r>
      <w:r>
        <w:rPr>
          <w:color w:val="CC3399"/>
        </w:rPr>
        <w:t xml:space="preserve">says </w:t>
      </w:r>
      <w:r>
        <w:rPr>
          <w:color w:val="000000"/>
        </w:rPr>
        <w:t xml:space="preserve">it , it </w:t>
      </w:r>
      <w:r>
        <w:rPr>
          <w:color w:val="003E3E"/>
        </w:rPr>
        <w:t xml:space="preserve">must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</w:t>
      </w:r>
      <w:r>
        <w:rPr>
          <w:color w:val="33CCFF"/>
        </w:rPr>
        <w:t xml:space="preserve">right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That </w:t>
      </w:r>
      <w:r>
        <w:rPr>
          <w:color w:val="CC3399"/>
        </w:rPr>
        <w:t xml:space="preserve">is </w:t>
      </w:r>
      <w:r>
        <w:rPr>
          <w:color w:val="000000"/>
        </w:rPr>
        <w:t xml:space="preserve">the </w:t>
      </w:r>
      <w:r>
        <w:rPr>
          <w:color w:val="33CCFF"/>
        </w:rPr>
        <w:t xml:space="preserve">true </w:t>
      </w:r>
      <w:r>
        <w:rPr>
          <w:color w:val="00FFCC"/>
        </w:rPr>
        <w:t xml:space="preserve">spirit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</w:t>
      </w:r>
      <w:r>
        <w:rPr>
          <w:color w:val="000000"/>
        </w:rPr>
        <w:t xml:space="preserve">! '' </w:t>
      </w:r>
      <w:r>
        <w:rPr>
          <w:color w:val="CC3399"/>
        </w:rPr>
        <w:t xml:space="preserve">cried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it </w:t>
      </w:r>
      <w:r>
        <w:rPr>
          <w:color w:val="CC3399"/>
        </w:rPr>
        <w:t xml:space="preserve">was noticed </w:t>
      </w:r>
      <w:r>
        <w:rPr>
          <w:color w:val="000000"/>
        </w:rPr>
        <w:t xml:space="preserve">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cast </w:t>
      </w:r>
      <w:r>
        <w:rPr>
          <w:color w:val="000000"/>
        </w:rPr>
        <w:t xml:space="preserve">a </w:t>
      </w:r>
      <w:r>
        <w:rPr>
          <w:color w:val="00787F"/>
        </w:rPr>
        <w:t xml:space="preserve">very ugly </w:t>
      </w:r>
      <w:r>
        <w:rPr>
          <w:color w:val="CC3399"/>
        </w:rPr>
        <w:t xml:space="preserve">look </w:t>
      </w:r>
      <w:r>
        <w:rPr>
          <w:color w:val="FF6600"/>
        </w:rPr>
        <w:t xml:space="preserve">at </w:t>
      </w:r>
      <w:r>
        <w:rPr>
          <w:color w:val="00FFCC"/>
        </w:rPr>
        <w:t xml:space="preserve">Boxer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33CCFF"/>
        </w:rPr>
        <w:t xml:space="preserve">little twinkling </w:t>
      </w:r>
      <w:r>
        <w:rPr>
          <w:color w:val="00FFCC"/>
        </w:rPr>
        <w:t xml:space="preserve">eyes </w:t>
      </w:r>
      <w:r>
        <w:rPr>
          <w:color w:val="000000"/>
        </w:rPr>
        <w:t xml:space="preserve">. He </w:t>
      </w:r>
      <w:r>
        <w:rPr>
          <w:color w:val="CC3399"/>
        </w:rPr>
        <w:t xml:space="preserve">turned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go </w:t>
      </w:r>
      <w:r>
        <w:rPr>
          <w:color w:val="000000"/>
        </w:rPr>
        <w:t xml:space="preserve">, </w:t>
      </w:r>
      <w:r>
        <w:rPr>
          <w:color w:val="00787F"/>
        </w:rPr>
        <w:t xml:space="preserve">then </w:t>
      </w:r>
      <w:r>
        <w:rPr>
          <w:color w:val="CC3399"/>
        </w:rPr>
        <w:t xml:space="preserve">paused </w:t>
      </w:r>
      <w:r>
        <w:rPr>
          <w:color w:val="FF0066"/>
        </w:rPr>
        <w:t xml:space="preserve">and </w:t>
      </w:r>
      <w:r>
        <w:rPr>
          <w:color w:val="CC3399"/>
        </w:rPr>
        <w:t xml:space="preserve">added </w:t>
      </w:r>
      <w:r>
        <w:rPr>
          <w:color w:val="00787F"/>
        </w:rPr>
        <w:t xml:space="preserve">impressively </w:t>
      </w:r>
      <w:r>
        <w:rPr>
          <w:color w:val="000000"/>
        </w:rPr>
        <w:t xml:space="preserve">: `` I </w:t>
      </w:r>
      <w:r>
        <w:rPr>
          <w:color w:val="CC3399"/>
        </w:rPr>
        <w:t xml:space="preserve">warn </w:t>
      </w:r>
      <w:r>
        <w:rPr>
          <w:color w:val="000000"/>
        </w:rPr>
        <w:t xml:space="preserve">every </w:t>
      </w:r>
      <w:r>
        <w:rPr>
          <w:color w:val="00FFCC"/>
        </w:rPr>
        <w:t xml:space="preserve">animal </w:t>
      </w:r>
      <w:r>
        <w:rPr>
          <w:color w:val="FF6600"/>
        </w:rPr>
        <w:t xml:space="preserve">on </w:t>
      </w:r>
      <w:r>
        <w:rPr>
          <w:color w:val="000000"/>
        </w:rPr>
        <w:t xml:space="preserve">this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000000"/>
        </w:rPr>
        <w:t xml:space="preserve">to </w:t>
      </w:r>
      <w:r>
        <w:rPr>
          <w:color w:val="CC3399"/>
        </w:rPr>
        <w:t xml:space="preserve">keep </w:t>
      </w:r>
      <w:r>
        <w:rPr>
          <w:color w:val="000000"/>
        </w:rPr>
        <w:t xml:space="preserve">his </w:t>
      </w:r>
      <w:r>
        <w:rPr>
          <w:color w:val="00FFCC"/>
        </w:rPr>
        <w:t xml:space="preserve">eyes </w:t>
      </w:r>
      <w:r>
        <w:rPr>
          <w:color w:val="00787F"/>
        </w:rPr>
        <w:t xml:space="preserve">very </w:t>
      </w:r>
      <w:r>
        <w:rPr>
          <w:color w:val="33CCFF"/>
        </w:rPr>
        <w:t xml:space="preserve">wide open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we </w:t>
      </w:r>
      <w:r>
        <w:rPr>
          <w:color w:val="CC3399"/>
        </w:rPr>
        <w:t xml:space="preserve">have </w:t>
      </w:r>
      <w:r>
        <w:rPr>
          <w:color w:val="00FFCC"/>
        </w:rPr>
        <w:t xml:space="preserve">reason </w:t>
      </w:r>
      <w:r>
        <w:rPr>
          <w:color w:val="000000"/>
        </w:rPr>
        <w:t xml:space="preserve">to </w:t>
      </w:r>
      <w:r>
        <w:rPr>
          <w:color w:val="CC3399"/>
        </w:rPr>
        <w:t xml:space="preserve">think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some </w:t>
      </w:r>
      <w:r>
        <w:rPr>
          <w:color w:val="FF6600"/>
        </w:rPr>
        <w:t xml:space="preserve">of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33CCFF"/>
        </w:rPr>
        <w:t xml:space="preserve">secret </w:t>
      </w:r>
      <w:r>
        <w:rPr>
          <w:color w:val="00FFCC"/>
        </w:rPr>
        <w:t xml:space="preserve">agents </w:t>
      </w:r>
      <w:r>
        <w:rPr>
          <w:color w:val="CC3399"/>
        </w:rPr>
        <w:t xml:space="preserve">are lurking </w:t>
      </w:r>
      <w:r>
        <w:rPr>
          <w:color w:val="FF6600"/>
        </w:rPr>
        <w:t xml:space="preserve">among </w:t>
      </w:r>
      <w:r>
        <w:rPr>
          <w:color w:val="000000"/>
        </w:rPr>
        <w:t xml:space="preserve">us </w:t>
      </w:r>
      <w:r>
        <w:rPr>
          <w:color w:val="FF6600"/>
        </w:rPr>
        <w:t xml:space="preserve">at </w:t>
      </w:r>
      <w:r>
        <w:rPr>
          <w:color w:val="000000"/>
        </w:rPr>
        <w:t xml:space="preserve">this </w:t>
      </w:r>
      <w:r>
        <w:rPr>
          <w:color w:val="00FFCC"/>
        </w:rPr>
        <w:t xml:space="preserve">moment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Four </w:t>
      </w:r>
      <w:r>
        <w:rPr>
          <w:color w:val="00FFCC"/>
        </w:rPr>
        <w:t xml:space="preserve">days </w:t>
      </w:r>
      <w:r>
        <w:rPr>
          <w:color w:val="00787F"/>
        </w:rPr>
        <w:t xml:space="preserve">later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late </w:t>
      </w:r>
      <w:r>
        <w:rPr>
          <w:color w:val="00FFCC"/>
        </w:rPr>
        <w:t xml:space="preserve">afternoon </w:t>
      </w:r>
      <w:r>
        <w:rPr>
          <w:color w:val="000000"/>
        </w:rPr>
        <w:t xml:space="preserve">,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ordered </w:t>
      </w:r>
      <w:r>
        <w:rPr>
          <w:color w:val="000000"/>
        </w:rPr>
        <w:t xml:space="preserve">all 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assemble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. When they </w:t>
      </w:r>
      <w:r>
        <w:rPr>
          <w:color w:val="CC3399"/>
        </w:rPr>
        <w:t xml:space="preserve">were </w:t>
      </w:r>
      <w:r>
        <w:rPr>
          <w:color w:val="000000"/>
        </w:rPr>
        <w:t xml:space="preserve">all </w:t>
      </w:r>
      <w:r>
        <w:rPr>
          <w:color w:val="CC3399"/>
        </w:rPr>
        <w:t xml:space="preserve">gathered </w:t>
      </w:r>
      <w:r>
        <w:rPr>
          <w:color w:val="00787F"/>
        </w:rPr>
        <w:t xml:space="preserve">together </w:t>
      </w:r>
      <w:r>
        <w:rPr>
          <w:color w:val="000000"/>
        </w:rPr>
        <w:t xml:space="preserve">, </w:t>
      </w:r>
      <w:r>
        <w:rPr>
          <w:color w:val="00FFCC"/>
        </w:rPr>
        <w:t xml:space="preserve">Napoleon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emerged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, </w:t>
      </w:r>
      <w:r>
        <w:rPr>
          <w:color w:val="CC3399"/>
        </w:rPr>
        <w:t xml:space="preserve">wearing </w:t>
      </w:r>
      <w:r>
        <w:rPr>
          <w:color w:val="000000"/>
        </w:rPr>
        <w:t xml:space="preserve">both his </w:t>
      </w:r>
      <w:r>
        <w:rPr>
          <w:color w:val="00FFCC"/>
        </w:rPr>
        <w:t xml:space="preserve">medals </w:t>
      </w:r>
      <w:r>
        <w:rPr>
          <w:color w:val="000000"/>
        </w:rPr>
        <w:t xml:space="preserve">( </w:t>
      </w:r>
      <w:r>
        <w:rPr>
          <w:color w:val="FF6600"/>
        </w:rPr>
        <w:t xml:space="preserve">for </w:t>
      </w:r>
      <w:r>
        <w:rPr>
          <w:color w:val="000000"/>
        </w:rPr>
        <w:t xml:space="preserve">he </w:t>
      </w:r>
      <w:r>
        <w:rPr>
          <w:color w:val="CC3399"/>
        </w:rPr>
        <w:t xml:space="preserve">had </w:t>
      </w:r>
      <w:r>
        <w:rPr>
          <w:color w:val="00787F"/>
        </w:rPr>
        <w:t xml:space="preserve">recently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awarded </w:t>
      </w:r>
      <w:r>
        <w:rPr>
          <w:color w:val="000000"/>
        </w:rPr>
        <w:t xml:space="preserve">himself `` </w:t>
      </w:r>
      <w:r>
        <w:rPr>
          <w:color w:val="00FFCC"/>
        </w:rPr>
        <w:t xml:space="preserve">Animal Hero </w:t>
      </w:r>
      <w:r>
        <w:rPr>
          <w:color w:val="000000"/>
        </w:rPr>
        <w:t xml:space="preserve">, </w:t>
      </w:r>
      <w:r>
        <w:rPr>
          <w:color w:val="00FFCC"/>
        </w:rPr>
        <w:t xml:space="preserve">First Class </w:t>
      </w:r>
      <w:r>
        <w:rPr>
          <w:color w:val="000000"/>
        </w:rPr>
        <w:t xml:space="preserve">'' , </w:t>
      </w:r>
      <w:r>
        <w:rPr>
          <w:color w:val="FF0066"/>
        </w:rPr>
        <w:t xml:space="preserve">and </w:t>
      </w:r>
      <w:r>
        <w:rPr>
          <w:color w:val="000000"/>
        </w:rPr>
        <w:t xml:space="preserve">`` </w:t>
      </w:r>
      <w:r>
        <w:rPr>
          <w:color w:val="00FFCC"/>
        </w:rPr>
        <w:t xml:space="preserve">Animal Hero </w:t>
      </w:r>
      <w:r>
        <w:rPr>
          <w:color w:val="000000"/>
        </w:rPr>
        <w:t xml:space="preserve">, </w:t>
      </w:r>
      <w:r>
        <w:rPr>
          <w:color w:val="00FFCC"/>
        </w:rPr>
        <w:t xml:space="preserve">Second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Class </w:t>
      </w:r>
      <w:r>
        <w:rPr>
          <w:color w:val="000000"/>
        </w:rPr>
        <w:t xml:space="preserve">'' ) ,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nine </w:t>
      </w:r>
      <w:r>
        <w:rPr>
          <w:color w:val="33CCFF"/>
        </w:rPr>
        <w:t xml:space="preserve">huge </w:t>
      </w:r>
      <w:r>
        <w:rPr>
          <w:color w:val="00FFCC"/>
        </w:rPr>
        <w:t xml:space="preserve">dogs </w:t>
      </w:r>
      <w:r>
        <w:rPr>
          <w:color w:val="CC3399"/>
        </w:rPr>
        <w:t xml:space="preserve">frisking </w:t>
      </w:r>
      <w:r>
        <w:rPr>
          <w:color w:val="00FFCC"/>
        </w:rPr>
        <w:t xml:space="preserve">round </w:t>
      </w:r>
      <w:r>
        <w:rPr>
          <w:color w:val="000000"/>
        </w:rPr>
        <w:t xml:space="preserve">him </w:t>
      </w:r>
      <w:r>
        <w:rPr>
          <w:color w:val="FF0066"/>
        </w:rPr>
        <w:t xml:space="preserve">and </w:t>
      </w:r>
      <w:r>
        <w:rPr>
          <w:color w:val="CC3399"/>
        </w:rPr>
        <w:t xml:space="preserve">uttering </w:t>
      </w:r>
      <w:r>
        <w:rPr>
          <w:color w:val="00FFCC"/>
        </w:rPr>
        <w:t xml:space="preserve">growls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that </w:t>
      </w:r>
      <w:r>
        <w:rPr>
          <w:color w:val="CC3399"/>
        </w:rPr>
        <w:t xml:space="preserve">sent </w:t>
      </w:r>
      <w:r>
        <w:rPr>
          <w:color w:val="00FFCC"/>
        </w:rPr>
        <w:t xml:space="preserve">shivers </w:t>
      </w:r>
      <w:r>
        <w:rPr>
          <w:color w:val="000000"/>
        </w:rPr>
        <w:t xml:space="preserve">down all 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' </w:t>
      </w:r>
      <w:r>
        <w:rPr>
          <w:color w:val="00FFCC"/>
        </w:rPr>
        <w:t xml:space="preserve">spines </w:t>
      </w:r>
      <w:r>
        <w:rPr>
          <w:color w:val="000000"/>
        </w:rPr>
        <w:t xml:space="preserve">. They all </w:t>
      </w:r>
      <w:r>
        <w:rPr>
          <w:color w:val="CC3399"/>
        </w:rPr>
        <w:t xml:space="preserve">cowered </w:t>
      </w:r>
      <w:r>
        <w:rPr>
          <w:color w:val="00787F"/>
        </w:rPr>
        <w:t xml:space="preserve">silently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places </w:t>
      </w:r>
      <w:r>
        <w:rPr>
          <w:color w:val="000000"/>
        </w:rPr>
        <w:t xml:space="preserve">, </w:t>
      </w:r>
      <w:r>
        <w:rPr>
          <w:color w:val="CC3399"/>
        </w:rPr>
        <w:t xml:space="preserve">seeming </w:t>
      </w:r>
      <w:r>
        <w:rPr>
          <w:color w:val="000000"/>
        </w:rPr>
        <w:t xml:space="preserve">to </w:t>
      </w:r>
      <w:r>
        <w:rPr>
          <w:color w:val="CC3399"/>
        </w:rPr>
        <w:t xml:space="preserve">know </w:t>
      </w:r>
      <w:r>
        <w:rPr>
          <w:color w:val="FF6600"/>
        </w:rPr>
        <w:t xml:space="preserve">in </w:t>
      </w:r>
      <w:r>
        <w:rPr>
          <w:color w:val="00FFCC"/>
        </w:rPr>
        <w:t xml:space="preserve">advance </w:t>
      </w:r>
      <w:r>
        <w:rPr>
          <w:color w:val="FF6600"/>
        </w:rPr>
        <w:t xml:space="preserve">that </w:t>
      </w:r>
      <w:r>
        <w:rPr>
          <w:color w:val="000000"/>
        </w:rPr>
        <w:t xml:space="preserve">some </w:t>
      </w:r>
      <w:r>
        <w:rPr>
          <w:color w:val="33CCFF"/>
        </w:rPr>
        <w:t xml:space="preserve">terrible </w:t>
      </w:r>
      <w:r>
        <w:rPr>
          <w:color w:val="00FFCC"/>
        </w:rPr>
        <w:t xml:space="preserve">thing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about </w:t>
      </w:r>
      <w:r>
        <w:rPr>
          <w:color w:val="000000"/>
        </w:rPr>
        <w:t xml:space="preserve">to </w:t>
      </w:r>
      <w:r>
        <w:rPr>
          <w:color w:val="CC3399"/>
        </w:rPr>
        <w:t xml:space="preserve">happen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stood </w:t>
      </w:r>
      <w:r>
        <w:rPr>
          <w:color w:val="00787F"/>
        </w:rPr>
        <w:t xml:space="preserve">sternly </w:t>
      </w:r>
      <w:r>
        <w:rPr>
          <w:color w:val="CC3399"/>
        </w:rPr>
        <w:t xml:space="preserve">surveying </w:t>
      </w:r>
      <w:r>
        <w:rPr>
          <w:color w:val="000000"/>
        </w:rPr>
        <w:t>h</w:t>
      </w:r>
      <w:r>
        <w:rPr>
          <w:color w:val="000000"/>
        </w:rPr>
        <w:t xml:space="preserve">is </w:t>
      </w:r>
      <w:r>
        <w:rPr>
          <w:color w:val="00FFCC"/>
        </w:rPr>
        <w:t xml:space="preserve">audience </w:t>
      </w:r>
      <w:r>
        <w:rPr>
          <w:color w:val="000000"/>
        </w:rPr>
        <w:t xml:space="preserve">; </w:t>
      </w:r>
      <w:r>
        <w:rPr>
          <w:color w:val="00787F"/>
        </w:rPr>
        <w:t xml:space="preserve">then </w:t>
      </w:r>
      <w:r>
        <w:rPr>
          <w:color w:val="000000"/>
        </w:rPr>
        <w:t xml:space="preserve">he </w:t>
      </w:r>
      <w:r>
        <w:rPr>
          <w:color w:val="CC3399"/>
        </w:rPr>
        <w:t xml:space="preserve">uttered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lastRenderedPageBreak/>
        <w:t xml:space="preserve">high-pitched </w:t>
      </w:r>
      <w:r>
        <w:rPr>
          <w:color w:val="00FFCC"/>
        </w:rPr>
        <w:t xml:space="preserve">whimper </w:t>
      </w:r>
      <w:r>
        <w:rPr>
          <w:color w:val="000000"/>
        </w:rPr>
        <w:t xml:space="preserve">. </w:t>
      </w:r>
      <w:r>
        <w:rPr>
          <w:color w:val="00787F"/>
        </w:rPr>
        <w:t xml:space="preserve">Immediately </w:t>
      </w: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CC3399"/>
        </w:rPr>
        <w:t xml:space="preserve">bounded </w:t>
      </w:r>
      <w:r>
        <w:rPr>
          <w:color w:val="00787F"/>
        </w:rPr>
        <w:t xml:space="preserve">forward </w:t>
      </w:r>
      <w:r>
        <w:rPr>
          <w:color w:val="000000"/>
        </w:rPr>
        <w:t xml:space="preserve">, </w:t>
      </w:r>
      <w:r>
        <w:rPr>
          <w:color w:val="CC3399"/>
        </w:rPr>
        <w:t xml:space="preserve">seized </w:t>
      </w:r>
      <w:r>
        <w:rPr>
          <w:color w:val="000000"/>
        </w:rPr>
        <w:t xml:space="preserve">four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ear </w:t>
      </w:r>
      <w:r>
        <w:rPr>
          <w:color w:val="FF0066"/>
        </w:rPr>
        <w:t xml:space="preserve">and </w:t>
      </w:r>
      <w:r>
        <w:rPr>
          <w:color w:val="CC3399"/>
        </w:rPr>
        <w:t xml:space="preserve">dragged </w:t>
      </w:r>
      <w:r>
        <w:rPr>
          <w:color w:val="000000"/>
        </w:rPr>
        <w:t xml:space="preserve">them , </w:t>
      </w:r>
      <w:r>
        <w:rPr>
          <w:color w:val="CC3399"/>
        </w:rPr>
        <w:t xml:space="preserve">squealing </w:t>
      </w:r>
      <w:r>
        <w:rPr>
          <w:color w:val="FF6600"/>
        </w:rPr>
        <w:t xml:space="preserve">with </w:t>
      </w:r>
      <w:r>
        <w:rPr>
          <w:color w:val="00FFCC"/>
        </w:rPr>
        <w:t xml:space="preserve">pain </w:t>
      </w:r>
      <w:r>
        <w:rPr>
          <w:color w:val="FF0066"/>
        </w:rPr>
        <w:t xml:space="preserve">and </w:t>
      </w:r>
      <w:r>
        <w:rPr>
          <w:color w:val="00FFCC"/>
        </w:rPr>
        <w:t xml:space="preserve">terror </w:t>
      </w:r>
      <w:r>
        <w:rPr>
          <w:color w:val="000000"/>
        </w:rPr>
        <w:t xml:space="preserve">, 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feet </w:t>
      </w:r>
      <w:r>
        <w:rPr>
          <w:color w:val="000000"/>
        </w:rPr>
        <w:t xml:space="preserve">. The </w:t>
      </w:r>
      <w:r>
        <w:rPr>
          <w:color w:val="00FFCC"/>
        </w:rPr>
        <w:t xml:space="preserve">pigs </w:t>
      </w:r>
      <w:r>
        <w:rPr>
          <w:color w:val="000000"/>
        </w:rPr>
        <w:t xml:space="preserve">' </w:t>
      </w:r>
      <w:r>
        <w:rPr>
          <w:color w:val="00FFCC"/>
        </w:rPr>
        <w:t xml:space="preserve">ears </w:t>
      </w:r>
      <w:r>
        <w:rPr>
          <w:color w:val="CC3399"/>
        </w:rPr>
        <w:t xml:space="preserve">were bleeding </w:t>
      </w:r>
      <w:r>
        <w:rPr>
          <w:color w:val="000000"/>
        </w:rPr>
        <w:t xml:space="preserve">, the </w:t>
      </w:r>
      <w:r>
        <w:rPr>
          <w:color w:val="00FFCC"/>
        </w:rPr>
        <w:t xml:space="preserve">dogs </w:t>
      </w:r>
      <w:r>
        <w:rPr>
          <w:color w:val="CC3399"/>
        </w:rPr>
        <w:t xml:space="preserve">had </w:t>
      </w:r>
      <w:r>
        <w:rPr>
          <w:color w:val="CC3399"/>
        </w:rPr>
        <w:t xml:space="preserve">tasted </w:t>
      </w:r>
      <w:r>
        <w:rPr>
          <w:color w:val="00FFCC"/>
        </w:rPr>
        <w:t xml:space="preserve">blood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moments </w:t>
      </w:r>
      <w:r>
        <w:rPr>
          <w:color w:val="000000"/>
        </w:rPr>
        <w:t xml:space="preserve">they </w:t>
      </w:r>
      <w:r>
        <w:rPr>
          <w:color w:val="CC3399"/>
        </w:rPr>
        <w:t xml:space="preserve">appeared </w:t>
      </w:r>
      <w:r>
        <w:rPr>
          <w:color w:val="000000"/>
        </w:rPr>
        <w:t xml:space="preserve">to </w:t>
      </w:r>
      <w:r>
        <w:rPr>
          <w:color w:val="CC3399"/>
        </w:rPr>
        <w:t xml:space="preserve">go </w:t>
      </w:r>
      <w:r>
        <w:rPr>
          <w:color w:val="00787F"/>
        </w:rPr>
        <w:t xml:space="preserve">quite </w:t>
      </w:r>
      <w:r>
        <w:rPr>
          <w:color w:val="33CCFF"/>
        </w:rPr>
        <w:t xml:space="preserve">mad </w:t>
      </w:r>
      <w:r>
        <w:rPr>
          <w:color w:val="000000"/>
        </w:rPr>
        <w:t xml:space="preserve">. To the </w:t>
      </w:r>
      <w:r>
        <w:rPr>
          <w:color w:val="00FFCC"/>
        </w:rPr>
        <w:t xml:space="preserve">amazement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everybody </w:t>
      </w:r>
      <w:r>
        <w:rPr>
          <w:color w:val="000000"/>
        </w:rPr>
        <w:t xml:space="preserve">, three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flung </w:t>
      </w:r>
      <w:r>
        <w:rPr>
          <w:color w:val="000000"/>
        </w:rPr>
        <w:t xml:space="preserve">themselves </w:t>
      </w:r>
      <w:r>
        <w:rPr>
          <w:color w:val="FF6600"/>
        </w:rPr>
        <w:t xml:space="preserve">upon </w:t>
      </w:r>
      <w:r>
        <w:rPr>
          <w:color w:val="00FFCC"/>
        </w:rPr>
        <w:t xml:space="preserve">Boxer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CC3399"/>
        </w:rPr>
        <w:t xml:space="preserve">saw </w:t>
      </w:r>
      <w:r>
        <w:rPr>
          <w:color w:val="000000"/>
        </w:rPr>
        <w:t xml:space="preserve">them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coming </w:t>
      </w:r>
      <w:r>
        <w:rPr>
          <w:color w:val="FF0066"/>
        </w:rPr>
        <w:t xml:space="preserve">and </w:t>
      </w:r>
      <w:r>
        <w:rPr>
          <w:color w:val="CC3399"/>
        </w:rPr>
        <w:t xml:space="preserve">put </w:t>
      </w:r>
      <w:r>
        <w:rPr>
          <w:color w:val="000000"/>
        </w:rPr>
        <w:t xml:space="preserve">out his </w:t>
      </w:r>
      <w:r>
        <w:rPr>
          <w:color w:val="33CCFF"/>
        </w:rPr>
        <w:t xml:space="preserve">great </w:t>
      </w:r>
      <w:r>
        <w:rPr>
          <w:color w:val="00FFCC"/>
        </w:rPr>
        <w:t xml:space="preserve">hoof </w:t>
      </w:r>
      <w:r>
        <w:rPr>
          <w:color w:val="000000"/>
        </w:rPr>
        <w:t xml:space="preserve">, </w:t>
      </w:r>
      <w:r>
        <w:rPr>
          <w:color w:val="CC3399"/>
        </w:rPr>
        <w:t xml:space="preserve">caught </w:t>
      </w:r>
      <w:r>
        <w:rPr>
          <w:color w:val="000000"/>
        </w:rPr>
        <w:t xml:space="preserve">a </w:t>
      </w:r>
      <w:r>
        <w:rPr>
          <w:color w:val="00FFCC"/>
        </w:rPr>
        <w:t xml:space="preserve">dog </w:t>
      </w:r>
      <w:r>
        <w:rPr>
          <w:color w:val="FF6600"/>
        </w:rPr>
        <w:t xml:space="preserve">in </w:t>
      </w:r>
      <w:r>
        <w:rPr>
          <w:color w:val="00FFCC"/>
        </w:rPr>
        <w:t xml:space="preserve">mid-air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pinned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him to the </w:t>
      </w:r>
      <w:r>
        <w:rPr>
          <w:color w:val="00FFCC"/>
        </w:rPr>
        <w:t xml:space="preserve">ground </w:t>
      </w:r>
      <w:r>
        <w:rPr>
          <w:color w:val="000000"/>
        </w:rPr>
        <w:t>.</w:t>
      </w:r>
      <w:r>
        <w:rPr>
          <w:color w:val="000000"/>
        </w:rPr>
        <w:t xml:space="preserve"> The </w:t>
      </w:r>
      <w:r>
        <w:rPr>
          <w:color w:val="00FFCC"/>
        </w:rPr>
        <w:t xml:space="preserve">dog </w:t>
      </w:r>
      <w:r>
        <w:rPr>
          <w:color w:val="CC3399"/>
        </w:rPr>
        <w:t xml:space="preserve">shrieked </w:t>
      </w:r>
      <w:r>
        <w:rPr>
          <w:color w:val="FF6600"/>
        </w:rPr>
        <w:t xml:space="preserve">for </w:t>
      </w:r>
      <w:r>
        <w:rPr>
          <w:color w:val="00FFCC"/>
        </w:rPr>
        <w:t xml:space="preserve">mercy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0000"/>
        </w:rPr>
        <w:t xml:space="preserve">two </w:t>
      </w:r>
      <w:r>
        <w:rPr>
          <w:color w:val="CC3399"/>
        </w:rPr>
        <w:t xml:space="preserve">fled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their </w:t>
      </w:r>
      <w:r>
        <w:rPr>
          <w:color w:val="00FFCC"/>
        </w:rPr>
        <w:t xml:space="preserve">tails </w:t>
      </w:r>
      <w:r>
        <w:rPr>
          <w:color w:val="FF6600"/>
        </w:rPr>
        <w:t xml:space="preserve">between </w:t>
      </w:r>
      <w:r>
        <w:rPr>
          <w:color w:val="000000"/>
        </w:rPr>
        <w:t xml:space="preserve">their </w:t>
      </w:r>
      <w:r>
        <w:rPr>
          <w:color w:val="00FFCC"/>
        </w:rPr>
        <w:t xml:space="preserve">legs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CC3399"/>
        </w:rPr>
        <w:t xml:space="preserve">looked </w:t>
      </w:r>
      <w:r>
        <w:rPr>
          <w:color w:val="FF6600"/>
        </w:rPr>
        <w:t xml:space="preserve">at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to </w:t>
      </w:r>
      <w:r>
        <w:rPr>
          <w:color w:val="CC3399"/>
        </w:rPr>
        <w:t xml:space="preserve">know </w:t>
      </w:r>
      <w:r>
        <w:rPr>
          <w:color w:val="FF6600"/>
        </w:rPr>
        <w:t xml:space="preserve">whether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003E3E"/>
        </w:rPr>
        <w:t xml:space="preserve">should </w:t>
      </w:r>
      <w:r>
        <w:rPr>
          <w:color w:val="CC3399"/>
        </w:rPr>
        <w:t xml:space="preserve">crush </w:t>
      </w:r>
      <w:r>
        <w:rPr>
          <w:color w:val="000000"/>
        </w:rPr>
        <w:t xml:space="preserve">the </w:t>
      </w:r>
      <w:r>
        <w:rPr>
          <w:color w:val="00FFCC"/>
        </w:rPr>
        <w:t xml:space="preserve">dog </w:t>
      </w:r>
      <w:r>
        <w:rPr>
          <w:color w:val="000000"/>
        </w:rPr>
        <w:t xml:space="preserve">to </w:t>
      </w:r>
      <w:r>
        <w:rPr>
          <w:color w:val="00FFCC"/>
        </w:rPr>
        <w:t xml:space="preserve">death </w:t>
      </w:r>
      <w:r>
        <w:rPr>
          <w:color w:val="FF0066"/>
        </w:rPr>
        <w:t xml:space="preserve">or </w:t>
      </w:r>
      <w:r>
        <w:rPr>
          <w:color w:val="CC3399"/>
        </w:rPr>
        <w:t xml:space="preserve">let </w:t>
      </w:r>
      <w:r>
        <w:rPr>
          <w:color w:val="000000"/>
        </w:rPr>
        <w:t xml:space="preserve">it </w:t>
      </w:r>
      <w:r>
        <w:rPr>
          <w:color w:val="CC3399"/>
        </w:rPr>
        <w:t xml:space="preserve">go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appeared </w:t>
      </w:r>
      <w:r>
        <w:rPr>
          <w:color w:val="000000"/>
        </w:rPr>
        <w:t xml:space="preserve">to </w:t>
      </w:r>
      <w:r>
        <w:rPr>
          <w:color w:val="CC3399"/>
        </w:rPr>
        <w:t xml:space="preserve">change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countenance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sharply </w:t>
      </w:r>
      <w:r>
        <w:rPr>
          <w:color w:val="CC3399"/>
        </w:rPr>
        <w:t xml:space="preserve">ordered </w:t>
      </w:r>
      <w:r>
        <w:rPr>
          <w:color w:val="00FFCC"/>
        </w:rPr>
        <w:t xml:space="preserve">Boxer </w:t>
      </w:r>
      <w:r>
        <w:rPr>
          <w:color w:val="000000"/>
        </w:rPr>
        <w:t xml:space="preserve">to </w:t>
      </w:r>
      <w:r>
        <w:rPr>
          <w:color w:val="CC3399"/>
        </w:rPr>
        <w:t xml:space="preserve">let </w:t>
      </w:r>
      <w:r>
        <w:rPr>
          <w:color w:val="000000"/>
        </w:rPr>
        <w:t xml:space="preserve">the </w:t>
      </w:r>
      <w:r>
        <w:rPr>
          <w:color w:val="00FFCC"/>
        </w:rPr>
        <w:t xml:space="preserve">dog </w:t>
      </w:r>
      <w:r>
        <w:rPr>
          <w:color w:val="CC3399"/>
        </w:rPr>
        <w:t xml:space="preserve">go </w:t>
      </w:r>
      <w:r>
        <w:rPr>
          <w:color w:val="000000"/>
        </w:rPr>
        <w:t xml:space="preserve">, </w:t>
      </w:r>
      <w:r>
        <w:rPr>
          <w:color w:val="CC3399"/>
        </w:rPr>
        <w:t xml:space="preserve">whereat </w:t>
      </w:r>
      <w:r>
        <w:rPr>
          <w:color w:val="00FFCC"/>
        </w:rPr>
        <w:t xml:space="preserve">Boxer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lifted </w:t>
      </w:r>
      <w:r>
        <w:rPr>
          <w:color w:val="000000"/>
        </w:rPr>
        <w:t xml:space="preserve">his </w:t>
      </w:r>
      <w:r>
        <w:rPr>
          <w:color w:val="00FFCC"/>
        </w:rPr>
        <w:t xml:space="preserve">hoof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dog slunk </w:t>
      </w:r>
      <w:r>
        <w:rPr>
          <w:color w:val="00787F"/>
        </w:rPr>
        <w:t xml:space="preserve">away </w:t>
      </w:r>
      <w:r>
        <w:rPr>
          <w:color w:val="000000"/>
        </w:rPr>
        <w:t xml:space="preserve">, </w:t>
      </w:r>
      <w:r>
        <w:rPr>
          <w:color w:val="CC3399"/>
        </w:rPr>
        <w:t xml:space="preserve">bruised </w:t>
      </w:r>
      <w:r>
        <w:rPr>
          <w:color w:val="FF0066"/>
        </w:rPr>
        <w:t xml:space="preserve">and </w:t>
      </w:r>
      <w:r>
        <w:rPr>
          <w:color w:val="CC3399"/>
        </w:rPr>
        <w:t xml:space="preserve">howling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Presently </w:t>
      </w:r>
      <w:r>
        <w:rPr>
          <w:color w:val="000000"/>
        </w:rPr>
        <w:t xml:space="preserve">the </w:t>
      </w:r>
      <w:r>
        <w:rPr>
          <w:color w:val="00FFCC"/>
        </w:rPr>
        <w:t xml:space="preserve">tumult </w:t>
      </w:r>
      <w:r>
        <w:rPr>
          <w:color w:val="CC3399"/>
        </w:rPr>
        <w:t xml:space="preserve">died </w:t>
      </w:r>
      <w:r>
        <w:rPr>
          <w:color w:val="00787F"/>
        </w:rPr>
        <w:t xml:space="preserve">down </w:t>
      </w:r>
      <w:r>
        <w:rPr>
          <w:color w:val="000000"/>
        </w:rPr>
        <w:t xml:space="preserve">. The four </w:t>
      </w:r>
      <w:r>
        <w:rPr>
          <w:color w:val="00FFCC"/>
        </w:rPr>
        <w:t xml:space="preserve">pigs </w:t>
      </w:r>
      <w:r>
        <w:rPr>
          <w:color w:val="CC3399"/>
        </w:rPr>
        <w:t xml:space="preserve">waited </w:t>
      </w:r>
      <w:r>
        <w:rPr>
          <w:color w:val="000000"/>
        </w:rPr>
        <w:t xml:space="preserve">, </w:t>
      </w:r>
      <w:r>
        <w:rPr>
          <w:color w:val="CC3399"/>
        </w:rPr>
        <w:t xml:space="preserve">trembling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guilt </w:t>
      </w:r>
      <w:r>
        <w:rPr>
          <w:color w:val="CC3399"/>
        </w:rPr>
        <w:t xml:space="preserve">written </w:t>
      </w:r>
      <w:r>
        <w:rPr>
          <w:color w:val="FF6600"/>
        </w:rPr>
        <w:t xml:space="preserve">on </w:t>
      </w:r>
      <w:r>
        <w:rPr>
          <w:color w:val="000000"/>
        </w:rPr>
        <w:t xml:space="preserve">every </w:t>
      </w:r>
      <w:r>
        <w:rPr>
          <w:color w:val="00FFCC"/>
        </w:rPr>
        <w:t xml:space="preserve">line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00FFCC"/>
        </w:rPr>
        <w:t xml:space="preserve">countenances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00787F"/>
        </w:rPr>
        <w:t xml:space="preserve">now </w:t>
      </w:r>
      <w:r>
        <w:rPr>
          <w:color w:val="CC3399"/>
        </w:rPr>
        <w:t xml:space="preserve">called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upon </w:t>
      </w:r>
      <w:r>
        <w:rPr>
          <w:color w:val="000000"/>
        </w:rPr>
        <w:t xml:space="preserve">them to </w:t>
      </w:r>
      <w:r>
        <w:rPr>
          <w:color w:val="CC3399"/>
        </w:rPr>
        <w:t xml:space="preserve">confess </w:t>
      </w:r>
      <w:r>
        <w:rPr>
          <w:color w:val="000000"/>
        </w:rPr>
        <w:t xml:space="preserve">their </w:t>
      </w:r>
      <w:r>
        <w:rPr>
          <w:color w:val="00FFCC"/>
        </w:rPr>
        <w:t xml:space="preserve">crimes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0000"/>
        </w:rPr>
        <w:t xml:space="preserve">four </w:t>
      </w:r>
      <w:r>
        <w:rPr>
          <w:color w:val="00FFCC"/>
        </w:rPr>
        <w:t xml:space="preserve">pigs </w:t>
      </w:r>
      <w:r>
        <w:rPr>
          <w:color w:val="FF6600"/>
        </w:rPr>
        <w:t xml:space="preserve">as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protested </w:t>
      </w:r>
      <w:r>
        <w:rPr>
          <w:color w:val="000000"/>
        </w:rPr>
        <w:t xml:space="preserve">when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abolished </w:t>
      </w:r>
      <w:r>
        <w:rPr>
          <w:color w:val="000000"/>
        </w:rPr>
        <w:t xml:space="preserve">the </w:t>
      </w:r>
      <w:r>
        <w:rPr>
          <w:color w:val="00FFCC"/>
        </w:rPr>
        <w:t xml:space="preserve">Sunday Meetings </w:t>
      </w:r>
      <w:r>
        <w:rPr>
          <w:color w:val="000000"/>
        </w:rPr>
        <w:t xml:space="preserve">. </w:t>
      </w:r>
      <w:r>
        <w:rPr>
          <w:color w:val="FF6600"/>
        </w:rPr>
        <w:t xml:space="preserve">Without </w:t>
      </w:r>
      <w:r>
        <w:rPr>
          <w:color w:val="000000"/>
        </w:rPr>
        <w:t xml:space="preserve">any </w:t>
      </w:r>
      <w:r>
        <w:rPr>
          <w:color w:val="33CCFF"/>
        </w:rPr>
        <w:t xml:space="preserve">further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prompting </w:t>
      </w:r>
      <w:r>
        <w:rPr>
          <w:color w:val="000000"/>
        </w:rPr>
        <w:t xml:space="preserve">they </w:t>
      </w:r>
      <w:r>
        <w:rPr>
          <w:color w:val="CC3399"/>
        </w:rPr>
        <w:t xml:space="preserve">confessed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been </w:t>
      </w:r>
      <w:r>
        <w:rPr>
          <w:color w:val="00787F"/>
        </w:rPr>
        <w:t xml:space="preserve">secretly </w:t>
      </w:r>
      <w:r>
        <w:rPr>
          <w:color w:val="FF6600"/>
        </w:rPr>
        <w:t xml:space="preserve">in </w:t>
      </w:r>
      <w:r>
        <w:rPr>
          <w:color w:val="00FFCC"/>
        </w:rPr>
        <w:t xml:space="preserve">touch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00787F"/>
        </w:rPr>
        <w:t xml:space="preserve">ever </w:t>
      </w:r>
      <w:r>
        <w:rPr>
          <w:color w:val="FF6600"/>
        </w:rPr>
        <w:t xml:space="preserve">since </w:t>
      </w:r>
      <w:r>
        <w:rPr>
          <w:color w:val="000000"/>
        </w:rPr>
        <w:t xml:space="preserve">his </w:t>
      </w:r>
      <w:r>
        <w:rPr>
          <w:color w:val="00FFCC"/>
        </w:rPr>
        <w:t xml:space="preserve">expulsion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>had c</w:t>
      </w:r>
      <w:r>
        <w:rPr>
          <w:color w:val="CC3399"/>
        </w:rPr>
        <w:t xml:space="preserve">ollaborated </w:t>
      </w:r>
      <w:r>
        <w:rPr>
          <w:color w:val="FF6600"/>
        </w:rPr>
        <w:t xml:space="preserve">with </w:t>
      </w:r>
      <w:r>
        <w:rPr>
          <w:color w:val="000000"/>
        </w:rPr>
        <w:t xml:space="preserve">him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destroying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entered </w:t>
      </w:r>
      <w:r>
        <w:rPr>
          <w:color w:val="FF6600"/>
        </w:rPr>
        <w:t xml:space="preserve">into </w:t>
      </w:r>
      <w:r>
        <w:rPr>
          <w:color w:val="000000"/>
        </w:rPr>
        <w:t xml:space="preserve">an </w:t>
      </w:r>
      <w:r>
        <w:rPr>
          <w:color w:val="00FFCC"/>
        </w:rPr>
        <w:t xml:space="preserve">agreement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him to </w:t>
      </w:r>
      <w:r>
        <w:rPr>
          <w:color w:val="00FFCC"/>
        </w:rPr>
        <w:t xml:space="preserve">hand </w:t>
      </w:r>
      <w:r>
        <w:rPr>
          <w:color w:val="FF6600"/>
        </w:rPr>
        <w:t xml:space="preserve">over </w:t>
      </w:r>
      <w:r>
        <w:rPr>
          <w:color w:val="00FFCC"/>
        </w:rPr>
        <w:t xml:space="preserve">Animal Farm </w:t>
      </w:r>
      <w:r>
        <w:rPr>
          <w:color w:val="000000"/>
        </w:rPr>
        <w:t xml:space="preserve">to </w:t>
      </w:r>
      <w:r>
        <w:rPr>
          <w:color w:val="00FFCC"/>
        </w:rPr>
        <w:t xml:space="preserve">Mr. Frederick </w:t>
      </w:r>
      <w:r>
        <w:rPr>
          <w:color w:val="000000"/>
        </w:rPr>
        <w:t xml:space="preserve">. They </w:t>
      </w:r>
      <w:r>
        <w:rPr>
          <w:color w:val="CC3399"/>
        </w:rPr>
        <w:t xml:space="preserve">added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</w:t>
      </w:r>
      <w:r>
        <w:rPr>
          <w:color w:val="00787F"/>
        </w:rPr>
        <w:t xml:space="preserve">privately </w:t>
      </w:r>
      <w:r>
        <w:rPr>
          <w:color w:val="CC3399"/>
        </w:rPr>
        <w:t xml:space="preserve">admitted </w:t>
      </w:r>
      <w:r>
        <w:rPr>
          <w:color w:val="000000"/>
        </w:rPr>
        <w:t xml:space="preserve">to 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had been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33CCFF"/>
        </w:rPr>
        <w:t xml:space="preserve">secret </w:t>
      </w:r>
      <w:r>
        <w:rPr>
          <w:color w:val="00FFCC"/>
        </w:rPr>
        <w:t xml:space="preserve">agent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years </w:t>
      </w:r>
      <w:r>
        <w:rPr>
          <w:color w:val="00787F"/>
        </w:rPr>
        <w:t xml:space="preserve">past </w:t>
      </w:r>
      <w:r>
        <w:rPr>
          <w:color w:val="000000"/>
        </w:rPr>
        <w:t xml:space="preserve">. When they </w:t>
      </w:r>
      <w:r>
        <w:rPr>
          <w:color w:val="CC3399"/>
        </w:rPr>
        <w:t xml:space="preserve">had finished </w:t>
      </w:r>
      <w:r>
        <w:rPr>
          <w:color w:val="000000"/>
        </w:rPr>
        <w:t xml:space="preserve">their </w:t>
      </w:r>
      <w:r>
        <w:rPr>
          <w:color w:val="00FFCC"/>
        </w:rPr>
        <w:t xml:space="preserve">confession </w:t>
      </w:r>
      <w:r>
        <w:rPr>
          <w:color w:val="000000"/>
        </w:rPr>
        <w:t xml:space="preserve">, the </w:t>
      </w:r>
      <w:r>
        <w:rPr>
          <w:color w:val="00FFCC"/>
        </w:rPr>
        <w:t xml:space="preserve">dogs </w:t>
      </w:r>
      <w:r>
        <w:rPr>
          <w:color w:val="00787F"/>
        </w:rPr>
        <w:t xml:space="preserve">promptly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tore </w:t>
      </w:r>
      <w:r>
        <w:rPr>
          <w:color w:val="000000"/>
        </w:rPr>
        <w:t xml:space="preserve">their </w:t>
      </w:r>
      <w:r>
        <w:rPr>
          <w:color w:val="00FFCC"/>
        </w:rPr>
        <w:t xml:space="preserve">throats </w:t>
      </w:r>
      <w:r>
        <w:rPr>
          <w:color w:val="000000"/>
        </w:rPr>
        <w:t xml:space="preserve">out ,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terrible </w:t>
      </w:r>
      <w:r>
        <w:rPr>
          <w:color w:val="00FFCC"/>
        </w:rPr>
        <w:t xml:space="preserve">voice Napoleon </w:t>
      </w:r>
      <w:r>
        <w:rPr>
          <w:color w:val="CC3399"/>
        </w:rPr>
        <w:t xml:space="preserve">demanded </w:t>
      </w:r>
      <w:r>
        <w:rPr>
          <w:color w:val="FF6600"/>
        </w:rPr>
        <w:t xml:space="preserve">whether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any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 </w:t>
      </w:r>
      <w:r>
        <w:rPr>
          <w:color w:val="CC3399"/>
        </w:rPr>
        <w:t xml:space="preserve">had </w:t>
      </w:r>
      <w:r>
        <w:rPr>
          <w:color w:val="00FFCC"/>
        </w:rPr>
        <w:t xml:space="preserve">anything </w:t>
      </w:r>
      <w:r>
        <w:rPr>
          <w:color w:val="000000"/>
        </w:rPr>
        <w:t xml:space="preserve">to </w:t>
      </w:r>
      <w:r>
        <w:rPr>
          <w:color w:val="CC3399"/>
        </w:rPr>
        <w:t xml:space="preserve">confess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three </w:t>
      </w:r>
      <w:r>
        <w:rPr>
          <w:color w:val="00FFCC"/>
        </w:rPr>
        <w:t xml:space="preserve">hens </w:t>
      </w:r>
      <w:r>
        <w:rPr>
          <w:color w:val="000000"/>
        </w:rPr>
        <w:t xml:space="preserve">who </w:t>
      </w:r>
      <w:r>
        <w:rPr>
          <w:color w:val="CC3399"/>
        </w:rPr>
        <w:t xml:space="preserve">had been </w:t>
      </w:r>
      <w:r>
        <w:rPr>
          <w:color w:val="000000"/>
        </w:rPr>
        <w:t xml:space="preserve">the </w:t>
      </w:r>
      <w:r>
        <w:rPr>
          <w:color w:val="00FFCC"/>
        </w:rPr>
        <w:t xml:space="preserve">ringleaders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attempted </w:t>
      </w:r>
      <w:r>
        <w:rPr>
          <w:color w:val="00FFCC"/>
        </w:rPr>
        <w:t>rebell</w:t>
      </w:r>
      <w:r>
        <w:rPr>
          <w:color w:val="00FFCC"/>
        </w:rPr>
        <w:t xml:space="preserve">ion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00FFCC"/>
        </w:rPr>
        <w:t xml:space="preserve">eggs </w:t>
      </w:r>
      <w:r>
        <w:rPr>
          <w:color w:val="00787F"/>
        </w:rPr>
        <w:t xml:space="preserve">now </w:t>
      </w:r>
      <w:r>
        <w:rPr>
          <w:color w:val="CC3399"/>
        </w:rPr>
        <w:t xml:space="preserve">came </w:t>
      </w:r>
      <w:r>
        <w:rPr>
          <w:color w:val="00787F"/>
        </w:rPr>
        <w:t xml:space="preserve">forward </w:t>
      </w:r>
      <w:r>
        <w:rPr>
          <w:color w:val="FF0066"/>
        </w:rPr>
        <w:t xml:space="preserve">and </w:t>
      </w:r>
      <w:r>
        <w:rPr>
          <w:color w:val="CC3399"/>
        </w:rPr>
        <w:t xml:space="preserve">stated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had appeared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dream </w:t>
      </w:r>
      <w:r>
        <w:rPr>
          <w:color w:val="FF0066"/>
        </w:rPr>
        <w:t xml:space="preserve">and </w:t>
      </w:r>
      <w:r>
        <w:rPr>
          <w:color w:val="CC3399"/>
        </w:rPr>
        <w:t xml:space="preserve">incited </w:t>
      </w:r>
      <w:r>
        <w:rPr>
          <w:color w:val="000000"/>
        </w:rPr>
        <w:t xml:space="preserve">them to </w:t>
      </w:r>
      <w:r>
        <w:rPr>
          <w:color w:val="CC3399"/>
        </w:rPr>
        <w:t xml:space="preserve">disobey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orders </w:t>
      </w:r>
      <w:r>
        <w:rPr>
          <w:color w:val="000000"/>
        </w:rPr>
        <w:t xml:space="preserve">. They , </w:t>
      </w:r>
      <w:r>
        <w:rPr>
          <w:color w:val="00787F"/>
        </w:rPr>
        <w:t xml:space="preserve">too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slaughtered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  <w:r>
        <w:rPr>
          <w:color w:val="000000"/>
        </w:rPr>
        <w:t xml:space="preserve">a </w:t>
      </w:r>
      <w:r>
        <w:rPr>
          <w:color w:val="00FFCC"/>
        </w:rPr>
        <w:t xml:space="preserve">goose </w:t>
      </w:r>
      <w:r>
        <w:rPr>
          <w:color w:val="CC3399"/>
        </w:rPr>
        <w:t xml:space="preserve">came </w:t>
      </w:r>
      <w:r>
        <w:rPr>
          <w:color w:val="00787F"/>
        </w:rPr>
        <w:t xml:space="preserve">forward </w:t>
      </w:r>
      <w:r>
        <w:rPr>
          <w:color w:val="FF0066"/>
        </w:rPr>
        <w:t xml:space="preserve">and </w:t>
      </w:r>
      <w:r>
        <w:rPr>
          <w:color w:val="CC3399"/>
        </w:rPr>
        <w:t xml:space="preserve">confessed </w:t>
      </w:r>
      <w:r>
        <w:rPr>
          <w:color w:val="000000"/>
        </w:rPr>
        <w:t xml:space="preserve">to </w:t>
      </w:r>
      <w:r>
        <w:rPr>
          <w:color w:val="CC3399"/>
        </w:rPr>
        <w:t xml:space="preserve">having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secreted </w:t>
      </w:r>
      <w:r>
        <w:rPr>
          <w:color w:val="000000"/>
        </w:rPr>
        <w:t xml:space="preserve">six </w:t>
      </w:r>
      <w:r>
        <w:rPr>
          <w:color w:val="00FFCC"/>
        </w:rPr>
        <w:t xml:space="preserve">ears </w:t>
      </w:r>
      <w:r>
        <w:rPr>
          <w:color w:val="FF6600"/>
        </w:rPr>
        <w:t xml:space="preserve">of </w:t>
      </w:r>
      <w:r>
        <w:rPr>
          <w:color w:val="00FFCC"/>
        </w:rPr>
        <w:t xml:space="preserve">corn </w:t>
      </w:r>
      <w:r>
        <w:rPr>
          <w:color w:val="FF6600"/>
        </w:rPr>
        <w:t xml:space="preserve">during </w:t>
      </w:r>
      <w:r>
        <w:rPr>
          <w:color w:val="000000"/>
        </w:rPr>
        <w:t xml:space="preserve">the </w:t>
      </w:r>
      <w:r>
        <w:rPr>
          <w:color w:val="33CCFF"/>
        </w:rPr>
        <w:t xml:space="preserve">last </w:t>
      </w:r>
      <w:r>
        <w:rPr>
          <w:color w:val="00FFCC"/>
        </w:rPr>
        <w:t xml:space="preserve">year </w:t>
      </w:r>
      <w:r>
        <w:rPr>
          <w:color w:val="000000"/>
        </w:rPr>
        <w:t xml:space="preserve">'s </w:t>
      </w:r>
      <w:r>
        <w:rPr>
          <w:color w:val="00FFCC"/>
        </w:rPr>
        <w:t xml:space="preserve">harvest </w:t>
      </w:r>
      <w:r>
        <w:rPr>
          <w:color w:val="FF0066"/>
        </w:rPr>
        <w:t xml:space="preserve">and </w:t>
      </w:r>
      <w:r>
        <w:rPr>
          <w:color w:val="CC3399"/>
        </w:rPr>
        <w:t xml:space="preserve">eaten </w:t>
      </w:r>
      <w:r>
        <w:rPr>
          <w:color w:val="000000"/>
        </w:rPr>
        <w:t xml:space="preserve">them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night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  <w:r>
        <w:rPr>
          <w:color w:val="000000"/>
        </w:rPr>
        <w:t xml:space="preserve">a </w:t>
      </w:r>
      <w:r>
        <w:rPr>
          <w:color w:val="00FFCC"/>
        </w:rPr>
        <w:t xml:space="preserve">sheep </w:t>
      </w:r>
      <w:r>
        <w:rPr>
          <w:color w:val="CC3399"/>
        </w:rPr>
        <w:t xml:space="preserve">confessed </w:t>
      </w:r>
      <w:r>
        <w:rPr>
          <w:color w:val="000000"/>
        </w:rPr>
        <w:t xml:space="preserve">to </w:t>
      </w:r>
      <w:r>
        <w:rPr>
          <w:color w:val="CC3399"/>
        </w:rPr>
        <w:t xml:space="preserve">having urinated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drinking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pool </w:t>
      </w:r>
      <w:r>
        <w:rPr>
          <w:color w:val="000000"/>
        </w:rPr>
        <w:t xml:space="preserve">-- </w:t>
      </w:r>
      <w:r>
        <w:rPr>
          <w:color w:val="CC3399"/>
        </w:rPr>
        <w:t xml:space="preserve">urged </w:t>
      </w:r>
      <w:r>
        <w:rPr>
          <w:color w:val="000000"/>
        </w:rPr>
        <w:t xml:space="preserve">to </w:t>
      </w:r>
      <w:r>
        <w:rPr>
          <w:color w:val="CC3399"/>
        </w:rPr>
        <w:t xml:space="preserve">do </w:t>
      </w:r>
      <w:r>
        <w:rPr>
          <w:color w:val="000000"/>
        </w:rPr>
        <w:t xml:space="preserve">this , </w:t>
      </w:r>
      <w:r>
        <w:rPr>
          <w:color w:val="FF6600"/>
        </w:rPr>
        <w:t xml:space="preserve">so </w:t>
      </w:r>
      <w:r>
        <w:rPr>
          <w:color w:val="000000"/>
        </w:rPr>
        <w:t xml:space="preserve">she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FF6600"/>
        </w:rPr>
        <w:t xml:space="preserve">by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-- </w:t>
      </w:r>
      <w:r>
        <w:rPr>
          <w:color w:val="FF0066"/>
        </w:rPr>
        <w:t xml:space="preserve">and </w:t>
      </w:r>
      <w:r>
        <w:rPr>
          <w:color w:val="000000"/>
        </w:rPr>
        <w:t xml:space="preserve">two </w:t>
      </w:r>
      <w:r>
        <w:rPr>
          <w:color w:val="33CCFF"/>
        </w:rPr>
        <w:t xml:space="preserve">other </w:t>
      </w:r>
      <w:r>
        <w:rPr>
          <w:color w:val="00FFCC"/>
        </w:rPr>
        <w:t xml:space="preserve">sheep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confessed </w:t>
      </w:r>
      <w:r>
        <w:rPr>
          <w:color w:val="000000"/>
        </w:rPr>
        <w:t xml:space="preserve">to </w:t>
      </w:r>
      <w:r>
        <w:rPr>
          <w:color w:val="CC3399"/>
        </w:rPr>
        <w:t xml:space="preserve">having murdered </w:t>
      </w:r>
      <w:r>
        <w:rPr>
          <w:color w:val="000000"/>
        </w:rPr>
        <w:t xml:space="preserve">an </w:t>
      </w:r>
      <w:r>
        <w:rPr>
          <w:color w:val="33CCFF"/>
        </w:rPr>
        <w:t xml:space="preserve">old </w:t>
      </w:r>
      <w:r>
        <w:rPr>
          <w:color w:val="00FFCC"/>
        </w:rPr>
        <w:t xml:space="preserve">ram </w:t>
      </w:r>
      <w:r>
        <w:rPr>
          <w:color w:val="000000"/>
        </w:rPr>
        <w:t xml:space="preserve">, an </w:t>
      </w:r>
      <w:r>
        <w:rPr>
          <w:color w:val="00787F"/>
        </w:rPr>
        <w:t xml:space="preserve">especially </w:t>
      </w:r>
      <w:r>
        <w:rPr>
          <w:color w:val="33CCFF"/>
        </w:rPr>
        <w:t>d</w:t>
      </w:r>
      <w:r>
        <w:rPr>
          <w:color w:val="33CCFF"/>
        </w:rPr>
        <w:t xml:space="preserve">evoted </w:t>
      </w:r>
      <w:r>
        <w:rPr>
          <w:color w:val="00FFCC"/>
        </w:rPr>
        <w:t xml:space="preserve">follower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  <w:r>
        <w:rPr>
          <w:color w:val="FF6600"/>
        </w:rPr>
        <w:t xml:space="preserve">by </w:t>
      </w:r>
      <w:r>
        <w:rPr>
          <w:color w:val="CC3399"/>
        </w:rPr>
        <w:t xml:space="preserve">chasing </w:t>
      </w:r>
      <w:r>
        <w:rPr>
          <w:color w:val="000000"/>
        </w:rPr>
        <w:t xml:space="preserve">him </w:t>
      </w:r>
      <w:r>
        <w:rPr>
          <w:color w:val="CC3399"/>
        </w:rPr>
        <w:t xml:space="preserve">round </w:t>
      </w:r>
      <w:r>
        <w:rPr>
          <w:color w:val="FF0066"/>
        </w:rPr>
        <w:t xml:space="preserve">and </w:t>
      </w:r>
      <w:r>
        <w:rPr>
          <w:color w:val="CC3399"/>
        </w:rPr>
        <w:t xml:space="preserve">round </w:t>
      </w:r>
      <w:r>
        <w:rPr>
          <w:color w:val="000000"/>
        </w:rPr>
        <w:t xml:space="preserve">a </w:t>
      </w:r>
      <w:r>
        <w:rPr>
          <w:color w:val="00FFCC"/>
        </w:rPr>
        <w:t xml:space="preserve">bonfire </w:t>
      </w:r>
      <w:r>
        <w:rPr>
          <w:color w:val="000000"/>
        </w:rPr>
        <w:t xml:space="preserve">when he </w:t>
      </w:r>
      <w:r>
        <w:rPr>
          <w:color w:val="CC3399"/>
        </w:rPr>
        <w:t xml:space="preserve">was suffering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from </w:t>
      </w:r>
      <w:r>
        <w:rPr>
          <w:color w:val="000000"/>
        </w:rPr>
        <w:t xml:space="preserve">a </w:t>
      </w:r>
      <w:r>
        <w:rPr>
          <w:color w:val="00FFCC"/>
        </w:rPr>
        <w:t xml:space="preserve">cough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</w:t>
      </w:r>
      <w:r>
        <w:rPr>
          <w:color w:val="000000"/>
        </w:rPr>
        <w:t xml:space="preserve">all </w:t>
      </w:r>
      <w:r>
        <w:rPr>
          <w:color w:val="CC3399"/>
        </w:rPr>
        <w:t xml:space="preserve">slain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spot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787F"/>
        </w:rPr>
        <w:t xml:space="preserve">so </w:t>
      </w:r>
      <w:r>
        <w:rPr>
          <w:color w:val="000000"/>
        </w:rPr>
        <w:t xml:space="preserve">the </w:t>
      </w:r>
      <w:r>
        <w:rPr>
          <w:color w:val="00FFCC"/>
        </w:rPr>
        <w:t xml:space="preserve">tale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confessions </w:t>
      </w:r>
      <w:r>
        <w:rPr>
          <w:color w:val="FF0066"/>
        </w:rPr>
        <w:t xml:space="preserve">and </w:t>
      </w:r>
      <w:r>
        <w:rPr>
          <w:color w:val="00FFCC"/>
        </w:rPr>
        <w:t xml:space="preserve">executions </w:t>
      </w:r>
      <w:r>
        <w:rPr>
          <w:color w:val="CC3399"/>
        </w:rPr>
        <w:t xml:space="preserve">went </w:t>
      </w:r>
      <w:r>
        <w:rPr>
          <w:color w:val="FF6600"/>
        </w:rPr>
        <w:t xml:space="preserve">on </w:t>
      </w:r>
      <w:r>
        <w:rPr>
          <w:color w:val="000000"/>
        </w:rPr>
        <w:t xml:space="preserve">, </w:t>
      </w:r>
      <w:r>
        <w:rPr>
          <w:color w:val="FF6600"/>
        </w:rPr>
        <w:t xml:space="preserve">until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pile </w:t>
      </w:r>
      <w:r>
        <w:rPr>
          <w:color w:val="FF6600"/>
        </w:rPr>
        <w:t xml:space="preserve">of </w:t>
      </w:r>
      <w:r>
        <w:rPr>
          <w:color w:val="00FFCC"/>
        </w:rPr>
        <w:t xml:space="preserve">corpses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lying </w:t>
      </w:r>
      <w:r>
        <w:rPr>
          <w:color w:val="FF6600"/>
        </w:rPr>
        <w:t xml:space="preserve">before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feet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air </w:t>
      </w:r>
      <w:r>
        <w:rPr>
          <w:color w:val="CC3399"/>
        </w:rPr>
        <w:t xml:space="preserve">was </w:t>
      </w:r>
      <w:r>
        <w:rPr>
          <w:color w:val="33CCFF"/>
        </w:rPr>
        <w:t xml:space="preserve">heavy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smell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blood </w:t>
      </w:r>
      <w:r>
        <w:rPr>
          <w:color w:val="000000"/>
        </w:rPr>
        <w:t xml:space="preserve">, which </w:t>
      </w:r>
      <w:r>
        <w:rPr>
          <w:color w:val="CC3399"/>
        </w:rPr>
        <w:t xml:space="preserve">had been </w:t>
      </w:r>
      <w:r>
        <w:rPr>
          <w:color w:val="00787F"/>
        </w:rPr>
        <w:t xml:space="preserve">unknown there </w:t>
      </w:r>
      <w:r>
        <w:rPr>
          <w:color w:val="FF6600"/>
        </w:rPr>
        <w:t xml:space="preserve">since </w:t>
      </w:r>
      <w:r>
        <w:rPr>
          <w:color w:val="000000"/>
        </w:rPr>
        <w:t xml:space="preserve">the </w:t>
      </w:r>
      <w:r>
        <w:rPr>
          <w:color w:val="00FFCC"/>
        </w:rPr>
        <w:t xml:space="preserve">expulsion </w:t>
      </w:r>
      <w:r>
        <w:rPr>
          <w:color w:val="FF6600"/>
        </w:rPr>
        <w:t xml:space="preserve">of </w:t>
      </w:r>
      <w:r>
        <w:rPr>
          <w:color w:val="00FFCC"/>
        </w:rPr>
        <w:t xml:space="preserve">Jones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When it </w:t>
      </w:r>
      <w:r>
        <w:rPr>
          <w:color w:val="CC3399"/>
        </w:rPr>
        <w:t xml:space="preserve">was </w:t>
      </w:r>
      <w:r>
        <w:rPr>
          <w:color w:val="000000"/>
        </w:rPr>
        <w:t xml:space="preserve">all </w:t>
      </w:r>
      <w:r>
        <w:rPr>
          <w:color w:val="FF6600"/>
        </w:rPr>
        <w:t xml:space="preserve">over </w:t>
      </w:r>
      <w:r>
        <w:rPr>
          <w:color w:val="000000"/>
        </w:rPr>
        <w:t xml:space="preserve">, the </w:t>
      </w:r>
      <w:r>
        <w:rPr>
          <w:color w:val="CC3399"/>
        </w:rPr>
        <w:t xml:space="preserve">remaining </w:t>
      </w:r>
      <w:r>
        <w:rPr>
          <w:color w:val="00FFCC"/>
        </w:rPr>
        <w:t xml:space="preserve">animals </w:t>
      </w:r>
      <w:r>
        <w:rPr>
          <w:color w:val="000000"/>
        </w:rPr>
        <w:t xml:space="preserve">, </w:t>
      </w:r>
      <w:r>
        <w:rPr>
          <w:color w:val="FF6600"/>
        </w:rPr>
        <w:t xml:space="preserve">except for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0066"/>
        </w:rPr>
        <w:t xml:space="preserve">and </w:t>
      </w:r>
      <w:r>
        <w:rPr>
          <w:color w:val="00FFCC"/>
        </w:rPr>
        <w:t xml:space="preserve">dogs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crept </w:t>
      </w:r>
      <w:r>
        <w:rPr>
          <w:color w:val="000000"/>
        </w:rPr>
        <w:t xml:space="preserve">away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body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shaken </w:t>
      </w:r>
      <w:r>
        <w:rPr>
          <w:color w:val="FF0066"/>
        </w:rPr>
        <w:t xml:space="preserve">and </w:t>
      </w:r>
      <w:r>
        <w:rPr>
          <w:color w:val="33CCFF"/>
        </w:rPr>
        <w:t>miser</w:t>
      </w:r>
      <w:r>
        <w:rPr>
          <w:color w:val="33CCFF"/>
        </w:rPr>
        <w:t xml:space="preserve">able </w:t>
      </w:r>
      <w:r>
        <w:rPr>
          <w:color w:val="000000"/>
        </w:rPr>
        <w:t xml:space="preserve">. They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know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which </w:t>
      </w:r>
      <w:r>
        <w:rPr>
          <w:color w:val="CC3399"/>
        </w:rPr>
        <w:t xml:space="preserve">was </w:t>
      </w:r>
      <w:r>
        <w:rPr>
          <w:color w:val="00787F"/>
        </w:rPr>
        <w:t xml:space="preserve">more </w:t>
      </w:r>
      <w:r>
        <w:rPr>
          <w:color w:val="33CCFF"/>
        </w:rPr>
        <w:t xml:space="preserve">shocking </w:t>
      </w:r>
      <w:r>
        <w:rPr>
          <w:color w:val="000000"/>
        </w:rPr>
        <w:t xml:space="preserve">-- the </w:t>
      </w:r>
      <w:r>
        <w:rPr>
          <w:color w:val="00FFCC"/>
        </w:rPr>
        <w:t xml:space="preserve">treachery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who </w:t>
      </w:r>
      <w:r>
        <w:rPr>
          <w:color w:val="CC3399"/>
        </w:rPr>
        <w:t xml:space="preserve">had leagued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themselves </w:t>
      </w:r>
      <w:r>
        <w:rPr>
          <w:color w:val="FF6600"/>
        </w:rPr>
        <w:t xml:space="preserve">with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000000"/>
        </w:rPr>
        <w:t xml:space="preserve">the </w:t>
      </w:r>
      <w:r>
        <w:rPr>
          <w:color w:val="33CCFF"/>
        </w:rPr>
        <w:t xml:space="preserve">cruel </w:t>
      </w:r>
      <w:r>
        <w:rPr>
          <w:color w:val="00FFCC"/>
        </w:rPr>
        <w:t xml:space="preserve">retribution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787F"/>
        </w:rPr>
        <w:t xml:space="preserve">just </w:t>
      </w:r>
    </w:p>
    <w:p w:rsidR="00D83EF7" w:rsidRDefault="00CA4524" w:rsidP="00CA4524">
      <w:pPr>
        <w:spacing w:after="0"/>
      </w:pPr>
      <w:r>
        <w:rPr>
          <w:color w:val="CC3399"/>
        </w:rPr>
        <w:lastRenderedPageBreak/>
        <w:t xml:space="preserve">witnessed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old </w:t>
      </w:r>
      <w:r>
        <w:rPr>
          <w:color w:val="00FFCC"/>
        </w:rPr>
        <w:t xml:space="preserve">days </w:t>
      </w:r>
      <w:r>
        <w:rPr>
          <w:color w:val="00787F"/>
        </w:rPr>
        <w:t xml:space="preserve">there </w:t>
      </w:r>
      <w:r>
        <w:rPr>
          <w:color w:val="CC3399"/>
        </w:rPr>
        <w:t xml:space="preserve">had </w:t>
      </w:r>
      <w:r>
        <w:rPr>
          <w:color w:val="00787F"/>
        </w:rPr>
        <w:t xml:space="preserve">often </w:t>
      </w:r>
      <w:r>
        <w:rPr>
          <w:color w:val="CC3399"/>
        </w:rPr>
        <w:t xml:space="preserve">been </w:t>
      </w:r>
      <w:r>
        <w:rPr>
          <w:color w:val="00FFCC"/>
        </w:rPr>
        <w:t xml:space="preserve">scenes </w:t>
      </w:r>
      <w:r>
        <w:rPr>
          <w:color w:val="FF6600"/>
        </w:rPr>
        <w:t xml:space="preserve">of </w:t>
      </w:r>
      <w:r>
        <w:rPr>
          <w:color w:val="00FFCC"/>
        </w:rPr>
        <w:t xml:space="preserve">bloodshed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equally </w:t>
      </w:r>
      <w:r>
        <w:rPr>
          <w:color w:val="33CCFF"/>
        </w:rPr>
        <w:t xml:space="preserve">terrible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it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all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787F"/>
        </w:rPr>
        <w:t xml:space="preserve">far </w:t>
      </w:r>
      <w:r>
        <w:rPr>
          <w:color w:val="33CCFF"/>
        </w:rPr>
        <w:t xml:space="preserve">worse </w:t>
      </w:r>
      <w:r>
        <w:rPr>
          <w:color w:val="00787F"/>
        </w:rPr>
        <w:t xml:space="preserve">now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CC3399"/>
        </w:rPr>
        <w:t xml:space="preserve">was happening </w:t>
      </w:r>
      <w:r>
        <w:rPr>
          <w:color w:val="FF6600"/>
        </w:rPr>
        <w:t xml:space="preserve">among </w:t>
      </w:r>
      <w:r>
        <w:rPr>
          <w:color w:val="000000"/>
        </w:rPr>
        <w:t xml:space="preserve">themselves . </w:t>
      </w:r>
      <w:r>
        <w:rPr>
          <w:color w:val="FF6600"/>
        </w:rPr>
        <w:t xml:space="preserve">Since </w:t>
      </w:r>
      <w:r>
        <w:rPr>
          <w:color w:val="00FFCC"/>
        </w:rPr>
        <w:t xml:space="preserve">Jones </w:t>
      </w:r>
      <w:r>
        <w:rPr>
          <w:color w:val="CC3399"/>
        </w:rPr>
        <w:t xml:space="preserve">had left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until </w:t>
      </w:r>
      <w:r>
        <w:rPr>
          <w:color w:val="00FFCC"/>
        </w:rPr>
        <w:t xml:space="preserve">today </w:t>
      </w:r>
      <w:r>
        <w:rPr>
          <w:color w:val="000000"/>
        </w:rPr>
        <w:t xml:space="preserve">, no </w:t>
      </w:r>
      <w:r>
        <w:rPr>
          <w:color w:val="00FFCC"/>
        </w:rPr>
        <w:t xml:space="preserve">animal </w:t>
      </w:r>
      <w:r>
        <w:rPr>
          <w:color w:val="CC3399"/>
        </w:rPr>
        <w:t xml:space="preserve">had killed </w:t>
      </w:r>
      <w:r>
        <w:rPr>
          <w:color w:val="000000"/>
        </w:rPr>
        <w:t xml:space="preserve">another </w:t>
      </w:r>
      <w:r>
        <w:rPr>
          <w:color w:val="00FFCC"/>
        </w:rPr>
        <w:t xml:space="preserve">animal </w:t>
      </w:r>
      <w:r>
        <w:rPr>
          <w:color w:val="000000"/>
        </w:rPr>
        <w:t xml:space="preserve">. </w:t>
      </w:r>
      <w:r>
        <w:rPr>
          <w:color w:val="00787F"/>
        </w:rPr>
        <w:t xml:space="preserve">Not even </w:t>
      </w:r>
      <w:r>
        <w:rPr>
          <w:color w:val="000000"/>
        </w:rPr>
        <w:t xml:space="preserve">a </w:t>
      </w:r>
      <w:r>
        <w:rPr>
          <w:color w:val="00FFCC"/>
        </w:rPr>
        <w:t xml:space="preserve">rat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killed </w:t>
      </w:r>
      <w:r>
        <w:rPr>
          <w:color w:val="000000"/>
        </w:rPr>
        <w:t xml:space="preserve">. They </w:t>
      </w:r>
      <w:r>
        <w:rPr>
          <w:color w:val="CC3399"/>
        </w:rPr>
        <w:t xml:space="preserve">had made </w:t>
      </w:r>
      <w:r>
        <w:rPr>
          <w:color w:val="000000"/>
        </w:rPr>
        <w:t xml:space="preserve">their </w:t>
      </w:r>
      <w:r>
        <w:rPr>
          <w:color w:val="00FFCC"/>
        </w:rPr>
        <w:t xml:space="preserve">way </w:t>
      </w:r>
      <w:r>
        <w:rPr>
          <w:color w:val="FF6600"/>
        </w:rPr>
        <w:t xml:space="preserve">on </w:t>
      </w:r>
      <w:r>
        <w:rPr>
          <w:color w:val="000000"/>
        </w:rPr>
        <w:t xml:space="preserve">to the </w:t>
      </w:r>
      <w:r>
        <w:rPr>
          <w:color w:val="33CCFF"/>
        </w:rPr>
        <w:t>little</w:t>
      </w:r>
      <w:r>
        <w:rPr>
          <w:color w:val="33CCFF"/>
        </w:rPr>
        <w:t xml:space="preserve"> </w:t>
      </w:r>
      <w:r>
        <w:rPr>
          <w:color w:val="00FFCC"/>
        </w:rPr>
        <w:t xml:space="preserve">knoll </w:t>
      </w:r>
      <w:r>
        <w:rPr>
          <w:color w:val="000000"/>
        </w:rPr>
        <w:t xml:space="preserve">where 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half-finished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stood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with </w:t>
      </w:r>
      <w:r>
        <w:rPr>
          <w:color w:val="000000"/>
        </w:rPr>
        <w:t xml:space="preserve">one </w:t>
      </w:r>
      <w:r>
        <w:rPr>
          <w:color w:val="00FFCC"/>
        </w:rPr>
        <w:t xml:space="preserve">accord </w:t>
      </w:r>
      <w:r>
        <w:rPr>
          <w:color w:val="000000"/>
        </w:rPr>
        <w:t xml:space="preserve">they all </w:t>
      </w:r>
      <w:r>
        <w:rPr>
          <w:color w:val="CC3399"/>
        </w:rPr>
        <w:t xml:space="preserve">lay </w:t>
      </w:r>
      <w:r>
        <w:rPr>
          <w:color w:val="000000"/>
        </w:rPr>
        <w:t xml:space="preserve">down </w:t>
      </w:r>
      <w:r>
        <w:rPr>
          <w:color w:val="00787F"/>
        </w:rPr>
        <w:t xml:space="preserve">as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though </w:t>
      </w:r>
      <w:r>
        <w:rPr>
          <w:color w:val="CC3399"/>
        </w:rPr>
        <w:t xml:space="preserve">huddling </w:t>
      </w:r>
      <w:r>
        <w:rPr>
          <w:color w:val="00787F"/>
        </w:rPr>
        <w:t xml:space="preserve">together </w:t>
      </w:r>
      <w:r>
        <w:rPr>
          <w:color w:val="FF6600"/>
        </w:rPr>
        <w:t xml:space="preserve">for </w:t>
      </w:r>
      <w:r>
        <w:rPr>
          <w:color w:val="00FFCC"/>
        </w:rPr>
        <w:t xml:space="preserve">warmth </w:t>
      </w:r>
      <w:r>
        <w:rPr>
          <w:color w:val="000000"/>
        </w:rPr>
        <w:t xml:space="preserve">-- </w:t>
      </w:r>
      <w:r>
        <w:rPr>
          <w:color w:val="00FFCC"/>
        </w:rPr>
        <w:t xml:space="preserve">Clover </w:t>
      </w:r>
      <w:r>
        <w:rPr>
          <w:color w:val="000000"/>
        </w:rPr>
        <w:t xml:space="preserve">, </w:t>
      </w:r>
      <w:r>
        <w:rPr>
          <w:color w:val="00FFCC"/>
        </w:rPr>
        <w:t xml:space="preserve">Muriel </w:t>
      </w:r>
      <w:r>
        <w:rPr>
          <w:color w:val="000000"/>
        </w:rPr>
        <w:t xml:space="preserve">, </w:t>
      </w:r>
      <w:r>
        <w:rPr>
          <w:color w:val="00FFCC"/>
        </w:rPr>
        <w:t xml:space="preserve">Benjamin </w:t>
      </w:r>
      <w:r>
        <w:rPr>
          <w:color w:val="000000"/>
        </w:rPr>
        <w:t xml:space="preserve">, the </w:t>
      </w:r>
      <w:r>
        <w:rPr>
          <w:color w:val="00FFCC"/>
        </w:rPr>
        <w:t xml:space="preserve">cows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33CCFF"/>
        </w:rPr>
        <w:t xml:space="preserve">whole </w:t>
      </w:r>
      <w:r>
        <w:rPr>
          <w:color w:val="00FFCC"/>
        </w:rPr>
        <w:t xml:space="preserve">flock </w:t>
      </w:r>
      <w:r>
        <w:rPr>
          <w:color w:val="FF6600"/>
        </w:rPr>
        <w:t xml:space="preserve">of </w:t>
      </w:r>
      <w:r>
        <w:rPr>
          <w:color w:val="33CCFF"/>
        </w:rPr>
        <w:t xml:space="preserve">geese </w:t>
      </w:r>
      <w:r>
        <w:rPr>
          <w:color w:val="FF0066"/>
        </w:rPr>
        <w:t xml:space="preserve">and </w:t>
      </w:r>
      <w:r>
        <w:rPr>
          <w:color w:val="00FFCC"/>
        </w:rPr>
        <w:t xml:space="preserve">hens </w:t>
      </w:r>
      <w:r>
        <w:rPr>
          <w:color w:val="000000"/>
        </w:rPr>
        <w:t xml:space="preserve">-- </w:t>
      </w:r>
      <w:r>
        <w:rPr>
          <w:color w:val="00FFCC"/>
        </w:rPr>
        <w:t xml:space="preserve">everyone </w:t>
      </w:r>
      <w:r>
        <w:rPr>
          <w:color w:val="000000"/>
        </w:rPr>
        <w:t xml:space="preserve">, </w:t>
      </w:r>
      <w:r>
        <w:rPr>
          <w:color w:val="00787F"/>
        </w:rPr>
        <w:t xml:space="preserve">indeed </w:t>
      </w:r>
      <w:r>
        <w:rPr>
          <w:color w:val="000000"/>
        </w:rPr>
        <w:t xml:space="preserve">, </w:t>
      </w:r>
      <w:r>
        <w:rPr>
          <w:color w:val="FF6600"/>
        </w:rPr>
        <w:t xml:space="preserve">except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cat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</w:t>
      </w:r>
      <w:r>
        <w:rPr>
          <w:color w:val="00787F"/>
        </w:rPr>
        <w:t xml:space="preserve">suddenly </w:t>
      </w:r>
      <w:r>
        <w:rPr>
          <w:color w:val="CC3399"/>
        </w:rPr>
        <w:t xml:space="preserve">disappeared </w:t>
      </w:r>
      <w:r>
        <w:rPr>
          <w:color w:val="00787F"/>
        </w:rPr>
        <w:t xml:space="preserve">just </w:t>
      </w:r>
      <w:r>
        <w:rPr>
          <w:color w:val="FF6600"/>
        </w:rPr>
        <w:t xml:space="preserve">before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ordered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000000"/>
        </w:rPr>
        <w:t xml:space="preserve">to </w:t>
      </w:r>
      <w:r>
        <w:rPr>
          <w:color w:val="CC3399"/>
        </w:rPr>
        <w:t xml:space="preserve">assemble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some </w:t>
      </w:r>
      <w:r>
        <w:rPr>
          <w:color w:val="00FFCC"/>
        </w:rPr>
        <w:t xml:space="preserve">time </w:t>
      </w:r>
      <w:r>
        <w:rPr>
          <w:color w:val="33CCFF"/>
        </w:rPr>
        <w:t xml:space="preserve">nobody </w:t>
      </w:r>
      <w:r>
        <w:rPr>
          <w:color w:val="00FFCC"/>
        </w:rPr>
        <w:t xml:space="preserve">spoke </w:t>
      </w:r>
      <w:r>
        <w:rPr>
          <w:color w:val="000000"/>
        </w:rPr>
        <w:t xml:space="preserve">. </w:t>
      </w:r>
      <w:r>
        <w:rPr>
          <w:color w:val="00787F"/>
        </w:rPr>
        <w:t xml:space="preserve">Only </w:t>
      </w:r>
      <w:r>
        <w:rPr>
          <w:color w:val="00FFCC"/>
        </w:rPr>
        <w:t xml:space="preserve">Boxer </w:t>
      </w:r>
      <w:r>
        <w:rPr>
          <w:color w:val="CC3399"/>
        </w:rPr>
        <w:t xml:space="preserve">remained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feet </w:t>
      </w:r>
      <w:r>
        <w:rPr>
          <w:color w:val="000000"/>
        </w:rPr>
        <w:t xml:space="preserve">. He </w:t>
      </w:r>
      <w:r>
        <w:rPr>
          <w:color w:val="CC3399"/>
        </w:rPr>
        <w:t xml:space="preserve">fidgeted </w:t>
      </w:r>
      <w:r>
        <w:rPr>
          <w:color w:val="000000"/>
        </w:rPr>
        <w:t xml:space="preserve">to </w:t>
      </w:r>
      <w:r>
        <w:rPr>
          <w:color w:val="FF0066"/>
        </w:rPr>
        <w:t xml:space="preserve">and </w:t>
      </w:r>
      <w:r>
        <w:rPr>
          <w:color w:val="CC3399"/>
        </w:rPr>
        <w:t xml:space="preserve">fro </w:t>
      </w:r>
      <w:r>
        <w:rPr>
          <w:color w:val="000000"/>
        </w:rPr>
        <w:t xml:space="preserve">, </w:t>
      </w:r>
      <w:r>
        <w:rPr>
          <w:color w:val="CC3399"/>
        </w:rPr>
        <w:t xml:space="preserve">swishing </w:t>
      </w:r>
      <w:r>
        <w:rPr>
          <w:color w:val="000000"/>
        </w:rPr>
        <w:t xml:space="preserve">his </w:t>
      </w:r>
      <w:r>
        <w:rPr>
          <w:color w:val="33CCFF"/>
        </w:rPr>
        <w:t xml:space="preserve">long black </w:t>
      </w:r>
      <w:r>
        <w:rPr>
          <w:color w:val="00FFCC"/>
        </w:rPr>
        <w:t xml:space="preserve">tail </w:t>
      </w:r>
      <w:r>
        <w:rPr>
          <w:color w:val="FF6600"/>
        </w:rPr>
        <w:t xml:space="preserve">against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sides </w:t>
      </w:r>
      <w:r>
        <w:rPr>
          <w:color w:val="FF0066"/>
        </w:rPr>
        <w:t xml:space="preserve">and </w:t>
      </w:r>
      <w:r>
        <w:rPr>
          <w:color w:val="00787F"/>
        </w:rPr>
        <w:t xml:space="preserve">occasionally </w:t>
      </w:r>
      <w:r>
        <w:rPr>
          <w:color w:val="CC3399"/>
        </w:rPr>
        <w:t xml:space="preserve">uttering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</w:t>
      </w:r>
      <w:r>
        <w:rPr>
          <w:color w:val="00FFCC"/>
        </w:rPr>
        <w:t xml:space="preserve">whinny </w:t>
      </w:r>
      <w:r>
        <w:rPr>
          <w:color w:val="FF6600"/>
        </w:rPr>
        <w:t xml:space="preserve">of </w:t>
      </w:r>
      <w:r>
        <w:rPr>
          <w:color w:val="00FFCC"/>
        </w:rPr>
        <w:t xml:space="preserve">surprise </w:t>
      </w:r>
      <w:r>
        <w:rPr>
          <w:color w:val="000000"/>
        </w:rPr>
        <w:t xml:space="preserve">. </w:t>
      </w:r>
      <w:r>
        <w:rPr>
          <w:color w:val="00787F"/>
        </w:rPr>
        <w:t xml:space="preserve">Finally </w:t>
      </w:r>
      <w:r>
        <w:rPr>
          <w:color w:val="000000"/>
        </w:rPr>
        <w:t xml:space="preserve">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said </w:t>
      </w:r>
      <w:r>
        <w:rPr>
          <w:color w:val="000000"/>
        </w:rPr>
        <w:t xml:space="preserve">: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I </w:t>
      </w:r>
      <w:r>
        <w:rPr>
          <w:color w:val="CC3399"/>
        </w:rPr>
        <w:t xml:space="preserve">do </w:t>
      </w:r>
      <w:r>
        <w:rPr>
          <w:color w:val="00787F"/>
        </w:rPr>
        <w:t xml:space="preserve">not </w:t>
      </w:r>
      <w:r>
        <w:rPr>
          <w:color w:val="CC3399"/>
        </w:rPr>
        <w:t xml:space="preserve">understand </w:t>
      </w:r>
      <w:r>
        <w:rPr>
          <w:color w:val="000000"/>
        </w:rPr>
        <w:t xml:space="preserve">it . I </w:t>
      </w:r>
      <w:r>
        <w:rPr>
          <w:color w:val="003E3E"/>
        </w:rPr>
        <w:t xml:space="preserve">would </w:t>
      </w:r>
      <w:r>
        <w:rPr>
          <w:color w:val="00787F"/>
        </w:rPr>
        <w:t xml:space="preserve">not </w:t>
      </w:r>
      <w:r>
        <w:rPr>
          <w:color w:val="CC3399"/>
        </w:rPr>
        <w:t xml:space="preserve">have believed </w:t>
      </w:r>
      <w:r>
        <w:rPr>
          <w:color w:val="FF6600"/>
        </w:rPr>
        <w:t xml:space="preserve">that </w:t>
      </w:r>
      <w:r>
        <w:rPr>
          <w:color w:val="33CCFF"/>
        </w:rPr>
        <w:t xml:space="preserve">such </w:t>
      </w:r>
      <w:r>
        <w:rPr>
          <w:color w:val="00FFCC"/>
        </w:rPr>
        <w:t xml:space="preserve">things </w:t>
      </w:r>
      <w:r>
        <w:rPr>
          <w:color w:val="003E3E"/>
        </w:rPr>
        <w:t xml:space="preserve">could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happen </w:t>
      </w:r>
      <w:r>
        <w:rPr>
          <w:color w:val="FF6600"/>
        </w:rPr>
        <w:t xml:space="preserve">on </w:t>
      </w:r>
      <w:r>
        <w:rPr>
          <w:color w:val="000000"/>
        </w:rPr>
        <w:t xml:space="preserve">our </w:t>
      </w:r>
      <w:r>
        <w:rPr>
          <w:color w:val="00FFCC"/>
        </w:rPr>
        <w:t xml:space="preserve">farm </w:t>
      </w:r>
      <w:r>
        <w:rPr>
          <w:color w:val="000000"/>
        </w:rPr>
        <w:t xml:space="preserve">. It </w:t>
      </w:r>
      <w:r>
        <w:rPr>
          <w:color w:val="003E3E"/>
        </w:rPr>
        <w:t xml:space="preserve">must </w:t>
      </w:r>
      <w:r>
        <w:rPr>
          <w:color w:val="CC3399"/>
        </w:rPr>
        <w:t xml:space="preserve">be </w:t>
      </w:r>
      <w:r>
        <w:rPr>
          <w:color w:val="33CCFF"/>
        </w:rPr>
        <w:t xml:space="preserve">due </w:t>
      </w:r>
      <w:r>
        <w:rPr>
          <w:color w:val="000000"/>
        </w:rPr>
        <w:t xml:space="preserve">to some </w:t>
      </w:r>
      <w:r>
        <w:rPr>
          <w:color w:val="00FFCC"/>
        </w:rPr>
        <w:t xml:space="preserve">fault </w:t>
      </w:r>
      <w:r>
        <w:rPr>
          <w:color w:val="FF6600"/>
        </w:rPr>
        <w:t xml:space="preserve">in </w:t>
      </w:r>
      <w:r>
        <w:rPr>
          <w:color w:val="000000"/>
        </w:rPr>
        <w:t xml:space="preserve">ourselves .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solution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0000"/>
        </w:rPr>
        <w:t xml:space="preserve">I </w:t>
      </w:r>
      <w:r>
        <w:rPr>
          <w:color w:val="CC3399"/>
        </w:rPr>
        <w:t xml:space="preserve">see </w:t>
      </w:r>
      <w:r>
        <w:rPr>
          <w:color w:val="000000"/>
        </w:rPr>
        <w:t xml:space="preserve">it , </w:t>
      </w:r>
      <w:r>
        <w:rPr>
          <w:color w:val="CC3399"/>
        </w:rPr>
        <w:t xml:space="preserve">is </w:t>
      </w:r>
      <w:r>
        <w:rPr>
          <w:color w:val="000000"/>
        </w:rPr>
        <w:t xml:space="preserve">to </w:t>
      </w:r>
      <w:r>
        <w:rPr>
          <w:color w:val="CC3399"/>
        </w:rPr>
        <w:t xml:space="preserve">work </w:t>
      </w:r>
      <w:r>
        <w:rPr>
          <w:color w:val="00FFCC"/>
        </w:rPr>
        <w:t xml:space="preserve">harder </w:t>
      </w:r>
      <w:r>
        <w:rPr>
          <w:color w:val="000000"/>
        </w:rPr>
        <w:t xml:space="preserve">. </w:t>
      </w:r>
      <w:r>
        <w:rPr>
          <w:color w:val="FF6600"/>
        </w:rPr>
        <w:t xml:space="preserve">From </w:t>
      </w:r>
      <w:r>
        <w:rPr>
          <w:color w:val="00787F"/>
        </w:rPr>
        <w:t xml:space="preserve">now </w:t>
      </w:r>
      <w:r>
        <w:rPr>
          <w:color w:val="00FFCC"/>
        </w:rPr>
        <w:t xml:space="preserve">onwards </w:t>
      </w:r>
      <w:r>
        <w:rPr>
          <w:color w:val="000000"/>
        </w:rPr>
        <w:t xml:space="preserve">I </w:t>
      </w:r>
      <w:r>
        <w:rPr>
          <w:color w:val="003E3E"/>
        </w:rPr>
        <w:t xml:space="preserve">shall </w:t>
      </w:r>
      <w:r>
        <w:rPr>
          <w:color w:val="CC3399"/>
        </w:rPr>
        <w:t xml:space="preserve">get </w:t>
      </w:r>
      <w:r>
        <w:rPr>
          <w:color w:val="000000"/>
        </w:rPr>
        <w:t xml:space="preserve">up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33CCFF"/>
        </w:rPr>
        <w:t xml:space="preserve">full </w:t>
      </w:r>
      <w:r>
        <w:rPr>
          <w:color w:val="00FFCC"/>
        </w:rPr>
        <w:t xml:space="preserve">hour </w:t>
      </w:r>
      <w:r>
        <w:rPr>
          <w:color w:val="00787F"/>
        </w:rPr>
        <w:t xml:space="preserve">earlier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mornings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he </w:t>
      </w:r>
      <w:r>
        <w:rPr>
          <w:color w:val="CC3399"/>
        </w:rPr>
        <w:t xml:space="preserve">moved </w:t>
      </w:r>
      <w:r>
        <w:rPr>
          <w:color w:val="000000"/>
        </w:rPr>
        <w:t xml:space="preserve">off </w:t>
      </w:r>
      <w:r>
        <w:rPr>
          <w:color w:val="FF6600"/>
        </w:rPr>
        <w:t xml:space="preserve">at </w:t>
      </w:r>
      <w:r>
        <w:rPr>
          <w:color w:val="000000"/>
        </w:rPr>
        <w:t xml:space="preserve">his </w:t>
      </w:r>
      <w:r>
        <w:rPr>
          <w:color w:val="CC3399"/>
        </w:rPr>
        <w:t xml:space="preserve">lumbering </w:t>
      </w:r>
      <w:r>
        <w:rPr>
          <w:color w:val="00FFCC"/>
        </w:rPr>
        <w:t xml:space="preserve">trot </w:t>
      </w:r>
      <w:r>
        <w:rPr>
          <w:color w:val="FF0066"/>
        </w:rPr>
        <w:t xml:space="preserve">and </w:t>
      </w:r>
      <w:r>
        <w:rPr>
          <w:color w:val="CC3399"/>
        </w:rPr>
        <w:t xml:space="preserve">made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quarry </w:t>
      </w:r>
      <w:r>
        <w:rPr>
          <w:color w:val="000000"/>
        </w:rPr>
        <w:t xml:space="preserve">. </w:t>
      </w:r>
      <w:r>
        <w:rPr>
          <w:color w:val="CC3399"/>
        </w:rPr>
        <w:t xml:space="preserve">Having got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there </w:t>
      </w:r>
      <w:r>
        <w:rPr>
          <w:color w:val="000000"/>
        </w:rPr>
        <w:t xml:space="preserve">, he </w:t>
      </w:r>
      <w:r>
        <w:rPr>
          <w:color w:val="CC3399"/>
        </w:rPr>
        <w:t xml:space="preserve">collected </w:t>
      </w:r>
      <w:r>
        <w:rPr>
          <w:color w:val="000000"/>
        </w:rPr>
        <w:t xml:space="preserve">two </w:t>
      </w:r>
      <w:r>
        <w:rPr>
          <w:color w:val="33CCFF"/>
        </w:rPr>
        <w:t xml:space="preserve">successive </w:t>
      </w:r>
      <w:r>
        <w:rPr>
          <w:color w:val="00FFCC"/>
        </w:rPr>
        <w:t xml:space="preserve">loads </w:t>
      </w:r>
      <w:r>
        <w:rPr>
          <w:color w:val="FF6600"/>
        </w:rPr>
        <w:t xml:space="preserve">of </w:t>
      </w:r>
      <w:r>
        <w:rPr>
          <w:color w:val="00FFCC"/>
        </w:rPr>
        <w:t xml:space="preserve">stone </w:t>
      </w:r>
      <w:r>
        <w:rPr>
          <w:color w:val="FF0066"/>
        </w:rPr>
        <w:t xml:space="preserve">and </w:t>
      </w:r>
      <w:r>
        <w:rPr>
          <w:color w:val="CC3399"/>
        </w:rPr>
        <w:t xml:space="preserve">dragged </w:t>
      </w:r>
      <w:r>
        <w:rPr>
          <w:color w:val="000000"/>
        </w:rPr>
        <w:t xml:space="preserve">them down to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FF6600"/>
        </w:rPr>
        <w:t xml:space="preserve">before </w:t>
      </w:r>
      <w:r>
        <w:rPr>
          <w:color w:val="CC3399"/>
        </w:rPr>
        <w:t xml:space="preserve">retiring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night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huddled </w:t>
      </w:r>
      <w:r>
        <w:rPr>
          <w:color w:val="FF6600"/>
        </w:rPr>
        <w:t xml:space="preserve">about </w:t>
      </w:r>
      <w:r>
        <w:rPr>
          <w:color w:val="00FFCC"/>
        </w:rPr>
        <w:t xml:space="preserve">Clover </w:t>
      </w:r>
      <w:r>
        <w:rPr>
          <w:color w:val="000000"/>
        </w:rPr>
        <w:t xml:space="preserve">, </w:t>
      </w:r>
      <w:r>
        <w:rPr>
          <w:color w:val="00787F"/>
        </w:rPr>
        <w:t xml:space="preserve">not </w:t>
      </w:r>
      <w:r>
        <w:rPr>
          <w:color w:val="CC3399"/>
        </w:rPr>
        <w:t xml:space="preserve">speaking </w:t>
      </w:r>
      <w:r>
        <w:rPr>
          <w:color w:val="000000"/>
        </w:rPr>
        <w:t xml:space="preserve">. The </w:t>
      </w:r>
      <w:r>
        <w:rPr>
          <w:color w:val="00FFCC"/>
        </w:rPr>
        <w:t xml:space="preserve">knoll </w:t>
      </w:r>
      <w:r>
        <w:rPr>
          <w:color w:val="000000"/>
        </w:rPr>
        <w:t xml:space="preserve">where they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lying gave </w:t>
      </w:r>
      <w:r>
        <w:rPr>
          <w:color w:val="000000"/>
        </w:rPr>
        <w:t xml:space="preserve">them a </w:t>
      </w:r>
      <w:r>
        <w:rPr>
          <w:color w:val="33CCFF"/>
        </w:rPr>
        <w:t xml:space="preserve">wide </w:t>
      </w:r>
      <w:r>
        <w:rPr>
          <w:color w:val="00FFCC"/>
        </w:rPr>
        <w:t xml:space="preserve">prospect </w:t>
      </w:r>
      <w:r>
        <w:rPr>
          <w:color w:val="FF6600"/>
        </w:rPr>
        <w:t xml:space="preserve">across </w:t>
      </w:r>
      <w:r>
        <w:rPr>
          <w:color w:val="000000"/>
        </w:rPr>
        <w:t xml:space="preserve">the </w:t>
      </w:r>
      <w:r>
        <w:rPr>
          <w:color w:val="00FFCC"/>
        </w:rPr>
        <w:t xml:space="preserve">countryside </w:t>
      </w:r>
      <w:r>
        <w:rPr>
          <w:color w:val="000000"/>
        </w:rPr>
        <w:t xml:space="preserve">. </w:t>
      </w:r>
      <w:r>
        <w:rPr>
          <w:color w:val="33CCFF"/>
        </w:rPr>
        <w:t xml:space="preserve">Most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CC3399"/>
        </w:rPr>
        <w:t xml:space="preserve">was </w:t>
      </w:r>
      <w:r>
        <w:rPr>
          <w:color w:val="FF6600"/>
        </w:rPr>
        <w:t xml:space="preserve">within </w:t>
      </w:r>
      <w:r>
        <w:rPr>
          <w:color w:val="000000"/>
        </w:rPr>
        <w:t xml:space="preserve">their </w:t>
      </w:r>
      <w:r>
        <w:rPr>
          <w:color w:val="00FFCC"/>
        </w:rPr>
        <w:t xml:space="preserve">view </w:t>
      </w:r>
      <w:r>
        <w:rPr>
          <w:color w:val="000000"/>
        </w:rPr>
        <w:t xml:space="preserve">-- the </w:t>
      </w:r>
      <w:r>
        <w:rPr>
          <w:color w:val="33CCFF"/>
        </w:rPr>
        <w:t xml:space="preserve">long </w:t>
      </w:r>
      <w:r>
        <w:rPr>
          <w:color w:val="00FFCC"/>
        </w:rPr>
        <w:t xml:space="preserve">pasture </w:t>
      </w:r>
      <w:r>
        <w:rPr>
          <w:color w:val="CC3399"/>
        </w:rPr>
        <w:t xml:space="preserve">stretching </w:t>
      </w:r>
      <w:r>
        <w:rPr>
          <w:color w:val="000000"/>
        </w:rPr>
        <w:t xml:space="preserve">down to the </w:t>
      </w:r>
      <w:r>
        <w:rPr>
          <w:color w:val="33CCFF"/>
        </w:rPr>
        <w:t xml:space="preserve">main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road </w:t>
      </w:r>
      <w:r>
        <w:rPr>
          <w:color w:val="000000"/>
        </w:rPr>
        <w:t xml:space="preserve">, the </w:t>
      </w:r>
      <w:r>
        <w:rPr>
          <w:color w:val="00FFCC"/>
        </w:rPr>
        <w:t>hayfi</w:t>
      </w:r>
      <w:r>
        <w:rPr>
          <w:color w:val="00FFCC"/>
        </w:rPr>
        <w:t xml:space="preserve">eld </w:t>
      </w:r>
      <w:r>
        <w:rPr>
          <w:color w:val="000000"/>
        </w:rPr>
        <w:t xml:space="preserve">, the </w:t>
      </w:r>
      <w:r>
        <w:rPr>
          <w:color w:val="00FFCC"/>
        </w:rPr>
        <w:t xml:space="preserve">spinney </w:t>
      </w:r>
      <w:r>
        <w:rPr>
          <w:color w:val="000000"/>
        </w:rPr>
        <w:t xml:space="preserve">, the </w:t>
      </w:r>
      <w:r>
        <w:rPr>
          <w:color w:val="00FFCC"/>
        </w:rPr>
        <w:t xml:space="preserve">drinking pool </w:t>
      </w:r>
      <w:r>
        <w:rPr>
          <w:color w:val="000000"/>
        </w:rPr>
        <w:t xml:space="preserve">, the </w:t>
      </w:r>
      <w:r>
        <w:rPr>
          <w:color w:val="33CCFF"/>
        </w:rPr>
        <w:t xml:space="preserve">ploughed </w:t>
      </w:r>
      <w:r>
        <w:rPr>
          <w:color w:val="00FFCC"/>
        </w:rPr>
        <w:t xml:space="preserve">fields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where the </w:t>
      </w:r>
      <w:r>
        <w:rPr>
          <w:color w:val="33CCFF"/>
        </w:rPr>
        <w:t xml:space="preserve">young </w:t>
      </w:r>
      <w:r>
        <w:rPr>
          <w:color w:val="00FFCC"/>
        </w:rPr>
        <w:t xml:space="preserve">wheat </w:t>
      </w:r>
      <w:r>
        <w:rPr>
          <w:color w:val="CC3399"/>
        </w:rPr>
        <w:t xml:space="preserve">was </w:t>
      </w:r>
      <w:r>
        <w:rPr>
          <w:color w:val="33CCFF"/>
        </w:rPr>
        <w:t xml:space="preserve">thick </w:t>
      </w:r>
      <w:r>
        <w:rPr>
          <w:color w:val="FF0066"/>
        </w:rPr>
        <w:t xml:space="preserve">and </w:t>
      </w:r>
      <w:r>
        <w:rPr>
          <w:color w:val="33CCFF"/>
        </w:rPr>
        <w:t xml:space="preserve">green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red </w:t>
      </w:r>
      <w:r>
        <w:rPr>
          <w:color w:val="00FFCC"/>
        </w:rPr>
        <w:t xml:space="preserve">roofs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buildings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smoke </w:t>
      </w:r>
      <w:r>
        <w:rPr>
          <w:color w:val="CC3399"/>
        </w:rPr>
        <w:t xml:space="preserve">curling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chimneys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clear </w:t>
      </w:r>
      <w:r>
        <w:rPr>
          <w:color w:val="00FFCC"/>
        </w:rPr>
        <w:t xml:space="preserve">spring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evening </w:t>
      </w:r>
      <w:r>
        <w:rPr>
          <w:color w:val="000000"/>
        </w:rPr>
        <w:t xml:space="preserve">. The </w:t>
      </w:r>
      <w:r>
        <w:rPr>
          <w:color w:val="00FFCC"/>
        </w:rPr>
        <w:t xml:space="preserve">grass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bursting hedges </w:t>
      </w:r>
      <w:r>
        <w:rPr>
          <w:color w:val="CC3399"/>
        </w:rPr>
        <w:t xml:space="preserve">were gilded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level rays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sun </w:t>
      </w:r>
      <w:r>
        <w:rPr>
          <w:color w:val="000000"/>
        </w:rPr>
        <w:t xml:space="preserve">. </w:t>
      </w:r>
      <w:r>
        <w:rPr>
          <w:color w:val="00FFCC"/>
        </w:rPr>
        <w:t xml:space="preserve">Never </w:t>
      </w:r>
      <w:r>
        <w:rPr>
          <w:color w:val="CC3399"/>
        </w:rPr>
        <w:t xml:space="preserve">had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-- </w:t>
      </w:r>
      <w:r>
        <w:rPr>
          <w:color w:val="FF0066"/>
        </w:rPr>
        <w:t xml:space="preserve">and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kind </w:t>
      </w:r>
      <w:r>
        <w:rPr>
          <w:color w:val="FF6600"/>
        </w:rPr>
        <w:t xml:space="preserve">of </w:t>
      </w:r>
      <w:r>
        <w:rPr>
          <w:color w:val="00FFCC"/>
        </w:rPr>
        <w:t xml:space="preserve">surprise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remembered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FFCC"/>
        </w:rPr>
        <w:t xml:space="preserve">farm </w:t>
      </w:r>
      <w:r>
        <w:rPr>
          <w:color w:val="000000"/>
        </w:rPr>
        <w:t xml:space="preserve">, every </w:t>
      </w:r>
      <w:r>
        <w:rPr>
          <w:color w:val="00FFCC"/>
        </w:rPr>
        <w:t xml:space="preserve">inch </w:t>
      </w:r>
      <w:r>
        <w:rPr>
          <w:color w:val="FF6600"/>
        </w:rPr>
        <w:t xml:space="preserve">of </w:t>
      </w:r>
      <w:r>
        <w:rPr>
          <w:color w:val="000000"/>
        </w:rPr>
        <w:t xml:space="preserve">it their </w:t>
      </w:r>
      <w:r>
        <w:rPr>
          <w:color w:val="33CCFF"/>
        </w:rPr>
        <w:t xml:space="preserve">own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property </w:t>
      </w:r>
      <w:r>
        <w:rPr>
          <w:color w:val="000000"/>
        </w:rPr>
        <w:t xml:space="preserve">-- </w:t>
      </w:r>
      <w:r>
        <w:rPr>
          <w:color w:val="CC3399"/>
        </w:rPr>
        <w:t xml:space="preserve">appeared </w:t>
      </w:r>
      <w:r>
        <w:rPr>
          <w:color w:val="000000"/>
        </w:rPr>
        <w:t xml:space="preserve">to the </w:t>
      </w:r>
      <w:r>
        <w:rPr>
          <w:color w:val="00FFCC"/>
        </w:rPr>
        <w:t xml:space="preserve">animals </w:t>
      </w:r>
      <w:r>
        <w:rPr>
          <w:color w:val="00787F"/>
        </w:rPr>
        <w:t xml:space="preserve">so </w:t>
      </w:r>
      <w:r>
        <w:rPr>
          <w:color w:val="33CCFF"/>
        </w:rPr>
        <w:t xml:space="preserve">desirable </w:t>
      </w:r>
      <w:r>
        <w:rPr>
          <w:color w:val="000000"/>
        </w:rPr>
        <w:t xml:space="preserve">a </w:t>
      </w:r>
      <w:r>
        <w:rPr>
          <w:color w:val="00FFCC"/>
        </w:rPr>
        <w:t xml:space="preserve">place </w:t>
      </w:r>
      <w:r>
        <w:rPr>
          <w:color w:val="000000"/>
        </w:rPr>
        <w:t xml:space="preserve">. </w:t>
      </w:r>
      <w:r>
        <w:rPr>
          <w:color w:val="FF6600"/>
        </w:rPr>
        <w:t xml:space="preserve">As </w:t>
      </w:r>
      <w:r>
        <w:rPr>
          <w:color w:val="00FFCC"/>
        </w:rPr>
        <w:t xml:space="preserve">Clover </w:t>
      </w:r>
      <w:r>
        <w:rPr>
          <w:color w:val="CC3399"/>
        </w:rPr>
        <w:t xml:space="preserve">looked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down </w:t>
      </w:r>
      <w:r>
        <w:rPr>
          <w:color w:val="000000"/>
        </w:rPr>
        <w:t xml:space="preserve">the </w:t>
      </w:r>
      <w:r>
        <w:rPr>
          <w:color w:val="00FFCC"/>
        </w:rPr>
        <w:t>hi</w:t>
      </w:r>
      <w:r>
        <w:rPr>
          <w:color w:val="00FFCC"/>
        </w:rPr>
        <w:t xml:space="preserve">llside </w:t>
      </w:r>
      <w:r>
        <w:rPr>
          <w:color w:val="000000"/>
        </w:rPr>
        <w:t xml:space="preserve">her </w:t>
      </w:r>
      <w:r>
        <w:rPr>
          <w:color w:val="00FFCC"/>
        </w:rPr>
        <w:t xml:space="preserve">eyes </w:t>
      </w:r>
      <w:r>
        <w:rPr>
          <w:color w:val="CC3399"/>
        </w:rPr>
        <w:t xml:space="preserve">filled </w:t>
      </w:r>
      <w:r>
        <w:rPr>
          <w:color w:val="FF6600"/>
        </w:rPr>
        <w:t xml:space="preserve">with </w:t>
      </w:r>
      <w:r>
        <w:rPr>
          <w:color w:val="00FFCC"/>
        </w:rPr>
        <w:t xml:space="preserve">tears </w:t>
      </w:r>
      <w:r>
        <w:rPr>
          <w:color w:val="000000"/>
        </w:rPr>
        <w:t xml:space="preserve">. </w:t>
      </w:r>
      <w:r>
        <w:rPr>
          <w:color w:val="FF6600"/>
        </w:rPr>
        <w:t xml:space="preserve">If </w:t>
      </w:r>
      <w:r>
        <w:rPr>
          <w:color w:val="000000"/>
        </w:rPr>
        <w:t xml:space="preserve">she </w:t>
      </w:r>
      <w:r>
        <w:rPr>
          <w:color w:val="003E3E"/>
        </w:rPr>
        <w:t xml:space="preserve">could </w:t>
      </w:r>
      <w:r>
        <w:rPr>
          <w:color w:val="CC3399"/>
        </w:rPr>
        <w:t xml:space="preserve">have spoken </w:t>
      </w:r>
      <w:r>
        <w:rPr>
          <w:color w:val="000000"/>
        </w:rPr>
        <w:t xml:space="preserve">her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thoughts </w:t>
      </w:r>
      <w:r>
        <w:rPr>
          <w:color w:val="000000"/>
        </w:rPr>
        <w:t xml:space="preserve">, it </w:t>
      </w:r>
      <w:r>
        <w:rPr>
          <w:color w:val="003E3E"/>
        </w:rPr>
        <w:t xml:space="preserve">would </w:t>
      </w:r>
      <w:r>
        <w:rPr>
          <w:color w:val="CC3399"/>
        </w:rPr>
        <w:t xml:space="preserve">have been </w:t>
      </w:r>
      <w:r>
        <w:rPr>
          <w:color w:val="000000"/>
        </w:rPr>
        <w:t xml:space="preserve">to </w:t>
      </w:r>
      <w:r>
        <w:rPr>
          <w:color w:val="CC3399"/>
        </w:rPr>
        <w:t xml:space="preserve">say </w:t>
      </w:r>
      <w:r>
        <w:rPr>
          <w:color w:val="FF6600"/>
        </w:rPr>
        <w:t xml:space="preserve">that </w:t>
      </w:r>
      <w:r>
        <w:rPr>
          <w:color w:val="000000"/>
        </w:rPr>
        <w:t xml:space="preserve">this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000000"/>
        </w:rPr>
        <w:t xml:space="preserve">what they </w:t>
      </w:r>
      <w:r>
        <w:rPr>
          <w:color w:val="CC3399"/>
        </w:rPr>
        <w:t xml:space="preserve">had aimed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at </w:t>
      </w:r>
      <w:r>
        <w:rPr>
          <w:color w:val="000000"/>
        </w:rPr>
        <w:t xml:space="preserve">when they </w:t>
      </w:r>
      <w:r>
        <w:rPr>
          <w:color w:val="CC3399"/>
        </w:rPr>
        <w:t xml:space="preserve">had set </w:t>
      </w:r>
      <w:r>
        <w:rPr>
          <w:color w:val="000000"/>
        </w:rPr>
        <w:t xml:space="preserve">themselves </w:t>
      </w:r>
      <w:r>
        <w:rPr>
          <w:color w:val="00FFCC"/>
        </w:rPr>
        <w:t xml:space="preserve">years </w:t>
      </w:r>
      <w:r>
        <w:rPr>
          <w:color w:val="00787F"/>
        </w:rPr>
        <w:t xml:space="preserve">ago </w:t>
      </w:r>
      <w:r>
        <w:rPr>
          <w:color w:val="000000"/>
        </w:rPr>
        <w:t xml:space="preserve">to </w:t>
      </w:r>
      <w:r>
        <w:rPr>
          <w:color w:val="CC3399"/>
        </w:rPr>
        <w:t xml:space="preserve">work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overthrow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human </w:t>
      </w:r>
      <w:r>
        <w:rPr>
          <w:color w:val="00FFCC"/>
        </w:rPr>
        <w:t xml:space="preserve">race </w:t>
      </w:r>
      <w:r>
        <w:rPr>
          <w:color w:val="000000"/>
        </w:rPr>
        <w:t xml:space="preserve">. These </w:t>
      </w:r>
      <w:r>
        <w:rPr>
          <w:color w:val="00FFCC"/>
        </w:rPr>
        <w:t xml:space="preserve">scenes </w:t>
      </w:r>
      <w:r>
        <w:rPr>
          <w:color w:val="FF6600"/>
        </w:rPr>
        <w:t xml:space="preserve">of </w:t>
      </w:r>
      <w:r>
        <w:rPr>
          <w:color w:val="00FFCC"/>
        </w:rPr>
        <w:t xml:space="preserve">terror </w:t>
      </w:r>
      <w:r>
        <w:rPr>
          <w:color w:val="FF0066"/>
        </w:rPr>
        <w:t xml:space="preserve">and </w:t>
      </w:r>
      <w:r>
        <w:rPr>
          <w:color w:val="00FFCC"/>
        </w:rPr>
        <w:t xml:space="preserve">slaughter </w:t>
      </w:r>
      <w:r>
        <w:rPr>
          <w:color w:val="CC3399"/>
        </w:rPr>
        <w:t xml:space="preserve">were </w:t>
      </w:r>
      <w:r>
        <w:rPr>
          <w:color w:val="00787F"/>
        </w:rPr>
        <w:t xml:space="preserve">not </w:t>
      </w:r>
      <w:r>
        <w:rPr>
          <w:color w:val="000000"/>
        </w:rPr>
        <w:t xml:space="preserve">what they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looked </w:t>
      </w:r>
      <w:r>
        <w:rPr>
          <w:color w:val="00787F"/>
        </w:rPr>
        <w:t xml:space="preserve">forward </w:t>
      </w:r>
      <w:r>
        <w:rPr>
          <w:color w:val="000000"/>
        </w:rPr>
        <w:t xml:space="preserve">to </w:t>
      </w:r>
      <w:r>
        <w:rPr>
          <w:color w:val="FF6600"/>
        </w:rPr>
        <w:t xml:space="preserve">on </w:t>
      </w:r>
      <w:r>
        <w:rPr>
          <w:color w:val="000000"/>
        </w:rPr>
        <w:t xml:space="preserve">that </w:t>
      </w:r>
      <w:r>
        <w:rPr>
          <w:color w:val="00FFCC"/>
        </w:rPr>
        <w:t xml:space="preserve">night </w:t>
      </w:r>
      <w:r>
        <w:rPr>
          <w:color w:val="000000"/>
        </w:rPr>
        <w:t xml:space="preserve">when </w:t>
      </w:r>
      <w:r>
        <w:rPr>
          <w:color w:val="33CCFF"/>
        </w:rPr>
        <w:t xml:space="preserve">old </w:t>
      </w:r>
      <w:r>
        <w:rPr>
          <w:color w:val="00FFCC"/>
        </w:rPr>
        <w:t xml:space="preserve">Major </w:t>
      </w:r>
      <w:r>
        <w:rPr>
          <w:color w:val="00787F"/>
        </w:rPr>
        <w:t xml:space="preserve">first </w:t>
      </w:r>
      <w:r>
        <w:rPr>
          <w:color w:val="CC3399"/>
        </w:rPr>
        <w:t xml:space="preserve">stirred </w:t>
      </w:r>
      <w:r>
        <w:rPr>
          <w:color w:val="000000"/>
        </w:rPr>
        <w:t xml:space="preserve">them 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rebellion </w:t>
      </w:r>
      <w:r>
        <w:rPr>
          <w:color w:val="000000"/>
        </w:rPr>
        <w:t xml:space="preserve">. </w:t>
      </w:r>
      <w:r>
        <w:rPr>
          <w:color w:val="FF6600"/>
        </w:rPr>
        <w:t xml:space="preserve">If </w:t>
      </w:r>
      <w:r>
        <w:rPr>
          <w:color w:val="000000"/>
        </w:rPr>
        <w:t xml:space="preserve">she herself </w:t>
      </w:r>
      <w:r>
        <w:rPr>
          <w:color w:val="CC3399"/>
        </w:rPr>
        <w:t xml:space="preserve">had had </w:t>
      </w:r>
      <w:r>
        <w:rPr>
          <w:color w:val="000000"/>
        </w:rPr>
        <w:t xml:space="preserve">any </w:t>
      </w:r>
      <w:r>
        <w:rPr>
          <w:color w:val="00FFCC"/>
        </w:rPr>
        <w:t xml:space="preserve">picture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future </w:t>
      </w:r>
      <w:r>
        <w:rPr>
          <w:color w:val="000000"/>
        </w:rPr>
        <w:t xml:space="preserve">, it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society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animals </w:t>
      </w:r>
      <w:r>
        <w:rPr>
          <w:color w:val="CC3399"/>
        </w:rPr>
        <w:t xml:space="preserve">set </w:t>
      </w:r>
      <w:r>
        <w:rPr>
          <w:color w:val="33CCFF"/>
        </w:rPr>
        <w:t xml:space="preserve">free </w:t>
      </w:r>
      <w:r>
        <w:rPr>
          <w:color w:val="FF6600"/>
        </w:rPr>
        <w:t xml:space="preserve">from </w:t>
      </w:r>
      <w:r>
        <w:rPr>
          <w:color w:val="00FFCC"/>
        </w:rPr>
        <w:t xml:space="preserve">hunger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whip </w:t>
      </w:r>
      <w:r>
        <w:rPr>
          <w:color w:val="000000"/>
        </w:rPr>
        <w:t xml:space="preserve">, all </w:t>
      </w:r>
      <w:r>
        <w:rPr>
          <w:color w:val="33CCFF"/>
        </w:rPr>
        <w:t xml:space="preserve">equal </w:t>
      </w:r>
      <w:r>
        <w:rPr>
          <w:color w:val="000000"/>
        </w:rPr>
        <w:t xml:space="preserve">, </w:t>
      </w:r>
      <w:r>
        <w:rPr>
          <w:color w:val="000000"/>
        </w:rPr>
        <w:t xml:space="preserve">each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working according </w:t>
      </w:r>
      <w:r>
        <w:rPr>
          <w:color w:val="000000"/>
        </w:rPr>
        <w:t xml:space="preserve">to his </w:t>
      </w:r>
      <w:r>
        <w:rPr>
          <w:color w:val="00FFCC"/>
        </w:rPr>
        <w:t xml:space="preserve">capacity </w:t>
      </w:r>
      <w:r>
        <w:rPr>
          <w:color w:val="000000"/>
        </w:rPr>
        <w:t xml:space="preserve">, the </w:t>
      </w:r>
      <w:r>
        <w:rPr>
          <w:color w:val="33CCFF"/>
        </w:rPr>
        <w:t xml:space="preserve">strong </w:t>
      </w:r>
      <w:r>
        <w:rPr>
          <w:color w:val="CC3399"/>
        </w:rPr>
        <w:t xml:space="preserve">protecting </w:t>
      </w:r>
      <w:r>
        <w:rPr>
          <w:color w:val="000000"/>
        </w:rPr>
        <w:t xml:space="preserve">the </w:t>
      </w:r>
      <w:r>
        <w:rPr>
          <w:color w:val="33CCFF"/>
        </w:rPr>
        <w:t xml:space="preserve">weak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0000"/>
        </w:rPr>
        <w:t xml:space="preserve">she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protected </w:t>
      </w:r>
      <w:r>
        <w:rPr>
          <w:color w:val="000000"/>
        </w:rPr>
        <w:t xml:space="preserve">the </w:t>
      </w:r>
      <w:r>
        <w:rPr>
          <w:color w:val="CC3399"/>
        </w:rPr>
        <w:t xml:space="preserve">lost </w:t>
      </w:r>
      <w:r>
        <w:rPr>
          <w:color w:val="00FFCC"/>
        </w:rPr>
        <w:t xml:space="preserve">brood </w:t>
      </w:r>
      <w:r>
        <w:rPr>
          <w:color w:val="FF6600"/>
        </w:rPr>
        <w:t xml:space="preserve">of </w:t>
      </w:r>
      <w:r>
        <w:rPr>
          <w:color w:val="00FFCC"/>
        </w:rPr>
        <w:t xml:space="preserve">ducklings </w:t>
      </w:r>
      <w:r>
        <w:rPr>
          <w:color w:val="FF6600"/>
        </w:rPr>
        <w:t xml:space="preserve">with </w:t>
      </w:r>
      <w:r>
        <w:rPr>
          <w:color w:val="000000"/>
        </w:rPr>
        <w:t xml:space="preserve">her </w:t>
      </w:r>
      <w:r>
        <w:rPr>
          <w:color w:val="00FFCC"/>
        </w:rPr>
        <w:t xml:space="preserve">foreleg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night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Major </w:t>
      </w:r>
      <w:r>
        <w:rPr>
          <w:color w:val="000000"/>
        </w:rPr>
        <w:t xml:space="preserve">'s </w:t>
      </w:r>
      <w:r>
        <w:rPr>
          <w:color w:val="00FFCC"/>
        </w:rPr>
        <w:t xml:space="preserve">speech </w:t>
      </w:r>
      <w:r>
        <w:rPr>
          <w:color w:val="000000"/>
        </w:rPr>
        <w:t xml:space="preserve">. </w:t>
      </w:r>
      <w:r>
        <w:rPr>
          <w:color w:val="00787F"/>
        </w:rPr>
        <w:t xml:space="preserve">Instead </w:t>
      </w:r>
      <w:r>
        <w:rPr>
          <w:color w:val="000000"/>
        </w:rPr>
        <w:t xml:space="preserve">-- she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know </w:t>
      </w:r>
      <w:r>
        <w:rPr>
          <w:color w:val="000000"/>
        </w:rPr>
        <w:t xml:space="preserve">why -- they </w:t>
      </w:r>
      <w:r>
        <w:rPr>
          <w:color w:val="CC3399"/>
        </w:rPr>
        <w:t xml:space="preserve">had come </w:t>
      </w:r>
      <w:r>
        <w:rPr>
          <w:color w:val="000000"/>
        </w:rPr>
        <w:t xml:space="preserve">to a </w:t>
      </w:r>
      <w:r>
        <w:rPr>
          <w:color w:val="00FFCC"/>
        </w:rPr>
        <w:t xml:space="preserve">time </w:t>
      </w: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when no </w:t>
      </w:r>
      <w:r>
        <w:rPr>
          <w:color w:val="00FFCC"/>
        </w:rPr>
        <w:t xml:space="preserve">one </w:t>
      </w:r>
      <w:r>
        <w:rPr>
          <w:color w:val="CC3399"/>
        </w:rPr>
        <w:t xml:space="preserve">dared </w:t>
      </w:r>
      <w:r>
        <w:rPr>
          <w:color w:val="CC3399"/>
        </w:rPr>
        <w:t xml:space="preserve">speak </w:t>
      </w:r>
      <w:r>
        <w:rPr>
          <w:color w:val="000000"/>
        </w:rPr>
        <w:t xml:space="preserve">his </w:t>
      </w:r>
      <w:r>
        <w:rPr>
          <w:color w:val="00FFCC"/>
        </w:rPr>
        <w:t xml:space="preserve">mind </w:t>
      </w:r>
      <w:r>
        <w:rPr>
          <w:color w:val="000000"/>
        </w:rPr>
        <w:t xml:space="preserve">, when </w:t>
      </w:r>
      <w:r>
        <w:rPr>
          <w:color w:val="00FFCC"/>
        </w:rPr>
        <w:t xml:space="preserve">fierce </w:t>
      </w:r>
      <w:r>
        <w:rPr>
          <w:color w:val="000000"/>
        </w:rPr>
        <w:t xml:space="preserve">, </w:t>
      </w:r>
      <w:r>
        <w:rPr>
          <w:color w:val="CC3399"/>
        </w:rPr>
        <w:t xml:space="preserve">growling </w:t>
      </w:r>
      <w:r>
        <w:rPr>
          <w:color w:val="00FFCC"/>
        </w:rPr>
        <w:t xml:space="preserve">dogs </w:t>
      </w:r>
      <w:r>
        <w:rPr>
          <w:color w:val="CC3399"/>
        </w:rPr>
        <w:t xml:space="preserve">roamed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everywhere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you </w:t>
      </w:r>
      <w:r>
        <w:rPr>
          <w:color w:val="CC3399"/>
        </w:rPr>
        <w:t xml:space="preserve">had </w:t>
      </w:r>
      <w:r>
        <w:rPr>
          <w:color w:val="000000"/>
        </w:rPr>
        <w:t xml:space="preserve">to </w:t>
      </w:r>
      <w:r>
        <w:rPr>
          <w:color w:val="CC3399"/>
        </w:rPr>
        <w:t xml:space="preserve">watch </w:t>
      </w:r>
      <w:r>
        <w:rPr>
          <w:color w:val="000000"/>
        </w:rPr>
        <w:t xml:space="preserve">your </w:t>
      </w:r>
      <w:r>
        <w:rPr>
          <w:color w:val="00FFCC"/>
        </w:rPr>
        <w:t xml:space="preserve">comrades </w:t>
      </w:r>
      <w:r>
        <w:rPr>
          <w:color w:val="CC3399"/>
        </w:rPr>
        <w:t xml:space="preserve">torn </w:t>
      </w:r>
      <w:r>
        <w:rPr>
          <w:color w:val="000000"/>
        </w:rPr>
        <w:t xml:space="preserve">to </w:t>
      </w:r>
      <w:r>
        <w:rPr>
          <w:color w:val="00FFCC"/>
        </w:rPr>
        <w:t xml:space="preserve">pieces </w:t>
      </w:r>
      <w:r>
        <w:rPr>
          <w:color w:val="FF6600"/>
        </w:rPr>
        <w:t xml:space="preserve">after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confessing </w:t>
      </w:r>
      <w:r>
        <w:rPr>
          <w:color w:val="000000"/>
        </w:rPr>
        <w:t xml:space="preserve">to </w:t>
      </w:r>
      <w:r>
        <w:rPr>
          <w:color w:val="CC3399"/>
        </w:rPr>
        <w:t xml:space="preserve">shocking </w:t>
      </w:r>
      <w:r>
        <w:rPr>
          <w:color w:val="00FFCC"/>
        </w:rPr>
        <w:t xml:space="preserve">crimes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no </w:t>
      </w:r>
      <w:r>
        <w:rPr>
          <w:color w:val="00FFCC"/>
        </w:rPr>
        <w:t xml:space="preserve">thought </w:t>
      </w:r>
      <w:r>
        <w:rPr>
          <w:color w:val="FF6600"/>
        </w:rPr>
        <w:t xml:space="preserve">of </w:t>
      </w:r>
      <w:r>
        <w:rPr>
          <w:color w:val="00FFCC"/>
        </w:rPr>
        <w:t xml:space="preserve">rebellion </w:t>
      </w:r>
      <w:r>
        <w:rPr>
          <w:color w:val="FF0066"/>
        </w:rPr>
        <w:t xml:space="preserve">or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disobedience </w:t>
      </w:r>
      <w:r>
        <w:rPr>
          <w:color w:val="FF6600"/>
        </w:rPr>
        <w:t xml:space="preserve">in </w:t>
      </w:r>
      <w:r>
        <w:rPr>
          <w:color w:val="000000"/>
        </w:rPr>
        <w:t xml:space="preserve">her </w:t>
      </w:r>
      <w:r>
        <w:rPr>
          <w:color w:val="00FFCC"/>
        </w:rPr>
        <w:t xml:space="preserve">mind </w:t>
      </w:r>
      <w:r>
        <w:rPr>
          <w:color w:val="000000"/>
        </w:rPr>
        <w:t xml:space="preserve">. She </w:t>
      </w:r>
      <w:r>
        <w:rPr>
          <w:color w:val="CC3399"/>
        </w:rPr>
        <w:t xml:space="preserve">knew </w:t>
      </w:r>
      <w:r>
        <w:rPr>
          <w:color w:val="FF6600"/>
        </w:rPr>
        <w:t xml:space="preserve">that </w:t>
      </w:r>
      <w:r>
        <w:rPr>
          <w:color w:val="000000"/>
        </w:rPr>
        <w:t xml:space="preserve">, </w:t>
      </w:r>
      <w:r>
        <w:rPr>
          <w:color w:val="00787F"/>
        </w:rPr>
        <w:t xml:space="preserve">even </w:t>
      </w:r>
      <w:r>
        <w:rPr>
          <w:color w:val="FF6600"/>
        </w:rPr>
        <w:t xml:space="preserve">as </w:t>
      </w:r>
      <w:r>
        <w:rPr>
          <w:color w:val="00FFCC"/>
        </w:rPr>
        <w:t xml:space="preserve">things </w:t>
      </w:r>
      <w:r>
        <w:rPr>
          <w:color w:val="CC3399"/>
        </w:rPr>
        <w:t xml:space="preserve">were </w:t>
      </w:r>
      <w:r>
        <w:rPr>
          <w:color w:val="000000"/>
        </w:rPr>
        <w:t xml:space="preserve">, they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far </w:t>
      </w:r>
      <w:r>
        <w:rPr>
          <w:color w:val="33CCFF"/>
        </w:rPr>
        <w:t xml:space="preserve">better </w:t>
      </w:r>
      <w:r>
        <w:rPr>
          <w:color w:val="000000"/>
        </w:rPr>
        <w:t xml:space="preserve">off </w:t>
      </w:r>
      <w:r>
        <w:rPr>
          <w:color w:val="FF6600"/>
        </w:rPr>
        <w:t xml:space="preserve">than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been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days </w:t>
      </w:r>
      <w:r>
        <w:rPr>
          <w:color w:val="FF6600"/>
        </w:rPr>
        <w:t xml:space="preserve">of </w:t>
      </w:r>
      <w:r>
        <w:rPr>
          <w:color w:val="00FFCC"/>
        </w:rPr>
        <w:t xml:space="preserve">Jones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before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all </w:t>
      </w:r>
      <w:r>
        <w:rPr>
          <w:color w:val="CC3399"/>
        </w:rPr>
        <w:t xml:space="preserve">else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33CCFF"/>
        </w:rPr>
        <w:t xml:space="preserve">needful </w:t>
      </w:r>
      <w:r>
        <w:rPr>
          <w:color w:val="000000"/>
        </w:rPr>
        <w:t xml:space="preserve">to </w:t>
      </w:r>
      <w:r>
        <w:rPr>
          <w:color w:val="CC3399"/>
        </w:rPr>
        <w:t xml:space="preserve">prevent </w:t>
      </w:r>
      <w:r>
        <w:rPr>
          <w:color w:val="000000"/>
        </w:rPr>
        <w:t xml:space="preserve">the </w:t>
      </w:r>
      <w:r>
        <w:rPr>
          <w:color w:val="00FFCC"/>
        </w:rPr>
        <w:t xml:space="preserve">return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Whatever </w:t>
      </w:r>
      <w:r>
        <w:rPr>
          <w:color w:val="CC3399"/>
        </w:rPr>
        <w:t xml:space="preserve">happened </w:t>
      </w:r>
      <w:r>
        <w:rPr>
          <w:color w:val="000000"/>
        </w:rPr>
        <w:t xml:space="preserve">she </w:t>
      </w:r>
      <w:r>
        <w:rPr>
          <w:color w:val="003E3E"/>
        </w:rPr>
        <w:t xml:space="preserve">would </w:t>
      </w:r>
      <w:r>
        <w:rPr>
          <w:color w:val="CC3399"/>
        </w:rPr>
        <w:t xml:space="preserve">remain </w:t>
      </w:r>
      <w:r>
        <w:rPr>
          <w:color w:val="33CCFF"/>
        </w:rPr>
        <w:t xml:space="preserve">faithful </w:t>
      </w:r>
      <w:r>
        <w:rPr>
          <w:color w:val="000000"/>
        </w:rPr>
        <w:t xml:space="preserve">, </w:t>
      </w:r>
      <w:r>
        <w:rPr>
          <w:color w:val="CC3399"/>
        </w:rPr>
        <w:t xml:space="preserve">work </w:t>
      </w:r>
      <w:r>
        <w:rPr>
          <w:color w:val="00787F"/>
        </w:rPr>
        <w:t xml:space="preserve">hard </w:t>
      </w:r>
      <w:r>
        <w:rPr>
          <w:color w:val="000000"/>
        </w:rPr>
        <w:t xml:space="preserve">, </w:t>
      </w:r>
      <w:r>
        <w:rPr>
          <w:color w:val="CC3399"/>
        </w:rPr>
        <w:t xml:space="preserve">carry </w:t>
      </w:r>
      <w:r>
        <w:rPr>
          <w:color w:val="000000"/>
        </w:rPr>
        <w:t xml:space="preserve">out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orders </w:t>
      </w:r>
      <w:r>
        <w:rPr>
          <w:color w:val="000000"/>
        </w:rPr>
        <w:t xml:space="preserve">that </w:t>
      </w:r>
      <w:r>
        <w:rPr>
          <w:color w:val="CC3399"/>
        </w:rPr>
        <w:t xml:space="preserve">were </w:t>
      </w:r>
      <w:r>
        <w:rPr>
          <w:color w:val="CC3399"/>
        </w:rPr>
        <w:t xml:space="preserve">given </w:t>
      </w:r>
      <w:r>
        <w:rPr>
          <w:color w:val="000000"/>
        </w:rPr>
        <w:t xml:space="preserve">to her , </w:t>
      </w:r>
      <w:r>
        <w:rPr>
          <w:color w:val="FF0066"/>
        </w:rPr>
        <w:t xml:space="preserve">and </w:t>
      </w:r>
      <w:r>
        <w:rPr>
          <w:color w:val="FF6600"/>
        </w:rPr>
        <w:t xml:space="preserve">accept </w:t>
      </w:r>
      <w:r>
        <w:rPr>
          <w:color w:val="000000"/>
        </w:rPr>
        <w:t xml:space="preserve">the </w:t>
      </w:r>
      <w:r>
        <w:rPr>
          <w:color w:val="00FFCC"/>
        </w:rPr>
        <w:t xml:space="preserve">leadership </w:t>
      </w:r>
      <w:r>
        <w:rPr>
          <w:color w:val="FF6600"/>
        </w:rPr>
        <w:t xml:space="preserve">of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still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FF6600"/>
        </w:rPr>
        <w:t xml:space="preserve">for </w:t>
      </w:r>
      <w:r>
        <w:rPr>
          <w:color w:val="000000"/>
        </w:rPr>
        <w:t xml:space="preserve">this that she </w:t>
      </w:r>
      <w:r>
        <w:rPr>
          <w:color w:val="FF0066"/>
        </w:rPr>
        <w:t xml:space="preserve">and </w:t>
      </w:r>
      <w:r>
        <w:rPr>
          <w:color w:val="000000"/>
        </w:rPr>
        <w:t xml:space="preserve">all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hoped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toiled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FF6600"/>
        </w:rPr>
        <w:t xml:space="preserve">for </w:t>
      </w:r>
      <w:r>
        <w:rPr>
          <w:color w:val="000000"/>
        </w:rPr>
        <w:t xml:space="preserve">this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built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FF0066"/>
        </w:rPr>
        <w:t xml:space="preserve">and </w:t>
      </w:r>
      <w:r>
        <w:rPr>
          <w:color w:val="CC3399"/>
        </w:rPr>
        <w:t xml:space="preserve">faced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bullets </w:t>
      </w:r>
      <w:r>
        <w:rPr>
          <w:color w:val="FF6600"/>
        </w:rPr>
        <w:t xml:space="preserve">of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gun </w:t>
      </w:r>
      <w:r>
        <w:rPr>
          <w:color w:val="000000"/>
        </w:rPr>
        <w:t xml:space="preserve">. </w:t>
      </w:r>
      <w:r>
        <w:rPr>
          <w:color w:val="33CCFF"/>
        </w:rPr>
        <w:t xml:space="preserve">Such </w:t>
      </w:r>
      <w:r>
        <w:rPr>
          <w:color w:val="CC3399"/>
        </w:rPr>
        <w:t xml:space="preserve">were </w:t>
      </w:r>
      <w:r>
        <w:rPr>
          <w:color w:val="000000"/>
        </w:rPr>
        <w:t xml:space="preserve">her </w:t>
      </w:r>
      <w:r>
        <w:rPr>
          <w:color w:val="00FFCC"/>
        </w:rPr>
        <w:t xml:space="preserve">thoughts </w:t>
      </w:r>
      <w:r>
        <w:rPr>
          <w:color w:val="000000"/>
        </w:rPr>
        <w:t xml:space="preserve">, </w:t>
      </w:r>
      <w:r>
        <w:rPr>
          <w:color w:val="FF6600"/>
        </w:rPr>
        <w:t xml:space="preserve">though </w:t>
      </w:r>
      <w:r>
        <w:rPr>
          <w:color w:val="000000"/>
        </w:rPr>
        <w:t xml:space="preserve">she </w:t>
      </w:r>
      <w:r>
        <w:rPr>
          <w:color w:val="CC3399"/>
        </w:rPr>
        <w:t xml:space="preserve">lacked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words </w:t>
      </w:r>
      <w:r>
        <w:rPr>
          <w:color w:val="000000"/>
        </w:rPr>
        <w:t xml:space="preserve">to </w:t>
      </w:r>
      <w:r>
        <w:rPr>
          <w:color w:val="CC3399"/>
        </w:rPr>
        <w:t xml:space="preserve">express </w:t>
      </w:r>
      <w:r>
        <w:rPr>
          <w:color w:val="000000"/>
        </w:rPr>
        <w:t xml:space="preserve">them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At </w:t>
      </w:r>
      <w:r>
        <w:rPr>
          <w:color w:val="33CCFF"/>
        </w:rPr>
        <w:t xml:space="preserve">last </w:t>
      </w:r>
      <w:r>
        <w:rPr>
          <w:color w:val="000000"/>
        </w:rPr>
        <w:t xml:space="preserve">, </w:t>
      </w:r>
      <w:r>
        <w:rPr>
          <w:color w:val="CC3399"/>
        </w:rPr>
        <w:t xml:space="preserve">feeling </w:t>
      </w:r>
      <w:r>
        <w:rPr>
          <w:color w:val="000000"/>
        </w:rPr>
        <w:t xml:space="preserve">this to </w:t>
      </w:r>
      <w:r>
        <w:rPr>
          <w:color w:val="CC3399"/>
        </w:rPr>
        <w:t xml:space="preserve">be </w:t>
      </w:r>
      <w:r>
        <w:rPr>
          <w:color w:val="FF6600"/>
        </w:rPr>
        <w:t xml:space="preserve">in </w:t>
      </w:r>
      <w:r>
        <w:rPr>
          <w:color w:val="000000"/>
        </w:rPr>
        <w:t xml:space="preserve">some </w:t>
      </w:r>
      <w:r>
        <w:rPr>
          <w:color w:val="00FFCC"/>
        </w:rPr>
        <w:t xml:space="preserve">way </w:t>
      </w:r>
      <w:r>
        <w:rPr>
          <w:color w:val="000000"/>
        </w:rPr>
        <w:t xml:space="preserve">a </w:t>
      </w:r>
      <w:r>
        <w:rPr>
          <w:color w:val="00FFCC"/>
        </w:rPr>
        <w:t xml:space="preserve">substitute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words </w:t>
      </w:r>
      <w:r>
        <w:rPr>
          <w:color w:val="000000"/>
        </w:rPr>
        <w:t xml:space="preserve">she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unable </w:t>
      </w:r>
      <w:r>
        <w:rPr>
          <w:color w:val="000000"/>
        </w:rPr>
        <w:t xml:space="preserve">to </w:t>
      </w:r>
      <w:r>
        <w:rPr>
          <w:color w:val="CC3399"/>
        </w:rPr>
        <w:t xml:space="preserve">find </w:t>
      </w:r>
      <w:r>
        <w:rPr>
          <w:color w:val="000000"/>
        </w:rPr>
        <w:t xml:space="preserve">, she </w:t>
      </w:r>
      <w:r>
        <w:rPr>
          <w:color w:val="CC3399"/>
        </w:rPr>
        <w:t xml:space="preserve">began </w:t>
      </w:r>
      <w:r>
        <w:rPr>
          <w:color w:val="000000"/>
        </w:rPr>
        <w:t xml:space="preserve">to </w:t>
      </w:r>
      <w:r>
        <w:rPr>
          <w:color w:val="CC3399"/>
        </w:rPr>
        <w:t xml:space="preserve">sing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.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sitting </w:t>
      </w:r>
      <w:r>
        <w:rPr>
          <w:color w:val="00FFCC"/>
        </w:rPr>
        <w:t xml:space="preserve">round </w:t>
      </w:r>
      <w:r>
        <w:rPr>
          <w:color w:val="000000"/>
        </w:rPr>
        <w:t xml:space="preserve">her </w:t>
      </w:r>
      <w:r>
        <w:rPr>
          <w:color w:val="CC3399"/>
        </w:rPr>
        <w:t xml:space="preserve">took </w:t>
      </w:r>
      <w:r>
        <w:rPr>
          <w:color w:val="000000"/>
        </w:rPr>
        <w:t xml:space="preserve">it up , </w:t>
      </w:r>
      <w:r>
        <w:rPr>
          <w:color w:val="FF0066"/>
        </w:rPr>
        <w:t xml:space="preserve">and </w:t>
      </w:r>
      <w:r>
        <w:rPr>
          <w:color w:val="000000"/>
        </w:rPr>
        <w:t xml:space="preserve">they </w:t>
      </w:r>
      <w:r>
        <w:rPr>
          <w:color w:val="CC3399"/>
        </w:rPr>
        <w:t>sa</w:t>
      </w:r>
      <w:r>
        <w:rPr>
          <w:color w:val="CC3399"/>
        </w:rPr>
        <w:t xml:space="preserve">ng </w:t>
      </w:r>
      <w:r>
        <w:rPr>
          <w:color w:val="000000"/>
        </w:rPr>
        <w:t xml:space="preserve">it three </w:t>
      </w:r>
      <w:r>
        <w:rPr>
          <w:color w:val="00FFCC"/>
        </w:rPr>
        <w:t xml:space="preserve">times </w:t>
      </w:r>
      <w:r>
        <w:rPr>
          <w:color w:val="00787F"/>
        </w:rPr>
        <w:t xml:space="preserve">over </w:t>
      </w:r>
      <w:r>
        <w:rPr>
          <w:color w:val="000000"/>
        </w:rPr>
        <w:t xml:space="preserve">-- </w:t>
      </w:r>
      <w:r>
        <w:rPr>
          <w:color w:val="00787F"/>
        </w:rPr>
        <w:t xml:space="preserve">very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tunefully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787F"/>
        </w:rPr>
        <w:t xml:space="preserve">slowly </w:t>
      </w:r>
      <w:r>
        <w:rPr>
          <w:color w:val="FF0066"/>
        </w:rPr>
        <w:t xml:space="preserve">and </w:t>
      </w:r>
      <w:r>
        <w:rPr>
          <w:color w:val="00787F"/>
        </w:rPr>
        <w:t xml:space="preserve">mournfully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way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CC3399"/>
        </w:rPr>
        <w:t xml:space="preserve">sung </w:t>
      </w:r>
      <w:r>
        <w:rPr>
          <w:color w:val="000000"/>
        </w:rPr>
        <w:t xml:space="preserve">it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before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787F"/>
        </w:rPr>
        <w:t xml:space="preserve">just </w:t>
      </w:r>
      <w:r>
        <w:rPr>
          <w:color w:val="CC3399"/>
        </w:rPr>
        <w:t xml:space="preserve">finished singing </w:t>
      </w:r>
      <w:r>
        <w:rPr>
          <w:color w:val="000000"/>
        </w:rPr>
        <w:t xml:space="preserve">it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33CCFF"/>
        </w:rPr>
        <w:t xml:space="preserve">third </w:t>
      </w:r>
      <w:r>
        <w:rPr>
          <w:color w:val="00FFCC"/>
        </w:rPr>
        <w:t xml:space="preserve">time </w:t>
      </w:r>
      <w:r>
        <w:rPr>
          <w:color w:val="000000"/>
        </w:rPr>
        <w:t xml:space="preserve">when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attended </w:t>
      </w:r>
      <w:r>
        <w:rPr>
          <w:color w:val="FF6600"/>
        </w:rPr>
        <w:t xml:space="preserve">by </w:t>
      </w:r>
      <w:r>
        <w:rPr>
          <w:color w:val="000000"/>
        </w:rPr>
        <w:t xml:space="preserve">two </w:t>
      </w:r>
      <w:r>
        <w:rPr>
          <w:color w:val="00FFCC"/>
        </w:rPr>
        <w:t xml:space="preserve">dogs </w:t>
      </w:r>
      <w:r>
        <w:rPr>
          <w:color w:val="000000"/>
        </w:rPr>
        <w:t xml:space="preserve">, </w:t>
      </w:r>
      <w:r>
        <w:rPr>
          <w:color w:val="CC3399"/>
        </w:rPr>
        <w:t xml:space="preserve">approached </w:t>
      </w:r>
      <w:r>
        <w:rPr>
          <w:color w:val="000000"/>
        </w:rPr>
        <w:t xml:space="preserve">them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air </w:t>
      </w:r>
      <w:r>
        <w:rPr>
          <w:color w:val="FF6600"/>
        </w:rPr>
        <w:t xml:space="preserve">of </w:t>
      </w:r>
      <w:r>
        <w:rPr>
          <w:color w:val="CC3399"/>
        </w:rPr>
        <w:t xml:space="preserve">having </w:t>
      </w:r>
      <w:r>
        <w:rPr>
          <w:color w:val="00FFCC"/>
        </w:rPr>
        <w:t xml:space="preserve">something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important </w:t>
      </w:r>
      <w:r>
        <w:rPr>
          <w:color w:val="000000"/>
        </w:rPr>
        <w:t xml:space="preserve">to </w:t>
      </w:r>
      <w:r>
        <w:rPr>
          <w:color w:val="CC3399"/>
        </w:rPr>
        <w:t xml:space="preserve">say </w:t>
      </w:r>
      <w:r>
        <w:rPr>
          <w:color w:val="000000"/>
        </w:rPr>
        <w:t xml:space="preserve">. He </w:t>
      </w:r>
      <w:r>
        <w:rPr>
          <w:color w:val="CC3399"/>
        </w:rPr>
        <w:t xml:space="preserve">announced </w:t>
      </w:r>
      <w:r>
        <w:rPr>
          <w:color w:val="FF6600"/>
        </w:rPr>
        <w:t xml:space="preserve">that </w:t>
      </w:r>
      <w:r>
        <w:rPr>
          <w:color w:val="000000"/>
        </w:rPr>
        <w:t xml:space="preserve">, </w:t>
      </w: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  <w:r>
        <w:rPr>
          <w:color w:val="33CCFF"/>
        </w:rPr>
        <w:t xml:space="preserve">special </w:t>
      </w:r>
      <w:r>
        <w:rPr>
          <w:color w:val="00FFCC"/>
        </w:rPr>
        <w:t xml:space="preserve">decree </w:t>
      </w:r>
      <w:r>
        <w:rPr>
          <w:color w:val="FF6600"/>
        </w:rPr>
        <w:t xml:space="preserve">of </w:t>
      </w:r>
      <w:r>
        <w:rPr>
          <w:color w:val="00FFCC"/>
        </w:rPr>
        <w:t xml:space="preserve">Comrade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</w:t>
      </w:r>
      <w:r>
        <w:rPr>
          <w:color w:val="CC3399"/>
        </w:rPr>
        <w:t xml:space="preserve">had been abolished </w:t>
      </w:r>
      <w:r>
        <w:rPr>
          <w:color w:val="000000"/>
        </w:rPr>
        <w:t xml:space="preserve">. </w:t>
      </w:r>
      <w:r>
        <w:rPr>
          <w:color w:val="FF6600"/>
        </w:rPr>
        <w:t xml:space="preserve">From </w:t>
      </w:r>
      <w:r>
        <w:rPr>
          <w:color w:val="00787F"/>
        </w:rPr>
        <w:t xml:space="preserve">now </w:t>
      </w:r>
      <w:r>
        <w:rPr>
          <w:color w:val="FF6600"/>
        </w:rPr>
        <w:t xml:space="preserve">onwards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forbidden </w:t>
      </w:r>
      <w:r>
        <w:rPr>
          <w:color w:val="000000"/>
        </w:rPr>
        <w:t xml:space="preserve">to </w:t>
      </w:r>
      <w:r>
        <w:rPr>
          <w:color w:val="CC3399"/>
        </w:rPr>
        <w:t xml:space="preserve">sing </w:t>
      </w:r>
      <w:r>
        <w:rPr>
          <w:color w:val="000000"/>
        </w:rPr>
        <w:t xml:space="preserve">it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taken </w:t>
      </w:r>
      <w:r>
        <w:rPr>
          <w:color w:val="00787F"/>
        </w:rPr>
        <w:t xml:space="preserve">aback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Why ? '' </w:t>
      </w:r>
      <w:r>
        <w:rPr>
          <w:color w:val="CC3399"/>
        </w:rPr>
        <w:t xml:space="preserve">cried </w:t>
      </w:r>
      <w:r>
        <w:rPr>
          <w:color w:val="00FFCC"/>
        </w:rPr>
        <w:t xml:space="preserve">Muriel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It </w:t>
      </w:r>
      <w:r>
        <w:rPr>
          <w:color w:val="CC3399"/>
        </w:rPr>
        <w:t xml:space="preserve">'s </w:t>
      </w:r>
      <w:r>
        <w:rPr>
          <w:color w:val="00787F"/>
        </w:rPr>
        <w:t xml:space="preserve">no longer </w:t>
      </w:r>
      <w:r>
        <w:rPr>
          <w:color w:val="CC3399"/>
        </w:rPr>
        <w:t xml:space="preserve">needed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</w:t>
      </w:r>
      <w:r>
        <w:rPr>
          <w:color w:val="000000"/>
        </w:rPr>
        <w:t xml:space="preserve">, '' </w:t>
      </w:r>
      <w:r>
        <w:rPr>
          <w:color w:val="CC3399"/>
        </w:rPr>
        <w:t xml:space="preserve">said </w:t>
      </w:r>
      <w:r>
        <w:rPr>
          <w:color w:val="00FFCC"/>
        </w:rPr>
        <w:t xml:space="preserve">Squealer stiffly </w:t>
      </w:r>
      <w:r>
        <w:rPr>
          <w:color w:val="000000"/>
        </w:rPr>
        <w:t xml:space="preserve">. ``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England </w:t>
      </w:r>
      <w:r>
        <w:rPr>
          <w:color w:val="000000"/>
        </w:rPr>
        <w:t xml:space="preserve">'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00FFCC"/>
        </w:rPr>
        <w:t xml:space="preserve">song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CC3399"/>
        </w:rPr>
        <w:t xml:space="preserve">is </w:t>
      </w:r>
      <w:r>
        <w:rPr>
          <w:color w:val="00787F"/>
        </w:rPr>
        <w:t xml:space="preserve">now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completed </w:t>
      </w:r>
      <w:r>
        <w:rPr>
          <w:color w:val="000000"/>
        </w:rPr>
        <w:t xml:space="preserve">. The </w:t>
      </w:r>
      <w:r>
        <w:rPr>
          <w:color w:val="00FFCC"/>
        </w:rPr>
        <w:t xml:space="preserve">execution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traitors </w:t>
      </w:r>
      <w:r>
        <w:rPr>
          <w:color w:val="000000"/>
        </w:rPr>
        <w:t xml:space="preserve">this </w:t>
      </w:r>
      <w:r>
        <w:rPr>
          <w:color w:val="00FFCC"/>
        </w:rPr>
        <w:t xml:space="preserve">afternoon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33CCFF"/>
        </w:rPr>
        <w:t xml:space="preserve">final </w:t>
      </w:r>
      <w:r>
        <w:rPr>
          <w:color w:val="00FFCC"/>
        </w:rPr>
        <w:t xml:space="preserve">act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enemy </w:t>
      </w:r>
      <w:r>
        <w:rPr>
          <w:color w:val="000000"/>
        </w:rPr>
        <w:t xml:space="preserve">both </w:t>
      </w:r>
      <w:r>
        <w:rPr>
          <w:color w:val="33CCFF"/>
        </w:rPr>
        <w:t xml:space="preserve">external </w:t>
      </w:r>
      <w:r>
        <w:rPr>
          <w:color w:val="FF0066"/>
        </w:rPr>
        <w:t xml:space="preserve">and </w:t>
      </w:r>
      <w:r>
        <w:rPr>
          <w:color w:val="33CCFF"/>
        </w:rPr>
        <w:t xml:space="preserve">internal </w:t>
      </w:r>
      <w:r>
        <w:rPr>
          <w:color w:val="CC3399"/>
        </w:rPr>
        <w:t xml:space="preserve">has been defeated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England </w:t>
      </w:r>
      <w:r>
        <w:rPr>
          <w:color w:val="000000"/>
        </w:rPr>
        <w:t xml:space="preserve">' we </w:t>
      </w:r>
      <w:r>
        <w:rPr>
          <w:color w:val="CC3399"/>
        </w:rPr>
        <w:t xml:space="preserve">expressed </w:t>
      </w:r>
      <w:r>
        <w:rPr>
          <w:color w:val="000000"/>
        </w:rPr>
        <w:t xml:space="preserve">our </w:t>
      </w:r>
      <w:r>
        <w:rPr>
          <w:color w:val="00FFCC"/>
        </w:rPr>
        <w:t xml:space="preserve">longing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33CCFF"/>
        </w:rPr>
        <w:t xml:space="preserve">better </w:t>
      </w:r>
      <w:r>
        <w:rPr>
          <w:color w:val="00FFCC"/>
        </w:rPr>
        <w:t xml:space="preserve">society </w:t>
      </w:r>
      <w:r>
        <w:rPr>
          <w:color w:val="FF6600"/>
        </w:rPr>
        <w:t xml:space="preserve">in </w:t>
      </w:r>
      <w:r>
        <w:rPr>
          <w:color w:val="00FFCC"/>
        </w:rPr>
        <w:t xml:space="preserve">days </w:t>
      </w:r>
      <w:r>
        <w:rPr>
          <w:color w:val="000000"/>
        </w:rPr>
        <w:t xml:space="preserve">to </w:t>
      </w:r>
      <w:r>
        <w:rPr>
          <w:color w:val="CC3399"/>
        </w:rPr>
        <w:t xml:space="preserve">come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000000"/>
        </w:rPr>
        <w:t xml:space="preserve">that </w:t>
      </w:r>
      <w:r>
        <w:rPr>
          <w:color w:val="00FFCC"/>
        </w:rPr>
        <w:t xml:space="preserve">society </w:t>
      </w:r>
      <w:r>
        <w:rPr>
          <w:color w:val="CC3399"/>
        </w:rPr>
        <w:t xml:space="preserve">has </w:t>
      </w:r>
      <w:r>
        <w:rPr>
          <w:color w:val="00787F"/>
        </w:rPr>
        <w:t xml:space="preserve">now </w:t>
      </w:r>
      <w:r>
        <w:rPr>
          <w:color w:val="CC3399"/>
        </w:rPr>
        <w:t xml:space="preserve">been established </w:t>
      </w:r>
      <w:r>
        <w:rPr>
          <w:color w:val="000000"/>
        </w:rPr>
        <w:t xml:space="preserve">. </w:t>
      </w:r>
      <w:r>
        <w:rPr>
          <w:color w:val="00787F"/>
        </w:rPr>
        <w:t xml:space="preserve">Clearly </w:t>
      </w:r>
      <w:r>
        <w:rPr>
          <w:color w:val="000000"/>
        </w:rPr>
        <w:t xml:space="preserve">this </w:t>
      </w:r>
      <w:r>
        <w:rPr>
          <w:color w:val="00FFCC"/>
        </w:rPr>
        <w:t xml:space="preserve">song </w:t>
      </w:r>
      <w:r>
        <w:rPr>
          <w:color w:val="CC3399"/>
        </w:rPr>
        <w:t xml:space="preserve">has </w:t>
      </w:r>
      <w:r>
        <w:rPr>
          <w:color w:val="00787F"/>
        </w:rPr>
        <w:t xml:space="preserve">no longer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any </w:t>
      </w:r>
      <w:r>
        <w:rPr>
          <w:color w:val="00FFCC"/>
        </w:rPr>
        <w:t xml:space="preserve">purpose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CC3399"/>
        </w:rPr>
        <w:t xml:space="preserve">Frightened </w:t>
      </w:r>
      <w:r>
        <w:rPr>
          <w:color w:val="FF6600"/>
        </w:rPr>
        <w:t xml:space="preserve">though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000000"/>
        </w:rPr>
        <w:t xml:space="preserve">, some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3E3E"/>
        </w:rPr>
        <w:t xml:space="preserve">might </w:t>
      </w:r>
      <w:r>
        <w:rPr>
          <w:color w:val="00787F"/>
        </w:rPr>
        <w:t xml:space="preserve">possibly </w:t>
      </w:r>
      <w:r>
        <w:rPr>
          <w:color w:val="CC3399"/>
        </w:rPr>
        <w:t xml:space="preserve">have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protested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FF6600"/>
        </w:rPr>
        <w:t xml:space="preserve">at </w:t>
      </w:r>
      <w:r>
        <w:rPr>
          <w:color w:val="000000"/>
        </w:rPr>
        <w:t xml:space="preserve">this </w:t>
      </w:r>
      <w:r>
        <w:rPr>
          <w:color w:val="00FFCC"/>
        </w:rPr>
        <w:t xml:space="preserve">moment </w:t>
      </w: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CC3399"/>
        </w:rPr>
        <w:t xml:space="preserve">set </w:t>
      </w:r>
      <w:r>
        <w:rPr>
          <w:color w:val="000000"/>
        </w:rPr>
        <w:t xml:space="preserve">up their </w:t>
      </w:r>
      <w:r>
        <w:rPr>
          <w:color w:val="33CCFF"/>
        </w:rPr>
        <w:t xml:space="preserve">usual </w:t>
      </w:r>
      <w:r>
        <w:rPr>
          <w:color w:val="00FFCC"/>
        </w:rPr>
        <w:t xml:space="preserve">bleating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`` Four </w:t>
      </w:r>
      <w:r>
        <w:rPr>
          <w:color w:val="00FFCC"/>
        </w:rPr>
        <w:t xml:space="preserve">legs </w:t>
      </w:r>
      <w:r>
        <w:rPr>
          <w:color w:val="33CCFF"/>
        </w:rPr>
        <w:t xml:space="preserve">good </w:t>
      </w:r>
      <w:r>
        <w:rPr>
          <w:color w:val="000000"/>
        </w:rPr>
        <w:t xml:space="preserve">, two </w:t>
      </w:r>
      <w:r>
        <w:rPr>
          <w:color w:val="00FFCC"/>
        </w:rPr>
        <w:t xml:space="preserve">legs </w:t>
      </w:r>
      <w:r>
        <w:rPr>
          <w:color w:val="33CCFF"/>
        </w:rPr>
        <w:t xml:space="preserve">bad </w:t>
      </w:r>
      <w:r>
        <w:rPr>
          <w:color w:val="000000"/>
        </w:rPr>
        <w:t xml:space="preserve">, '' which </w:t>
      </w:r>
      <w:r>
        <w:rPr>
          <w:color w:val="CC3399"/>
        </w:rPr>
        <w:t xml:space="preserve">went </w:t>
      </w:r>
      <w:r>
        <w:rPr>
          <w:color w:val="FF6600"/>
        </w:rPr>
        <w:t xml:space="preserve">on for </w:t>
      </w:r>
      <w:r>
        <w:rPr>
          <w:color w:val="33CCFF"/>
        </w:rPr>
        <w:t xml:space="preserve">several </w:t>
      </w:r>
      <w:r>
        <w:rPr>
          <w:color w:val="00FFCC"/>
        </w:rPr>
        <w:t xml:space="preserve">minutes </w:t>
      </w:r>
      <w:r>
        <w:rPr>
          <w:color w:val="FF0066"/>
        </w:rPr>
        <w:t xml:space="preserve">and </w:t>
      </w:r>
      <w:r>
        <w:rPr>
          <w:color w:val="CC3399"/>
        </w:rPr>
        <w:t xml:space="preserve">put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an </w:t>
      </w:r>
      <w:r>
        <w:rPr>
          <w:color w:val="00FFCC"/>
        </w:rPr>
        <w:t xml:space="preserve">end </w:t>
      </w:r>
      <w:r>
        <w:rPr>
          <w:color w:val="000000"/>
        </w:rPr>
        <w:t xml:space="preserve">to the </w:t>
      </w:r>
      <w:r>
        <w:rPr>
          <w:color w:val="00FFCC"/>
        </w:rPr>
        <w:t xml:space="preserve">discussion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So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</w:t>
      </w:r>
      <w:r>
        <w:rPr>
          <w:color w:val="CC3399"/>
        </w:rPr>
        <w:t xml:space="preserve">was heard </w:t>
      </w:r>
      <w:r>
        <w:rPr>
          <w:color w:val="000000"/>
        </w:rPr>
        <w:t xml:space="preserve">no </w:t>
      </w:r>
      <w:r>
        <w:rPr>
          <w:color w:val="00787F"/>
        </w:rPr>
        <w:t xml:space="preserve">more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its </w:t>
      </w:r>
      <w:r>
        <w:rPr>
          <w:color w:val="00FFCC"/>
        </w:rPr>
        <w:t xml:space="preserve">place Minimus </w:t>
      </w:r>
      <w:r>
        <w:rPr>
          <w:color w:val="000000"/>
        </w:rPr>
        <w:t xml:space="preserve">, the </w:t>
      </w:r>
      <w:r>
        <w:rPr>
          <w:color w:val="00FFCC"/>
        </w:rPr>
        <w:t xml:space="preserve">poet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lastRenderedPageBreak/>
        <w:t xml:space="preserve">had composed </w:t>
      </w:r>
      <w:r>
        <w:rPr>
          <w:color w:val="000000"/>
        </w:rPr>
        <w:t xml:space="preserve">another </w:t>
      </w:r>
      <w:r>
        <w:rPr>
          <w:color w:val="00FFCC"/>
        </w:rPr>
        <w:t xml:space="preserve">song </w:t>
      </w:r>
      <w:r>
        <w:rPr>
          <w:color w:val="000000"/>
        </w:rPr>
        <w:t xml:space="preserve">which </w:t>
      </w:r>
      <w:r>
        <w:rPr>
          <w:color w:val="CC3399"/>
        </w:rPr>
        <w:t xml:space="preserve">began </w:t>
      </w:r>
      <w:r>
        <w:rPr>
          <w:color w:val="000000"/>
        </w:rPr>
        <w:t xml:space="preserve">: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Animal Farm </w:t>
      </w:r>
      <w:r>
        <w:rPr>
          <w:color w:val="000000"/>
        </w:rPr>
        <w:t xml:space="preserve">, </w:t>
      </w:r>
      <w:r>
        <w:rPr>
          <w:color w:val="00FFCC"/>
        </w:rPr>
        <w:t xml:space="preserve">Animal Farm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Never </w:t>
      </w:r>
      <w:r>
        <w:rPr>
          <w:color w:val="FF6600"/>
        </w:rPr>
        <w:t xml:space="preserve">through </w:t>
      </w:r>
      <w:r>
        <w:rPr>
          <w:color w:val="000000"/>
        </w:rPr>
        <w:t xml:space="preserve">me </w:t>
      </w:r>
      <w:r>
        <w:rPr>
          <w:color w:val="33CCFF"/>
        </w:rPr>
        <w:t xml:space="preserve">shalt thou </w:t>
      </w:r>
      <w:r>
        <w:rPr>
          <w:color w:val="CC3399"/>
        </w:rPr>
        <w:t xml:space="preserve">come </w:t>
      </w:r>
      <w:r>
        <w:rPr>
          <w:color w:val="000000"/>
        </w:rPr>
        <w:t xml:space="preserve">to </w:t>
      </w:r>
      <w:r>
        <w:rPr>
          <w:color w:val="CC3399"/>
        </w:rPr>
        <w:t xml:space="preserve">harm </w:t>
      </w:r>
      <w:r>
        <w:rPr>
          <w:color w:val="000000"/>
        </w:rPr>
        <w:t xml:space="preserve">!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this </w:t>
      </w:r>
      <w:r>
        <w:rPr>
          <w:color w:val="CC3399"/>
        </w:rPr>
        <w:t xml:space="preserve">was </w:t>
      </w:r>
      <w:r>
        <w:rPr>
          <w:color w:val="33CCFF"/>
        </w:rPr>
        <w:t xml:space="preserve">sung </w:t>
      </w:r>
      <w:r>
        <w:rPr>
          <w:color w:val="000000"/>
        </w:rPr>
        <w:t xml:space="preserve">every </w:t>
      </w:r>
      <w:r>
        <w:rPr>
          <w:color w:val="00FFCC"/>
        </w:rPr>
        <w:t xml:space="preserve">Sunday morning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 </w:t>
      </w:r>
      <w:r>
        <w:rPr>
          <w:color w:val="00FFCC"/>
        </w:rPr>
        <w:t xml:space="preserve">hoisting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flag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00787F"/>
        </w:rPr>
        <w:t xml:space="preserve">somehow </w:t>
      </w:r>
      <w:r>
        <w:rPr>
          <w:color w:val="FF0066"/>
        </w:rPr>
        <w:t xml:space="preserve">neither </w:t>
      </w:r>
      <w:r>
        <w:rPr>
          <w:color w:val="000000"/>
        </w:rPr>
        <w:t xml:space="preserve">the </w:t>
      </w:r>
      <w:r>
        <w:rPr>
          <w:color w:val="00FFCC"/>
        </w:rPr>
        <w:t xml:space="preserve">words </w:t>
      </w:r>
      <w:r>
        <w:rPr>
          <w:color w:val="FF0066"/>
        </w:rPr>
        <w:t xml:space="preserve">nor </w:t>
      </w:r>
      <w:r>
        <w:rPr>
          <w:color w:val="000000"/>
        </w:rPr>
        <w:t xml:space="preserve">the </w:t>
      </w:r>
      <w:r>
        <w:rPr>
          <w:color w:val="00FFCC"/>
        </w:rPr>
        <w:t xml:space="preserve">tune </w:t>
      </w:r>
      <w:r>
        <w:rPr>
          <w:color w:val="00787F"/>
        </w:rPr>
        <w:t xml:space="preserve">ever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come </w:t>
      </w:r>
      <w:r>
        <w:rPr>
          <w:color w:val="000000"/>
        </w:rPr>
        <w:t xml:space="preserve">up to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.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Chapter VIII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days </w:t>
      </w:r>
      <w:r>
        <w:rPr>
          <w:color w:val="00787F"/>
        </w:rPr>
        <w:t xml:space="preserve">later </w:t>
      </w:r>
      <w:r>
        <w:rPr>
          <w:color w:val="000000"/>
        </w:rPr>
        <w:t xml:space="preserve">, when the </w:t>
      </w:r>
      <w:r>
        <w:rPr>
          <w:color w:val="00FFCC"/>
        </w:rPr>
        <w:t xml:space="preserve">terror </w:t>
      </w:r>
      <w:r>
        <w:rPr>
          <w:color w:val="CC3399"/>
        </w:rPr>
        <w:t xml:space="preserve">caused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executions </w:t>
      </w:r>
      <w:r>
        <w:rPr>
          <w:color w:val="CC3399"/>
        </w:rPr>
        <w:t xml:space="preserve">had died </w:t>
      </w:r>
      <w:r>
        <w:rPr>
          <w:color w:val="000000"/>
        </w:rPr>
        <w:t xml:space="preserve">down 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some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remembered </w:t>
      </w:r>
      <w:r>
        <w:rPr>
          <w:color w:val="000000"/>
        </w:rPr>
        <w:t xml:space="preserve">-- </w:t>
      </w:r>
      <w:r>
        <w:rPr>
          <w:color w:val="FF0066"/>
        </w:rPr>
        <w:t xml:space="preserve">or </w:t>
      </w:r>
      <w:r>
        <w:rPr>
          <w:color w:val="CC3399"/>
        </w:rPr>
        <w:t xml:space="preserve">thought </w:t>
      </w:r>
      <w:r>
        <w:rPr>
          <w:color w:val="000000"/>
        </w:rPr>
        <w:t xml:space="preserve">they </w:t>
      </w:r>
      <w:r>
        <w:rPr>
          <w:color w:val="CC3399"/>
        </w:rPr>
        <w:t xml:space="preserve">remembered </w:t>
      </w:r>
      <w:r>
        <w:rPr>
          <w:color w:val="000000"/>
        </w:rPr>
        <w:t xml:space="preserve">--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Sixth </w:t>
      </w:r>
    </w:p>
    <w:p w:rsidR="00D83EF7" w:rsidRDefault="00CA4524" w:rsidP="00CA4524">
      <w:pPr>
        <w:spacing w:after="0"/>
      </w:pPr>
      <w:r>
        <w:rPr>
          <w:color w:val="00FFCC"/>
        </w:rPr>
        <w:t>Com</w:t>
      </w:r>
      <w:r>
        <w:rPr>
          <w:color w:val="00FFCC"/>
        </w:rPr>
        <w:t xml:space="preserve">mandment </w:t>
      </w:r>
      <w:r>
        <w:rPr>
          <w:color w:val="CC3399"/>
        </w:rPr>
        <w:t xml:space="preserve">decreed </w:t>
      </w:r>
      <w:r>
        <w:rPr>
          <w:color w:val="000000"/>
        </w:rPr>
        <w:t xml:space="preserve">`` </w:t>
      </w:r>
      <w:r>
        <w:rPr>
          <w:color w:val="00FFCC"/>
        </w:rPr>
        <w:t xml:space="preserve">No animal </w:t>
      </w:r>
      <w:r>
        <w:rPr>
          <w:color w:val="003E3E"/>
        </w:rPr>
        <w:t xml:space="preserve">shall </w:t>
      </w:r>
      <w:r>
        <w:rPr>
          <w:color w:val="CC3399"/>
        </w:rPr>
        <w:t xml:space="preserve">kill </w:t>
      </w:r>
      <w:r>
        <w:rPr>
          <w:color w:val="000000"/>
        </w:rPr>
        <w:t xml:space="preserve">any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 </w:t>
      </w:r>
      <w:r>
        <w:rPr>
          <w:color w:val="000000"/>
        </w:rPr>
        <w:t xml:space="preserve">. '' </w:t>
      </w:r>
      <w:r>
        <w:rPr>
          <w:color w:val="FF0066"/>
        </w:rPr>
        <w:t xml:space="preserve">And </w:t>
      </w:r>
      <w:r>
        <w:rPr>
          <w:color w:val="FF6600"/>
        </w:rPr>
        <w:t xml:space="preserve">though </w:t>
      </w:r>
      <w:r>
        <w:rPr>
          <w:color w:val="000000"/>
        </w:rPr>
        <w:t xml:space="preserve">no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one </w:t>
      </w:r>
      <w:r>
        <w:rPr>
          <w:color w:val="CC3399"/>
        </w:rPr>
        <w:t xml:space="preserve">cared </w:t>
      </w:r>
      <w:r>
        <w:rPr>
          <w:color w:val="000000"/>
        </w:rPr>
        <w:t xml:space="preserve">to </w:t>
      </w:r>
      <w:r>
        <w:rPr>
          <w:color w:val="CC3399"/>
        </w:rPr>
        <w:t xml:space="preserve">mention </w:t>
      </w:r>
      <w:r>
        <w:rPr>
          <w:color w:val="000000"/>
        </w:rPr>
        <w:t xml:space="preserve">it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hearing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0066"/>
        </w:rPr>
        <w:t xml:space="preserve">or </w:t>
      </w: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felt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killings </w:t>
      </w:r>
      <w:r>
        <w:rPr>
          <w:color w:val="000000"/>
        </w:rPr>
        <w:t xml:space="preserve">which </w:t>
      </w:r>
      <w:r>
        <w:rPr>
          <w:color w:val="CC3399"/>
        </w:rPr>
        <w:t xml:space="preserve">had taken </w:t>
      </w:r>
      <w:r>
        <w:rPr>
          <w:color w:val="00FFCC"/>
        </w:rPr>
        <w:t xml:space="preserve">place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square </w:t>
      </w:r>
      <w:r>
        <w:rPr>
          <w:color w:val="FF6600"/>
        </w:rPr>
        <w:t xml:space="preserve">with </w:t>
      </w:r>
      <w:r>
        <w:rPr>
          <w:color w:val="000000"/>
        </w:rPr>
        <w:t xml:space="preserve">this 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Clover </w:t>
      </w:r>
      <w:r>
        <w:rPr>
          <w:color w:val="CC3399"/>
        </w:rPr>
        <w:t xml:space="preserve">asked </w:t>
      </w:r>
      <w:r>
        <w:rPr>
          <w:color w:val="00FFCC"/>
        </w:rPr>
        <w:t xml:space="preserve">Benjamin </w:t>
      </w:r>
      <w:r>
        <w:rPr>
          <w:color w:val="000000"/>
        </w:rPr>
        <w:t xml:space="preserve">to </w:t>
      </w:r>
      <w:r>
        <w:rPr>
          <w:color w:val="CC3399"/>
        </w:rPr>
        <w:t xml:space="preserve">read </w:t>
      </w:r>
      <w:r>
        <w:rPr>
          <w:color w:val="000000"/>
        </w:rPr>
        <w:t xml:space="preserve">her the </w:t>
      </w:r>
      <w:r>
        <w:rPr>
          <w:color w:val="00FFCC"/>
        </w:rPr>
        <w:t xml:space="preserve">Sixth Commandment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Benjamin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33CCFF"/>
        </w:rPr>
        <w:t xml:space="preserve">usual </w:t>
      </w:r>
      <w:r>
        <w:rPr>
          <w:color w:val="000000"/>
        </w:rPr>
        <w:t xml:space="preserve">, </w:t>
      </w:r>
      <w:r>
        <w:rPr>
          <w:color w:val="CC3399"/>
        </w:rPr>
        <w:t xml:space="preserve">said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refused </w:t>
      </w:r>
      <w:r>
        <w:rPr>
          <w:color w:val="000000"/>
        </w:rPr>
        <w:t xml:space="preserve">to </w:t>
      </w:r>
      <w:r>
        <w:rPr>
          <w:color w:val="CC3399"/>
        </w:rPr>
        <w:t xml:space="preserve">meddle </w:t>
      </w:r>
      <w:r>
        <w:rPr>
          <w:color w:val="FF6600"/>
        </w:rPr>
        <w:t xml:space="preserve">in </w:t>
      </w:r>
      <w:r>
        <w:rPr>
          <w:color w:val="33CCFF"/>
        </w:rPr>
        <w:t xml:space="preserve">such </w:t>
      </w:r>
      <w:r>
        <w:rPr>
          <w:color w:val="00FFCC"/>
        </w:rPr>
        <w:t xml:space="preserve">matters </w:t>
      </w:r>
      <w:r>
        <w:rPr>
          <w:color w:val="000000"/>
        </w:rPr>
        <w:t xml:space="preserve">, she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fetched </w:t>
      </w:r>
      <w:r>
        <w:rPr>
          <w:color w:val="00FFCC"/>
        </w:rPr>
        <w:t xml:space="preserve">Muriel </w:t>
      </w:r>
      <w:r>
        <w:rPr>
          <w:color w:val="000000"/>
        </w:rPr>
        <w:t xml:space="preserve">. </w:t>
      </w:r>
      <w:r>
        <w:rPr>
          <w:color w:val="00FFCC"/>
        </w:rPr>
        <w:t xml:space="preserve">Muriel </w:t>
      </w:r>
      <w:r>
        <w:rPr>
          <w:color w:val="CC3399"/>
        </w:rPr>
        <w:t xml:space="preserve">read </w:t>
      </w:r>
      <w:r>
        <w:rPr>
          <w:color w:val="000000"/>
        </w:rPr>
        <w:t xml:space="preserve">the </w:t>
      </w:r>
      <w:r>
        <w:rPr>
          <w:color w:val="00FFCC"/>
        </w:rPr>
        <w:t xml:space="preserve">Commandment </w:t>
      </w:r>
      <w:r>
        <w:rPr>
          <w:color w:val="FF6600"/>
        </w:rPr>
        <w:t xml:space="preserve">for </w:t>
      </w:r>
      <w:r>
        <w:rPr>
          <w:color w:val="000000"/>
        </w:rPr>
        <w:t xml:space="preserve">her . It </w:t>
      </w:r>
      <w:r>
        <w:rPr>
          <w:color w:val="CC3399"/>
        </w:rPr>
        <w:t xml:space="preserve">ran </w:t>
      </w:r>
      <w:r>
        <w:rPr>
          <w:color w:val="000000"/>
        </w:rPr>
        <w:t xml:space="preserve">: `` No </w:t>
      </w:r>
      <w:r>
        <w:rPr>
          <w:color w:val="00FFCC"/>
        </w:rPr>
        <w:t xml:space="preserve">animal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shall </w:t>
      </w:r>
      <w:r>
        <w:rPr>
          <w:color w:val="CC3399"/>
        </w:rPr>
        <w:t xml:space="preserve">kill </w:t>
      </w:r>
      <w:r>
        <w:rPr>
          <w:color w:val="000000"/>
        </w:rPr>
        <w:t xml:space="preserve">any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 WITHOUT CAUSE </w:t>
      </w:r>
      <w:r>
        <w:rPr>
          <w:color w:val="000000"/>
        </w:rPr>
        <w:t xml:space="preserve">. '' </w:t>
      </w:r>
      <w:r>
        <w:rPr>
          <w:color w:val="00FFCC"/>
        </w:rPr>
        <w:t xml:space="preserve">Somehow </w:t>
      </w:r>
      <w:r>
        <w:rPr>
          <w:color w:val="FF0066"/>
        </w:rPr>
        <w:t xml:space="preserve">or </w:t>
      </w:r>
      <w:r>
        <w:rPr>
          <w:color w:val="33CCFF"/>
        </w:rPr>
        <w:t xml:space="preserve">other </w:t>
      </w:r>
      <w:r>
        <w:rPr>
          <w:color w:val="000000"/>
        </w:rPr>
        <w:t xml:space="preserve">, the </w:t>
      </w:r>
      <w:r>
        <w:rPr>
          <w:color w:val="33CCFF"/>
        </w:rPr>
        <w:t xml:space="preserve">last </w:t>
      </w:r>
      <w:r>
        <w:rPr>
          <w:color w:val="000000"/>
        </w:rPr>
        <w:t xml:space="preserve">two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words </w:t>
      </w:r>
      <w:r>
        <w:rPr>
          <w:color w:val="CC3399"/>
        </w:rPr>
        <w:t xml:space="preserve">had slipped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' </w:t>
      </w:r>
      <w:r>
        <w:rPr>
          <w:color w:val="00FFCC"/>
        </w:rPr>
        <w:t xml:space="preserve">memory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they </w:t>
      </w:r>
      <w:r>
        <w:rPr>
          <w:color w:val="CC3399"/>
        </w:rPr>
        <w:t xml:space="preserve">saw </w:t>
      </w:r>
      <w:r>
        <w:rPr>
          <w:color w:val="00787F"/>
        </w:rPr>
        <w:t xml:space="preserve">now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Commandment </w:t>
      </w: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  <w:r>
        <w:rPr>
          <w:color w:val="CC3399"/>
        </w:rPr>
        <w:t xml:space="preserve">been violated </w:t>
      </w:r>
      <w:r>
        <w:rPr>
          <w:color w:val="000000"/>
        </w:rPr>
        <w:t xml:space="preserve">; </w:t>
      </w:r>
      <w:r>
        <w:rPr>
          <w:color w:val="FF6600"/>
        </w:rPr>
        <w:t xml:space="preserve">for </w:t>
      </w:r>
      <w:r>
        <w:rPr>
          <w:color w:val="00787F"/>
        </w:rPr>
        <w:t xml:space="preserve">clearly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33CCFF"/>
        </w:rPr>
        <w:t xml:space="preserve">good </w:t>
      </w:r>
      <w:r>
        <w:rPr>
          <w:color w:val="00FFCC"/>
        </w:rPr>
        <w:t xml:space="preserve">reason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killing </w:t>
      </w:r>
      <w:r>
        <w:rPr>
          <w:color w:val="000000"/>
        </w:rPr>
        <w:t xml:space="preserve">the </w:t>
      </w:r>
      <w:r>
        <w:rPr>
          <w:color w:val="00FFCC"/>
        </w:rPr>
        <w:t xml:space="preserve">traitors </w:t>
      </w:r>
      <w:r>
        <w:rPr>
          <w:color w:val="000000"/>
        </w:rPr>
        <w:t xml:space="preserve">who </w:t>
      </w:r>
      <w:r>
        <w:rPr>
          <w:color w:val="CC3399"/>
        </w:rPr>
        <w:t xml:space="preserve">had leagued </w:t>
      </w:r>
      <w:r>
        <w:rPr>
          <w:color w:val="000000"/>
        </w:rPr>
        <w:t xml:space="preserve">themselves </w:t>
      </w:r>
      <w:r>
        <w:rPr>
          <w:color w:val="FF6600"/>
        </w:rPr>
        <w:t xml:space="preserve">with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Throughout </w:t>
      </w:r>
      <w:r>
        <w:rPr>
          <w:color w:val="000000"/>
        </w:rPr>
        <w:t xml:space="preserve">the </w:t>
      </w:r>
      <w:r>
        <w:rPr>
          <w:color w:val="00FFCC"/>
        </w:rPr>
        <w:t xml:space="preserve">year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worked </w:t>
      </w:r>
      <w:r>
        <w:rPr>
          <w:color w:val="00787F"/>
        </w:rPr>
        <w:t xml:space="preserve">even </w:t>
      </w:r>
      <w:r>
        <w:rPr>
          <w:color w:val="33CCFF"/>
        </w:rPr>
        <w:t xml:space="preserve">harder </w:t>
      </w:r>
      <w:r>
        <w:rPr>
          <w:color w:val="FF6600"/>
        </w:rPr>
        <w:t xml:space="preserve">than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worked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previous </w:t>
      </w:r>
      <w:r>
        <w:rPr>
          <w:color w:val="00FFCC"/>
        </w:rPr>
        <w:t xml:space="preserve">year </w:t>
      </w:r>
      <w:r>
        <w:rPr>
          <w:color w:val="000000"/>
        </w:rPr>
        <w:t xml:space="preserve">. To </w:t>
      </w:r>
      <w:r>
        <w:rPr>
          <w:color w:val="CC3399"/>
        </w:rPr>
        <w:t xml:space="preserve">rebuild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FFCC"/>
        </w:rPr>
        <w:t xml:space="preserve">walls </w:t>
      </w:r>
      <w:r>
        <w:rPr>
          <w:color w:val="00787F"/>
        </w:rPr>
        <w:t xml:space="preserve">twice </w:t>
      </w:r>
      <w:r>
        <w:rPr>
          <w:color w:val="FF6600"/>
        </w:rPr>
        <w:t xml:space="preserve">as </w:t>
      </w:r>
      <w:r>
        <w:rPr>
          <w:color w:val="33CCFF"/>
        </w:rPr>
        <w:t xml:space="preserve">thick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before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to </w:t>
      </w:r>
      <w:r>
        <w:rPr>
          <w:color w:val="CC3399"/>
        </w:rPr>
        <w:t xml:space="preserve">finish </w:t>
      </w:r>
      <w:r>
        <w:rPr>
          <w:color w:val="000000"/>
        </w:rPr>
        <w:t xml:space="preserve">it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33CCFF"/>
        </w:rPr>
        <w:t xml:space="preserve">appointed </w:t>
      </w:r>
      <w:r>
        <w:rPr>
          <w:color w:val="00FFCC"/>
        </w:rPr>
        <w:t xml:space="preserve">date </w:t>
      </w:r>
      <w:r>
        <w:rPr>
          <w:color w:val="000000"/>
        </w:rPr>
        <w:t xml:space="preserve">, </w:t>
      </w:r>
      <w:r>
        <w:rPr>
          <w:color w:val="00787F"/>
        </w:rPr>
        <w:t xml:space="preserve">together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33CCFF"/>
        </w:rPr>
        <w:t xml:space="preserve">regular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work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tremendous </w:t>
      </w:r>
      <w:r>
        <w:rPr>
          <w:color w:val="00FFCC"/>
        </w:rPr>
        <w:t xml:space="preserve">labour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were </w:t>
      </w:r>
      <w:r>
        <w:rPr>
          <w:color w:val="00FFCC"/>
        </w:rPr>
        <w:t xml:space="preserve">times </w:t>
      </w:r>
      <w:r>
        <w:rPr>
          <w:color w:val="000000"/>
        </w:rPr>
        <w:t xml:space="preserve">when it </w:t>
      </w:r>
      <w:r>
        <w:rPr>
          <w:color w:val="CC3399"/>
        </w:rPr>
        <w:t xml:space="preserve">seemed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worked </w:t>
      </w:r>
      <w:r>
        <w:rPr>
          <w:color w:val="33CCFF"/>
        </w:rPr>
        <w:t xml:space="preserve">longer </w:t>
      </w:r>
      <w:r>
        <w:rPr>
          <w:color w:val="00FFCC"/>
        </w:rPr>
        <w:t xml:space="preserve">hours </w:t>
      </w:r>
      <w:r>
        <w:rPr>
          <w:color w:val="FF0066"/>
        </w:rPr>
        <w:t xml:space="preserve">and </w:t>
      </w:r>
      <w:r>
        <w:rPr>
          <w:color w:val="CC3399"/>
        </w:rPr>
        <w:t xml:space="preserve">fed </w:t>
      </w:r>
      <w:r>
        <w:rPr>
          <w:color w:val="000000"/>
        </w:rPr>
        <w:t xml:space="preserve">no </w:t>
      </w:r>
      <w:r>
        <w:rPr>
          <w:color w:val="33CCFF"/>
        </w:rPr>
        <w:t xml:space="preserve">better </w:t>
      </w:r>
      <w:r>
        <w:rPr>
          <w:color w:val="FF6600"/>
        </w:rPr>
        <w:t xml:space="preserve">than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done </w:t>
      </w:r>
      <w:r>
        <w:rPr>
          <w:color w:val="FF6600"/>
        </w:rPr>
        <w:t xml:space="preserve">in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day </w:t>
      </w:r>
      <w:r>
        <w:rPr>
          <w:color w:val="000000"/>
        </w:rPr>
        <w:t xml:space="preserve">. </w:t>
      </w:r>
      <w:r>
        <w:rPr>
          <w:color w:val="FF6600"/>
        </w:rPr>
        <w:t xml:space="preserve">On </w:t>
      </w:r>
      <w:r>
        <w:rPr>
          <w:color w:val="00FFCC"/>
        </w:rPr>
        <w:t xml:space="preserve">Sunday mornings Squealer </w:t>
      </w:r>
      <w:r>
        <w:rPr>
          <w:color w:val="000000"/>
        </w:rPr>
        <w:t xml:space="preserve">, </w:t>
      </w:r>
      <w:r>
        <w:rPr>
          <w:color w:val="CC3399"/>
        </w:rPr>
        <w:t xml:space="preserve">holding </w:t>
      </w:r>
      <w:r>
        <w:rPr>
          <w:color w:val="000000"/>
        </w:rPr>
        <w:t xml:space="preserve">down a </w:t>
      </w:r>
      <w:r>
        <w:rPr>
          <w:color w:val="33CCFF"/>
        </w:rPr>
        <w:t xml:space="preserve">long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strip </w:t>
      </w:r>
      <w:r>
        <w:rPr>
          <w:color w:val="FF6600"/>
        </w:rPr>
        <w:t xml:space="preserve">of </w:t>
      </w:r>
      <w:r>
        <w:rPr>
          <w:color w:val="00FFCC"/>
        </w:rPr>
        <w:t xml:space="preserve">paper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00FFCC"/>
        </w:rPr>
        <w:t xml:space="preserve">trotter </w:t>
      </w:r>
      <w:r>
        <w:rPr>
          <w:color w:val="000000"/>
        </w:rPr>
        <w:t xml:space="preserve">, </w:t>
      </w:r>
      <w:r>
        <w:rPr>
          <w:color w:val="003E3E"/>
        </w:rPr>
        <w:t xml:space="preserve">would </w:t>
      </w:r>
      <w:r>
        <w:rPr>
          <w:color w:val="CC3399"/>
        </w:rPr>
        <w:t xml:space="preserve">read </w:t>
      </w:r>
      <w:r>
        <w:rPr>
          <w:color w:val="000000"/>
        </w:rPr>
        <w:t xml:space="preserve">out to them </w:t>
      </w:r>
      <w:r>
        <w:rPr>
          <w:color w:val="00FFCC"/>
        </w:rPr>
        <w:t xml:space="preserve">lists </w:t>
      </w:r>
      <w:r>
        <w:rPr>
          <w:color w:val="FF6600"/>
        </w:rPr>
        <w:t xml:space="preserve">of </w:t>
      </w:r>
      <w:r>
        <w:rPr>
          <w:color w:val="00FFCC"/>
        </w:rPr>
        <w:t xml:space="preserve">figures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proving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production </w:t>
      </w:r>
      <w:r>
        <w:rPr>
          <w:color w:val="FF6600"/>
        </w:rPr>
        <w:t xml:space="preserve">of </w:t>
      </w:r>
      <w:r>
        <w:rPr>
          <w:color w:val="000000"/>
        </w:rPr>
        <w:t xml:space="preserve">every </w:t>
      </w:r>
      <w:r>
        <w:rPr>
          <w:color w:val="00FFCC"/>
        </w:rPr>
        <w:t xml:space="preserve">class </w:t>
      </w:r>
      <w:r>
        <w:rPr>
          <w:color w:val="FF6600"/>
        </w:rPr>
        <w:t xml:space="preserve">of </w:t>
      </w:r>
      <w:r>
        <w:rPr>
          <w:color w:val="00FFCC"/>
        </w:rPr>
        <w:t xml:space="preserve">foodstuff </w:t>
      </w:r>
      <w:r>
        <w:rPr>
          <w:color w:val="CC3399"/>
        </w:rPr>
        <w:t xml:space="preserve">had increased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two </w:t>
      </w:r>
      <w:r>
        <w:rPr>
          <w:color w:val="CC3399"/>
        </w:rPr>
        <w:t xml:space="preserve">hundred </w:t>
      </w:r>
      <w:r>
        <w:rPr>
          <w:color w:val="FF6600"/>
        </w:rPr>
        <w:t xml:space="preserve">per </w:t>
      </w:r>
      <w:r>
        <w:rPr>
          <w:color w:val="00FFCC"/>
        </w:rPr>
        <w:t xml:space="preserve">cent </w:t>
      </w:r>
      <w:r>
        <w:rPr>
          <w:color w:val="000000"/>
        </w:rPr>
        <w:t xml:space="preserve">, three </w:t>
      </w:r>
      <w:r>
        <w:rPr>
          <w:color w:val="CC3399"/>
        </w:rPr>
        <w:t xml:space="preserve">hundred </w:t>
      </w:r>
      <w:r>
        <w:rPr>
          <w:color w:val="FF6600"/>
        </w:rPr>
        <w:t xml:space="preserve">per </w:t>
      </w:r>
      <w:r>
        <w:rPr>
          <w:color w:val="00FFCC"/>
        </w:rPr>
        <w:t xml:space="preserve">cent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000000"/>
        </w:rPr>
        <w:t xml:space="preserve">five </w:t>
      </w:r>
      <w:r>
        <w:rPr>
          <w:color w:val="CC3399"/>
        </w:rPr>
        <w:t xml:space="preserve">hundred </w:t>
      </w:r>
      <w:r>
        <w:rPr>
          <w:color w:val="FF6600"/>
        </w:rPr>
        <w:t xml:space="preserve">per </w:t>
      </w:r>
      <w:r>
        <w:rPr>
          <w:color w:val="00FFCC"/>
        </w:rPr>
        <w:t xml:space="preserve">cent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00FFCC"/>
        </w:rPr>
        <w:t xml:space="preserve">case </w:t>
      </w:r>
      <w:r>
        <w:rPr>
          <w:color w:val="003E3E"/>
        </w:rPr>
        <w:t xml:space="preserve">might </w:t>
      </w:r>
      <w:r>
        <w:rPr>
          <w:color w:val="CC3399"/>
        </w:rPr>
        <w:t xml:space="preserve">be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saw </w:t>
      </w:r>
      <w:r>
        <w:rPr>
          <w:color w:val="000000"/>
        </w:rPr>
        <w:t xml:space="preserve">no </w:t>
      </w:r>
      <w:r>
        <w:rPr>
          <w:color w:val="00FFCC"/>
        </w:rPr>
        <w:t xml:space="preserve">reason </w:t>
      </w:r>
      <w:r>
        <w:rPr>
          <w:color w:val="000000"/>
        </w:rPr>
        <w:t xml:space="preserve">to </w:t>
      </w:r>
      <w:r>
        <w:rPr>
          <w:color w:val="CC3399"/>
        </w:rPr>
        <w:t xml:space="preserve">disbelieve </w:t>
      </w:r>
      <w:r>
        <w:rPr>
          <w:color w:val="000000"/>
        </w:rPr>
        <w:t xml:space="preserve">him 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especially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003E3E"/>
        </w:rPr>
        <w:t xml:space="preserve">could </w:t>
      </w:r>
      <w:r>
        <w:rPr>
          <w:color w:val="00787F"/>
        </w:rPr>
        <w:t xml:space="preserve">no longer </w:t>
      </w:r>
      <w:r>
        <w:rPr>
          <w:color w:val="CC3399"/>
        </w:rPr>
        <w:t>r</w:t>
      </w:r>
      <w:r>
        <w:rPr>
          <w:color w:val="CC3399"/>
        </w:rPr>
        <w:t xml:space="preserve">emember </w:t>
      </w:r>
      <w:r>
        <w:rPr>
          <w:color w:val="00787F"/>
        </w:rPr>
        <w:t xml:space="preserve">very clearly </w:t>
      </w:r>
      <w:r>
        <w:rPr>
          <w:color w:val="000000"/>
        </w:rPr>
        <w:t xml:space="preserve">what </w:t>
      </w:r>
      <w:r>
        <w:rPr>
          <w:color w:val="00FFCC"/>
        </w:rPr>
        <w:t xml:space="preserve">conditions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been </w:t>
      </w:r>
      <w:r>
        <w:rPr>
          <w:color w:val="FF6600"/>
        </w:rPr>
        <w:t xml:space="preserve">like before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000000"/>
        </w:rPr>
        <w:t xml:space="preserve">. All the </w:t>
      </w:r>
      <w:r>
        <w:rPr>
          <w:color w:val="33CCFF"/>
        </w:rPr>
        <w:t xml:space="preserve">same </w:t>
      </w:r>
      <w:r>
        <w:rPr>
          <w:color w:val="000000"/>
        </w:rPr>
        <w:t xml:space="preserve">, there </w:t>
      </w:r>
      <w:r>
        <w:rPr>
          <w:color w:val="CC3399"/>
        </w:rPr>
        <w:t xml:space="preserve">were </w:t>
      </w:r>
      <w:r>
        <w:rPr>
          <w:color w:val="00FFCC"/>
        </w:rPr>
        <w:t xml:space="preserve">days </w:t>
      </w:r>
      <w:r>
        <w:rPr>
          <w:color w:val="000000"/>
        </w:rPr>
        <w:t xml:space="preserve">when </w:t>
      </w: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they </w:t>
      </w:r>
      <w:r>
        <w:rPr>
          <w:color w:val="CC3399"/>
        </w:rPr>
        <w:t xml:space="preserve">felt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003E3E"/>
        </w:rPr>
        <w:t xml:space="preserve">would </w:t>
      </w:r>
      <w:r>
        <w:rPr>
          <w:color w:val="CC3399"/>
        </w:rPr>
        <w:t xml:space="preserve">sooner have had </w:t>
      </w:r>
      <w:r>
        <w:rPr>
          <w:color w:val="33CCFF"/>
        </w:rPr>
        <w:t xml:space="preserve">less </w:t>
      </w:r>
      <w:r>
        <w:rPr>
          <w:color w:val="00FFCC"/>
        </w:rPr>
        <w:t xml:space="preserve">figures </w:t>
      </w:r>
      <w:r>
        <w:rPr>
          <w:color w:val="FF0066"/>
        </w:rPr>
        <w:t xml:space="preserve">and </w:t>
      </w:r>
      <w:r>
        <w:rPr>
          <w:color w:val="33CCFF"/>
        </w:rPr>
        <w:t xml:space="preserve">more </w:t>
      </w:r>
      <w:r>
        <w:rPr>
          <w:color w:val="00FFCC"/>
        </w:rPr>
        <w:t xml:space="preserve">food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All </w:t>
      </w:r>
      <w:r>
        <w:rPr>
          <w:color w:val="00FFCC"/>
        </w:rPr>
        <w:t xml:space="preserve">orders </w:t>
      </w:r>
      <w:r>
        <w:rPr>
          <w:color w:val="CC3399"/>
        </w:rPr>
        <w:t xml:space="preserve">were </w:t>
      </w:r>
      <w:r>
        <w:rPr>
          <w:color w:val="00787F"/>
        </w:rPr>
        <w:t xml:space="preserve">now </w:t>
      </w:r>
      <w:r>
        <w:rPr>
          <w:color w:val="CC3399"/>
        </w:rPr>
        <w:t xml:space="preserve">issued </w:t>
      </w:r>
      <w:r>
        <w:rPr>
          <w:color w:val="FF6600"/>
        </w:rPr>
        <w:t xml:space="preserve">through </w:t>
      </w:r>
      <w:r>
        <w:rPr>
          <w:color w:val="00FFCC"/>
        </w:rPr>
        <w:t xml:space="preserve">Squealer </w:t>
      </w:r>
      <w:r>
        <w:rPr>
          <w:color w:val="FF0066"/>
        </w:rPr>
        <w:t xml:space="preserve">or </w:t>
      </w: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pigs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000000"/>
        </w:rPr>
        <w:t xml:space="preserve">himself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CC3399"/>
        </w:rPr>
        <w:t xml:space="preserve">seen </w:t>
      </w:r>
      <w:r>
        <w:rPr>
          <w:color w:val="FF6600"/>
        </w:rPr>
        <w:t xml:space="preserve">in </w:t>
      </w:r>
      <w:r>
        <w:rPr>
          <w:color w:val="33CCFF"/>
        </w:rPr>
        <w:t xml:space="preserve">public </w:t>
      </w:r>
      <w:r>
        <w:rPr>
          <w:color w:val="FF6600"/>
        </w:rPr>
        <w:t xml:space="preserve">as </w:t>
      </w:r>
      <w:r>
        <w:rPr>
          <w:color w:val="00787F"/>
        </w:rPr>
        <w:t xml:space="preserve">often </w:t>
      </w:r>
      <w:r>
        <w:rPr>
          <w:color w:val="FF6600"/>
        </w:rPr>
        <w:t xml:space="preserve">as </w:t>
      </w:r>
      <w:r>
        <w:rPr>
          <w:color w:val="00787F"/>
        </w:rPr>
        <w:t xml:space="preserve">once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fortnight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When he </w:t>
      </w:r>
      <w:r>
        <w:rPr>
          <w:color w:val="CC3399"/>
        </w:rPr>
        <w:t xml:space="preserve">did appear </w:t>
      </w:r>
      <w:r>
        <w:rPr>
          <w:color w:val="000000"/>
        </w:rPr>
        <w:t xml:space="preserve">, he </w:t>
      </w:r>
      <w:r>
        <w:rPr>
          <w:color w:val="CC3399"/>
        </w:rPr>
        <w:t xml:space="preserve">was attended </w:t>
      </w:r>
      <w:r>
        <w:rPr>
          <w:color w:val="00787F"/>
        </w:rPr>
        <w:t xml:space="preserve">not only </w:t>
      </w:r>
      <w:r>
        <w:rPr>
          <w:color w:val="FF6600"/>
        </w:rPr>
        <w:t xml:space="preserve">by </w:t>
      </w:r>
      <w:r>
        <w:rPr>
          <w:color w:val="000000"/>
        </w:rPr>
        <w:t xml:space="preserve">his </w:t>
      </w:r>
      <w:r>
        <w:rPr>
          <w:color w:val="00FFCC"/>
        </w:rPr>
        <w:t xml:space="preserve">retinue </w:t>
      </w:r>
      <w:r>
        <w:rPr>
          <w:color w:val="FF6600"/>
        </w:rPr>
        <w:t xml:space="preserve">of </w:t>
      </w:r>
      <w:r>
        <w:rPr>
          <w:color w:val="00FFCC"/>
        </w:rPr>
        <w:t xml:space="preserve">dogs </w:t>
      </w:r>
      <w:r>
        <w:rPr>
          <w:color w:val="FF0066"/>
        </w:rPr>
        <w:t xml:space="preserve">but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33CCFF"/>
        </w:rPr>
        <w:t xml:space="preserve">black </w:t>
      </w:r>
      <w:r>
        <w:rPr>
          <w:color w:val="00FFCC"/>
        </w:rPr>
        <w:t xml:space="preserve">cockerel </w:t>
      </w:r>
      <w:r>
        <w:rPr>
          <w:color w:val="000000"/>
        </w:rPr>
        <w:t xml:space="preserve">who </w:t>
      </w:r>
      <w:r>
        <w:rPr>
          <w:color w:val="CC3399"/>
        </w:rPr>
        <w:t xml:space="preserve">marched </w:t>
      </w:r>
      <w:r>
        <w:rPr>
          <w:color w:val="FF6600"/>
        </w:rPr>
        <w:t xml:space="preserve">in </w:t>
      </w:r>
      <w:r>
        <w:rPr>
          <w:color w:val="00FFCC"/>
        </w:rPr>
        <w:t xml:space="preserve">front </w:t>
      </w:r>
      <w:r>
        <w:rPr>
          <w:color w:val="FF6600"/>
        </w:rPr>
        <w:t xml:space="preserve">of </w:t>
      </w:r>
      <w:r>
        <w:rPr>
          <w:color w:val="000000"/>
        </w:rPr>
        <w:t xml:space="preserve">him </w:t>
      </w:r>
      <w:r>
        <w:rPr>
          <w:color w:val="FF0066"/>
        </w:rPr>
        <w:t xml:space="preserve">and </w:t>
      </w:r>
      <w:r>
        <w:rPr>
          <w:color w:val="CC3399"/>
        </w:rPr>
        <w:t xml:space="preserve">acted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kind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trumpeter </w:t>
      </w:r>
      <w:r>
        <w:rPr>
          <w:color w:val="000000"/>
        </w:rPr>
        <w:t xml:space="preserve">, </w:t>
      </w:r>
      <w:r>
        <w:rPr>
          <w:color w:val="CC3399"/>
        </w:rPr>
        <w:t xml:space="preserve">letting </w:t>
      </w:r>
      <w:r>
        <w:rPr>
          <w:color w:val="000000"/>
        </w:rPr>
        <w:t xml:space="preserve">out a </w:t>
      </w:r>
      <w:r>
        <w:rPr>
          <w:color w:val="33CCFF"/>
        </w:rPr>
        <w:t xml:space="preserve">loud </w:t>
      </w:r>
      <w:r>
        <w:rPr>
          <w:color w:val="000000"/>
        </w:rPr>
        <w:t xml:space="preserve">`` </w:t>
      </w:r>
      <w:r>
        <w:rPr>
          <w:color w:val="33CCFF"/>
        </w:rPr>
        <w:t xml:space="preserve">cock-a-doodle-doo </w:t>
      </w:r>
      <w:r>
        <w:rPr>
          <w:color w:val="000000"/>
        </w:rPr>
        <w:t xml:space="preserve">'' </w:t>
      </w:r>
      <w:r>
        <w:rPr>
          <w:color w:val="FF6600"/>
        </w:rPr>
        <w:t xml:space="preserve">before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spoke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Even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said </w:t>
      </w:r>
      <w:r>
        <w:rPr>
          <w:color w:val="000000"/>
        </w:rPr>
        <w:t xml:space="preserve">,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inhabited </w:t>
      </w:r>
      <w:r>
        <w:rPr>
          <w:color w:val="33CCFF"/>
        </w:rPr>
        <w:t xml:space="preserve">separate </w:t>
      </w:r>
      <w:r>
        <w:rPr>
          <w:color w:val="00FFCC"/>
        </w:rPr>
        <w:t xml:space="preserve">apartments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others </w:t>
      </w:r>
      <w:r>
        <w:rPr>
          <w:color w:val="000000"/>
        </w:rPr>
        <w:t xml:space="preserve">. He </w:t>
      </w:r>
      <w:r>
        <w:rPr>
          <w:color w:val="CC3399"/>
        </w:rPr>
        <w:t xml:space="preserve">took </w:t>
      </w:r>
      <w:r>
        <w:rPr>
          <w:color w:val="000000"/>
        </w:rPr>
        <w:t xml:space="preserve">his </w:t>
      </w:r>
      <w:r>
        <w:rPr>
          <w:color w:val="00FFCC"/>
        </w:rPr>
        <w:t xml:space="preserve">meals </w:t>
      </w:r>
      <w:r>
        <w:rPr>
          <w:color w:val="00787F"/>
        </w:rPr>
        <w:t xml:space="preserve">alone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two </w:t>
      </w:r>
      <w:r>
        <w:rPr>
          <w:color w:val="00FFCC"/>
        </w:rPr>
        <w:t xml:space="preserve">dogs </w:t>
      </w:r>
      <w:r>
        <w:rPr>
          <w:color w:val="000000"/>
        </w:rPr>
        <w:t xml:space="preserve">to </w:t>
      </w:r>
      <w:r>
        <w:rPr>
          <w:color w:val="CC3399"/>
        </w:rPr>
        <w:t xml:space="preserve">wait </w:t>
      </w:r>
      <w:r>
        <w:rPr>
          <w:color w:val="FF6600"/>
        </w:rPr>
        <w:t xml:space="preserve">upon </w:t>
      </w:r>
      <w:r>
        <w:rPr>
          <w:color w:val="000000"/>
        </w:rPr>
        <w:t xml:space="preserve">him 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always </w:t>
      </w:r>
      <w:r>
        <w:rPr>
          <w:color w:val="CC3399"/>
        </w:rPr>
        <w:t xml:space="preserve">ate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Crown Derby dinner service </w:t>
      </w:r>
      <w:r>
        <w:rPr>
          <w:color w:val="000000"/>
        </w:rPr>
        <w:t>whi</w:t>
      </w:r>
      <w:r>
        <w:rPr>
          <w:color w:val="000000"/>
        </w:rPr>
        <w:t xml:space="preserve">ch </w:t>
      </w:r>
      <w:r>
        <w:rPr>
          <w:color w:val="CC3399"/>
        </w:rPr>
        <w:t xml:space="preserve">had been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glass cupboard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drawing-room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787F"/>
        </w:rPr>
        <w:t xml:space="preserve">also </w:t>
      </w:r>
      <w:r>
        <w:rPr>
          <w:color w:val="CC3399"/>
        </w:rPr>
        <w:t xml:space="preserve">announced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gun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would </w:t>
      </w:r>
      <w:r>
        <w:rPr>
          <w:color w:val="CC3399"/>
        </w:rPr>
        <w:t xml:space="preserve">be fired </w:t>
      </w:r>
      <w:r>
        <w:rPr>
          <w:color w:val="000000"/>
        </w:rPr>
        <w:t xml:space="preserve">every </w:t>
      </w:r>
      <w:r>
        <w:rPr>
          <w:color w:val="00FFCC"/>
        </w:rPr>
        <w:t xml:space="preserve">year </w:t>
      </w:r>
      <w:r>
        <w:rPr>
          <w:color w:val="FF6600"/>
        </w:rPr>
        <w:t xml:space="preserve">on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birthday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787F"/>
        </w:rPr>
        <w:t xml:space="preserve">well </w:t>
      </w:r>
      <w:r>
        <w:rPr>
          <w:color w:val="FF6600"/>
        </w:rPr>
        <w:t xml:space="preserve">as on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two </w:t>
      </w:r>
      <w:r>
        <w:rPr>
          <w:color w:val="00FFCC"/>
        </w:rPr>
        <w:t xml:space="preserve">anniversaries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was </w:t>
      </w:r>
      <w:r>
        <w:rPr>
          <w:color w:val="00787F"/>
        </w:rPr>
        <w:t xml:space="preserve">now never </w:t>
      </w:r>
      <w:r>
        <w:rPr>
          <w:color w:val="CC3399"/>
        </w:rPr>
        <w:t xml:space="preserve">spoken </w:t>
      </w:r>
      <w:r>
        <w:rPr>
          <w:color w:val="FF6600"/>
        </w:rPr>
        <w:t xml:space="preserve">of </w:t>
      </w:r>
      <w:r>
        <w:rPr>
          <w:color w:val="00787F"/>
        </w:rPr>
        <w:t xml:space="preserve">simply </w:t>
      </w:r>
      <w:r>
        <w:rPr>
          <w:color w:val="FF6600"/>
        </w:rPr>
        <w:t xml:space="preserve">as </w:t>
      </w:r>
      <w:r>
        <w:rPr>
          <w:color w:val="000000"/>
        </w:rPr>
        <w:t xml:space="preserve">``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. '' He </w:t>
      </w:r>
      <w:r>
        <w:rPr>
          <w:color w:val="CC3399"/>
        </w:rPr>
        <w:t xml:space="preserve">was </w:t>
      </w:r>
      <w:r>
        <w:rPr>
          <w:color w:val="00787F"/>
        </w:rPr>
        <w:t xml:space="preserve">always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referred </w:t>
      </w:r>
      <w:r>
        <w:rPr>
          <w:color w:val="000000"/>
        </w:rPr>
        <w:t xml:space="preserve">to </w:t>
      </w:r>
      <w:r>
        <w:rPr>
          <w:color w:val="FF6600"/>
        </w:rPr>
        <w:t xml:space="preserve">in </w:t>
      </w:r>
      <w:r>
        <w:rPr>
          <w:color w:val="33CCFF"/>
        </w:rPr>
        <w:t xml:space="preserve">formal </w:t>
      </w:r>
      <w:r>
        <w:rPr>
          <w:color w:val="00FFCC"/>
        </w:rPr>
        <w:t xml:space="preserve">style </w:t>
      </w:r>
      <w:r>
        <w:rPr>
          <w:color w:val="FF6600"/>
        </w:rPr>
        <w:t xml:space="preserve">as </w:t>
      </w:r>
      <w:r>
        <w:rPr>
          <w:color w:val="000000"/>
        </w:rPr>
        <w:t xml:space="preserve">`` our </w:t>
      </w:r>
      <w:r>
        <w:rPr>
          <w:color w:val="00FFCC"/>
        </w:rPr>
        <w:t xml:space="preserve">Leader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Napoleon </w:t>
      </w:r>
      <w:r>
        <w:rPr>
          <w:color w:val="000000"/>
        </w:rPr>
        <w:t xml:space="preserve">, '' </w:t>
      </w:r>
      <w:r>
        <w:rPr>
          <w:color w:val="FF0066"/>
        </w:rPr>
        <w:t xml:space="preserve">and </w:t>
      </w:r>
      <w:r>
        <w:rPr>
          <w:color w:val="000000"/>
        </w:rPr>
        <w:t xml:space="preserve">this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pigs </w:t>
      </w:r>
      <w:r>
        <w:rPr>
          <w:color w:val="CC3399"/>
        </w:rPr>
        <w:t xml:space="preserve">liked </w:t>
      </w:r>
      <w:r>
        <w:rPr>
          <w:color w:val="000000"/>
        </w:rPr>
        <w:t xml:space="preserve">to </w:t>
      </w:r>
      <w:r>
        <w:rPr>
          <w:color w:val="CC3399"/>
        </w:rPr>
        <w:t xml:space="preserve">invent </w:t>
      </w:r>
      <w:r>
        <w:rPr>
          <w:color w:val="FF6600"/>
        </w:rPr>
        <w:t xml:space="preserve">for </w:t>
      </w:r>
      <w:r>
        <w:rPr>
          <w:color w:val="000000"/>
        </w:rPr>
        <w:t xml:space="preserve">him </w:t>
      </w:r>
      <w:r>
        <w:rPr>
          <w:color w:val="33CCFF"/>
        </w:rPr>
        <w:t xml:space="preserve">such </w:t>
      </w:r>
      <w:r>
        <w:rPr>
          <w:color w:val="00FFCC"/>
        </w:rPr>
        <w:t xml:space="preserve">titles </w:t>
      </w:r>
      <w:r>
        <w:rPr>
          <w:color w:val="FF6600"/>
        </w:rPr>
        <w:t xml:space="preserve">as </w:t>
      </w:r>
      <w:r>
        <w:rPr>
          <w:color w:val="00FFCC"/>
        </w:rPr>
        <w:t xml:space="preserve">Father </w:t>
      </w:r>
      <w:r>
        <w:rPr>
          <w:color w:val="FF6600"/>
        </w:rPr>
        <w:t xml:space="preserve">of </w:t>
      </w:r>
      <w:r>
        <w:rPr>
          <w:color w:val="00FFCC"/>
        </w:rPr>
        <w:t xml:space="preserve">All Animals </w:t>
      </w:r>
      <w:r>
        <w:rPr>
          <w:color w:val="000000"/>
        </w:rPr>
        <w:t xml:space="preserve">, </w:t>
      </w:r>
      <w:r>
        <w:rPr>
          <w:color w:val="00FFCC"/>
        </w:rPr>
        <w:t xml:space="preserve">Terror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Mankind </w:t>
      </w:r>
      <w:r>
        <w:rPr>
          <w:color w:val="000000"/>
        </w:rPr>
        <w:t xml:space="preserve">, </w:t>
      </w:r>
      <w:r>
        <w:rPr>
          <w:color w:val="00FFCC"/>
        </w:rPr>
        <w:t xml:space="preserve">Protector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Sheep-fold </w:t>
      </w:r>
      <w:r>
        <w:rPr>
          <w:color w:val="000000"/>
        </w:rPr>
        <w:t xml:space="preserve">, </w:t>
      </w:r>
      <w:r>
        <w:rPr>
          <w:color w:val="00FFCC"/>
        </w:rPr>
        <w:t xml:space="preserve">Ducklings </w:t>
      </w:r>
      <w:r>
        <w:rPr>
          <w:color w:val="000000"/>
        </w:rPr>
        <w:t xml:space="preserve">' </w:t>
      </w:r>
      <w:r>
        <w:rPr>
          <w:color w:val="00FFCC"/>
        </w:rPr>
        <w:t xml:space="preserve">Friend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like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>sp</w:t>
      </w:r>
      <w:r>
        <w:rPr>
          <w:color w:val="00FFCC"/>
        </w:rPr>
        <w:t xml:space="preserve">eeches </w:t>
      </w:r>
      <w:r>
        <w:rPr>
          <w:color w:val="000000"/>
        </w:rPr>
        <w:t xml:space="preserve">, </w:t>
      </w:r>
      <w:r>
        <w:rPr>
          <w:color w:val="00FFCC"/>
        </w:rPr>
        <w:t xml:space="preserve">Squealer </w:t>
      </w:r>
      <w:r>
        <w:rPr>
          <w:color w:val="003E3E"/>
        </w:rPr>
        <w:t xml:space="preserve">would </w:t>
      </w:r>
      <w:r>
        <w:rPr>
          <w:color w:val="CC3399"/>
        </w:rPr>
        <w:t xml:space="preserve">talk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tears </w:t>
      </w:r>
      <w:r>
        <w:rPr>
          <w:color w:val="CC3399"/>
        </w:rPr>
        <w:t xml:space="preserve">rolling </w:t>
      </w:r>
      <w:r>
        <w:rPr>
          <w:color w:val="000000"/>
        </w:rPr>
        <w:t xml:space="preserve">down 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cheeks </w:t>
      </w:r>
      <w:r>
        <w:rPr>
          <w:color w:val="FF6600"/>
        </w:rPr>
        <w:t xml:space="preserve">of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wisdom </w:t>
      </w:r>
      <w:r>
        <w:rPr>
          <w:color w:val="000000"/>
        </w:rPr>
        <w:t xml:space="preserve">the </w:t>
      </w:r>
      <w:r>
        <w:rPr>
          <w:color w:val="00FFCC"/>
        </w:rPr>
        <w:t xml:space="preserve">goodness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00FFCC"/>
        </w:rPr>
        <w:t xml:space="preserve">heart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deep </w:t>
      </w:r>
      <w:r>
        <w:rPr>
          <w:color w:val="00FFCC"/>
        </w:rPr>
        <w:t xml:space="preserve">love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bore </w:t>
      </w:r>
      <w:r>
        <w:rPr>
          <w:color w:val="000000"/>
        </w:rPr>
        <w:t xml:space="preserve">to all </w:t>
      </w:r>
      <w:r>
        <w:rPr>
          <w:color w:val="00FFCC"/>
        </w:rPr>
        <w:t xml:space="preserve">animals </w:t>
      </w:r>
      <w:r>
        <w:rPr>
          <w:color w:val="00787F"/>
        </w:rPr>
        <w:t xml:space="preserve">everywhere </w:t>
      </w:r>
      <w:r>
        <w:rPr>
          <w:color w:val="000000"/>
        </w:rPr>
        <w:t xml:space="preserve">, </w:t>
      </w:r>
      <w:r>
        <w:rPr>
          <w:color w:val="00787F"/>
        </w:rPr>
        <w:t xml:space="preserve">even </w:t>
      </w:r>
      <w:r>
        <w:rPr>
          <w:color w:val="FF0066"/>
        </w:rPr>
        <w:t xml:space="preserve">and </w:t>
      </w:r>
      <w:r>
        <w:rPr>
          <w:color w:val="00787F"/>
        </w:rPr>
        <w:t xml:space="preserve">especially </w:t>
      </w:r>
      <w:r>
        <w:rPr>
          <w:color w:val="000000"/>
        </w:rPr>
        <w:t xml:space="preserve">the </w:t>
      </w:r>
      <w:r>
        <w:rPr>
          <w:color w:val="33CCFF"/>
        </w:rPr>
        <w:t xml:space="preserve">unhappy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who </w:t>
      </w:r>
      <w:r>
        <w:rPr>
          <w:color w:val="00787F"/>
        </w:rPr>
        <w:t xml:space="preserve">still </w:t>
      </w:r>
      <w:r>
        <w:rPr>
          <w:color w:val="CC3399"/>
        </w:rPr>
        <w:t xml:space="preserve">lived </w:t>
      </w:r>
      <w:r>
        <w:rPr>
          <w:color w:val="FF6600"/>
        </w:rPr>
        <w:t xml:space="preserve">in </w:t>
      </w:r>
      <w:r>
        <w:rPr>
          <w:color w:val="00FFCC"/>
        </w:rPr>
        <w:t xml:space="preserve">ignorance </w:t>
      </w:r>
      <w:r>
        <w:rPr>
          <w:color w:val="FF0066"/>
        </w:rPr>
        <w:t xml:space="preserve">and </w:t>
      </w:r>
      <w:r>
        <w:rPr>
          <w:color w:val="00FFCC"/>
        </w:rPr>
        <w:t xml:space="preserve">slavery </w:t>
      </w:r>
      <w:r>
        <w:rPr>
          <w:color w:val="FF6600"/>
        </w:rPr>
        <w:t xml:space="preserve">on </w:t>
      </w:r>
      <w:r>
        <w:rPr>
          <w:color w:val="33CCFF"/>
        </w:rPr>
        <w:t xml:space="preserve">other </w:t>
      </w:r>
      <w:r>
        <w:rPr>
          <w:color w:val="00FFCC"/>
        </w:rPr>
        <w:t xml:space="preserve">farms </w:t>
      </w:r>
      <w:r>
        <w:rPr>
          <w:color w:val="000000"/>
        </w:rPr>
        <w:t xml:space="preserve">. It </w:t>
      </w:r>
      <w:r>
        <w:rPr>
          <w:color w:val="CC3399"/>
        </w:rPr>
        <w:t xml:space="preserve">had become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usual </w:t>
      </w:r>
      <w:r>
        <w:rPr>
          <w:color w:val="000000"/>
        </w:rPr>
        <w:t xml:space="preserve">to </w:t>
      </w:r>
      <w:r>
        <w:rPr>
          <w:color w:val="CC3399"/>
        </w:rPr>
        <w:t xml:space="preserve">give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the </w:t>
      </w:r>
      <w:r>
        <w:rPr>
          <w:color w:val="00FFCC"/>
        </w:rPr>
        <w:t xml:space="preserve">credit </w:t>
      </w:r>
      <w:r>
        <w:rPr>
          <w:color w:val="FF6600"/>
        </w:rPr>
        <w:t xml:space="preserve">for </w:t>
      </w:r>
      <w:r>
        <w:rPr>
          <w:color w:val="000000"/>
        </w:rPr>
        <w:t xml:space="preserve">every </w:t>
      </w:r>
      <w:r>
        <w:rPr>
          <w:color w:val="33CCFF"/>
        </w:rPr>
        <w:t xml:space="preserve">successful </w:t>
      </w:r>
      <w:r>
        <w:rPr>
          <w:color w:val="00FFCC"/>
        </w:rPr>
        <w:t xml:space="preserve">achievement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every </w:t>
      </w:r>
      <w:r>
        <w:rPr>
          <w:color w:val="00FFCC"/>
        </w:rPr>
        <w:t xml:space="preserve">stroke </w:t>
      </w:r>
      <w:r>
        <w:rPr>
          <w:color w:val="FF6600"/>
        </w:rPr>
        <w:t xml:space="preserve">of </w:t>
      </w:r>
      <w:r>
        <w:rPr>
          <w:color w:val="33CCFF"/>
        </w:rPr>
        <w:t xml:space="preserve">good </w:t>
      </w:r>
      <w:r>
        <w:rPr>
          <w:color w:val="00FFCC"/>
        </w:rPr>
        <w:t xml:space="preserve">fortune </w:t>
      </w:r>
      <w:r>
        <w:rPr>
          <w:color w:val="000000"/>
        </w:rPr>
        <w:t xml:space="preserve">. You </w:t>
      </w:r>
      <w:r>
        <w:rPr>
          <w:color w:val="003E3E"/>
        </w:rPr>
        <w:t xml:space="preserve">would </w:t>
      </w:r>
      <w:r>
        <w:rPr>
          <w:color w:val="00787F"/>
        </w:rPr>
        <w:t xml:space="preserve">often </w:t>
      </w:r>
      <w:r>
        <w:rPr>
          <w:color w:val="CC3399"/>
        </w:rPr>
        <w:t xml:space="preserve">hear </w:t>
      </w:r>
      <w:r>
        <w:rPr>
          <w:color w:val="000000"/>
        </w:rPr>
        <w:t xml:space="preserve">one </w:t>
      </w:r>
      <w:r>
        <w:rPr>
          <w:color w:val="00FFCC"/>
        </w:rPr>
        <w:t xml:space="preserve">hen remark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another , `` </w:t>
      </w:r>
      <w:r>
        <w:rPr>
          <w:color w:val="FF6600"/>
        </w:rPr>
        <w:t xml:space="preserve">Under </w:t>
      </w:r>
      <w:r>
        <w:rPr>
          <w:color w:val="000000"/>
        </w:rPr>
        <w:t xml:space="preserve">the </w:t>
      </w:r>
      <w:r>
        <w:rPr>
          <w:color w:val="00FFCC"/>
        </w:rPr>
        <w:t xml:space="preserve">guidance </w:t>
      </w:r>
      <w:r>
        <w:rPr>
          <w:color w:val="FF6600"/>
        </w:rPr>
        <w:t xml:space="preserve">of </w:t>
      </w:r>
      <w:r>
        <w:rPr>
          <w:color w:val="000000"/>
        </w:rPr>
        <w:t xml:space="preserve">our </w:t>
      </w:r>
      <w:r>
        <w:rPr>
          <w:color w:val="00FFCC"/>
        </w:rPr>
        <w:t xml:space="preserve">Leader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Napoleon </w:t>
      </w:r>
      <w:r>
        <w:rPr>
          <w:color w:val="000000"/>
        </w:rPr>
        <w:t xml:space="preserve">, I </w:t>
      </w:r>
      <w:r>
        <w:rPr>
          <w:color w:val="CC3399"/>
        </w:rPr>
        <w:t xml:space="preserve">have laid </w:t>
      </w:r>
    </w:p>
    <w:p w:rsidR="00D83EF7" w:rsidRDefault="00CA4524" w:rsidP="00CA4524">
      <w:pPr>
        <w:spacing w:after="0"/>
      </w:pPr>
      <w:r>
        <w:rPr>
          <w:color w:val="000000"/>
        </w:rPr>
        <w:t>f</w:t>
      </w:r>
      <w:r>
        <w:rPr>
          <w:color w:val="000000"/>
        </w:rPr>
        <w:t xml:space="preserve">ive </w:t>
      </w:r>
      <w:r>
        <w:rPr>
          <w:color w:val="00FFCC"/>
        </w:rPr>
        <w:t xml:space="preserve">eggs </w:t>
      </w:r>
      <w:r>
        <w:rPr>
          <w:color w:val="FF6600"/>
        </w:rPr>
        <w:t xml:space="preserve">in </w:t>
      </w:r>
      <w:r>
        <w:rPr>
          <w:color w:val="000000"/>
        </w:rPr>
        <w:t xml:space="preserve">six </w:t>
      </w:r>
      <w:r>
        <w:rPr>
          <w:color w:val="00FFCC"/>
        </w:rPr>
        <w:t xml:space="preserve">days </w:t>
      </w:r>
      <w:r>
        <w:rPr>
          <w:color w:val="000000"/>
        </w:rPr>
        <w:t xml:space="preserve">'' ; </w:t>
      </w:r>
      <w:r>
        <w:rPr>
          <w:color w:val="FF0066"/>
        </w:rPr>
        <w:t xml:space="preserve">or </w:t>
      </w:r>
      <w:r>
        <w:rPr>
          <w:color w:val="000000"/>
        </w:rPr>
        <w:t xml:space="preserve">two </w:t>
      </w:r>
      <w:r>
        <w:rPr>
          <w:color w:val="00FFCC"/>
        </w:rPr>
        <w:t xml:space="preserve">cows </w:t>
      </w:r>
      <w:r>
        <w:rPr>
          <w:color w:val="000000"/>
        </w:rPr>
        <w:t xml:space="preserve">, </w:t>
      </w:r>
      <w:r>
        <w:rPr>
          <w:color w:val="CC3399"/>
        </w:rPr>
        <w:t xml:space="preserve">enjoying </w:t>
      </w:r>
      <w:r>
        <w:rPr>
          <w:color w:val="000000"/>
        </w:rPr>
        <w:t xml:space="preserve">a </w:t>
      </w:r>
      <w:r>
        <w:rPr>
          <w:color w:val="00FFCC"/>
        </w:rPr>
        <w:t xml:space="preserve">drink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pool </w:t>
      </w:r>
      <w:r>
        <w:rPr>
          <w:color w:val="000000"/>
        </w:rPr>
        <w:t xml:space="preserve">, </w:t>
      </w:r>
      <w:r>
        <w:rPr>
          <w:color w:val="003E3E"/>
        </w:rPr>
        <w:t xml:space="preserve">would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exclaim </w:t>
      </w:r>
      <w:r>
        <w:rPr>
          <w:color w:val="000000"/>
        </w:rPr>
        <w:t xml:space="preserve">, `` </w:t>
      </w:r>
      <w:r>
        <w:rPr>
          <w:color w:val="00FFCC"/>
        </w:rPr>
        <w:t xml:space="preserve">Thanks </w:t>
      </w:r>
      <w:r>
        <w:rPr>
          <w:color w:val="000000"/>
        </w:rPr>
        <w:t xml:space="preserve">to the </w:t>
      </w:r>
      <w:r>
        <w:rPr>
          <w:color w:val="00FFCC"/>
        </w:rPr>
        <w:t xml:space="preserve">leadership </w:t>
      </w:r>
      <w:r>
        <w:rPr>
          <w:color w:val="FF6600"/>
        </w:rPr>
        <w:t xml:space="preserve">of </w:t>
      </w:r>
      <w:r>
        <w:rPr>
          <w:color w:val="00FFCC"/>
        </w:rPr>
        <w:t xml:space="preserve">Comrade Napoleon </w:t>
      </w:r>
      <w:r>
        <w:rPr>
          <w:color w:val="000000"/>
        </w:rPr>
        <w:t xml:space="preserve">, how </w:t>
      </w:r>
      <w:r>
        <w:rPr>
          <w:color w:val="33CCFF"/>
        </w:rPr>
        <w:t xml:space="preserve">excellent </w:t>
      </w:r>
      <w:r>
        <w:rPr>
          <w:color w:val="000000"/>
        </w:rPr>
        <w:t xml:space="preserve">this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water tastes </w:t>
      </w:r>
      <w:r>
        <w:rPr>
          <w:color w:val="000000"/>
        </w:rPr>
        <w:t xml:space="preserve">! '' The </w:t>
      </w:r>
      <w:r>
        <w:rPr>
          <w:color w:val="33CCFF"/>
        </w:rPr>
        <w:t xml:space="preserve">general </w:t>
      </w:r>
      <w:r>
        <w:rPr>
          <w:color w:val="00FFCC"/>
        </w:rPr>
        <w:t xml:space="preserve">feeling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was </w:t>
      </w:r>
      <w:r>
        <w:rPr>
          <w:color w:val="00787F"/>
        </w:rPr>
        <w:t xml:space="preserve">well </w:t>
      </w:r>
      <w:r>
        <w:rPr>
          <w:color w:val="CC3399"/>
        </w:rPr>
        <w:t xml:space="preserve">expressed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poem </w:t>
      </w:r>
      <w:r>
        <w:rPr>
          <w:color w:val="CC3399"/>
        </w:rPr>
        <w:t xml:space="preserve">entitled </w:t>
      </w:r>
      <w:r>
        <w:rPr>
          <w:color w:val="00FFCC"/>
        </w:rPr>
        <w:t xml:space="preserve">Comrade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which </w:t>
      </w:r>
      <w:r>
        <w:rPr>
          <w:color w:val="CC3399"/>
        </w:rPr>
        <w:t xml:space="preserve">was composed </w:t>
      </w:r>
      <w:r>
        <w:rPr>
          <w:color w:val="FF6600"/>
        </w:rPr>
        <w:t xml:space="preserve">by </w:t>
      </w:r>
      <w:r>
        <w:rPr>
          <w:color w:val="00FFCC"/>
        </w:rPr>
        <w:t xml:space="preserve">Minimus </w:t>
      </w:r>
      <w:r>
        <w:rPr>
          <w:color w:val="FF0066"/>
        </w:rPr>
        <w:t xml:space="preserve">and </w:t>
      </w:r>
      <w:r>
        <w:rPr>
          <w:color w:val="000000"/>
        </w:rPr>
        <w:t xml:space="preserve">which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ran </w:t>
      </w:r>
      <w:r>
        <w:rPr>
          <w:color w:val="FF6600"/>
        </w:rPr>
        <w:t xml:space="preserve">as </w:t>
      </w:r>
      <w:r>
        <w:rPr>
          <w:color w:val="CC3399"/>
        </w:rPr>
        <w:t xml:space="preserve">follows </w:t>
      </w:r>
      <w:r>
        <w:rPr>
          <w:color w:val="000000"/>
        </w:rPr>
        <w:t xml:space="preserve">: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Friend </w:t>
      </w:r>
      <w:r>
        <w:rPr>
          <w:color w:val="FF6600"/>
        </w:rPr>
        <w:t xml:space="preserve">of </w:t>
      </w:r>
      <w:r>
        <w:rPr>
          <w:color w:val="00FFCC"/>
        </w:rPr>
        <w:t xml:space="preserve">fatherless </w:t>
      </w:r>
      <w:r>
        <w:rPr>
          <w:color w:val="000000"/>
        </w:rPr>
        <w:t xml:space="preserve">!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Fountain </w:t>
      </w:r>
      <w:r>
        <w:rPr>
          <w:color w:val="FF6600"/>
        </w:rPr>
        <w:t xml:space="preserve">of </w:t>
      </w:r>
      <w:r>
        <w:rPr>
          <w:color w:val="00FFCC"/>
        </w:rPr>
        <w:t xml:space="preserve">happiness </w:t>
      </w:r>
      <w:r>
        <w:rPr>
          <w:color w:val="000000"/>
        </w:rPr>
        <w:t xml:space="preserve">!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Lord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swill-bucket </w:t>
      </w:r>
      <w:r>
        <w:rPr>
          <w:color w:val="000000"/>
        </w:rPr>
        <w:t xml:space="preserve">! Oh , how my </w:t>
      </w:r>
      <w:r>
        <w:rPr>
          <w:color w:val="00FFCC"/>
        </w:rPr>
        <w:t xml:space="preserve">soul </w:t>
      </w:r>
      <w:r>
        <w:rPr>
          <w:color w:val="CC3399"/>
        </w:rPr>
        <w:t xml:space="preserve">is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Fire </w:t>
      </w:r>
      <w:r>
        <w:rPr>
          <w:color w:val="000000"/>
        </w:rPr>
        <w:t xml:space="preserve">when I </w:t>
      </w:r>
      <w:r>
        <w:rPr>
          <w:color w:val="CC3399"/>
        </w:rPr>
        <w:t xml:space="preserve">gaze </w:t>
      </w:r>
      <w:r>
        <w:rPr>
          <w:color w:val="FF6600"/>
        </w:rPr>
        <w:t xml:space="preserve">at </w:t>
      </w:r>
      <w:r>
        <w:rPr>
          <w:color w:val="00FFCC"/>
        </w:rPr>
        <w:t xml:space="preserve">thy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Calm </w:t>
      </w:r>
      <w:r>
        <w:rPr>
          <w:color w:val="FF0066"/>
        </w:rPr>
        <w:t xml:space="preserve">and </w:t>
      </w:r>
      <w:r>
        <w:rPr>
          <w:color w:val="CC3399"/>
        </w:rPr>
        <w:t xml:space="preserve">commanding </w:t>
      </w:r>
      <w:r>
        <w:rPr>
          <w:color w:val="00FFCC"/>
        </w:rPr>
        <w:t xml:space="preserve">eye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Like </w:t>
      </w:r>
      <w:r>
        <w:rPr>
          <w:color w:val="000000"/>
        </w:rPr>
        <w:t xml:space="preserve">the </w:t>
      </w:r>
      <w:r>
        <w:rPr>
          <w:color w:val="00FFCC"/>
        </w:rPr>
        <w:t xml:space="preserve">sun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sky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Comrade Napoleon </w:t>
      </w:r>
      <w:r>
        <w:rPr>
          <w:color w:val="000000"/>
        </w:rPr>
        <w:t xml:space="preserve">!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Thou </w:t>
      </w:r>
      <w:r>
        <w:rPr>
          <w:color w:val="CC3399"/>
        </w:rPr>
        <w:t xml:space="preserve">are </w:t>
      </w:r>
      <w:r>
        <w:rPr>
          <w:color w:val="000000"/>
        </w:rPr>
        <w:t xml:space="preserve">the </w:t>
      </w:r>
      <w:r>
        <w:rPr>
          <w:color w:val="00FFCC"/>
        </w:rPr>
        <w:t xml:space="preserve">giver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All that </w:t>
      </w:r>
      <w:r>
        <w:rPr>
          <w:color w:val="33CCFF"/>
        </w:rPr>
        <w:t xml:space="preserve">thy </w:t>
      </w:r>
      <w:r>
        <w:rPr>
          <w:color w:val="00FFCC"/>
        </w:rPr>
        <w:t xml:space="preserve">creatures </w:t>
      </w:r>
      <w:r>
        <w:rPr>
          <w:color w:val="CC3399"/>
        </w:rPr>
        <w:t xml:space="preserve">love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Full </w:t>
      </w:r>
      <w:r>
        <w:rPr>
          <w:color w:val="00787F"/>
        </w:rPr>
        <w:t xml:space="preserve">belly twice </w:t>
      </w:r>
      <w:r>
        <w:rPr>
          <w:color w:val="000000"/>
        </w:rPr>
        <w:t xml:space="preserve">a </w:t>
      </w:r>
      <w:r>
        <w:rPr>
          <w:color w:val="00FFCC"/>
        </w:rPr>
        <w:t xml:space="preserve">day </w:t>
      </w:r>
      <w:r>
        <w:rPr>
          <w:color w:val="000000"/>
        </w:rPr>
        <w:t xml:space="preserve">, </w:t>
      </w:r>
      <w:r>
        <w:rPr>
          <w:color w:val="33CCFF"/>
        </w:rPr>
        <w:t xml:space="preserve">clean </w:t>
      </w:r>
      <w:r>
        <w:rPr>
          <w:color w:val="00FFCC"/>
        </w:rPr>
        <w:t xml:space="preserve">straw </w:t>
      </w:r>
      <w:r>
        <w:rPr>
          <w:color w:val="000000"/>
        </w:rPr>
        <w:t xml:space="preserve">to </w:t>
      </w:r>
      <w:r>
        <w:rPr>
          <w:color w:val="CC3399"/>
        </w:rPr>
        <w:t xml:space="preserve">roll </w:t>
      </w:r>
      <w:r>
        <w:rPr>
          <w:color w:val="00FFCC"/>
        </w:rPr>
        <w:t xml:space="preserve">upon </w:t>
      </w:r>
      <w:r>
        <w:rPr>
          <w:color w:val="000000"/>
        </w:rPr>
        <w:t xml:space="preserve">; </w:t>
      </w: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Every </w:t>
      </w:r>
      <w:r>
        <w:rPr>
          <w:color w:val="00FFCC"/>
        </w:rPr>
        <w:t xml:space="preserve">beast </w:t>
      </w:r>
      <w:r>
        <w:rPr>
          <w:color w:val="33CCFF"/>
        </w:rPr>
        <w:t xml:space="preserve">great </w:t>
      </w:r>
      <w:r>
        <w:rPr>
          <w:color w:val="FF0066"/>
        </w:rPr>
        <w:t xml:space="preserve">or </w:t>
      </w:r>
      <w:r>
        <w:rPr>
          <w:color w:val="33CCFF"/>
        </w:rPr>
        <w:t xml:space="preserve">small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Sleeps </w:t>
      </w:r>
      <w:r>
        <w:rPr>
          <w:color w:val="FF6600"/>
        </w:rPr>
        <w:t xml:space="preserve">at </w:t>
      </w:r>
      <w:r>
        <w:rPr>
          <w:color w:val="00FFCC"/>
        </w:rPr>
        <w:t xml:space="preserve">peace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stall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Thou </w:t>
      </w:r>
      <w:r>
        <w:rPr>
          <w:color w:val="33CCFF"/>
        </w:rPr>
        <w:t xml:space="preserve">watchest </w:t>
      </w:r>
      <w:r>
        <w:rPr>
          <w:color w:val="FF6600"/>
        </w:rPr>
        <w:t xml:space="preserve">over </w:t>
      </w:r>
      <w:r>
        <w:rPr>
          <w:color w:val="000000"/>
        </w:rPr>
        <w:t xml:space="preserve">all 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Comrade Napoleon </w:t>
      </w:r>
      <w:r>
        <w:rPr>
          <w:color w:val="000000"/>
        </w:rPr>
        <w:t xml:space="preserve">!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Had </w:t>
      </w:r>
      <w:r>
        <w:rPr>
          <w:color w:val="000000"/>
        </w:rPr>
        <w:t xml:space="preserve">I a </w:t>
      </w:r>
      <w:r>
        <w:rPr>
          <w:color w:val="00FFCC"/>
        </w:rPr>
        <w:t xml:space="preserve">sucking-pig </w:t>
      </w:r>
      <w:r>
        <w:rPr>
          <w:color w:val="000000"/>
        </w:rPr>
        <w:t>,</w:t>
      </w:r>
      <w:r>
        <w:rPr>
          <w:color w:val="000000"/>
        </w:rPr>
        <w:t xml:space="preserve">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Ere </w:t>
      </w:r>
      <w:r>
        <w:rPr>
          <w:color w:val="000000"/>
        </w:rPr>
        <w:t xml:space="preserve">he </w:t>
      </w:r>
      <w:r>
        <w:rPr>
          <w:color w:val="CC3399"/>
        </w:rPr>
        <w:t xml:space="preserve">had grown </w:t>
      </w:r>
      <w:r>
        <w:rPr>
          <w:color w:val="FF6600"/>
        </w:rPr>
        <w:t xml:space="preserve">as </w:t>
      </w:r>
      <w:r>
        <w:rPr>
          <w:color w:val="33CCFF"/>
        </w:rPr>
        <w:t xml:space="preserve">big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Even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pint bottle </w:t>
      </w:r>
      <w:r>
        <w:rPr>
          <w:color w:val="FF0066"/>
        </w:rPr>
        <w:t xml:space="preserve">or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rolling-pin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003E3E"/>
        </w:rPr>
        <w:t xml:space="preserve">should </w:t>
      </w:r>
      <w:r>
        <w:rPr>
          <w:color w:val="CC3399"/>
        </w:rPr>
        <w:t xml:space="preserve">have learned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Faithful </w:t>
      </w:r>
      <w:r>
        <w:rPr>
          <w:color w:val="FF0066"/>
        </w:rPr>
        <w:t xml:space="preserve">and </w:t>
      </w:r>
      <w:r>
        <w:rPr>
          <w:color w:val="33CCFF"/>
        </w:rPr>
        <w:t xml:space="preserve">true </w:t>
      </w:r>
      <w:r>
        <w:rPr>
          <w:color w:val="000000"/>
        </w:rPr>
        <w:t xml:space="preserve">to </w:t>
      </w:r>
      <w:r>
        <w:rPr>
          <w:color w:val="CC3399"/>
        </w:rPr>
        <w:t xml:space="preserve">thee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Yes , his </w:t>
      </w:r>
      <w:r>
        <w:rPr>
          <w:color w:val="33CCFF"/>
        </w:rPr>
        <w:t xml:space="preserve">first </w:t>
      </w:r>
      <w:r>
        <w:rPr>
          <w:color w:val="00FFCC"/>
        </w:rPr>
        <w:t xml:space="preserve">squeak </w:t>
      </w:r>
      <w:r>
        <w:rPr>
          <w:color w:val="003E3E"/>
        </w:rPr>
        <w:t xml:space="preserve">should </w:t>
      </w:r>
      <w:r>
        <w:rPr>
          <w:color w:val="CC3399"/>
        </w:rPr>
        <w:t xml:space="preserve">be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Comrade Napoleon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approved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00FFCC"/>
        </w:rPr>
        <w:t xml:space="preserve">poem </w:t>
      </w:r>
      <w:r>
        <w:rPr>
          <w:color w:val="FF0066"/>
        </w:rPr>
        <w:t xml:space="preserve">and </w:t>
      </w:r>
      <w:r>
        <w:rPr>
          <w:color w:val="CC3399"/>
        </w:rPr>
        <w:t xml:space="preserve">caused </w:t>
      </w:r>
      <w:r>
        <w:rPr>
          <w:color w:val="000000"/>
        </w:rPr>
        <w:t xml:space="preserve">it to </w:t>
      </w:r>
      <w:r>
        <w:rPr>
          <w:color w:val="CC3399"/>
        </w:rPr>
        <w:t xml:space="preserve">be inscribed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wall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big </w:t>
      </w:r>
      <w:r>
        <w:rPr>
          <w:color w:val="00FFCC"/>
        </w:rPr>
        <w:t xml:space="preserve">barn </w:t>
      </w:r>
      <w:r>
        <w:rPr>
          <w:color w:val="000000"/>
        </w:rPr>
        <w:t xml:space="preserve">,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opposite </w:t>
      </w:r>
      <w:r>
        <w:rPr>
          <w:color w:val="00FFCC"/>
        </w:rPr>
        <w:t xml:space="preserve">end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Seven Commandments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surmounted </w:t>
      </w: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  <w:r>
        <w:rPr>
          <w:color w:val="00FFCC"/>
        </w:rPr>
        <w:t xml:space="preserve">portrait </w:t>
      </w:r>
      <w:r>
        <w:rPr>
          <w:color w:val="FF6600"/>
        </w:rPr>
        <w:t xml:space="preserve">of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FFCC"/>
        </w:rPr>
        <w:t xml:space="preserve">profile </w:t>
      </w:r>
      <w:r>
        <w:rPr>
          <w:color w:val="000000"/>
        </w:rPr>
        <w:t xml:space="preserve">, </w:t>
      </w:r>
      <w:r>
        <w:rPr>
          <w:color w:val="CC3399"/>
        </w:rPr>
        <w:t xml:space="preserve">executed </w:t>
      </w:r>
      <w:r>
        <w:rPr>
          <w:color w:val="FF6600"/>
        </w:rPr>
        <w:t xml:space="preserve">by </w:t>
      </w:r>
      <w:r>
        <w:rPr>
          <w:color w:val="00FFCC"/>
        </w:rPr>
        <w:t xml:space="preserve">Squealer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white </w:t>
      </w:r>
      <w:r>
        <w:rPr>
          <w:color w:val="00FFCC"/>
        </w:rPr>
        <w:t xml:space="preserve">paint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Meanwhile </w:t>
      </w:r>
      <w:r>
        <w:rPr>
          <w:color w:val="000000"/>
        </w:rPr>
        <w:t xml:space="preserve">, </w:t>
      </w:r>
      <w:r>
        <w:rPr>
          <w:color w:val="FF6600"/>
        </w:rPr>
        <w:t xml:space="preserve">through </w:t>
      </w:r>
      <w:r>
        <w:rPr>
          <w:color w:val="000000"/>
        </w:rPr>
        <w:t xml:space="preserve">the </w:t>
      </w:r>
      <w:r>
        <w:rPr>
          <w:color w:val="00FFCC"/>
        </w:rPr>
        <w:t xml:space="preserve">agency </w:t>
      </w:r>
      <w:r>
        <w:rPr>
          <w:color w:val="FF6600"/>
        </w:rPr>
        <w:t xml:space="preserve">of </w:t>
      </w:r>
      <w:r>
        <w:rPr>
          <w:color w:val="00FFCC"/>
        </w:rPr>
        <w:t xml:space="preserve">Whymper </w:t>
      </w:r>
      <w:r>
        <w:rPr>
          <w:color w:val="000000"/>
        </w:rPr>
        <w:t xml:space="preserve">,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was engaged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CC3399"/>
        </w:rPr>
        <w:t>compl</w:t>
      </w:r>
      <w:r>
        <w:rPr>
          <w:color w:val="CC3399"/>
        </w:rPr>
        <w:t xml:space="preserve">icated </w:t>
      </w:r>
      <w:r>
        <w:rPr>
          <w:color w:val="00FFCC"/>
        </w:rPr>
        <w:t xml:space="preserve">negotiations </w:t>
      </w:r>
      <w:r>
        <w:rPr>
          <w:color w:val="FF6600"/>
        </w:rPr>
        <w:t xml:space="preserve">with </w:t>
      </w:r>
      <w:r>
        <w:rPr>
          <w:color w:val="00FFCC"/>
        </w:rPr>
        <w:t xml:space="preserve">Frederick </w:t>
      </w:r>
      <w:r>
        <w:rPr>
          <w:color w:val="FF0066"/>
        </w:rPr>
        <w:t xml:space="preserve">and </w:t>
      </w:r>
      <w:r>
        <w:rPr>
          <w:color w:val="00FFCC"/>
        </w:rPr>
        <w:t xml:space="preserve">Pilkington </w:t>
      </w:r>
      <w:r>
        <w:rPr>
          <w:color w:val="000000"/>
        </w:rPr>
        <w:t xml:space="preserve">. The </w:t>
      </w:r>
      <w:r>
        <w:rPr>
          <w:color w:val="00FFCC"/>
        </w:rPr>
        <w:t xml:space="preserve">pile </w:t>
      </w:r>
      <w:r>
        <w:rPr>
          <w:color w:val="FF6600"/>
        </w:rPr>
        <w:t xml:space="preserve">of </w:t>
      </w:r>
      <w:r>
        <w:rPr>
          <w:color w:val="00FFCC"/>
        </w:rPr>
        <w:t xml:space="preserve">timber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787F"/>
        </w:rPr>
        <w:t xml:space="preserve">still </w:t>
      </w:r>
      <w:r>
        <w:rPr>
          <w:color w:val="33CCFF"/>
        </w:rPr>
        <w:t xml:space="preserve">unsold </w:t>
      </w:r>
      <w:r>
        <w:rPr>
          <w:color w:val="000000"/>
        </w:rPr>
        <w:t xml:space="preserve">. </w:t>
      </w:r>
      <w:r>
        <w:rPr>
          <w:color w:val="FF6600"/>
        </w:rPr>
        <w:t xml:space="preserve">Of </w:t>
      </w:r>
      <w:r>
        <w:rPr>
          <w:color w:val="000000"/>
        </w:rPr>
        <w:t xml:space="preserve">the two , </w:t>
      </w:r>
      <w:r>
        <w:rPr>
          <w:color w:val="00FFCC"/>
        </w:rPr>
        <w:t xml:space="preserve">Frederick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00787F"/>
        </w:rPr>
        <w:t xml:space="preserve">more </w:t>
      </w:r>
      <w:r>
        <w:rPr>
          <w:color w:val="33CCFF"/>
        </w:rPr>
        <w:t xml:space="preserve">anxious </w:t>
      </w:r>
      <w:r>
        <w:rPr>
          <w:color w:val="000000"/>
        </w:rPr>
        <w:t xml:space="preserve">to </w:t>
      </w:r>
      <w:r>
        <w:rPr>
          <w:color w:val="CC3399"/>
        </w:rPr>
        <w:t xml:space="preserve">get hold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it , </w:t>
      </w:r>
      <w:r>
        <w:rPr>
          <w:color w:val="FF0066"/>
        </w:rPr>
        <w:t xml:space="preserve">but </w:t>
      </w:r>
      <w:r>
        <w:rPr>
          <w:color w:val="000000"/>
        </w:rPr>
        <w:t xml:space="preserve">he </w:t>
      </w:r>
      <w:r>
        <w:rPr>
          <w:color w:val="003E3E"/>
        </w:rPr>
        <w:t xml:space="preserve">would </w:t>
      </w:r>
      <w:r>
        <w:rPr>
          <w:color w:val="00787F"/>
        </w:rPr>
        <w:t xml:space="preserve">not </w:t>
      </w:r>
      <w:r>
        <w:rPr>
          <w:color w:val="CC3399"/>
        </w:rPr>
        <w:t xml:space="preserve">offer </w:t>
      </w:r>
      <w:r>
        <w:rPr>
          <w:color w:val="000000"/>
        </w:rPr>
        <w:t xml:space="preserve">a </w:t>
      </w:r>
      <w:r>
        <w:rPr>
          <w:color w:val="33CCFF"/>
        </w:rPr>
        <w:t xml:space="preserve">reasonable </w:t>
      </w:r>
      <w:r>
        <w:rPr>
          <w:color w:val="00FFCC"/>
        </w:rPr>
        <w:t xml:space="preserve">price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FFCC"/>
        </w:rPr>
        <w:t xml:space="preserve">time </w:t>
      </w:r>
      <w:r>
        <w:rPr>
          <w:color w:val="000000"/>
        </w:rPr>
        <w:t xml:space="preserve">there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renewed </w:t>
      </w:r>
      <w:r>
        <w:rPr>
          <w:color w:val="00FFCC"/>
        </w:rPr>
        <w:t xml:space="preserve">rumours </w:t>
      </w:r>
      <w:r>
        <w:rPr>
          <w:color w:val="FF6600"/>
        </w:rPr>
        <w:t xml:space="preserve">that </w:t>
      </w:r>
      <w:r>
        <w:rPr>
          <w:color w:val="00FFCC"/>
        </w:rPr>
        <w:t xml:space="preserve">Frederick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men </w:t>
      </w:r>
      <w:r>
        <w:rPr>
          <w:color w:val="CC3399"/>
        </w:rPr>
        <w:t xml:space="preserve">were plotting </w:t>
      </w:r>
      <w:r>
        <w:rPr>
          <w:color w:val="000000"/>
        </w:rPr>
        <w:t xml:space="preserve">to </w:t>
      </w:r>
      <w:r>
        <w:rPr>
          <w:color w:val="CC3399"/>
        </w:rPr>
        <w:t xml:space="preserve">attack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 Farm </w:t>
      </w:r>
      <w:r>
        <w:rPr>
          <w:color w:val="FF0066"/>
        </w:rPr>
        <w:t xml:space="preserve">and </w:t>
      </w:r>
      <w:r>
        <w:rPr>
          <w:color w:val="000000"/>
        </w:rPr>
        <w:t xml:space="preserve">to </w:t>
      </w:r>
      <w:r>
        <w:rPr>
          <w:color w:val="CC3399"/>
        </w:rPr>
        <w:t xml:space="preserve">destroy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the </w:t>
      </w:r>
      <w:r>
        <w:rPr>
          <w:color w:val="00FFCC"/>
        </w:rPr>
        <w:t xml:space="preserve">building </w:t>
      </w:r>
      <w:r>
        <w:rPr>
          <w:color w:val="FF6600"/>
        </w:rPr>
        <w:t xml:space="preserve">of </w:t>
      </w:r>
      <w:r>
        <w:rPr>
          <w:color w:val="000000"/>
        </w:rPr>
        <w:t xml:space="preserve">which </w:t>
      </w:r>
      <w:r>
        <w:rPr>
          <w:color w:val="CC3399"/>
        </w:rPr>
        <w:t xml:space="preserve">had aroused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furious </w:t>
      </w:r>
      <w:r>
        <w:rPr>
          <w:color w:val="00FFCC"/>
        </w:rPr>
        <w:t xml:space="preserve">jealousy </w:t>
      </w:r>
      <w:r>
        <w:rPr>
          <w:color w:val="FF6600"/>
        </w:rPr>
        <w:t xml:space="preserve">in </w:t>
      </w:r>
      <w:r>
        <w:rPr>
          <w:color w:val="000000"/>
        </w:rPr>
        <w:t xml:space="preserve">him .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was known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00787F"/>
        </w:rPr>
        <w:t xml:space="preserve">still </w:t>
      </w:r>
      <w:r>
        <w:rPr>
          <w:color w:val="CC3399"/>
        </w:rPr>
        <w:t xml:space="preserve">skulking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Pinchfield Farm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middle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summer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>were</w:t>
      </w:r>
      <w:r>
        <w:rPr>
          <w:color w:val="CC3399"/>
        </w:rPr>
        <w:t xml:space="preserve"> alarmed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hear </w:t>
      </w:r>
      <w:r>
        <w:rPr>
          <w:color w:val="FF6600"/>
        </w:rPr>
        <w:t xml:space="preserve">that </w:t>
      </w:r>
      <w:r>
        <w:rPr>
          <w:color w:val="000000"/>
        </w:rPr>
        <w:t xml:space="preserve">three </w:t>
      </w:r>
      <w:r>
        <w:rPr>
          <w:color w:val="00FFCC"/>
        </w:rPr>
        <w:t xml:space="preserve">hens </w:t>
      </w:r>
      <w:r>
        <w:rPr>
          <w:color w:val="CC3399"/>
        </w:rPr>
        <w:t xml:space="preserve">had come </w:t>
      </w:r>
      <w:r>
        <w:rPr>
          <w:color w:val="00787F"/>
        </w:rPr>
        <w:t xml:space="preserve">forward </w:t>
      </w:r>
      <w:r>
        <w:rPr>
          <w:color w:val="FF0066"/>
        </w:rPr>
        <w:t xml:space="preserve">and </w:t>
      </w:r>
      <w:r>
        <w:rPr>
          <w:color w:val="CC3399"/>
        </w:rPr>
        <w:t xml:space="preserve">confessed </w:t>
      </w:r>
      <w:r>
        <w:rPr>
          <w:color w:val="FF6600"/>
        </w:rPr>
        <w:t xml:space="preserve">that </w:t>
      </w:r>
      <w:r>
        <w:rPr>
          <w:color w:val="000000"/>
        </w:rPr>
        <w:t xml:space="preserve">, </w:t>
      </w:r>
      <w:r>
        <w:rPr>
          <w:color w:val="CC3399"/>
        </w:rPr>
        <w:t xml:space="preserve">inspired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000000"/>
        </w:rPr>
        <w:t xml:space="preserve">, they </w:t>
      </w:r>
      <w:r>
        <w:rPr>
          <w:color w:val="CC3399"/>
        </w:rPr>
        <w:t xml:space="preserve">had entered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  <w:r>
        <w:rPr>
          <w:color w:val="00FFCC"/>
        </w:rPr>
        <w:t xml:space="preserve">plot </w:t>
      </w:r>
      <w:r>
        <w:rPr>
          <w:color w:val="000000"/>
        </w:rPr>
        <w:t xml:space="preserve">to </w:t>
      </w:r>
      <w:r>
        <w:rPr>
          <w:color w:val="CC3399"/>
        </w:rPr>
        <w:t xml:space="preserve">murder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executed </w:t>
      </w:r>
      <w:r>
        <w:rPr>
          <w:color w:val="00787F"/>
        </w:rPr>
        <w:t xml:space="preserve">immediately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33CCFF"/>
        </w:rPr>
        <w:t xml:space="preserve">fresh </w:t>
      </w:r>
      <w:r>
        <w:rPr>
          <w:color w:val="00FFCC"/>
        </w:rPr>
        <w:t xml:space="preserve">precautions </w:t>
      </w:r>
      <w:r>
        <w:rPr>
          <w:color w:val="FF6600"/>
        </w:rPr>
        <w:t xml:space="preserve">for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safety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taken </w:t>
      </w:r>
      <w:r>
        <w:rPr>
          <w:color w:val="000000"/>
        </w:rPr>
        <w:t xml:space="preserve">. Four </w:t>
      </w:r>
      <w:r>
        <w:rPr>
          <w:color w:val="00FFCC"/>
        </w:rPr>
        <w:t xml:space="preserve">dogs </w:t>
      </w:r>
      <w:r>
        <w:rPr>
          <w:color w:val="CC3399"/>
        </w:rPr>
        <w:t xml:space="preserve">guarded </w:t>
      </w:r>
      <w:r>
        <w:rPr>
          <w:color w:val="000000"/>
        </w:rPr>
        <w:t xml:space="preserve">his </w:t>
      </w:r>
      <w:r>
        <w:rPr>
          <w:color w:val="00FFCC"/>
        </w:rPr>
        <w:t xml:space="preserve">bed </w:t>
      </w:r>
      <w:r>
        <w:rPr>
          <w:color w:val="FF6600"/>
        </w:rPr>
        <w:t xml:space="preserve">at </w:t>
      </w:r>
      <w:r>
        <w:rPr>
          <w:color w:val="00FFCC"/>
        </w:rPr>
        <w:t xml:space="preserve">night </w:t>
      </w:r>
      <w:r>
        <w:rPr>
          <w:color w:val="000000"/>
        </w:rPr>
        <w:t xml:space="preserve">, one </w:t>
      </w:r>
      <w:r>
        <w:rPr>
          <w:color w:val="FF6600"/>
        </w:rPr>
        <w:t xml:space="preserve">at </w:t>
      </w:r>
      <w:r>
        <w:rPr>
          <w:color w:val="000000"/>
        </w:rPr>
        <w:t xml:space="preserve">each </w:t>
      </w:r>
      <w:r>
        <w:rPr>
          <w:color w:val="00FFCC"/>
        </w:rPr>
        <w:t xml:space="preserve">corner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33CCFF"/>
        </w:rPr>
        <w:t xml:space="preserve">young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pig </w:t>
      </w:r>
      <w:r>
        <w:rPr>
          <w:color w:val="CC3399"/>
        </w:rPr>
        <w:t xml:space="preserve">named </w:t>
      </w:r>
      <w:r>
        <w:rPr>
          <w:color w:val="00FFCC"/>
        </w:rPr>
        <w:t xml:space="preserve">Pinkeye </w:t>
      </w:r>
      <w:r>
        <w:rPr>
          <w:color w:val="CC3399"/>
        </w:rPr>
        <w:t xml:space="preserve">was given </w:t>
      </w:r>
      <w:r>
        <w:rPr>
          <w:color w:val="000000"/>
        </w:rPr>
        <w:t xml:space="preserve">the </w:t>
      </w:r>
      <w:r>
        <w:rPr>
          <w:color w:val="00FFCC"/>
        </w:rPr>
        <w:t xml:space="preserve">task </w:t>
      </w:r>
      <w:r>
        <w:rPr>
          <w:color w:val="FF6600"/>
        </w:rPr>
        <w:t xml:space="preserve">of </w:t>
      </w:r>
      <w:r>
        <w:rPr>
          <w:color w:val="CC3399"/>
        </w:rPr>
        <w:t xml:space="preserve">tasting </w:t>
      </w:r>
      <w:r>
        <w:rPr>
          <w:color w:val="000000"/>
        </w:rPr>
        <w:t xml:space="preserve">all his </w:t>
      </w:r>
      <w:r>
        <w:rPr>
          <w:color w:val="00FFCC"/>
        </w:rPr>
        <w:t xml:space="preserve">food </w:t>
      </w:r>
      <w:r>
        <w:rPr>
          <w:color w:val="FF6600"/>
        </w:rPr>
        <w:t xml:space="preserve">before </w:t>
      </w:r>
      <w:r>
        <w:rPr>
          <w:color w:val="000000"/>
        </w:rPr>
        <w:t xml:space="preserve">he </w:t>
      </w:r>
      <w:r>
        <w:rPr>
          <w:color w:val="CC3399"/>
        </w:rPr>
        <w:t xml:space="preserve">ate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it , </w:t>
      </w:r>
      <w:r>
        <w:rPr>
          <w:color w:val="FF6600"/>
        </w:rPr>
        <w:t xml:space="preserve">lest </w:t>
      </w:r>
      <w:r>
        <w:rPr>
          <w:color w:val="000000"/>
        </w:rPr>
        <w:t xml:space="preserve">it </w:t>
      </w:r>
      <w:r>
        <w:rPr>
          <w:color w:val="003E3E"/>
        </w:rPr>
        <w:t xml:space="preserve">should </w:t>
      </w:r>
      <w:r>
        <w:rPr>
          <w:color w:val="CC3399"/>
        </w:rPr>
        <w:t xml:space="preserve">be poisoned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At about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FFCC"/>
        </w:rPr>
        <w:t xml:space="preserve">time </w:t>
      </w:r>
      <w:r>
        <w:rPr>
          <w:color w:val="000000"/>
        </w:rPr>
        <w:t xml:space="preserve">it </w:t>
      </w:r>
      <w:r>
        <w:rPr>
          <w:color w:val="CC3399"/>
        </w:rPr>
        <w:t xml:space="preserve">was given </w:t>
      </w:r>
      <w:r>
        <w:rPr>
          <w:color w:val="000000"/>
        </w:rPr>
        <w:t xml:space="preserve">out </w:t>
      </w:r>
      <w:r>
        <w:rPr>
          <w:color w:val="FF6600"/>
        </w:rPr>
        <w:t xml:space="preserve">that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had arranged </w:t>
      </w:r>
      <w:r>
        <w:rPr>
          <w:color w:val="000000"/>
        </w:rPr>
        <w:t xml:space="preserve">to </w:t>
      </w:r>
      <w:r>
        <w:rPr>
          <w:color w:val="CC3399"/>
        </w:rPr>
        <w:t xml:space="preserve">sell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pile </w:t>
      </w:r>
      <w:r>
        <w:rPr>
          <w:color w:val="FF6600"/>
        </w:rPr>
        <w:t xml:space="preserve">of </w:t>
      </w:r>
      <w:r>
        <w:rPr>
          <w:color w:val="00FFCC"/>
        </w:rPr>
        <w:t xml:space="preserve">timber </w:t>
      </w:r>
      <w:r>
        <w:rPr>
          <w:color w:val="000000"/>
        </w:rPr>
        <w:t xml:space="preserve">to </w:t>
      </w:r>
      <w:r>
        <w:rPr>
          <w:color w:val="00FFCC"/>
        </w:rPr>
        <w:t xml:space="preserve">Mr. Pilkington </w:t>
      </w:r>
      <w:r>
        <w:rPr>
          <w:color w:val="000000"/>
        </w:rPr>
        <w:t xml:space="preserve">; he </w:t>
      </w:r>
      <w:r>
        <w:rPr>
          <w:color w:val="CC3399"/>
        </w:rPr>
        <w:t xml:space="preserve">was </w:t>
      </w:r>
      <w:r>
        <w:rPr>
          <w:color w:val="00787F"/>
        </w:rPr>
        <w:t xml:space="preserve">also </w:t>
      </w:r>
      <w:r>
        <w:rPr>
          <w:color w:val="CC3399"/>
        </w:rPr>
        <w:t xml:space="preserve">going </w:t>
      </w:r>
      <w:r>
        <w:rPr>
          <w:color w:val="000000"/>
        </w:rPr>
        <w:t xml:space="preserve">to </w:t>
      </w:r>
      <w:r>
        <w:rPr>
          <w:color w:val="CC3399"/>
        </w:rPr>
        <w:t xml:space="preserve">enter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regular </w:t>
      </w:r>
      <w:r>
        <w:rPr>
          <w:color w:val="00FFCC"/>
        </w:rPr>
        <w:t xml:space="preserve">agreement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exchange </w:t>
      </w:r>
      <w:r>
        <w:rPr>
          <w:color w:val="FF6600"/>
        </w:rPr>
        <w:t xml:space="preserve">of </w:t>
      </w:r>
      <w:r>
        <w:rPr>
          <w:color w:val="33CCFF"/>
        </w:rPr>
        <w:t xml:space="preserve">certain </w:t>
      </w:r>
      <w:r>
        <w:rPr>
          <w:color w:val="00FFCC"/>
        </w:rPr>
        <w:t xml:space="preserve">products </w:t>
      </w:r>
      <w:r>
        <w:rPr>
          <w:color w:val="FF6600"/>
        </w:rPr>
        <w:t xml:space="preserve">between </w:t>
      </w:r>
      <w:r>
        <w:rPr>
          <w:color w:val="00FFCC"/>
        </w:rPr>
        <w:t xml:space="preserve">Animal Farm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FFCC"/>
        </w:rPr>
        <w:t xml:space="preserve">Foxwood </w:t>
      </w:r>
      <w:r>
        <w:rPr>
          <w:color w:val="000000"/>
        </w:rPr>
        <w:t xml:space="preserve">. The </w:t>
      </w:r>
      <w:r>
        <w:rPr>
          <w:color w:val="00FFCC"/>
        </w:rPr>
        <w:t xml:space="preserve">relations </w:t>
      </w:r>
      <w:r>
        <w:rPr>
          <w:color w:val="FF6600"/>
        </w:rPr>
        <w:t xml:space="preserve">between </w:t>
      </w:r>
      <w:r>
        <w:rPr>
          <w:color w:val="00FFCC"/>
        </w:rPr>
        <w:t xml:space="preserve">Napoleon </w:t>
      </w:r>
      <w:r>
        <w:rPr>
          <w:color w:val="FF0066"/>
        </w:rPr>
        <w:t xml:space="preserve">and </w:t>
      </w:r>
      <w:r>
        <w:rPr>
          <w:color w:val="00FFCC"/>
        </w:rPr>
        <w:t xml:space="preserve">Pilkington </w:t>
      </w:r>
      <w:r>
        <w:rPr>
          <w:color w:val="000000"/>
        </w:rPr>
        <w:t xml:space="preserve">, </w:t>
      </w:r>
      <w:r>
        <w:rPr>
          <w:color w:val="FF6600"/>
        </w:rPr>
        <w:t xml:space="preserve">though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</w:t>
      </w:r>
      <w:r>
        <w:rPr>
          <w:color w:val="00787F"/>
        </w:rPr>
        <w:t xml:space="preserve">only </w:t>
      </w:r>
      <w:r>
        <w:rPr>
          <w:color w:val="CC3399"/>
        </w:rPr>
        <w:t xml:space="preserve">conducted </w:t>
      </w:r>
      <w:r>
        <w:rPr>
          <w:color w:val="FF6600"/>
        </w:rPr>
        <w:t xml:space="preserve">through </w:t>
      </w:r>
      <w:r>
        <w:rPr>
          <w:color w:val="00FFCC"/>
        </w:rPr>
        <w:t xml:space="preserve">Whymper </w:t>
      </w:r>
      <w:r>
        <w:rPr>
          <w:color w:val="000000"/>
        </w:rPr>
        <w:t xml:space="preserve">, </w:t>
      </w:r>
      <w:r>
        <w:rPr>
          <w:color w:val="CC3399"/>
        </w:rPr>
        <w:t xml:space="preserve">were </w:t>
      </w:r>
      <w:r>
        <w:rPr>
          <w:color w:val="00787F"/>
        </w:rPr>
        <w:t xml:space="preserve">now almost </w:t>
      </w:r>
      <w:r>
        <w:rPr>
          <w:color w:val="33CCFF"/>
        </w:rPr>
        <w:t xml:space="preserve">friendly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distrusted </w:t>
      </w:r>
      <w:r>
        <w:rPr>
          <w:color w:val="00FFCC"/>
        </w:rPr>
        <w:t xml:space="preserve">Pilkington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33CCFF"/>
        </w:rPr>
        <w:t xml:space="preserve">human </w:t>
      </w:r>
      <w:r>
        <w:rPr>
          <w:color w:val="CC3399"/>
        </w:rPr>
        <w:t xml:space="preserve">being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787F"/>
        </w:rPr>
        <w:t xml:space="preserve">greatly </w:t>
      </w:r>
      <w:r>
        <w:rPr>
          <w:color w:val="CC3399"/>
        </w:rPr>
        <w:t xml:space="preserve">preferred </w:t>
      </w:r>
      <w:r>
        <w:rPr>
          <w:color w:val="000000"/>
        </w:rPr>
        <w:t xml:space="preserve">him 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Frederick </w:t>
      </w:r>
      <w:r>
        <w:rPr>
          <w:color w:val="000000"/>
        </w:rPr>
        <w:t xml:space="preserve">, whom they both </w:t>
      </w:r>
      <w:r>
        <w:rPr>
          <w:color w:val="CC3399"/>
        </w:rPr>
        <w:t xml:space="preserve">feared </w:t>
      </w:r>
      <w:r>
        <w:rPr>
          <w:color w:val="FF0066"/>
        </w:rPr>
        <w:t xml:space="preserve">and </w:t>
      </w:r>
      <w:r>
        <w:rPr>
          <w:color w:val="CC3399"/>
        </w:rPr>
        <w:t xml:space="preserve">hated </w:t>
      </w:r>
      <w:r>
        <w:rPr>
          <w:color w:val="000000"/>
        </w:rPr>
        <w:t xml:space="preserve">.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00FFCC"/>
        </w:rPr>
        <w:t xml:space="preserve">summer wore </w:t>
      </w:r>
      <w:r>
        <w:rPr>
          <w:color w:val="FF6600"/>
        </w:rPr>
        <w:t xml:space="preserve">on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windmill </w:t>
      </w:r>
      <w:r>
        <w:rPr>
          <w:color w:val="CC3399"/>
        </w:rPr>
        <w:t xml:space="preserve">neared </w:t>
      </w:r>
      <w:r>
        <w:rPr>
          <w:color w:val="00FFCC"/>
        </w:rPr>
        <w:t xml:space="preserve">completion </w:t>
      </w:r>
      <w:r>
        <w:rPr>
          <w:color w:val="000000"/>
        </w:rPr>
        <w:t xml:space="preserve">, the </w:t>
      </w:r>
      <w:r>
        <w:rPr>
          <w:color w:val="00FFCC"/>
        </w:rPr>
        <w:t xml:space="preserve">rumours </w:t>
      </w:r>
      <w:r>
        <w:rPr>
          <w:color w:val="FF6600"/>
        </w:rPr>
        <w:t xml:space="preserve">of </w:t>
      </w:r>
      <w:r>
        <w:rPr>
          <w:color w:val="000000"/>
        </w:rPr>
        <w:t xml:space="preserve">an </w:t>
      </w:r>
      <w:r>
        <w:rPr>
          <w:color w:val="CC3399"/>
        </w:rPr>
        <w:t>impendi</w:t>
      </w:r>
      <w:r>
        <w:rPr>
          <w:color w:val="CC3399"/>
        </w:rPr>
        <w:t xml:space="preserve">ng </w:t>
      </w:r>
      <w:r>
        <w:rPr>
          <w:color w:val="33CCFF"/>
        </w:rPr>
        <w:t xml:space="preserve">treacherous </w:t>
      </w:r>
      <w:r>
        <w:rPr>
          <w:color w:val="00FFCC"/>
        </w:rPr>
        <w:t xml:space="preserve">attack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grew </w:t>
      </w:r>
      <w:r>
        <w:rPr>
          <w:color w:val="33CCFF"/>
        </w:rPr>
        <w:t xml:space="preserve">stronger </w:t>
      </w:r>
      <w:r>
        <w:rPr>
          <w:color w:val="FF0066"/>
        </w:rPr>
        <w:t xml:space="preserve">and </w:t>
      </w:r>
      <w:r>
        <w:rPr>
          <w:color w:val="33CCFF"/>
        </w:rPr>
        <w:t xml:space="preserve">stronger </w:t>
      </w:r>
      <w:r>
        <w:rPr>
          <w:color w:val="000000"/>
        </w:rPr>
        <w:t xml:space="preserve">. </w:t>
      </w:r>
      <w:r>
        <w:rPr>
          <w:color w:val="00FFCC"/>
        </w:rPr>
        <w:t xml:space="preserve">Frederick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said </w:t>
      </w:r>
      <w:r>
        <w:rPr>
          <w:color w:val="000000"/>
        </w:rPr>
        <w:t xml:space="preserve">, </w:t>
      </w:r>
      <w:r>
        <w:rPr>
          <w:color w:val="CC3399"/>
        </w:rPr>
        <w:t xml:space="preserve">intended </w:t>
      </w:r>
      <w:r>
        <w:rPr>
          <w:color w:val="000000"/>
        </w:rPr>
        <w:t xml:space="preserve">to </w:t>
      </w:r>
      <w:r>
        <w:rPr>
          <w:color w:val="CC3399"/>
        </w:rPr>
        <w:t xml:space="preserve">bring </w:t>
      </w:r>
    </w:p>
    <w:p w:rsidR="00D83EF7" w:rsidRDefault="00CA4524" w:rsidP="00CA4524">
      <w:pPr>
        <w:spacing w:after="0"/>
      </w:pPr>
      <w:r>
        <w:rPr>
          <w:color w:val="FF6600"/>
        </w:rPr>
        <w:lastRenderedPageBreak/>
        <w:t xml:space="preserve">against </w:t>
      </w:r>
      <w:r>
        <w:rPr>
          <w:color w:val="000000"/>
        </w:rPr>
        <w:t xml:space="preserve">them </w:t>
      </w:r>
      <w:r>
        <w:rPr>
          <w:color w:val="CC3399"/>
        </w:rPr>
        <w:t xml:space="preserve">twenty </w:t>
      </w:r>
      <w:r>
        <w:rPr>
          <w:color w:val="00FFCC"/>
        </w:rPr>
        <w:t xml:space="preserve">men </w:t>
      </w:r>
      <w:r>
        <w:rPr>
          <w:color w:val="000000"/>
        </w:rPr>
        <w:t xml:space="preserve">all </w:t>
      </w:r>
      <w:r>
        <w:rPr>
          <w:color w:val="CC3399"/>
        </w:rPr>
        <w:t xml:space="preserve">armed </w:t>
      </w:r>
      <w:r>
        <w:rPr>
          <w:color w:val="FF6600"/>
        </w:rPr>
        <w:t xml:space="preserve">with </w:t>
      </w:r>
      <w:r>
        <w:rPr>
          <w:color w:val="00FFCC"/>
        </w:rPr>
        <w:t xml:space="preserve">guns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he </w:t>
      </w:r>
      <w:r>
        <w:rPr>
          <w:color w:val="CC3399"/>
        </w:rPr>
        <w:t xml:space="preserve">had </w:t>
      </w:r>
      <w:r>
        <w:rPr>
          <w:color w:val="00787F"/>
        </w:rPr>
        <w:t xml:space="preserve">already </w:t>
      </w:r>
      <w:r>
        <w:rPr>
          <w:color w:val="CC3399"/>
        </w:rPr>
        <w:t xml:space="preserve">bribed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magistrates </w:t>
      </w:r>
      <w:r>
        <w:rPr>
          <w:color w:val="FF0066"/>
        </w:rPr>
        <w:t xml:space="preserve">and </w:t>
      </w:r>
      <w:r>
        <w:rPr>
          <w:color w:val="00FFCC"/>
        </w:rPr>
        <w:t xml:space="preserve">police </w:t>
      </w:r>
      <w:r>
        <w:rPr>
          <w:color w:val="000000"/>
        </w:rPr>
        <w:t xml:space="preserve">, </w:t>
      </w:r>
      <w:r>
        <w:rPr>
          <w:color w:val="FF6600"/>
        </w:rPr>
        <w:t xml:space="preserve">so that if </w:t>
      </w:r>
      <w:r>
        <w:rPr>
          <w:color w:val="000000"/>
        </w:rPr>
        <w:t xml:space="preserve">he </w:t>
      </w:r>
      <w:r>
        <w:rPr>
          <w:color w:val="003E3E"/>
        </w:rPr>
        <w:t xml:space="preserve">could </w:t>
      </w:r>
      <w:r>
        <w:rPr>
          <w:color w:val="00787F"/>
        </w:rPr>
        <w:t xml:space="preserve">once </w:t>
      </w:r>
      <w:r>
        <w:rPr>
          <w:color w:val="CC3399"/>
        </w:rPr>
        <w:t xml:space="preserve">get </w:t>
      </w:r>
      <w:r>
        <w:rPr>
          <w:color w:val="00FFCC"/>
        </w:rPr>
        <w:t xml:space="preserve">hold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title-deeds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 Farm </w:t>
      </w:r>
      <w:r>
        <w:rPr>
          <w:color w:val="000000"/>
        </w:rPr>
        <w:t xml:space="preserve">they </w:t>
      </w:r>
      <w:r>
        <w:rPr>
          <w:color w:val="003E3E"/>
        </w:rPr>
        <w:t xml:space="preserve">would </w:t>
      </w:r>
      <w:r>
        <w:rPr>
          <w:color w:val="CC3399"/>
        </w:rPr>
        <w:t xml:space="preserve">ask </w:t>
      </w:r>
      <w:r>
        <w:rPr>
          <w:color w:val="000000"/>
        </w:rPr>
        <w:t xml:space="preserve">no </w:t>
      </w:r>
      <w:r>
        <w:rPr>
          <w:color w:val="00FFCC"/>
        </w:rPr>
        <w:t xml:space="preserve">questions </w:t>
      </w:r>
      <w:r>
        <w:rPr>
          <w:color w:val="000000"/>
        </w:rPr>
        <w:t xml:space="preserve">. </w:t>
      </w:r>
      <w:r>
        <w:rPr>
          <w:color w:val="00787F"/>
        </w:rPr>
        <w:t xml:space="preserve">Moreover </w:t>
      </w:r>
      <w:r>
        <w:rPr>
          <w:color w:val="000000"/>
        </w:rPr>
        <w:t xml:space="preserve">, </w:t>
      </w:r>
      <w:r>
        <w:rPr>
          <w:color w:val="33CCFF"/>
        </w:rPr>
        <w:t xml:space="preserve">terrible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stories </w:t>
      </w:r>
      <w:r>
        <w:rPr>
          <w:color w:val="CC3399"/>
        </w:rPr>
        <w:t xml:space="preserve">were leaking </w:t>
      </w:r>
      <w:r>
        <w:rPr>
          <w:color w:val="000000"/>
        </w:rPr>
        <w:t xml:space="preserve">out </w:t>
      </w:r>
      <w:r>
        <w:rPr>
          <w:color w:val="FF6600"/>
        </w:rPr>
        <w:t xml:space="preserve">from </w:t>
      </w:r>
      <w:r>
        <w:rPr>
          <w:color w:val="00FFCC"/>
        </w:rPr>
        <w:t xml:space="preserve">Pinchfield </w:t>
      </w:r>
      <w:r>
        <w:rPr>
          <w:color w:val="FF6600"/>
        </w:rPr>
        <w:t xml:space="preserve">about </w:t>
      </w:r>
      <w:r>
        <w:rPr>
          <w:color w:val="000000"/>
        </w:rPr>
        <w:t xml:space="preserve">the </w:t>
      </w:r>
      <w:r>
        <w:rPr>
          <w:color w:val="00FFCC"/>
        </w:rPr>
        <w:t xml:space="preserve">cruelties </w:t>
      </w:r>
      <w:r>
        <w:rPr>
          <w:color w:val="0000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Frederick </w:t>
      </w:r>
      <w:r>
        <w:rPr>
          <w:color w:val="CC3399"/>
        </w:rPr>
        <w:t xml:space="preserve">practised </w:t>
      </w:r>
      <w:r>
        <w:rPr>
          <w:color w:val="FF6600"/>
        </w:rPr>
        <w:t xml:space="preserve">upon </w:t>
      </w:r>
      <w:r>
        <w:rPr>
          <w:color w:val="000000"/>
        </w:rPr>
        <w:t xml:space="preserve">his </w:t>
      </w:r>
      <w:r>
        <w:rPr>
          <w:color w:val="00FFCC"/>
        </w:rPr>
        <w:t xml:space="preserve">animals </w:t>
      </w:r>
      <w:r>
        <w:rPr>
          <w:color w:val="000000"/>
        </w:rPr>
        <w:t xml:space="preserve">. He </w:t>
      </w:r>
      <w:r>
        <w:rPr>
          <w:color w:val="CC3399"/>
        </w:rPr>
        <w:t xml:space="preserve">had flogged </w:t>
      </w:r>
      <w:r>
        <w:rPr>
          <w:color w:val="000000"/>
        </w:rPr>
        <w:t xml:space="preserve">an </w:t>
      </w:r>
      <w:r>
        <w:rPr>
          <w:color w:val="33CCFF"/>
        </w:rPr>
        <w:t xml:space="preserve">old </w:t>
      </w:r>
      <w:r>
        <w:rPr>
          <w:color w:val="00FFCC"/>
        </w:rPr>
        <w:t xml:space="preserve">horse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death </w:t>
      </w:r>
      <w:r>
        <w:rPr>
          <w:color w:val="000000"/>
        </w:rPr>
        <w:t xml:space="preserve">, he </w:t>
      </w:r>
      <w:r>
        <w:rPr>
          <w:color w:val="CC3399"/>
        </w:rPr>
        <w:t xml:space="preserve">starved </w:t>
      </w:r>
      <w:r>
        <w:rPr>
          <w:color w:val="000000"/>
        </w:rPr>
        <w:t xml:space="preserve">his </w:t>
      </w:r>
      <w:r>
        <w:rPr>
          <w:color w:val="00FFCC"/>
        </w:rPr>
        <w:t xml:space="preserve">cows </w:t>
      </w:r>
      <w:r>
        <w:rPr>
          <w:color w:val="000000"/>
        </w:rPr>
        <w:t xml:space="preserve">, he </w:t>
      </w:r>
      <w:r>
        <w:rPr>
          <w:color w:val="CC3399"/>
        </w:rPr>
        <w:t xml:space="preserve">had killed </w:t>
      </w:r>
      <w:r>
        <w:rPr>
          <w:color w:val="000000"/>
        </w:rPr>
        <w:t xml:space="preserve">a </w:t>
      </w:r>
      <w:r>
        <w:rPr>
          <w:color w:val="00FFCC"/>
        </w:rPr>
        <w:t xml:space="preserve">dog </w:t>
      </w:r>
      <w:r>
        <w:rPr>
          <w:color w:val="FF6600"/>
        </w:rPr>
        <w:t xml:space="preserve">by </w:t>
      </w:r>
      <w:r>
        <w:rPr>
          <w:color w:val="CC3399"/>
        </w:rPr>
        <w:t xml:space="preserve">throwing </w:t>
      </w:r>
      <w:r>
        <w:rPr>
          <w:color w:val="000000"/>
        </w:rPr>
        <w:t xml:space="preserve">it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furnace </w:t>
      </w:r>
      <w:r>
        <w:rPr>
          <w:color w:val="000000"/>
        </w:rPr>
        <w:t xml:space="preserve">, he </w:t>
      </w:r>
      <w:r>
        <w:rPr>
          <w:color w:val="CC3399"/>
        </w:rPr>
        <w:t xml:space="preserve">amused </w:t>
      </w:r>
      <w:r>
        <w:rPr>
          <w:color w:val="000000"/>
        </w:rPr>
        <w:t xml:space="preserve">himself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evenings </w:t>
      </w:r>
      <w:r>
        <w:rPr>
          <w:color w:val="FF6600"/>
        </w:rPr>
        <w:t xml:space="preserve">by </w:t>
      </w:r>
      <w:r>
        <w:rPr>
          <w:color w:val="CC3399"/>
        </w:rPr>
        <w:t xml:space="preserve">making </w:t>
      </w:r>
      <w:r>
        <w:rPr>
          <w:color w:val="00FFCC"/>
        </w:rPr>
        <w:t xml:space="preserve">cocks </w:t>
      </w:r>
      <w:r>
        <w:rPr>
          <w:color w:val="CC3399"/>
        </w:rPr>
        <w:t xml:space="preserve">fight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splinters </w:t>
      </w:r>
      <w:r>
        <w:rPr>
          <w:color w:val="FF6600"/>
        </w:rPr>
        <w:t xml:space="preserve">of </w:t>
      </w:r>
      <w:r>
        <w:rPr>
          <w:color w:val="33CCFF"/>
        </w:rPr>
        <w:t xml:space="preserve">razor-blade </w:t>
      </w:r>
      <w:r>
        <w:rPr>
          <w:color w:val="CC3399"/>
        </w:rPr>
        <w:t xml:space="preserve">tied </w:t>
      </w:r>
      <w:r>
        <w:rPr>
          <w:color w:val="000000"/>
        </w:rPr>
        <w:t xml:space="preserve">to their </w:t>
      </w:r>
      <w:r>
        <w:rPr>
          <w:color w:val="00FFCC"/>
        </w:rPr>
        <w:t xml:space="preserve">spurs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' </w:t>
      </w:r>
      <w:r>
        <w:rPr>
          <w:color w:val="00FFCC"/>
        </w:rPr>
        <w:t xml:space="preserve">blood </w:t>
      </w:r>
      <w:r>
        <w:rPr>
          <w:color w:val="CC3399"/>
        </w:rPr>
        <w:t xml:space="preserve">boiled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with </w:t>
      </w:r>
      <w:r>
        <w:rPr>
          <w:color w:val="00FFCC"/>
        </w:rPr>
        <w:t xml:space="preserve">rage </w:t>
      </w:r>
      <w:r>
        <w:rPr>
          <w:color w:val="000000"/>
        </w:rPr>
        <w:t xml:space="preserve">when they </w:t>
      </w:r>
      <w:r>
        <w:rPr>
          <w:color w:val="CC3399"/>
        </w:rPr>
        <w:t xml:space="preserve">heard </w:t>
      </w:r>
      <w:r>
        <w:rPr>
          <w:color w:val="FF6600"/>
        </w:rPr>
        <w:t xml:space="preserve">of </w:t>
      </w:r>
      <w:r>
        <w:rPr>
          <w:color w:val="000000"/>
        </w:rPr>
        <w:t xml:space="preserve">these </w:t>
      </w:r>
      <w:r>
        <w:rPr>
          <w:color w:val="00FFCC"/>
        </w:rPr>
        <w:t xml:space="preserve">things </w:t>
      </w:r>
      <w:r>
        <w:rPr>
          <w:color w:val="CC3399"/>
        </w:rPr>
        <w:t xml:space="preserve">being done </w:t>
      </w:r>
      <w:r>
        <w:rPr>
          <w:color w:val="000000"/>
        </w:rPr>
        <w:t xml:space="preserve">to their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>sometimes</w:t>
      </w:r>
      <w:r>
        <w:rPr>
          <w:color w:val="00787F"/>
        </w:rPr>
        <w:t xml:space="preserve"> </w:t>
      </w:r>
      <w:r>
        <w:rPr>
          <w:color w:val="000000"/>
        </w:rPr>
        <w:t xml:space="preserve">they </w:t>
      </w:r>
      <w:r>
        <w:rPr>
          <w:color w:val="CC3399"/>
        </w:rPr>
        <w:t xml:space="preserve">clamoured </w:t>
      </w:r>
      <w:r>
        <w:rPr>
          <w:color w:val="000000"/>
        </w:rPr>
        <w:t xml:space="preserve">to </w:t>
      </w:r>
      <w:r>
        <w:rPr>
          <w:color w:val="CC3399"/>
        </w:rPr>
        <w:t xml:space="preserve">be allowed </w:t>
      </w:r>
      <w:r>
        <w:rPr>
          <w:color w:val="000000"/>
        </w:rPr>
        <w:t xml:space="preserve">to </w:t>
      </w:r>
      <w:r>
        <w:rPr>
          <w:color w:val="CC3399"/>
        </w:rPr>
        <w:t xml:space="preserve">go </w:t>
      </w:r>
      <w:r>
        <w:rPr>
          <w:color w:val="000000"/>
        </w:rPr>
        <w:t xml:space="preserve">out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body </w:t>
      </w:r>
      <w:r>
        <w:rPr>
          <w:color w:val="FF0066"/>
        </w:rPr>
        <w:t xml:space="preserve">and </w:t>
      </w:r>
      <w:r>
        <w:rPr>
          <w:color w:val="00FFCC"/>
        </w:rPr>
        <w:t xml:space="preserve">attack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Pinchfield Farm </w:t>
      </w:r>
      <w:r>
        <w:rPr>
          <w:color w:val="000000"/>
        </w:rPr>
        <w:t xml:space="preserve">, </w:t>
      </w:r>
      <w:r>
        <w:rPr>
          <w:color w:val="00FFCC"/>
        </w:rPr>
        <w:t xml:space="preserve">drive </w:t>
      </w:r>
      <w:r>
        <w:rPr>
          <w:color w:val="000000"/>
        </w:rPr>
        <w:t xml:space="preserve">out the </w:t>
      </w:r>
      <w:r>
        <w:rPr>
          <w:color w:val="00FFCC"/>
        </w:rPr>
        <w:t xml:space="preserve">humans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set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33CCFF"/>
        </w:rPr>
        <w:t xml:space="preserve">free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Squealer </w:t>
      </w:r>
      <w:r>
        <w:rPr>
          <w:color w:val="CC3399"/>
        </w:rPr>
        <w:t xml:space="preserve">counselled </w:t>
      </w:r>
      <w:r>
        <w:rPr>
          <w:color w:val="000000"/>
        </w:rPr>
        <w:t xml:space="preserve">them to </w:t>
      </w:r>
      <w:r>
        <w:rPr>
          <w:color w:val="CC3399"/>
        </w:rPr>
        <w:t xml:space="preserve">avoid </w:t>
      </w:r>
      <w:r>
        <w:rPr>
          <w:color w:val="33CCFF"/>
        </w:rPr>
        <w:t xml:space="preserve">rash </w:t>
      </w:r>
      <w:r>
        <w:rPr>
          <w:color w:val="00FFCC"/>
        </w:rPr>
        <w:t xml:space="preserve">actions </w:t>
      </w:r>
      <w:r>
        <w:rPr>
          <w:color w:val="FF0066"/>
        </w:rPr>
        <w:t xml:space="preserve">and </w:t>
      </w:r>
      <w:r>
        <w:rPr>
          <w:color w:val="00FFCC"/>
        </w:rPr>
        <w:t xml:space="preserve">trust </w:t>
      </w:r>
      <w:r>
        <w:rPr>
          <w:color w:val="FF6600"/>
        </w:rPr>
        <w:t xml:space="preserve">in </w:t>
      </w:r>
      <w:r>
        <w:rPr>
          <w:color w:val="00FFCC"/>
        </w:rPr>
        <w:t xml:space="preserve">Comrade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strategy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Nevertheless </w:t>
      </w:r>
      <w:r>
        <w:rPr>
          <w:color w:val="000000"/>
        </w:rPr>
        <w:t xml:space="preserve">, </w:t>
      </w:r>
      <w:r>
        <w:rPr>
          <w:color w:val="CC3399"/>
        </w:rPr>
        <w:t xml:space="preserve">feeling </w:t>
      </w:r>
      <w:r>
        <w:rPr>
          <w:color w:val="FF6600"/>
        </w:rPr>
        <w:t xml:space="preserve">against </w:t>
      </w:r>
      <w:r>
        <w:rPr>
          <w:color w:val="00FFCC"/>
        </w:rPr>
        <w:t xml:space="preserve">Frederick </w:t>
      </w:r>
      <w:r>
        <w:rPr>
          <w:color w:val="CC3399"/>
        </w:rPr>
        <w:t xml:space="preserve">continued </w:t>
      </w:r>
      <w:r>
        <w:rPr>
          <w:color w:val="000000"/>
        </w:rPr>
        <w:t xml:space="preserve">to </w:t>
      </w:r>
      <w:r>
        <w:rPr>
          <w:color w:val="CC3399"/>
        </w:rPr>
        <w:t xml:space="preserve">run </w:t>
      </w:r>
      <w:r>
        <w:rPr>
          <w:color w:val="00787F"/>
        </w:rPr>
        <w:t xml:space="preserve">high </w:t>
      </w:r>
      <w:r>
        <w:rPr>
          <w:color w:val="000000"/>
        </w:rPr>
        <w:t xml:space="preserve">. One </w:t>
      </w:r>
      <w:r>
        <w:rPr>
          <w:color w:val="00FFCC"/>
        </w:rPr>
        <w:t xml:space="preserve">Sunday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morning Napoleon </w:t>
      </w:r>
      <w:r>
        <w:rPr>
          <w:color w:val="CC3399"/>
        </w:rPr>
        <w:t xml:space="preserve">appeared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FF0066"/>
        </w:rPr>
        <w:t xml:space="preserve">and </w:t>
      </w:r>
      <w:r>
        <w:rPr>
          <w:color w:val="CC3399"/>
        </w:rPr>
        <w:t xml:space="preserve">explained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FF6600"/>
        </w:rPr>
        <w:t xml:space="preserve">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any </w:t>
      </w:r>
      <w:r>
        <w:rPr>
          <w:color w:val="00FFCC"/>
        </w:rPr>
        <w:t xml:space="preserve">time </w:t>
      </w:r>
      <w:r>
        <w:rPr>
          <w:color w:val="CC3399"/>
        </w:rPr>
        <w:t xml:space="preserve">contemplated selling </w:t>
      </w:r>
      <w:r>
        <w:rPr>
          <w:color w:val="000000"/>
        </w:rPr>
        <w:t xml:space="preserve">the </w:t>
      </w:r>
      <w:r>
        <w:rPr>
          <w:color w:val="00FFCC"/>
        </w:rPr>
        <w:t xml:space="preserve">pile </w:t>
      </w:r>
      <w:r>
        <w:rPr>
          <w:color w:val="FF6600"/>
        </w:rPr>
        <w:t xml:space="preserve">of </w:t>
      </w:r>
      <w:r>
        <w:rPr>
          <w:color w:val="00FFCC"/>
        </w:rPr>
        <w:t xml:space="preserve">timber </w:t>
      </w:r>
      <w:r>
        <w:rPr>
          <w:color w:val="000000"/>
        </w:rPr>
        <w:t xml:space="preserve">to </w:t>
      </w:r>
      <w:r>
        <w:rPr>
          <w:color w:val="00FFCC"/>
        </w:rPr>
        <w:t xml:space="preserve">Frederick </w:t>
      </w:r>
      <w:r>
        <w:rPr>
          <w:color w:val="000000"/>
        </w:rPr>
        <w:t xml:space="preserve">; 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considered </w:t>
      </w:r>
      <w:r>
        <w:rPr>
          <w:color w:val="000000"/>
        </w:rPr>
        <w:t xml:space="preserve">it </w:t>
      </w:r>
      <w:r>
        <w:rPr>
          <w:color w:val="FF6600"/>
        </w:rPr>
        <w:t xml:space="preserve">beneath </w:t>
      </w:r>
      <w:r>
        <w:rPr>
          <w:color w:val="000000"/>
        </w:rPr>
        <w:t xml:space="preserve">his </w:t>
      </w:r>
      <w:r>
        <w:rPr>
          <w:color w:val="00FFCC"/>
        </w:rPr>
        <w:t xml:space="preserve">dignity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to </w:t>
      </w:r>
      <w:r>
        <w:rPr>
          <w:color w:val="CC3399"/>
        </w:rPr>
        <w:t xml:space="preserve">have </w:t>
      </w:r>
      <w:r>
        <w:rPr>
          <w:color w:val="00FFCC"/>
        </w:rPr>
        <w:t>dealin</w:t>
      </w:r>
      <w:r>
        <w:rPr>
          <w:color w:val="00FFCC"/>
        </w:rPr>
        <w:t xml:space="preserve">gs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scoundrels </w:t>
      </w:r>
      <w:r>
        <w:rPr>
          <w:color w:val="FF6600"/>
        </w:rPr>
        <w:t xml:space="preserve">of </w:t>
      </w:r>
      <w:r>
        <w:rPr>
          <w:color w:val="000000"/>
        </w:rPr>
        <w:t xml:space="preserve">that </w:t>
      </w:r>
      <w:r>
        <w:rPr>
          <w:color w:val="00FFCC"/>
        </w:rPr>
        <w:t xml:space="preserve">description </w:t>
      </w:r>
      <w:r>
        <w:rPr>
          <w:color w:val="000000"/>
        </w:rPr>
        <w:t xml:space="preserve">. The </w:t>
      </w:r>
      <w:r>
        <w:rPr>
          <w:color w:val="00FFCC"/>
        </w:rPr>
        <w:t xml:space="preserve">pigeons </w:t>
      </w:r>
      <w:r>
        <w:rPr>
          <w:color w:val="000000"/>
        </w:rPr>
        <w:t xml:space="preserve">who </w:t>
      </w:r>
      <w:r>
        <w:rPr>
          <w:color w:val="CC3399"/>
        </w:rPr>
        <w:t xml:space="preserve">were </w:t>
      </w:r>
      <w:r>
        <w:rPr>
          <w:color w:val="00787F"/>
        </w:rPr>
        <w:t xml:space="preserve">still </w:t>
      </w:r>
      <w:r>
        <w:rPr>
          <w:color w:val="CC3399"/>
        </w:rPr>
        <w:t xml:space="preserve">sent </w:t>
      </w:r>
      <w:r>
        <w:rPr>
          <w:color w:val="000000"/>
        </w:rPr>
        <w:t xml:space="preserve">out to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spread </w:t>
      </w:r>
      <w:r>
        <w:rPr>
          <w:color w:val="00FFCC"/>
        </w:rPr>
        <w:t xml:space="preserve">tidings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CC3399"/>
        </w:rPr>
        <w:t xml:space="preserve">were </w:t>
      </w:r>
      <w:r>
        <w:rPr>
          <w:color w:val="33CCFF"/>
        </w:rPr>
        <w:t xml:space="preserve">forbidden </w:t>
      </w:r>
      <w:r>
        <w:rPr>
          <w:color w:val="000000"/>
        </w:rPr>
        <w:t xml:space="preserve">to </w:t>
      </w:r>
      <w:r>
        <w:rPr>
          <w:color w:val="CC3399"/>
        </w:rPr>
        <w:t xml:space="preserve">set </w:t>
      </w:r>
      <w:r>
        <w:rPr>
          <w:color w:val="00FFCC"/>
        </w:rPr>
        <w:t xml:space="preserve">foot </w:t>
      </w:r>
      <w:r>
        <w:rPr>
          <w:color w:val="00787F"/>
        </w:rPr>
        <w:t xml:space="preserve">anywhere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Foxwood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were </w:t>
      </w:r>
      <w:r>
        <w:rPr>
          <w:color w:val="00787F"/>
        </w:rPr>
        <w:t xml:space="preserve">also </w:t>
      </w:r>
      <w:r>
        <w:rPr>
          <w:color w:val="CC3399"/>
        </w:rPr>
        <w:t xml:space="preserve">ordered </w:t>
      </w:r>
      <w:r>
        <w:rPr>
          <w:color w:val="000000"/>
        </w:rPr>
        <w:t xml:space="preserve">to </w:t>
      </w:r>
      <w:r>
        <w:rPr>
          <w:color w:val="CC3399"/>
        </w:rPr>
        <w:t xml:space="preserve">drop </w:t>
      </w:r>
      <w:r>
        <w:rPr>
          <w:color w:val="000000"/>
        </w:rPr>
        <w:t xml:space="preserve">their </w:t>
      </w:r>
      <w:r>
        <w:rPr>
          <w:color w:val="33CCFF"/>
        </w:rPr>
        <w:t xml:space="preserve">former </w:t>
      </w:r>
      <w:r>
        <w:rPr>
          <w:color w:val="00FFCC"/>
        </w:rPr>
        <w:t xml:space="preserve">slogan </w:t>
      </w:r>
      <w:r>
        <w:rPr>
          <w:color w:val="FF6600"/>
        </w:rPr>
        <w:t xml:space="preserve">of </w:t>
      </w:r>
      <w:r>
        <w:rPr>
          <w:color w:val="000000"/>
        </w:rPr>
        <w:t xml:space="preserve">`` </w:t>
      </w:r>
      <w:r>
        <w:rPr>
          <w:color w:val="00FFCC"/>
        </w:rPr>
        <w:t xml:space="preserve">Death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Humanity </w:t>
      </w:r>
      <w:r>
        <w:rPr>
          <w:color w:val="000000"/>
        </w:rPr>
        <w:t xml:space="preserve">'' </w:t>
      </w:r>
      <w:r>
        <w:rPr>
          <w:color w:val="FF6600"/>
        </w:rPr>
        <w:t xml:space="preserve">in </w:t>
      </w:r>
      <w:r>
        <w:rPr>
          <w:color w:val="00FFCC"/>
        </w:rPr>
        <w:t xml:space="preserve">favour </w:t>
      </w:r>
      <w:r>
        <w:rPr>
          <w:color w:val="FF6600"/>
        </w:rPr>
        <w:t xml:space="preserve">of </w:t>
      </w:r>
      <w:r>
        <w:rPr>
          <w:color w:val="000000"/>
        </w:rPr>
        <w:t xml:space="preserve">`` </w:t>
      </w:r>
      <w:r>
        <w:rPr>
          <w:color w:val="00FFCC"/>
        </w:rPr>
        <w:t xml:space="preserve">Death </w:t>
      </w:r>
      <w:r>
        <w:rPr>
          <w:color w:val="000000"/>
        </w:rPr>
        <w:t xml:space="preserve">to </w:t>
      </w:r>
      <w:r>
        <w:rPr>
          <w:color w:val="00FFCC"/>
        </w:rPr>
        <w:t xml:space="preserve">Frederick </w:t>
      </w:r>
      <w:r>
        <w:rPr>
          <w:color w:val="000000"/>
        </w:rPr>
        <w:t xml:space="preserve">. ''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late </w:t>
      </w:r>
      <w:r>
        <w:rPr>
          <w:color w:val="00FFCC"/>
        </w:rPr>
        <w:t xml:space="preserve">summer </w:t>
      </w:r>
      <w:r>
        <w:rPr>
          <w:color w:val="00787F"/>
        </w:rPr>
        <w:t xml:space="preserve">yet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another </w:t>
      </w:r>
      <w:r>
        <w:rPr>
          <w:color w:val="FF6600"/>
        </w:rPr>
        <w:t xml:space="preserve">of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machinations </w:t>
      </w:r>
      <w:r>
        <w:rPr>
          <w:color w:val="CC3399"/>
        </w:rPr>
        <w:t xml:space="preserve">was laid </w:t>
      </w:r>
      <w:r>
        <w:rPr>
          <w:color w:val="00FFCC"/>
        </w:rPr>
        <w:t xml:space="preserve">bare </w:t>
      </w:r>
      <w:r>
        <w:rPr>
          <w:color w:val="000000"/>
        </w:rPr>
        <w:t xml:space="preserve">. The </w:t>
      </w:r>
      <w:r>
        <w:rPr>
          <w:color w:val="00FFCC"/>
        </w:rPr>
        <w:t xml:space="preserve">wheat crop </w:t>
      </w:r>
      <w:r>
        <w:rPr>
          <w:color w:val="CC3399"/>
        </w:rPr>
        <w:t xml:space="preserve">was </w:t>
      </w:r>
      <w:r>
        <w:rPr>
          <w:color w:val="33CCFF"/>
        </w:rPr>
        <w:t xml:space="preserve">full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weeds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it </w:t>
      </w:r>
      <w:r>
        <w:rPr>
          <w:color w:val="CC3399"/>
        </w:rPr>
        <w:t xml:space="preserve">was discovered </w:t>
      </w:r>
      <w:r>
        <w:rPr>
          <w:color w:val="FF6600"/>
        </w:rPr>
        <w:t xml:space="preserve">that on </w:t>
      </w: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33CCFF"/>
        </w:rPr>
        <w:t xml:space="preserve">nocturnal </w:t>
      </w:r>
      <w:r>
        <w:rPr>
          <w:color w:val="00FFCC"/>
        </w:rPr>
        <w:t xml:space="preserve">visits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CC3399"/>
        </w:rPr>
        <w:t xml:space="preserve">had </w:t>
      </w:r>
      <w:r>
        <w:rPr>
          <w:color w:val="33CCFF"/>
        </w:rPr>
        <w:t xml:space="preserve">mixed </w:t>
      </w:r>
      <w:r>
        <w:rPr>
          <w:color w:val="00FFCC"/>
        </w:rPr>
        <w:t xml:space="preserve">weed seeds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seed corn </w:t>
      </w:r>
      <w:r>
        <w:rPr>
          <w:color w:val="000000"/>
        </w:rPr>
        <w:t xml:space="preserve">. A </w:t>
      </w:r>
      <w:r>
        <w:rPr>
          <w:color w:val="00FFCC"/>
        </w:rPr>
        <w:t xml:space="preserve">gander </w:t>
      </w:r>
      <w:r>
        <w:rPr>
          <w:color w:val="000000"/>
        </w:rPr>
        <w:t xml:space="preserve">who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privy </w:t>
      </w:r>
      <w:r>
        <w:rPr>
          <w:color w:val="000000"/>
        </w:rPr>
        <w:t xml:space="preserve">to the </w:t>
      </w:r>
      <w:r>
        <w:rPr>
          <w:color w:val="00FFCC"/>
        </w:rPr>
        <w:t xml:space="preserve">plot </w:t>
      </w:r>
      <w:r>
        <w:rPr>
          <w:color w:val="CC3399"/>
        </w:rPr>
        <w:t xml:space="preserve">had confessed </w:t>
      </w:r>
      <w:r>
        <w:rPr>
          <w:color w:val="000000"/>
        </w:rPr>
        <w:t xml:space="preserve">his </w:t>
      </w:r>
      <w:r>
        <w:rPr>
          <w:color w:val="00FFCC"/>
        </w:rPr>
        <w:t xml:space="preserve">guilt </w:t>
      </w:r>
      <w:r>
        <w:rPr>
          <w:color w:val="000000"/>
        </w:rPr>
        <w:t xml:space="preserve">to </w:t>
      </w:r>
      <w:r>
        <w:rPr>
          <w:color w:val="00FFCC"/>
        </w:rPr>
        <w:t xml:space="preserve">Squealer </w:t>
      </w:r>
      <w:r>
        <w:rPr>
          <w:color w:val="FF0066"/>
        </w:rPr>
        <w:t xml:space="preserve">and </w:t>
      </w:r>
      <w:r>
        <w:rPr>
          <w:color w:val="00787F"/>
        </w:rPr>
        <w:t xml:space="preserve">immediately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committed </w:t>
      </w:r>
      <w:r>
        <w:rPr>
          <w:color w:val="00FFCC"/>
        </w:rPr>
        <w:t xml:space="preserve">suicide </w:t>
      </w:r>
      <w:r>
        <w:rPr>
          <w:color w:val="FF6600"/>
        </w:rPr>
        <w:t xml:space="preserve">by </w:t>
      </w:r>
      <w:r>
        <w:rPr>
          <w:color w:val="CC3399"/>
        </w:rPr>
        <w:t xml:space="preserve">swallowing </w:t>
      </w:r>
      <w:r>
        <w:rPr>
          <w:color w:val="00787F"/>
        </w:rPr>
        <w:t xml:space="preserve">deadly </w:t>
      </w:r>
      <w:r>
        <w:rPr>
          <w:color w:val="33CCFF"/>
        </w:rPr>
        <w:t xml:space="preserve">nightshade </w:t>
      </w:r>
      <w:r>
        <w:rPr>
          <w:color w:val="00FFCC"/>
        </w:rPr>
        <w:t xml:space="preserve">berries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now also </w:t>
      </w:r>
      <w:r>
        <w:rPr>
          <w:color w:val="CC3399"/>
        </w:rPr>
        <w:t xml:space="preserve">learned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000000"/>
        </w:rPr>
        <w:t xml:space="preserve">-- </w:t>
      </w:r>
      <w:r>
        <w:rPr>
          <w:color w:val="FF6600"/>
        </w:rPr>
        <w:t xml:space="preserve">as </w:t>
      </w:r>
      <w:r>
        <w:rPr>
          <w:color w:val="33CCFF"/>
        </w:rPr>
        <w:t xml:space="preserve">many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had believed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hitherto </w:t>
      </w:r>
      <w:r>
        <w:rPr>
          <w:color w:val="000000"/>
        </w:rPr>
        <w:t xml:space="preserve">-- </w:t>
      </w:r>
      <w:r>
        <w:rPr>
          <w:color w:val="CC3399"/>
        </w:rPr>
        <w:t xml:space="preserve">received </w:t>
      </w:r>
      <w:r>
        <w:rPr>
          <w:color w:val="000000"/>
        </w:rPr>
        <w:t xml:space="preserve">the </w:t>
      </w:r>
      <w:r>
        <w:rPr>
          <w:color w:val="00FFCC"/>
        </w:rPr>
        <w:t xml:space="preserve">order </w:t>
      </w:r>
      <w:r>
        <w:rPr>
          <w:color w:val="FF6600"/>
        </w:rPr>
        <w:t xml:space="preserve">of </w:t>
      </w:r>
      <w:r>
        <w:rPr>
          <w:color w:val="000000"/>
        </w:rPr>
        <w:t xml:space="preserve">`` </w:t>
      </w:r>
      <w:r>
        <w:rPr>
          <w:color w:val="00FFCC"/>
        </w:rPr>
        <w:t xml:space="preserve">Animal Hero </w:t>
      </w:r>
      <w:r>
        <w:rPr>
          <w:color w:val="000000"/>
        </w:rPr>
        <w:t xml:space="preserve">, </w:t>
      </w:r>
      <w:r>
        <w:rPr>
          <w:color w:val="00FFCC"/>
        </w:rPr>
        <w:t xml:space="preserve">First Class </w:t>
      </w:r>
      <w:r>
        <w:rPr>
          <w:color w:val="000000"/>
        </w:rPr>
        <w:t xml:space="preserve">. '' This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merely </w:t>
      </w:r>
      <w:r>
        <w:rPr>
          <w:color w:val="000000"/>
        </w:rPr>
        <w:t xml:space="preserve">a </w:t>
      </w:r>
      <w:r>
        <w:rPr>
          <w:color w:val="00FFCC"/>
        </w:rPr>
        <w:t xml:space="preserve">legend </w:t>
      </w:r>
      <w:r>
        <w:rPr>
          <w:color w:val="000000"/>
        </w:rPr>
        <w:t xml:space="preserve">which </w:t>
      </w:r>
      <w:r>
        <w:rPr>
          <w:color w:val="CC3399"/>
        </w:rPr>
        <w:t xml:space="preserve">had been spread </w:t>
      </w:r>
      <w:r>
        <w:rPr>
          <w:color w:val="000000"/>
        </w:rPr>
        <w:t xml:space="preserve">some </w:t>
      </w:r>
      <w:r>
        <w:rPr>
          <w:color w:val="00FFCC"/>
        </w:rPr>
        <w:t xml:space="preserve">time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Cowshed </w:t>
      </w:r>
      <w:r>
        <w:rPr>
          <w:color w:val="FF6600"/>
        </w:rPr>
        <w:t xml:space="preserve">by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himself . </w:t>
      </w:r>
      <w:r>
        <w:rPr>
          <w:color w:val="00787F"/>
        </w:rPr>
        <w:t xml:space="preserve">So far </w:t>
      </w:r>
      <w:r>
        <w:rPr>
          <w:color w:val="FF6600"/>
        </w:rPr>
        <w:t xml:space="preserve">from </w:t>
      </w:r>
      <w:r>
        <w:rPr>
          <w:color w:val="CC3399"/>
        </w:rPr>
        <w:t xml:space="preserve">being decorated </w:t>
      </w:r>
      <w:r>
        <w:rPr>
          <w:color w:val="000000"/>
        </w:rPr>
        <w:t xml:space="preserve">, he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censured </w:t>
      </w:r>
      <w:r>
        <w:rPr>
          <w:color w:val="FF6600"/>
        </w:rPr>
        <w:t xml:space="preserve">for </w:t>
      </w:r>
      <w:r>
        <w:rPr>
          <w:color w:val="CC3399"/>
        </w:rPr>
        <w:t xml:space="preserve">showing </w:t>
      </w:r>
      <w:r>
        <w:rPr>
          <w:color w:val="00FFCC"/>
        </w:rPr>
        <w:t xml:space="preserve">cowardice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>battle</w:t>
      </w:r>
      <w:r>
        <w:rPr>
          <w:color w:val="00FFCC"/>
        </w:rPr>
        <w:t xml:space="preserve"> </w:t>
      </w:r>
      <w:r>
        <w:rPr>
          <w:color w:val="000000"/>
        </w:rPr>
        <w:t xml:space="preserve">. </w:t>
      </w:r>
      <w:r>
        <w:rPr>
          <w:color w:val="00787F"/>
        </w:rPr>
        <w:t xml:space="preserve">Once again </w:t>
      </w:r>
      <w:r>
        <w:rPr>
          <w:color w:val="000000"/>
        </w:rPr>
        <w:t xml:space="preserve">some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heard </w:t>
      </w:r>
      <w:r>
        <w:rPr>
          <w:color w:val="000000"/>
        </w:rPr>
        <w:t xml:space="preserve">this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33CCFF"/>
        </w:rPr>
        <w:t xml:space="preserve">certain </w:t>
      </w:r>
      <w:r>
        <w:rPr>
          <w:color w:val="00FFCC"/>
        </w:rPr>
        <w:t xml:space="preserve">bewilderment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was </w:t>
      </w:r>
      <w:r>
        <w:rPr>
          <w:color w:val="00787F"/>
        </w:rPr>
        <w:t xml:space="preserve">soon </w:t>
      </w:r>
      <w:r>
        <w:rPr>
          <w:color w:val="33CCFF"/>
        </w:rPr>
        <w:t xml:space="preserve">able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convince </w:t>
      </w:r>
      <w:r>
        <w:rPr>
          <w:color w:val="000000"/>
        </w:rPr>
        <w:t xml:space="preserve">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their </w:t>
      </w:r>
      <w:r>
        <w:rPr>
          <w:color w:val="00FFCC"/>
        </w:rPr>
        <w:t xml:space="preserve">memories </w:t>
      </w:r>
      <w:r>
        <w:rPr>
          <w:color w:val="CC3399"/>
        </w:rPr>
        <w:t xml:space="preserve">had been </w:t>
      </w:r>
      <w:r>
        <w:rPr>
          <w:color w:val="FF6600"/>
        </w:rPr>
        <w:t xml:space="preserve">at </w:t>
      </w:r>
      <w:r>
        <w:rPr>
          <w:color w:val="00FFCC"/>
        </w:rPr>
        <w:t xml:space="preserve">fault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autumn </w:t>
      </w:r>
      <w:r>
        <w:rPr>
          <w:color w:val="000000"/>
        </w:rPr>
        <w:t xml:space="preserve">, </w:t>
      </w: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  <w:r>
        <w:rPr>
          <w:color w:val="33CCFF"/>
        </w:rPr>
        <w:t xml:space="preserve">tremendous </w:t>
      </w:r>
      <w:r>
        <w:rPr>
          <w:color w:val="000000"/>
        </w:rPr>
        <w:t xml:space="preserve">, </w:t>
      </w:r>
      <w:r>
        <w:rPr>
          <w:color w:val="CC3399"/>
        </w:rPr>
        <w:t xml:space="preserve">exhausting </w:t>
      </w:r>
      <w:r>
        <w:rPr>
          <w:color w:val="00FFCC"/>
        </w:rPr>
        <w:t xml:space="preserve">effort </w:t>
      </w:r>
      <w:r>
        <w:rPr>
          <w:color w:val="000000"/>
        </w:rPr>
        <w:t xml:space="preserve">--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harvest </w:t>
      </w:r>
      <w:r>
        <w:rPr>
          <w:color w:val="CC3399"/>
        </w:rPr>
        <w:t xml:space="preserve">had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gathered </w:t>
      </w:r>
      <w:r>
        <w:rPr>
          <w:color w:val="FF6600"/>
        </w:rPr>
        <w:t xml:space="preserve">at </w:t>
      </w:r>
      <w:r>
        <w:rPr>
          <w:color w:val="00787F"/>
        </w:rPr>
        <w:t xml:space="preserve">almost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FFCC"/>
        </w:rPr>
        <w:t xml:space="preserve">time </w:t>
      </w:r>
      <w:r>
        <w:rPr>
          <w:color w:val="000000"/>
        </w:rPr>
        <w:t xml:space="preserve">-- 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was finished </w:t>
      </w:r>
      <w:r>
        <w:rPr>
          <w:color w:val="000000"/>
        </w:rPr>
        <w:t xml:space="preserve">.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machinery </w:t>
      </w:r>
      <w:r>
        <w:rPr>
          <w:color w:val="CC3399"/>
        </w:rPr>
        <w:t xml:space="preserve">had </w:t>
      </w:r>
      <w:r>
        <w:rPr>
          <w:color w:val="00787F"/>
        </w:rPr>
        <w:t xml:space="preserve">still </w:t>
      </w:r>
      <w:r>
        <w:rPr>
          <w:color w:val="000000"/>
        </w:rPr>
        <w:t xml:space="preserve">to </w:t>
      </w:r>
      <w:r>
        <w:rPr>
          <w:color w:val="CC3399"/>
        </w:rPr>
        <w:t xml:space="preserve">be installed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Whymper </w:t>
      </w:r>
      <w:r>
        <w:rPr>
          <w:color w:val="CC3399"/>
        </w:rPr>
        <w:t xml:space="preserve">was negotiating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purchase </w:t>
      </w:r>
      <w:r>
        <w:rPr>
          <w:color w:val="FF6600"/>
        </w:rPr>
        <w:t xml:space="preserve">of </w:t>
      </w:r>
      <w:r>
        <w:rPr>
          <w:color w:val="000000"/>
        </w:rPr>
        <w:t xml:space="preserve">it ,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structure </w:t>
      </w:r>
      <w:r>
        <w:rPr>
          <w:color w:val="CC3399"/>
        </w:rPr>
        <w:t xml:space="preserve">was completed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teeth </w:t>
      </w:r>
      <w:r>
        <w:rPr>
          <w:color w:val="FF6600"/>
        </w:rPr>
        <w:t xml:space="preserve">of </w:t>
      </w:r>
      <w:r>
        <w:rPr>
          <w:color w:val="000000"/>
        </w:rPr>
        <w:t xml:space="preserve">every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difficulty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FFCC"/>
        </w:rPr>
        <w:t xml:space="preserve">spite </w:t>
      </w:r>
      <w:r>
        <w:rPr>
          <w:color w:val="FF6600"/>
        </w:rPr>
        <w:t xml:space="preserve">of </w:t>
      </w:r>
      <w:r>
        <w:rPr>
          <w:color w:val="00FFCC"/>
        </w:rPr>
        <w:t xml:space="preserve">inexperience </w:t>
      </w:r>
      <w:r>
        <w:rPr>
          <w:color w:val="000000"/>
        </w:rPr>
        <w:t xml:space="preserve">, </w:t>
      </w:r>
      <w:r>
        <w:rPr>
          <w:color w:val="FF6600"/>
        </w:rPr>
        <w:t xml:space="preserve">of </w:t>
      </w:r>
      <w:r>
        <w:rPr>
          <w:color w:val="33CCFF"/>
        </w:rPr>
        <w:t>primitiv</w:t>
      </w:r>
      <w:r>
        <w:rPr>
          <w:color w:val="33CCFF"/>
        </w:rPr>
        <w:t xml:space="preserve">e </w:t>
      </w:r>
      <w:r>
        <w:rPr>
          <w:color w:val="00FFCC"/>
        </w:rPr>
        <w:t xml:space="preserve">implements </w:t>
      </w:r>
      <w:r>
        <w:rPr>
          <w:color w:val="000000"/>
        </w:rPr>
        <w:t xml:space="preserve">, </w:t>
      </w:r>
      <w:r>
        <w:rPr>
          <w:color w:val="FF6600"/>
        </w:rPr>
        <w:t xml:space="preserve">of </w:t>
      </w:r>
      <w:r>
        <w:rPr>
          <w:color w:val="33CCFF"/>
        </w:rPr>
        <w:t xml:space="preserve">bad </w:t>
      </w:r>
      <w:r>
        <w:rPr>
          <w:color w:val="00FFCC"/>
        </w:rPr>
        <w:t xml:space="preserve">luck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FF6600"/>
        </w:rPr>
        <w:t xml:space="preserve">of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treachery </w:t>
      </w:r>
      <w:r>
        <w:rPr>
          <w:color w:val="000000"/>
        </w:rPr>
        <w:t xml:space="preserve">, the </w:t>
      </w:r>
      <w:r>
        <w:rPr>
          <w:color w:val="00FFCC"/>
        </w:rPr>
        <w:t xml:space="preserve">work </w:t>
      </w:r>
      <w:r>
        <w:rPr>
          <w:color w:val="CC3399"/>
        </w:rPr>
        <w:t xml:space="preserve">had been finished </w:t>
      </w:r>
      <w:r>
        <w:rPr>
          <w:color w:val="00787F"/>
        </w:rPr>
        <w:t xml:space="preserve">punctually </w:t>
      </w:r>
      <w:r>
        <w:rPr>
          <w:color w:val="000000"/>
        </w:rPr>
        <w:t xml:space="preserve">to the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very </w:t>
      </w:r>
      <w:r>
        <w:rPr>
          <w:color w:val="00FFCC"/>
        </w:rPr>
        <w:t xml:space="preserve">day </w:t>
      </w:r>
      <w:r>
        <w:rPr>
          <w:color w:val="000000"/>
        </w:rPr>
        <w:t xml:space="preserve">! </w:t>
      </w:r>
      <w:r>
        <w:rPr>
          <w:color w:val="CC3399"/>
        </w:rPr>
        <w:t xml:space="preserve">Tired </w:t>
      </w:r>
      <w:r>
        <w:rPr>
          <w:color w:val="000000"/>
        </w:rPr>
        <w:t xml:space="preserve">out </w:t>
      </w:r>
      <w:r>
        <w:rPr>
          <w:color w:val="FF0066"/>
        </w:rPr>
        <w:t xml:space="preserve">but </w:t>
      </w:r>
      <w:r>
        <w:rPr>
          <w:color w:val="33CCFF"/>
        </w:rPr>
        <w:t xml:space="preserve">proud </w:t>
      </w:r>
      <w:r>
        <w:rPr>
          <w:color w:val="000000"/>
        </w:rPr>
        <w:t xml:space="preserve">,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walked round </w:t>
      </w:r>
      <w:r>
        <w:rPr>
          <w:color w:val="FF0066"/>
        </w:rPr>
        <w:t xml:space="preserve">and </w:t>
      </w:r>
      <w:r>
        <w:rPr>
          <w:color w:val="CC3399"/>
        </w:rPr>
        <w:t xml:space="preserve">round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masterpiece </w:t>
      </w:r>
      <w:r>
        <w:rPr>
          <w:color w:val="000000"/>
        </w:rPr>
        <w:t xml:space="preserve">, which </w:t>
      </w:r>
      <w:r>
        <w:rPr>
          <w:color w:val="CC3399"/>
        </w:rPr>
        <w:t xml:space="preserve">appeared </w:t>
      </w:r>
      <w:r>
        <w:rPr>
          <w:color w:val="00787F"/>
        </w:rPr>
        <w:t xml:space="preserve">even more </w:t>
      </w:r>
      <w:r>
        <w:rPr>
          <w:color w:val="33CCFF"/>
        </w:rPr>
        <w:t xml:space="preserve">beautiful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eyes </w:t>
      </w:r>
      <w:r>
        <w:rPr>
          <w:color w:val="FF6600"/>
        </w:rPr>
        <w:t xml:space="preserve">than </w:t>
      </w:r>
      <w:r>
        <w:rPr>
          <w:color w:val="000000"/>
        </w:rPr>
        <w:t xml:space="preserve">when it </w:t>
      </w:r>
    </w:p>
    <w:p w:rsidR="00D83EF7" w:rsidRDefault="00CA4524" w:rsidP="00CA4524">
      <w:pPr>
        <w:spacing w:after="0"/>
      </w:pPr>
      <w:r>
        <w:rPr>
          <w:color w:val="CC3399"/>
        </w:rPr>
        <w:lastRenderedPageBreak/>
        <w:t xml:space="preserve">had been built </w:t>
      </w:r>
      <w:r>
        <w:rPr>
          <w:color w:val="000000"/>
        </w:rPr>
        <w:t xml:space="preserve">the </w:t>
      </w:r>
      <w:r>
        <w:rPr>
          <w:color w:val="33CCFF"/>
        </w:rPr>
        <w:t xml:space="preserve">first </w:t>
      </w:r>
      <w:r>
        <w:rPr>
          <w:color w:val="00FFCC"/>
        </w:rPr>
        <w:t xml:space="preserve">time </w:t>
      </w:r>
      <w:r>
        <w:rPr>
          <w:color w:val="000000"/>
        </w:rPr>
        <w:t xml:space="preserve">. </w:t>
      </w:r>
      <w:r>
        <w:rPr>
          <w:color w:val="00787F"/>
        </w:rPr>
        <w:t xml:space="preserve">Moreover </w:t>
      </w:r>
      <w:r>
        <w:rPr>
          <w:color w:val="000000"/>
        </w:rPr>
        <w:t xml:space="preserve">, the </w:t>
      </w:r>
      <w:r>
        <w:rPr>
          <w:color w:val="00FFCC"/>
        </w:rPr>
        <w:t xml:space="preserve">walls </w:t>
      </w:r>
      <w:r>
        <w:rPr>
          <w:color w:val="CC3399"/>
        </w:rPr>
        <w:t xml:space="preserve">were </w:t>
      </w:r>
      <w:r>
        <w:rPr>
          <w:color w:val="00787F"/>
        </w:rPr>
        <w:t xml:space="preserve">twice </w:t>
      </w:r>
      <w:r>
        <w:rPr>
          <w:color w:val="FF6600"/>
        </w:rPr>
        <w:t xml:space="preserve">as </w:t>
      </w:r>
      <w:r>
        <w:rPr>
          <w:color w:val="33CCFF"/>
        </w:rPr>
        <w:t xml:space="preserve">thick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before </w:t>
      </w:r>
      <w:r>
        <w:rPr>
          <w:color w:val="000000"/>
        </w:rPr>
        <w:t xml:space="preserve">. </w:t>
      </w:r>
      <w:r>
        <w:rPr>
          <w:color w:val="CC3399"/>
        </w:rPr>
        <w:t xml:space="preserve">Nothing </w:t>
      </w:r>
      <w:r>
        <w:rPr>
          <w:color w:val="33CCFF"/>
        </w:rPr>
        <w:t xml:space="preserve">short </w:t>
      </w:r>
      <w:r>
        <w:rPr>
          <w:color w:val="FF6600"/>
        </w:rPr>
        <w:t xml:space="preserve">of </w:t>
      </w:r>
      <w:r>
        <w:rPr>
          <w:color w:val="00FFCC"/>
        </w:rPr>
        <w:t xml:space="preserve">explosives </w:t>
      </w:r>
      <w:r>
        <w:rPr>
          <w:color w:val="003E3E"/>
        </w:rPr>
        <w:t xml:space="preserve">would </w:t>
      </w:r>
      <w:r>
        <w:rPr>
          <w:color w:val="CC3399"/>
        </w:rPr>
        <w:t xml:space="preserve">lay </w:t>
      </w:r>
      <w:r>
        <w:rPr>
          <w:color w:val="000000"/>
        </w:rPr>
        <w:t xml:space="preserve">them </w:t>
      </w:r>
      <w:r>
        <w:rPr>
          <w:color w:val="CC3399"/>
        </w:rPr>
        <w:t xml:space="preserve">low </w:t>
      </w:r>
      <w:r>
        <w:rPr>
          <w:color w:val="000000"/>
        </w:rPr>
        <w:t xml:space="preserve">this </w:t>
      </w:r>
      <w:r>
        <w:rPr>
          <w:color w:val="00FFCC"/>
        </w:rPr>
        <w:t xml:space="preserve">time </w:t>
      </w:r>
      <w:r>
        <w:rPr>
          <w:color w:val="000000"/>
        </w:rPr>
        <w:t xml:space="preserve">!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thought </w:t>
      </w:r>
      <w:r>
        <w:rPr>
          <w:color w:val="FF6600"/>
        </w:rPr>
        <w:t xml:space="preserve">of </w:t>
      </w:r>
      <w:r>
        <w:rPr>
          <w:color w:val="000000"/>
        </w:rPr>
        <w:t xml:space="preserve">how they </w:t>
      </w:r>
      <w:r>
        <w:rPr>
          <w:color w:val="CC3399"/>
        </w:rPr>
        <w:t xml:space="preserve">had laboured </w:t>
      </w:r>
      <w:r>
        <w:rPr>
          <w:color w:val="000000"/>
        </w:rPr>
        <w:t xml:space="preserve">, what </w:t>
      </w:r>
      <w:r>
        <w:rPr>
          <w:color w:val="CC3399"/>
        </w:rPr>
        <w:t xml:space="preserve">discouragements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overcome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enormous </w:t>
      </w:r>
      <w:r>
        <w:rPr>
          <w:color w:val="00FFCC"/>
        </w:rPr>
        <w:t>d</w:t>
      </w:r>
      <w:r>
        <w:rPr>
          <w:color w:val="00FFCC"/>
        </w:rPr>
        <w:t xml:space="preserve">ifference </w:t>
      </w:r>
      <w:r>
        <w:rPr>
          <w:color w:val="000000"/>
        </w:rPr>
        <w:t xml:space="preserve">that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made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lives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when the </w:t>
      </w:r>
      <w:r>
        <w:rPr>
          <w:color w:val="00FFCC"/>
        </w:rPr>
        <w:t xml:space="preserve">sails </w:t>
      </w:r>
      <w:r>
        <w:rPr>
          <w:color w:val="CC3399"/>
        </w:rPr>
        <w:t xml:space="preserve">were turning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dynamos </w:t>
      </w:r>
      <w:r>
        <w:rPr>
          <w:color w:val="CC3399"/>
        </w:rPr>
        <w:t xml:space="preserve">running </w:t>
      </w:r>
      <w:r>
        <w:rPr>
          <w:color w:val="000000"/>
        </w:rPr>
        <w:t xml:space="preserve">-- when they </w:t>
      </w:r>
      <w:r>
        <w:rPr>
          <w:color w:val="CC3399"/>
        </w:rPr>
        <w:t xml:space="preserve">thought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all this , their </w:t>
      </w:r>
      <w:r>
        <w:rPr>
          <w:color w:val="33CCFF"/>
        </w:rPr>
        <w:t xml:space="preserve">tiredness </w:t>
      </w:r>
      <w:r>
        <w:rPr>
          <w:color w:val="CC3399"/>
        </w:rPr>
        <w:t xml:space="preserve">forsook </w:t>
      </w:r>
      <w:r>
        <w:rPr>
          <w:color w:val="000000"/>
        </w:rPr>
        <w:t xml:space="preserve">them </w:t>
      </w:r>
      <w:r>
        <w:rPr>
          <w:color w:val="FF0066"/>
        </w:rPr>
        <w:t xml:space="preserve">and </w:t>
      </w:r>
      <w:r>
        <w:rPr>
          <w:color w:val="000000"/>
        </w:rPr>
        <w:t xml:space="preserve">they </w:t>
      </w:r>
      <w:r>
        <w:rPr>
          <w:color w:val="CC3399"/>
        </w:rPr>
        <w:t xml:space="preserve">gambolled </w:t>
      </w:r>
      <w:r>
        <w:rPr>
          <w:color w:val="00FFCC"/>
        </w:rPr>
        <w:t xml:space="preserve">round </w:t>
      </w:r>
      <w:r>
        <w:rPr>
          <w:color w:val="FF0066"/>
        </w:rPr>
        <w:t xml:space="preserve">and </w:t>
      </w:r>
      <w:r>
        <w:rPr>
          <w:color w:val="00FFCC"/>
        </w:rPr>
        <w:t xml:space="preserve">round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</w:t>
      </w:r>
      <w:r>
        <w:rPr>
          <w:color w:val="CC3399"/>
        </w:rPr>
        <w:t xml:space="preserve">uttering </w:t>
      </w:r>
      <w:r>
        <w:rPr>
          <w:color w:val="00FFCC"/>
        </w:rPr>
        <w:t xml:space="preserve">cries </w:t>
      </w:r>
      <w:r>
        <w:rPr>
          <w:color w:val="FF6600"/>
        </w:rPr>
        <w:t xml:space="preserve">of </w:t>
      </w:r>
      <w:r>
        <w:rPr>
          <w:color w:val="00FFCC"/>
        </w:rPr>
        <w:t xml:space="preserve">triumph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himself , </w:t>
      </w:r>
      <w:r>
        <w:rPr>
          <w:color w:val="CC3399"/>
        </w:rPr>
        <w:t xml:space="preserve">attended </w:t>
      </w:r>
      <w:r>
        <w:rPr>
          <w:color w:val="FF6600"/>
        </w:rPr>
        <w:t xml:space="preserve">by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dogs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cockerel </w:t>
      </w:r>
      <w:r>
        <w:rPr>
          <w:color w:val="000000"/>
        </w:rPr>
        <w:t xml:space="preserve">, </w:t>
      </w:r>
      <w:r>
        <w:rPr>
          <w:color w:val="CC3399"/>
        </w:rPr>
        <w:t xml:space="preserve">came </w:t>
      </w:r>
      <w:r>
        <w:rPr>
          <w:color w:val="00787F"/>
        </w:rPr>
        <w:t xml:space="preserve">down </w:t>
      </w:r>
      <w:r>
        <w:rPr>
          <w:color w:val="000000"/>
        </w:rPr>
        <w:t xml:space="preserve">to </w:t>
      </w:r>
      <w:r>
        <w:rPr>
          <w:color w:val="CC3399"/>
        </w:rPr>
        <w:t xml:space="preserve">inspect </w:t>
      </w:r>
      <w:r>
        <w:rPr>
          <w:color w:val="000000"/>
        </w:rPr>
        <w:t xml:space="preserve">the </w:t>
      </w:r>
      <w:r>
        <w:rPr>
          <w:color w:val="CC3399"/>
        </w:rPr>
        <w:t xml:space="preserve">completed </w:t>
      </w:r>
      <w:r>
        <w:rPr>
          <w:color w:val="00FFCC"/>
        </w:rPr>
        <w:t xml:space="preserve">work </w:t>
      </w:r>
      <w:r>
        <w:rPr>
          <w:color w:val="000000"/>
        </w:rPr>
        <w:t xml:space="preserve">; he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personally </w:t>
      </w:r>
      <w:r>
        <w:rPr>
          <w:color w:val="CC3399"/>
        </w:rPr>
        <w:t xml:space="preserve">congratulated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on </w:t>
      </w:r>
      <w:r>
        <w:rPr>
          <w:color w:val="000000"/>
        </w:rPr>
        <w:t xml:space="preserve">their </w:t>
      </w:r>
      <w:r>
        <w:rPr>
          <w:color w:val="00FFCC"/>
        </w:rPr>
        <w:t xml:space="preserve">achievement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announced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mill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named </w:t>
      </w:r>
      <w:r>
        <w:rPr>
          <w:color w:val="00FFCC"/>
        </w:rPr>
        <w:t xml:space="preserve">Napoleon Mill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Two </w:t>
      </w:r>
      <w:r>
        <w:rPr>
          <w:color w:val="00FFCC"/>
        </w:rPr>
        <w:t xml:space="preserve">days </w:t>
      </w:r>
      <w:r>
        <w:rPr>
          <w:color w:val="00787F"/>
        </w:rPr>
        <w:t xml:space="preserve">later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CC3399"/>
        </w:rPr>
        <w:t xml:space="preserve">called </w:t>
      </w:r>
      <w:r>
        <w:rPr>
          <w:color w:val="00787F"/>
        </w:rPr>
        <w:t xml:space="preserve">together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33CCFF"/>
        </w:rPr>
        <w:t xml:space="preserve">special </w:t>
      </w:r>
      <w:r>
        <w:rPr>
          <w:color w:val="00FFCC"/>
        </w:rPr>
        <w:t xml:space="preserve">meeting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struck </w:t>
      </w:r>
      <w:r>
        <w:rPr>
          <w:color w:val="33CCFF"/>
        </w:rPr>
        <w:t xml:space="preserve">dumb </w:t>
      </w:r>
      <w:r>
        <w:rPr>
          <w:color w:val="FF6600"/>
        </w:rPr>
        <w:t xml:space="preserve">with </w:t>
      </w:r>
      <w:r>
        <w:rPr>
          <w:color w:val="00FFCC"/>
        </w:rPr>
        <w:t xml:space="preserve">surprise </w:t>
      </w:r>
      <w:r>
        <w:rPr>
          <w:color w:val="000000"/>
        </w:rPr>
        <w:t xml:space="preserve">when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announced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had sold </w:t>
      </w:r>
      <w:r>
        <w:rPr>
          <w:color w:val="000000"/>
        </w:rPr>
        <w:t xml:space="preserve">the </w:t>
      </w:r>
      <w:r>
        <w:rPr>
          <w:color w:val="00FFCC"/>
        </w:rPr>
        <w:t xml:space="preserve">pile </w:t>
      </w:r>
      <w:r>
        <w:rPr>
          <w:color w:val="FF6600"/>
        </w:rPr>
        <w:t xml:space="preserve">of </w:t>
      </w:r>
      <w:r>
        <w:rPr>
          <w:color w:val="00FFCC"/>
        </w:rPr>
        <w:t xml:space="preserve">timber </w:t>
      </w:r>
      <w:r>
        <w:rPr>
          <w:color w:val="000000"/>
        </w:rPr>
        <w:t xml:space="preserve">to </w:t>
      </w:r>
      <w:r>
        <w:rPr>
          <w:color w:val="00FFCC"/>
        </w:rPr>
        <w:t xml:space="preserve">Frederick </w:t>
      </w:r>
      <w:r>
        <w:rPr>
          <w:color w:val="000000"/>
        </w:rPr>
        <w:t xml:space="preserve">. </w:t>
      </w:r>
      <w:r>
        <w:rPr>
          <w:color w:val="00FFCC"/>
        </w:rPr>
        <w:t xml:space="preserve">Tomorrow Frederick </w:t>
      </w:r>
      <w:r>
        <w:rPr>
          <w:color w:val="000000"/>
        </w:rPr>
        <w:t xml:space="preserve">'s </w:t>
      </w:r>
      <w:r>
        <w:rPr>
          <w:color w:val="00FFCC"/>
        </w:rPr>
        <w:t xml:space="preserve">wagons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would </w:t>
      </w:r>
      <w:r>
        <w:rPr>
          <w:color w:val="CC3399"/>
        </w:rPr>
        <w:t xml:space="preserve">arrive </w:t>
      </w:r>
      <w:r>
        <w:rPr>
          <w:color w:val="FF0066"/>
        </w:rPr>
        <w:t xml:space="preserve">and </w:t>
      </w:r>
      <w:r>
        <w:rPr>
          <w:color w:val="CC3399"/>
        </w:rPr>
        <w:t xml:space="preserve">begin carting </w:t>
      </w:r>
      <w:r>
        <w:rPr>
          <w:color w:val="000000"/>
        </w:rPr>
        <w:t xml:space="preserve">it </w:t>
      </w:r>
      <w:r>
        <w:rPr>
          <w:color w:val="00787F"/>
        </w:rPr>
        <w:t xml:space="preserve">away </w:t>
      </w:r>
      <w:r>
        <w:rPr>
          <w:color w:val="000000"/>
        </w:rPr>
        <w:t xml:space="preserve">. </w:t>
      </w:r>
      <w:r>
        <w:rPr>
          <w:color w:val="FF6600"/>
        </w:rPr>
        <w:t xml:space="preserve">Throughout </w:t>
      </w:r>
      <w:r>
        <w:rPr>
          <w:color w:val="000000"/>
        </w:rPr>
        <w:t xml:space="preserve">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period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seeming </w:t>
      </w:r>
      <w:r>
        <w:rPr>
          <w:color w:val="00FFCC"/>
        </w:rPr>
        <w:t xml:space="preserve">friendship </w:t>
      </w:r>
      <w:r>
        <w:rPr>
          <w:color w:val="FF6600"/>
        </w:rPr>
        <w:t xml:space="preserve">with </w:t>
      </w:r>
      <w:r>
        <w:rPr>
          <w:color w:val="00FFCC"/>
        </w:rPr>
        <w:t xml:space="preserve">Pilkington </w:t>
      </w:r>
      <w:r>
        <w:rPr>
          <w:color w:val="000000"/>
        </w:rPr>
        <w:t xml:space="preserve">,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had </w:t>
      </w:r>
      <w:r>
        <w:rPr>
          <w:color w:val="00787F"/>
        </w:rPr>
        <w:t xml:space="preserve">really </w:t>
      </w:r>
      <w:r>
        <w:rPr>
          <w:color w:val="CC3399"/>
        </w:rPr>
        <w:t xml:space="preserve">been </w:t>
      </w:r>
      <w:r>
        <w:rPr>
          <w:color w:val="FF6600"/>
        </w:rPr>
        <w:t xml:space="preserve">in </w:t>
      </w:r>
      <w:r>
        <w:rPr>
          <w:color w:val="33CCFF"/>
        </w:rPr>
        <w:t xml:space="preserve">secret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agreement </w:t>
      </w:r>
      <w:r>
        <w:rPr>
          <w:color w:val="FF6600"/>
        </w:rPr>
        <w:t xml:space="preserve">with </w:t>
      </w:r>
      <w:r>
        <w:rPr>
          <w:color w:val="00FFCC"/>
        </w:rPr>
        <w:t xml:space="preserve">Frederick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All </w:t>
      </w:r>
      <w:r>
        <w:rPr>
          <w:color w:val="00FFCC"/>
        </w:rPr>
        <w:t xml:space="preserve">relations </w:t>
      </w:r>
      <w:r>
        <w:rPr>
          <w:color w:val="FF6600"/>
        </w:rPr>
        <w:t xml:space="preserve">with </w:t>
      </w:r>
      <w:r>
        <w:rPr>
          <w:color w:val="00FFCC"/>
        </w:rPr>
        <w:t xml:space="preserve">Foxwood </w:t>
      </w:r>
      <w:r>
        <w:rPr>
          <w:color w:val="CC3399"/>
        </w:rPr>
        <w:t xml:space="preserve">had been broken </w:t>
      </w:r>
      <w:r>
        <w:rPr>
          <w:color w:val="000000"/>
        </w:rPr>
        <w:t xml:space="preserve">off ; </w:t>
      </w:r>
      <w:r>
        <w:rPr>
          <w:color w:val="33CCFF"/>
        </w:rPr>
        <w:t xml:space="preserve">insulting </w:t>
      </w:r>
      <w:r>
        <w:rPr>
          <w:color w:val="00FFCC"/>
        </w:rPr>
        <w:t xml:space="preserve">messages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been sent </w:t>
      </w:r>
      <w:r>
        <w:rPr>
          <w:color w:val="000000"/>
        </w:rPr>
        <w:t xml:space="preserve">to </w:t>
      </w:r>
      <w:r>
        <w:rPr>
          <w:color w:val="00FFCC"/>
        </w:rPr>
        <w:t xml:space="preserve">Pilkington </w:t>
      </w:r>
      <w:r>
        <w:rPr>
          <w:color w:val="000000"/>
        </w:rPr>
        <w:t xml:space="preserve">. The </w:t>
      </w:r>
      <w:r>
        <w:rPr>
          <w:color w:val="00FFCC"/>
        </w:rPr>
        <w:t xml:space="preserve">pigeons </w:t>
      </w:r>
      <w:r>
        <w:rPr>
          <w:color w:val="CC3399"/>
        </w:rPr>
        <w:t xml:space="preserve">had been told </w:t>
      </w:r>
      <w:r>
        <w:rPr>
          <w:color w:val="000000"/>
        </w:rPr>
        <w:t xml:space="preserve">to </w:t>
      </w:r>
      <w:r>
        <w:rPr>
          <w:color w:val="CC3399"/>
        </w:rPr>
        <w:t>avoid</w:t>
      </w:r>
      <w:r>
        <w:rPr>
          <w:color w:val="CC3399"/>
        </w:rPr>
        <w:t xml:space="preserve"> </w:t>
      </w:r>
      <w:r>
        <w:rPr>
          <w:color w:val="00FFCC"/>
        </w:rPr>
        <w:t xml:space="preserve">Pinchfield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FF0066"/>
        </w:rPr>
        <w:t xml:space="preserve">and </w:t>
      </w:r>
      <w:r>
        <w:rPr>
          <w:color w:val="000000"/>
        </w:rPr>
        <w:t xml:space="preserve">to </w:t>
      </w:r>
      <w:r>
        <w:rPr>
          <w:color w:val="CC3399"/>
        </w:rPr>
        <w:t xml:space="preserve">alter </w:t>
      </w:r>
      <w:r>
        <w:rPr>
          <w:color w:val="000000"/>
        </w:rPr>
        <w:t xml:space="preserve">their </w:t>
      </w:r>
      <w:r>
        <w:rPr>
          <w:color w:val="00FFCC"/>
        </w:rPr>
        <w:t xml:space="preserve">slogan </w:t>
      </w:r>
      <w:r>
        <w:rPr>
          <w:color w:val="FF6600"/>
        </w:rPr>
        <w:t xml:space="preserve">from </w:t>
      </w:r>
      <w:r>
        <w:rPr>
          <w:color w:val="000000"/>
        </w:rPr>
        <w:t xml:space="preserve">`` </w:t>
      </w:r>
      <w:r>
        <w:rPr>
          <w:color w:val="00FFCC"/>
        </w:rPr>
        <w:t xml:space="preserve">Death </w:t>
      </w:r>
      <w:r>
        <w:rPr>
          <w:color w:val="000000"/>
        </w:rPr>
        <w:t xml:space="preserve">to </w:t>
      </w:r>
      <w:r>
        <w:rPr>
          <w:color w:val="00FFCC"/>
        </w:rPr>
        <w:t xml:space="preserve">Frederick </w:t>
      </w:r>
      <w:r>
        <w:rPr>
          <w:color w:val="000000"/>
        </w:rPr>
        <w:t xml:space="preserve">'' to `` </w:t>
      </w:r>
      <w:r>
        <w:rPr>
          <w:color w:val="00FFCC"/>
        </w:rPr>
        <w:t xml:space="preserve">Death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Pilkington </w:t>
      </w:r>
      <w:r>
        <w:rPr>
          <w:color w:val="000000"/>
        </w:rPr>
        <w:t xml:space="preserve">. ''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FFCC"/>
        </w:rPr>
        <w:t xml:space="preserve">time Napoleon </w:t>
      </w:r>
      <w:r>
        <w:rPr>
          <w:color w:val="CC3399"/>
        </w:rPr>
        <w:t xml:space="preserve">assured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stories </w:t>
      </w:r>
      <w:r>
        <w:rPr>
          <w:color w:val="FF6600"/>
        </w:rPr>
        <w:t xml:space="preserve">of </w:t>
      </w:r>
      <w:r>
        <w:rPr>
          <w:color w:val="000000"/>
        </w:rPr>
        <w:t xml:space="preserve">an </w:t>
      </w:r>
      <w:r>
        <w:rPr>
          <w:color w:val="33CCFF"/>
        </w:rPr>
        <w:t xml:space="preserve">impending </w:t>
      </w:r>
      <w:r>
        <w:rPr>
          <w:color w:val="00FFCC"/>
        </w:rPr>
        <w:t xml:space="preserve">attack </w:t>
      </w:r>
      <w:r>
        <w:rPr>
          <w:color w:val="FF6600"/>
        </w:rPr>
        <w:t xml:space="preserve">on </w:t>
      </w:r>
      <w:r>
        <w:rPr>
          <w:color w:val="00FFCC"/>
        </w:rPr>
        <w:t xml:space="preserve">Animal Farm </w:t>
      </w:r>
      <w:r>
        <w:rPr>
          <w:color w:val="CC3399"/>
        </w:rPr>
        <w:t xml:space="preserve">were </w:t>
      </w:r>
      <w:r>
        <w:rPr>
          <w:color w:val="00787F"/>
        </w:rPr>
        <w:t xml:space="preserve">completely </w:t>
      </w:r>
      <w:r>
        <w:rPr>
          <w:color w:val="33CCFF"/>
        </w:rPr>
        <w:t xml:space="preserve">untrue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tales </w:t>
      </w:r>
      <w:r>
        <w:rPr>
          <w:color w:val="FF6600"/>
        </w:rPr>
        <w:t xml:space="preserve">about </w:t>
      </w:r>
      <w:r>
        <w:rPr>
          <w:color w:val="00FFCC"/>
        </w:rPr>
        <w:t xml:space="preserve">Frederick </w:t>
      </w:r>
      <w:r>
        <w:rPr>
          <w:color w:val="000000"/>
        </w:rPr>
        <w:t xml:space="preserve">'s </w:t>
      </w:r>
      <w:r>
        <w:rPr>
          <w:color w:val="00FFCC"/>
        </w:rPr>
        <w:t xml:space="preserve">cruelty </w:t>
      </w:r>
      <w:r>
        <w:rPr>
          <w:color w:val="000000"/>
        </w:rPr>
        <w:t xml:space="preserve">to his </w:t>
      </w:r>
      <w:r>
        <w:rPr>
          <w:color w:val="33CCFF"/>
        </w:rPr>
        <w:t xml:space="preserve">own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greatly </w:t>
      </w:r>
      <w:r>
        <w:rPr>
          <w:color w:val="CC3399"/>
        </w:rPr>
        <w:t xml:space="preserve">exaggerated </w:t>
      </w:r>
      <w:r>
        <w:rPr>
          <w:color w:val="000000"/>
        </w:rPr>
        <w:t xml:space="preserve">. All these </w:t>
      </w:r>
      <w:r>
        <w:rPr>
          <w:color w:val="00FFCC"/>
        </w:rPr>
        <w:t xml:space="preserve">rumours </w:t>
      </w:r>
      <w:r>
        <w:rPr>
          <w:color w:val="CC3399"/>
        </w:rPr>
        <w:t xml:space="preserve">had </w:t>
      </w:r>
      <w:r>
        <w:rPr>
          <w:color w:val="00787F"/>
        </w:rPr>
        <w:t xml:space="preserve">probably </w:t>
      </w:r>
      <w:r>
        <w:rPr>
          <w:color w:val="CC3399"/>
        </w:rPr>
        <w:t xml:space="preserve">originated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agents </w:t>
      </w:r>
      <w:r>
        <w:rPr>
          <w:color w:val="000000"/>
        </w:rPr>
        <w:t xml:space="preserve">. It </w:t>
      </w:r>
      <w:r>
        <w:rPr>
          <w:color w:val="00787F"/>
        </w:rPr>
        <w:t xml:space="preserve">now </w:t>
      </w:r>
      <w:r>
        <w:rPr>
          <w:color w:val="CC3399"/>
        </w:rPr>
        <w:t xml:space="preserve">appeared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000000"/>
        </w:rPr>
        <w:t xml:space="preserve">, </w:t>
      </w:r>
      <w:r>
        <w:rPr>
          <w:color w:val="FF6600"/>
        </w:rPr>
        <w:t xml:space="preserve">after </w:t>
      </w:r>
      <w:r>
        <w:rPr>
          <w:color w:val="000000"/>
        </w:rPr>
        <w:t xml:space="preserve">all 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hiding </w:t>
      </w:r>
      <w:r>
        <w:rPr>
          <w:color w:val="FF6600"/>
        </w:rPr>
        <w:t xml:space="preserve">on </w:t>
      </w:r>
      <w:r>
        <w:rPr>
          <w:color w:val="00FFCC"/>
        </w:rPr>
        <w:t xml:space="preserve">Pinchfield Farm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FFCC"/>
        </w:rPr>
        <w:t xml:space="preserve">fact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CC3399"/>
        </w:rPr>
        <w:t>b</w:t>
      </w:r>
      <w:r>
        <w:rPr>
          <w:color w:val="CC3399"/>
        </w:rPr>
        <w:t xml:space="preserve">een </w:t>
      </w:r>
      <w:r>
        <w:rPr>
          <w:color w:val="00787F"/>
        </w:rPr>
        <w:t xml:space="preserve">there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life </w:t>
      </w:r>
      <w:r>
        <w:rPr>
          <w:color w:val="000000"/>
        </w:rPr>
        <w:t xml:space="preserve">: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was living </w:t>
      </w:r>
      <w:r>
        <w:rPr>
          <w:color w:val="000000"/>
        </w:rPr>
        <w:t xml:space="preserve">-- </w:t>
      </w:r>
      <w:r>
        <w:rPr>
          <w:color w:val="FF6600"/>
        </w:rPr>
        <w:t xml:space="preserve">in </w:t>
      </w:r>
      <w:r>
        <w:rPr>
          <w:color w:val="33CCFF"/>
        </w:rPr>
        <w:t xml:space="preserve">considerable </w:t>
      </w:r>
      <w:r>
        <w:rPr>
          <w:color w:val="00FFCC"/>
        </w:rPr>
        <w:t xml:space="preserve">luxury </w:t>
      </w:r>
      <w:r>
        <w:rPr>
          <w:color w:val="000000"/>
        </w:rPr>
        <w:t xml:space="preserve">, </w:t>
      </w:r>
      <w:r>
        <w:rPr>
          <w:color w:val="FF6600"/>
        </w:rPr>
        <w:t xml:space="preserve">so </w:t>
      </w:r>
      <w:r>
        <w:rPr>
          <w:color w:val="000000"/>
        </w:rPr>
        <w:t xml:space="preserve">it </w:t>
      </w:r>
      <w:r>
        <w:rPr>
          <w:color w:val="CC3399"/>
        </w:rPr>
        <w:t xml:space="preserve">was said </w:t>
      </w:r>
      <w:r>
        <w:rPr>
          <w:color w:val="000000"/>
        </w:rPr>
        <w:t xml:space="preserve">-- </w:t>
      </w:r>
      <w:r>
        <w:rPr>
          <w:color w:val="FF6600"/>
        </w:rPr>
        <w:t xml:space="preserve">at </w:t>
      </w:r>
      <w:r>
        <w:rPr>
          <w:color w:val="00FFCC"/>
        </w:rPr>
        <w:t xml:space="preserve">Foxwood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FFCC"/>
        </w:rPr>
        <w:t xml:space="preserve">reality </w:t>
      </w:r>
      <w:r>
        <w:rPr>
          <w:color w:val="CC3399"/>
        </w:rPr>
        <w:t xml:space="preserve">been </w:t>
      </w:r>
      <w:r>
        <w:rPr>
          <w:color w:val="000000"/>
        </w:rPr>
        <w:t xml:space="preserve">a </w:t>
      </w:r>
      <w:r>
        <w:rPr>
          <w:color w:val="00FFCC"/>
        </w:rPr>
        <w:t xml:space="preserve">pensioner </w:t>
      </w:r>
      <w:r>
        <w:rPr>
          <w:color w:val="FF6600"/>
        </w:rPr>
        <w:t xml:space="preserve">of </w:t>
      </w:r>
      <w:r>
        <w:rPr>
          <w:color w:val="00FFCC"/>
        </w:rPr>
        <w:t xml:space="preserve">Pilkington </w:t>
      </w:r>
      <w:r>
        <w:rPr>
          <w:color w:val="FF6600"/>
        </w:rPr>
        <w:t xml:space="preserve">for </w:t>
      </w:r>
      <w:r>
        <w:rPr>
          <w:color w:val="00FFCC"/>
        </w:rPr>
        <w:t xml:space="preserve">years </w:t>
      </w:r>
      <w:r>
        <w:rPr>
          <w:color w:val="00787F"/>
        </w:rPr>
        <w:t xml:space="preserve">past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were </w:t>
      </w:r>
      <w:r>
        <w:rPr>
          <w:color w:val="FF6600"/>
        </w:rPr>
        <w:t xml:space="preserve">in </w:t>
      </w:r>
      <w:r>
        <w:rPr>
          <w:color w:val="00FFCC"/>
        </w:rPr>
        <w:t xml:space="preserve">ecstasies </w:t>
      </w:r>
      <w:r>
        <w:rPr>
          <w:color w:val="FF6600"/>
        </w:rPr>
        <w:t xml:space="preserve">over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cunning </w:t>
      </w:r>
      <w:r>
        <w:rPr>
          <w:color w:val="000000"/>
        </w:rPr>
        <w:t xml:space="preserve">. </w:t>
      </w:r>
      <w:r>
        <w:rPr>
          <w:color w:val="FF6600"/>
        </w:rPr>
        <w:t xml:space="preserve">By </w:t>
      </w:r>
      <w:r>
        <w:rPr>
          <w:color w:val="CC3399"/>
        </w:rPr>
        <w:t xml:space="preserve">seeming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friendly </w:t>
      </w:r>
      <w:r>
        <w:rPr>
          <w:color w:val="FF6600"/>
        </w:rPr>
        <w:t xml:space="preserve">with </w:t>
      </w:r>
      <w:r>
        <w:rPr>
          <w:color w:val="00FFCC"/>
        </w:rPr>
        <w:t xml:space="preserve">Pilkington </w:t>
      </w:r>
      <w:r>
        <w:rPr>
          <w:color w:val="000000"/>
        </w:rPr>
        <w:t xml:space="preserve">he </w:t>
      </w:r>
      <w:r>
        <w:rPr>
          <w:color w:val="CC3399"/>
        </w:rPr>
        <w:t xml:space="preserve">had forced </w:t>
      </w:r>
      <w:r>
        <w:rPr>
          <w:color w:val="00FFCC"/>
        </w:rPr>
        <w:t xml:space="preserve">Frederick </w:t>
      </w:r>
      <w:r>
        <w:rPr>
          <w:color w:val="000000"/>
        </w:rPr>
        <w:t xml:space="preserve">to </w:t>
      </w:r>
      <w:r>
        <w:rPr>
          <w:color w:val="CC3399"/>
        </w:rPr>
        <w:t xml:space="preserve">raise </w:t>
      </w:r>
      <w:r>
        <w:rPr>
          <w:color w:val="000000"/>
        </w:rPr>
        <w:t xml:space="preserve">his </w:t>
      </w:r>
      <w:r>
        <w:rPr>
          <w:color w:val="00FFCC"/>
        </w:rPr>
        <w:t xml:space="preserve">price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twelve </w:t>
      </w:r>
      <w:r>
        <w:rPr>
          <w:color w:val="00FFCC"/>
        </w:rPr>
        <w:t xml:space="preserve">pounds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33CCFF"/>
        </w:rPr>
        <w:t xml:space="preserve">superior </w:t>
      </w:r>
      <w:r>
        <w:rPr>
          <w:color w:val="00FFCC"/>
        </w:rPr>
        <w:t xml:space="preserve">quality </w:t>
      </w:r>
      <w:r>
        <w:rPr>
          <w:color w:val="FF6600"/>
        </w:rPr>
        <w:t xml:space="preserve">of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mind </w:t>
      </w:r>
      <w:r>
        <w:rPr>
          <w:color w:val="000000"/>
        </w:rPr>
        <w:t xml:space="preserve">, </w:t>
      </w:r>
      <w:r>
        <w:rPr>
          <w:color w:val="CC3399"/>
        </w:rPr>
        <w:t xml:space="preserve">said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shown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fact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trusted </w:t>
      </w:r>
      <w:r>
        <w:rPr>
          <w:color w:val="00FFCC"/>
        </w:rPr>
        <w:t xml:space="preserve">nobody </w:t>
      </w:r>
      <w:r>
        <w:rPr>
          <w:color w:val="000000"/>
        </w:rPr>
        <w:t xml:space="preserve">, </w:t>
      </w:r>
      <w:r>
        <w:rPr>
          <w:color w:val="00787F"/>
        </w:rPr>
        <w:t xml:space="preserve">not even </w:t>
      </w:r>
      <w:r>
        <w:rPr>
          <w:color w:val="00FFCC"/>
        </w:rPr>
        <w:t xml:space="preserve">Frederick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Frederick </w:t>
      </w:r>
      <w:r>
        <w:rPr>
          <w:color w:val="CC3399"/>
        </w:rPr>
        <w:t xml:space="preserve">had wanted </w:t>
      </w:r>
      <w:r>
        <w:rPr>
          <w:color w:val="000000"/>
        </w:rPr>
        <w:t xml:space="preserve">to </w:t>
      </w:r>
      <w:r>
        <w:rPr>
          <w:color w:val="CC3399"/>
        </w:rPr>
        <w:t xml:space="preserve">pay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timber </w:t>
      </w:r>
      <w:r>
        <w:rPr>
          <w:color w:val="FF6600"/>
        </w:rPr>
        <w:t xml:space="preserve">with </w:t>
      </w:r>
      <w:r>
        <w:rPr>
          <w:color w:val="00FFCC"/>
        </w:rPr>
        <w:t>s</w:t>
      </w:r>
      <w:r>
        <w:rPr>
          <w:color w:val="00FFCC"/>
        </w:rPr>
        <w:t xml:space="preserve">omething </w:t>
      </w:r>
      <w:r>
        <w:rPr>
          <w:color w:val="CC3399"/>
        </w:rPr>
        <w:t xml:space="preserve">called </w:t>
      </w:r>
      <w:r>
        <w:rPr>
          <w:color w:val="000000"/>
        </w:rPr>
        <w:t xml:space="preserve">a </w:t>
      </w:r>
      <w:r>
        <w:rPr>
          <w:color w:val="00FFCC"/>
        </w:rPr>
        <w:t xml:space="preserve">cheque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which , it </w:t>
      </w:r>
      <w:r>
        <w:rPr>
          <w:color w:val="CC3399"/>
        </w:rPr>
        <w:t xml:space="preserve">seemed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piece </w:t>
      </w:r>
      <w:r>
        <w:rPr>
          <w:color w:val="FF6600"/>
        </w:rPr>
        <w:t xml:space="preserve">of </w:t>
      </w:r>
      <w:r>
        <w:rPr>
          <w:color w:val="00FFCC"/>
        </w:rPr>
        <w:t xml:space="preserve">paper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promise </w:t>
      </w:r>
      <w:r>
        <w:rPr>
          <w:color w:val="000000"/>
        </w:rPr>
        <w:t xml:space="preserve">to </w:t>
      </w:r>
      <w:r>
        <w:rPr>
          <w:color w:val="CC3399"/>
        </w:rPr>
        <w:t xml:space="preserve">pay written </w:t>
      </w:r>
      <w:r>
        <w:rPr>
          <w:color w:val="FF6600"/>
        </w:rPr>
        <w:t xml:space="preserve">upon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it . </w:t>
      </w:r>
      <w:r>
        <w:rPr>
          <w:color w:val="FF0066"/>
        </w:rPr>
        <w:t xml:space="preserve">But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was </w:t>
      </w:r>
      <w:r>
        <w:rPr>
          <w:color w:val="00787F"/>
        </w:rPr>
        <w:t xml:space="preserve">too </w:t>
      </w:r>
      <w:r>
        <w:rPr>
          <w:color w:val="33CCFF"/>
        </w:rPr>
        <w:t xml:space="preserve">clever </w:t>
      </w:r>
      <w:r>
        <w:rPr>
          <w:color w:val="FF6600"/>
        </w:rPr>
        <w:t xml:space="preserve">for </w:t>
      </w:r>
      <w:r>
        <w:rPr>
          <w:color w:val="000000"/>
        </w:rPr>
        <w:t xml:space="preserve">him . He </w:t>
      </w:r>
      <w:r>
        <w:rPr>
          <w:color w:val="CC3399"/>
        </w:rPr>
        <w:t xml:space="preserve">had demanded </w:t>
      </w:r>
      <w:r>
        <w:rPr>
          <w:color w:val="00FFCC"/>
        </w:rPr>
        <w:t xml:space="preserve">payment </w:t>
      </w:r>
      <w:r>
        <w:rPr>
          <w:color w:val="FF6600"/>
        </w:rPr>
        <w:t xml:space="preserve">in </w:t>
      </w:r>
      <w:r>
        <w:rPr>
          <w:color w:val="33CCFF"/>
        </w:rPr>
        <w:t xml:space="preserve">real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five-pound </w:t>
      </w:r>
      <w:r>
        <w:rPr>
          <w:color w:val="00FFCC"/>
        </w:rPr>
        <w:t xml:space="preserve">notes </w:t>
      </w:r>
      <w:r>
        <w:rPr>
          <w:color w:val="000000"/>
        </w:rPr>
        <w:t xml:space="preserve">, which </w:t>
      </w:r>
      <w:r>
        <w:rPr>
          <w:color w:val="CC3399"/>
        </w:rPr>
        <w:t xml:space="preserve">were </w:t>
      </w:r>
      <w:r>
        <w:rPr>
          <w:color w:val="000000"/>
        </w:rPr>
        <w:t xml:space="preserve">to </w:t>
      </w:r>
      <w:r>
        <w:rPr>
          <w:color w:val="CC3399"/>
        </w:rPr>
        <w:t xml:space="preserve">be handed </w:t>
      </w:r>
      <w:r>
        <w:rPr>
          <w:color w:val="000000"/>
        </w:rPr>
        <w:t xml:space="preserve">over </w:t>
      </w:r>
      <w:r>
        <w:rPr>
          <w:color w:val="FF6600"/>
        </w:rPr>
        <w:t xml:space="preserve">before </w:t>
      </w:r>
      <w:r>
        <w:rPr>
          <w:color w:val="000000"/>
        </w:rPr>
        <w:t xml:space="preserve">the </w:t>
      </w:r>
      <w:r>
        <w:rPr>
          <w:color w:val="00FFCC"/>
        </w:rPr>
        <w:t xml:space="preserve">timber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removed </w:t>
      </w:r>
      <w:r>
        <w:rPr>
          <w:color w:val="000000"/>
        </w:rPr>
        <w:t xml:space="preserve">. </w:t>
      </w:r>
      <w:r>
        <w:rPr>
          <w:color w:val="33CCFF"/>
        </w:rPr>
        <w:t xml:space="preserve">Already </w:t>
      </w:r>
      <w:r>
        <w:rPr>
          <w:color w:val="00FFCC"/>
        </w:rPr>
        <w:t xml:space="preserve">Frederick </w:t>
      </w:r>
      <w:r>
        <w:rPr>
          <w:color w:val="CC3399"/>
        </w:rPr>
        <w:t xml:space="preserve">had paid </w:t>
      </w:r>
      <w:r>
        <w:rPr>
          <w:color w:val="000000"/>
        </w:rPr>
        <w:t xml:space="preserve">up ;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sum </w:t>
      </w:r>
      <w:r>
        <w:rPr>
          <w:color w:val="000000"/>
        </w:rPr>
        <w:t xml:space="preserve">he </w:t>
      </w:r>
      <w:r>
        <w:rPr>
          <w:color w:val="CC3399"/>
        </w:rPr>
        <w:t xml:space="preserve">had paid was </w:t>
      </w:r>
      <w:r>
        <w:rPr>
          <w:color w:val="00787F"/>
        </w:rPr>
        <w:t xml:space="preserve">just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enough </w:t>
      </w:r>
      <w:r>
        <w:rPr>
          <w:color w:val="000000"/>
        </w:rPr>
        <w:t xml:space="preserve">to </w:t>
      </w:r>
      <w:r>
        <w:rPr>
          <w:color w:val="CC3399"/>
        </w:rPr>
        <w:t xml:space="preserve">buy </w:t>
      </w:r>
      <w:r>
        <w:rPr>
          <w:color w:val="000000"/>
        </w:rPr>
        <w:t xml:space="preserve">the </w:t>
      </w:r>
      <w:r>
        <w:rPr>
          <w:color w:val="00FFCC"/>
        </w:rPr>
        <w:t xml:space="preserve">machinery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Meanwhile </w:t>
      </w:r>
      <w:r>
        <w:rPr>
          <w:color w:val="000000"/>
        </w:rPr>
        <w:t xml:space="preserve">the </w:t>
      </w:r>
      <w:r>
        <w:rPr>
          <w:color w:val="00FFCC"/>
        </w:rPr>
        <w:t xml:space="preserve">timber </w:t>
      </w:r>
      <w:r>
        <w:rPr>
          <w:color w:val="CC3399"/>
        </w:rPr>
        <w:t xml:space="preserve">was being carted </w:t>
      </w:r>
      <w:r>
        <w:rPr>
          <w:color w:val="00787F"/>
        </w:rPr>
        <w:t xml:space="preserve">away </w:t>
      </w:r>
      <w:r>
        <w:rPr>
          <w:color w:val="FF6600"/>
        </w:rPr>
        <w:t xml:space="preserve">at </w:t>
      </w:r>
      <w:r>
        <w:rPr>
          <w:color w:val="33CCFF"/>
        </w:rPr>
        <w:t xml:space="preserve">high </w:t>
      </w:r>
      <w:r>
        <w:rPr>
          <w:color w:val="00FFCC"/>
        </w:rPr>
        <w:t xml:space="preserve">speed </w:t>
      </w:r>
      <w:r>
        <w:rPr>
          <w:color w:val="000000"/>
        </w:rPr>
        <w:t xml:space="preserve">. When it </w:t>
      </w:r>
      <w:r>
        <w:rPr>
          <w:color w:val="CC3399"/>
        </w:rPr>
        <w:t xml:space="preserve">was </w:t>
      </w:r>
      <w:r>
        <w:rPr>
          <w:color w:val="000000"/>
        </w:rPr>
        <w:t xml:space="preserve">all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gone </w:t>
      </w:r>
      <w:r>
        <w:rPr>
          <w:color w:val="000000"/>
        </w:rPr>
        <w:t xml:space="preserve">, another </w:t>
      </w:r>
      <w:r>
        <w:rPr>
          <w:color w:val="33CCFF"/>
        </w:rPr>
        <w:t xml:space="preserve">special </w:t>
      </w:r>
      <w:r>
        <w:rPr>
          <w:color w:val="00FFCC"/>
        </w:rPr>
        <w:t xml:space="preserve">meeting </w:t>
      </w:r>
      <w:r>
        <w:rPr>
          <w:color w:val="CC3399"/>
        </w:rPr>
        <w:t xml:space="preserve">was held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barn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33CCFF"/>
        </w:rPr>
        <w:lastRenderedPageBreak/>
        <w:t xml:space="preserve">inspect </w:t>
      </w:r>
      <w:r>
        <w:rPr>
          <w:color w:val="00FFCC"/>
        </w:rPr>
        <w:t xml:space="preserve">Frederick </w:t>
      </w:r>
      <w:r>
        <w:rPr>
          <w:color w:val="000000"/>
        </w:rPr>
        <w:t xml:space="preserve">'s </w:t>
      </w:r>
      <w:r>
        <w:rPr>
          <w:color w:val="00FFCC"/>
        </w:rPr>
        <w:t xml:space="preserve">bank-notes </w:t>
      </w:r>
      <w:r>
        <w:rPr>
          <w:color w:val="000000"/>
        </w:rPr>
        <w:t xml:space="preserve">. </w:t>
      </w:r>
      <w:r>
        <w:rPr>
          <w:color w:val="CC3399"/>
        </w:rPr>
        <w:t xml:space="preserve">Smiling </w:t>
      </w:r>
      <w:r>
        <w:rPr>
          <w:color w:val="00787F"/>
        </w:rPr>
        <w:t xml:space="preserve">beatifically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wearing </w:t>
      </w:r>
      <w:r>
        <w:rPr>
          <w:color w:val="000000"/>
        </w:rPr>
        <w:t xml:space="preserve">both 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decorations </w:t>
      </w:r>
      <w:r>
        <w:rPr>
          <w:color w:val="000000"/>
        </w:rPr>
        <w:t xml:space="preserve">,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reposed </w:t>
      </w:r>
      <w:r>
        <w:rPr>
          <w:color w:val="FF6600"/>
        </w:rPr>
        <w:t xml:space="preserve">on </w:t>
      </w:r>
      <w:r>
        <w:rPr>
          <w:color w:val="000000"/>
        </w:rPr>
        <w:t xml:space="preserve">a </w:t>
      </w:r>
      <w:r>
        <w:rPr>
          <w:color w:val="00FFCC"/>
        </w:rPr>
        <w:t xml:space="preserve">bed </w:t>
      </w:r>
      <w:r>
        <w:rPr>
          <w:color w:val="FF6600"/>
        </w:rPr>
        <w:t xml:space="preserve">of </w:t>
      </w:r>
      <w:r>
        <w:rPr>
          <w:color w:val="00FFCC"/>
        </w:rPr>
        <w:t xml:space="preserve">straw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platform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money </w:t>
      </w:r>
      <w:r>
        <w:rPr>
          <w:color w:val="FF6600"/>
        </w:rPr>
        <w:t xml:space="preserve">at </w:t>
      </w:r>
      <w:r>
        <w:rPr>
          <w:color w:val="000000"/>
        </w:rPr>
        <w:t xml:space="preserve">his </w:t>
      </w:r>
      <w:r>
        <w:rPr>
          <w:color w:val="00FFCC"/>
        </w:rPr>
        <w:t xml:space="preserve">side </w:t>
      </w:r>
      <w:r>
        <w:rPr>
          <w:color w:val="000000"/>
        </w:rPr>
        <w:t xml:space="preserve">, </w:t>
      </w:r>
      <w:r>
        <w:rPr>
          <w:color w:val="00787F"/>
        </w:rPr>
        <w:t xml:space="preserve">neatly </w:t>
      </w:r>
      <w:r>
        <w:rPr>
          <w:color w:val="CC3399"/>
        </w:rPr>
        <w:t xml:space="preserve">piled </w:t>
      </w:r>
      <w:r>
        <w:rPr>
          <w:color w:val="FF6600"/>
        </w:rPr>
        <w:t xml:space="preserve">on </w:t>
      </w:r>
      <w:r>
        <w:rPr>
          <w:color w:val="000000"/>
        </w:rPr>
        <w:t xml:space="preserve">a </w:t>
      </w:r>
      <w:r>
        <w:rPr>
          <w:color w:val="33CCFF"/>
        </w:rPr>
        <w:t xml:space="preserve">china </w:t>
      </w:r>
      <w:r>
        <w:rPr>
          <w:color w:val="00FFCC"/>
        </w:rPr>
        <w:t xml:space="preserve">dish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kitchen </w:t>
      </w:r>
      <w:r>
        <w:rPr>
          <w:color w:val="000000"/>
        </w:rPr>
        <w:t>. T</w:t>
      </w:r>
      <w:r>
        <w:rPr>
          <w:color w:val="000000"/>
        </w:rPr>
        <w:t xml:space="preserve">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filed </w:t>
      </w:r>
      <w:r>
        <w:rPr>
          <w:color w:val="00787F"/>
        </w:rPr>
        <w:t xml:space="preserve">slowly </w:t>
      </w:r>
      <w:r>
        <w:rPr>
          <w:color w:val="33CCFF"/>
        </w:rPr>
        <w:t xml:space="preserve">past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each </w:t>
      </w:r>
      <w:r>
        <w:rPr>
          <w:color w:val="CC3399"/>
        </w:rPr>
        <w:t xml:space="preserve">gazed </w:t>
      </w:r>
      <w:r>
        <w:rPr>
          <w:color w:val="000000"/>
        </w:rPr>
        <w:t xml:space="preserve">his </w:t>
      </w:r>
      <w:r>
        <w:rPr>
          <w:color w:val="00FFCC"/>
        </w:rPr>
        <w:t xml:space="preserve">fill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FFCC"/>
        </w:rPr>
        <w:t xml:space="preserve">Boxer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put </w:t>
      </w:r>
      <w:r>
        <w:rPr>
          <w:color w:val="000000"/>
        </w:rPr>
        <w:t xml:space="preserve">out his </w:t>
      </w:r>
      <w:r>
        <w:rPr>
          <w:color w:val="00FFCC"/>
        </w:rPr>
        <w:t xml:space="preserve">nose </w:t>
      </w:r>
      <w:r>
        <w:rPr>
          <w:color w:val="000000"/>
        </w:rPr>
        <w:t xml:space="preserve">to </w:t>
      </w:r>
      <w:r>
        <w:rPr>
          <w:color w:val="CC3399"/>
        </w:rPr>
        <w:t xml:space="preserve">sniff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bank-notes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flimsy white </w:t>
      </w:r>
      <w:r>
        <w:rPr>
          <w:color w:val="00FFCC"/>
        </w:rPr>
        <w:t xml:space="preserve">things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stirred </w:t>
      </w:r>
      <w:r>
        <w:rPr>
          <w:color w:val="FF0066"/>
        </w:rPr>
        <w:t xml:space="preserve">and </w:t>
      </w:r>
      <w:r>
        <w:rPr>
          <w:color w:val="CC3399"/>
        </w:rPr>
        <w:t xml:space="preserve">rustled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breath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Three </w:t>
      </w:r>
      <w:r>
        <w:rPr>
          <w:color w:val="00FFCC"/>
        </w:rPr>
        <w:t xml:space="preserve">days </w:t>
      </w:r>
      <w:r>
        <w:rPr>
          <w:color w:val="00787F"/>
        </w:rPr>
        <w:t xml:space="preserve">later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terrible </w:t>
      </w:r>
      <w:r>
        <w:rPr>
          <w:color w:val="00FFCC"/>
        </w:rPr>
        <w:t xml:space="preserve">hullabaloo </w:t>
      </w:r>
      <w:r>
        <w:rPr>
          <w:color w:val="000000"/>
        </w:rPr>
        <w:t xml:space="preserve">. </w:t>
      </w:r>
      <w:r>
        <w:rPr>
          <w:color w:val="00FFCC"/>
        </w:rPr>
        <w:t xml:space="preserve">Whymper </w:t>
      </w:r>
      <w:r>
        <w:rPr>
          <w:color w:val="000000"/>
        </w:rPr>
        <w:t xml:space="preserve">, his </w:t>
      </w:r>
      <w:r>
        <w:rPr>
          <w:color w:val="00FFCC"/>
        </w:rPr>
        <w:t xml:space="preserve">face </w:t>
      </w:r>
      <w:r>
        <w:rPr>
          <w:color w:val="00787F"/>
        </w:rPr>
        <w:t xml:space="preserve">deadly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pale </w:t>
      </w:r>
      <w:r>
        <w:rPr>
          <w:color w:val="000000"/>
        </w:rPr>
        <w:t xml:space="preserve">, </w:t>
      </w:r>
      <w:r>
        <w:rPr>
          <w:color w:val="CC3399"/>
        </w:rPr>
        <w:t xml:space="preserve">came racing </w:t>
      </w:r>
      <w:r>
        <w:rPr>
          <w:color w:val="000000"/>
        </w:rPr>
        <w:t xml:space="preserve">up the </w:t>
      </w:r>
      <w:r>
        <w:rPr>
          <w:color w:val="00FFCC"/>
        </w:rPr>
        <w:t xml:space="preserve">path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00FFCC"/>
        </w:rPr>
        <w:t xml:space="preserve">bicycle </w:t>
      </w:r>
      <w:r>
        <w:rPr>
          <w:color w:val="000000"/>
        </w:rPr>
        <w:t xml:space="preserve">, </w:t>
      </w:r>
      <w:r>
        <w:rPr>
          <w:color w:val="CC3399"/>
        </w:rPr>
        <w:t xml:space="preserve">flung </w:t>
      </w:r>
      <w:r>
        <w:rPr>
          <w:color w:val="000000"/>
        </w:rPr>
        <w:t xml:space="preserve">it down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rushed </w:t>
      </w:r>
      <w:r>
        <w:rPr>
          <w:color w:val="00787F"/>
        </w:rPr>
        <w:t xml:space="preserve">straight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. The </w:t>
      </w:r>
      <w:r>
        <w:rPr>
          <w:color w:val="33CCFF"/>
        </w:rPr>
        <w:t xml:space="preserve">next </w:t>
      </w:r>
      <w:r>
        <w:rPr>
          <w:color w:val="00FFCC"/>
        </w:rPr>
        <w:t xml:space="preserve">moment </w:t>
      </w:r>
      <w:r>
        <w:rPr>
          <w:color w:val="000000"/>
        </w:rPr>
        <w:t xml:space="preserve">a </w:t>
      </w:r>
      <w:r>
        <w:rPr>
          <w:color w:val="CC3399"/>
        </w:rPr>
        <w:t xml:space="preserve">choking </w:t>
      </w:r>
      <w:r>
        <w:rPr>
          <w:color w:val="00FFCC"/>
        </w:rPr>
        <w:t xml:space="preserve">roar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rage </w:t>
      </w:r>
      <w:r>
        <w:rPr>
          <w:color w:val="CC3399"/>
        </w:rPr>
        <w:t xml:space="preserve">sounded </w:t>
      </w:r>
      <w:r>
        <w:rPr>
          <w:color w:val="FF6600"/>
        </w:rPr>
        <w:t xml:space="preserve">from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apartments </w:t>
      </w:r>
      <w:r>
        <w:rPr>
          <w:color w:val="000000"/>
        </w:rPr>
        <w:t xml:space="preserve">. The </w:t>
      </w:r>
      <w:r>
        <w:rPr>
          <w:color w:val="00FFCC"/>
        </w:rPr>
        <w:t xml:space="preserve">news </w:t>
      </w:r>
      <w:r>
        <w:rPr>
          <w:color w:val="FF6600"/>
        </w:rPr>
        <w:t xml:space="preserve">of </w:t>
      </w:r>
      <w:r>
        <w:rPr>
          <w:color w:val="000000"/>
        </w:rPr>
        <w:t xml:space="preserve">what </w:t>
      </w:r>
      <w:r>
        <w:rPr>
          <w:color w:val="CC3399"/>
        </w:rPr>
        <w:t xml:space="preserve">had happened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sped round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FF6600"/>
        </w:rPr>
        <w:t>lik</w:t>
      </w:r>
      <w:r>
        <w:rPr>
          <w:color w:val="FF6600"/>
        </w:rPr>
        <w:t xml:space="preserve">e </w:t>
      </w:r>
      <w:r>
        <w:rPr>
          <w:color w:val="00FFCC"/>
        </w:rPr>
        <w:t xml:space="preserve">wildfire </w:t>
      </w:r>
      <w:r>
        <w:rPr>
          <w:color w:val="000000"/>
        </w:rPr>
        <w:t xml:space="preserve">. The </w:t>
      </w:r>
      <w:r>
        <w:rPr>
          <w:color w:val="00FFCC"/>
        </w:rPr>
        <w:t xml:space="preserve">banknotes </w:t>
      </w:r>
      <w:r>
        <w:rPr>
          <w:color w:val="CC3399"/>
        </w:rPr>
        <w:t xml:space="preserve">were </w:t>
      </w:r>
      <w:r>
        <w:rPr>
          <w:color w:val="00FFCC"/>
        </w:rPr>
        <w:t xml:space="preserve">forgeries </w:t>
      </w:r>
      <w:r>
        <w:rPr>
          <w:color w:val="000000"/>
        </w:rPr>
        <w:t xml:space="preserve">! </w:t>
      </w:r>
      <w:r>
        <w:rPr>
          <w:color w:val="00FFCC"/>
        </w:rPr>
        <w:t xml:space="preserve">Frederick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got </w:t>
      </w:r>
      <w:r>
        <w:rPr>
          <w:color w:val="000000"/>
        </w:rPr>
        <w:t xml:space="preserve">the </w:t>
      </w:r>
      <w:r>
        <w:rPr>
          <w:color w:val="00FFCC"/>
        </w:rPr>
        <w:t xml:space="preserve">timber </w:t>
      </w:r>
      <w:r>
        <w:rPr>
          <w:color w:val="FF6600"/>
        </w:rPr>
        <w:t xml:space="preserve">for </w:t>
      </w:r>
      <w:r>
        <w:rPr>
          <w:color w:val="00FFCC"/>
        </w:rPr>
        <w:t xml:space="preserve">nothing </w:t>
      </w:r>
      <w:r>
        <w:rPr>
          <w:color w:val="000000"/>
        </w:rPr>
        <w:t xml:space="preserve">!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called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787F"/>
        </w:rPr>
        <w:t xml:space="preserve">together immediately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terrible </w:t>
      </w:r>
      <w:r>
        <w:rPr>
          <w:color w:val="00FFCC"/>
        </w:rPr>
        <w:t xml:space="preserve">voice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pronounced </w:t>
      </w:r>
      <w:r>
        <w:rPr>
          <w:color w:val="000000"/>
        </w:rPr>
        <w:t xml:space="preserve">the </w:t>
      </w:r>
      <w:r>
        <w:rPr>
          <w:color w:val="00FFCC"/>
        </w:rPr>
        <w:t xml:space="preserve">death sentence </w:t>
      </w:r>
      <w:r>
        <w:rPr>
          <w:color w:val="FF6600"/>
        </w:rPr>
        <w:t xml:space="preserve">upon </w:t>
      </w:r>
      <w:r>
        <w:rPr>
          <w:color w:val="00FFCC"/>
        </w:rPr>
        <w:t xml:space="preserve">Frederick </w:t>
      </w:r>
      <w:r>
        <w:rPr>
          <w:color w:val="000000"/>
        </w:rPr>
        <w:t xml:space="preserve">. When </w:t>
      </w:r>
      <w:r>
        <w:rPr>
          <w:color w:val="33CCFF"/>
        </w:rPr>
        <w:t xml:space="preserve">captured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Frederick </w:t>
      </w:r>
      <w:r>
        <w:rPr>
          <w:color w:val="003E3E"/>
        </w:rPr>
        <w:t xml:space="preserve">should </w:t>
      </w:r>
      <w:r>
        <w:rPr>
          <w:color w:val="CC3399"/>
        </w:rPr>
        <w:t xml:space="preserve">be boiled </w:t>
      </w:r>
      <w:r>
        <w:rPr>
          <w:color w:val="33CCFF"/>
        </w:rPr>
        <w:t xml:space="preserve">alive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FFCC"/>
        </w:rPr>
        <w:t xml:space="preserve">time </w:t>
      </w:r>
      <w:r>
        <w:rPr>
          <w:color w:val="000000"/>
        </w:rPr>
        <w:t xml:space="preserve">he </w:t>
      </w:r>
      <w:r>
        <w:rPr>
          <w:color w:val="CC3399"/>
        </w:rPr>
        <w:t xml:space="preserve">warned </w:t>
      </w:r>
      <w:r>
        <w:rPr>
          <w:color w:val="000000"/>
        </w:rPr>
        <w:t xml:space="preserve">them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after </w:t>
      </w:r>
      <w:r>
        <w:rPr>
          <w:color w:val="000000"/>
        </w:rPr>
        <w:t xml:space="preserve">this </w:t>
      </w:r>
      <w:r>
        <w:rPr>
          <w:color w:val="33CCFF"/>
        </w:rPr>
        <w:t xml:space="preserve">treacherous </w:t>
      </w:r>
      <w:r>
        <w:rPr>
          <w:color w:val="CC3399"/>
        </w:rPr>
        <w:t xml:space="preserve">deed </w:t>
      </w:r>
      <w:r>
        <w:rPr>
          <w:color w:val="000000"/>
        </w:rPr>
        <w:t xml:space="preserve">the </w:t>
      </w:r>
      <w:r>
        <w:rPr>
          <w:color w:val="33CCFF"/>
        </w:rPr>
        <w:t xml:space="preserve">worst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be expected </w:t>
      </w:r>
      <w:r>
        <w:rPr>
          <w:color w:val="000000"/>
        </w:rPr>
        <w:t xml:space="preserve">. </w:t>
      </w:r>
      <w:r>
        <w:rPr>
          <w:color w:val="00FFCC"/>
        </w:rPr>
        <w:t xml:space="preserve">Frederick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men </w:t>
      </w:r>
      <w:r>
        <w:rPr>
          <w:color w:val="003E3E"/>
        </w:rPr>
        <w:t xml:space="preserve">might </w:t>
      </w:r>
      <w:r>
        <w:rPr>
          <w:color w:val="CC3399"/>
        </w:rPr>
        <w:t xml:space="preserve">make </w:t>
      </w:r>
      <w:r>
        <w:rPr>
          <w:color w:val="000000"/>
        </w:rPr>
        <w:t xml:space="preserve">their </w:t>
      </w:r>
      <w:r>
        <w:rPr>
          <w:color w:val="33CCFF"/>
        </w:rPr>
        <w:t xml:space="preserve">long-expected </w:t>
      </w:r>
      <w:r>
        <w:rPr>
          <w:color w:val="00FFCC"/>
        </w:rPr>
        <w:t xml:space="preserve">attack </w:t>
      </w:r>
      <w:r>
        <w:rPr>
          <w:color w:val="FF6600"/>
        </w:rPr>
        <w:t xml:space="preserve">at </w:t>
      </w:r>
      <w:r>
        <w:rPr>
          <w:color w:val="000000"/>
        </w:rPr>
        <w:t xml:space="preserve">any </w:t>
      </w:r>
      <w:r>
        <w:rPr>
          <w:color w:val="00FFCC"/>
        </w:rPr>
        <w:t xml:space="preserve">moment </w:t>
      </w:r>
      <w:r>
        <w:rPr>
          <w:color w:val="000000"/>
        </w:rPr>
        <w:t xml:space="preserve">. </w:t>
      </w:r>
      <w:r>
        <w:rPr>
          <w:color w:val="00FFCC"/>
        </w:rPr>
        <w:t xml:space="preserve">Sentinels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placed </w:t>
      </w:r>
      <w:r>
        <w:rPr>
          <w:color w:val="FF6600"/>
        </w:rPr>
        <w:t xml:space="preserve">at </w:t>
      </w:r>
      <w:r>
        <w:rPr>
          <w:color w:val="000000"/>
        </w:rPr>
        <w:t xml:space="preserve">all the </w:t>
      </w:r>
      <w:r>
        <w:rPr>
          <w:color w:val="00FFCC"/>
        </w:rPr>
        <w:t xml:space="preserve">approaches </w:t>
      </w:r>
      <w:r>
        <w:rPr>
          <w:color w:val="000000"/>
        </w:rPr>
        <w:t xml:space="preserve">to the </w:t>
      </w:r>
      <w:r>
        <w:rPr>
          <w:color w:val="00FFCC"/>
        </w:rPr>
        <w:t xml:space="preserve">farm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FFCC"/>
        </w:rPr>
        <w:t>ad</w:t>
      </w:r>
      <w:r>
        <w:rPr>
          <w:color w:val="00FFCC"/>
        </w:rPr>
        <w:t xml:space="preserve">dition </w:t>
      </w:r>
      <w:r>
        <w:rPr>
          <w:color w:val="000000"/>
        </w:rPr>
        <w:t xml:space="preserve">, four </w:t>
      </w:r>
      <w:r>
        <w:rPr>
          <w:color w:val="00FFCC"/>
        </w:rPr>
        <w:t xml:space="preserve">pigeons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sent </w:t>
      </w:r>
      <w:r>
        <w:rPr>
          <w:color w:val="000000"/>
        </w:rPr>
        <w:t xml:space="preserve">to </w:t>
      </w:r>
      <w:r>
        <w:rPr>
          <w:color w:val="00FFCC"/>
        </w:rPr>
        <w:t xml:space="preserve">Foxwood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33CCFF"/>
        </w:rPr>
        <w:t xml:space="preserve">conciliatory </w:t>
      </w:r>
      <w:r>
        <w:rPr>
          <w:color w:val="00FFCC"/>
        </w:rPr>
        <w:t xml:space="preserve">message </w:t>
      </w:r>
      <w:r>
        <w:rPr>
          <w:color w:val="000000"/>
        </w:rPr>
        <w:t xml:space="preserve">, which it </w:t>
      </w:r>
      <w:r>
        <w:rPr>
          <w:color w:val="CC3399"/>
        </w:rPr>
        <w:t xml:space="preserve">was hoped </w:t>
      </w:r>
      <w:r>
        <w:rPr>
          <w:color w:val="003E3E"/>
        </w:rPr>
        <w:t xml:space="preserve">might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re-establish good </w:t>
      </w:r>
      <w:r>
        <w:rPr>
          <w:color w:val="00FFCC"/>
        </w:rPr>
        <w:t xml:space="preserve">relations </w:t>
      </w:r>
      <w:r>
        <w:rPr>
          <w:color w:val="FF6600"/>
        </w:rPr>
        <w:t xml:space="preserve">with </w:t>
      </w:r>
      <w:r>
        <w:rPr>
          <w:color w:val="00FFCC"/>
        </w:rPr>
        <w:t xml:space="preserve">Pilkington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787F"/>
        </w:rPr>
        <w:t xml:space="preserve">very </w:t>
      </w:r>
      <w:r>
        <w:rPr>
          <w:color w:val="33CCFF"/>
        </w:rPr>
        <w:t xml:space="preserve">next </w:t>
      </w:r>
      <w:r>
        <w:rPr>
          <w:color w:val="00FFCC"/>
        </w:rPr>
        <w:t xml:space="preserve">morning </w:t>
      </w:r>
      <w:r>
        <w:rPr>
          <w:color w:val="000000"/>
        </w:rPr>
        <w:t xml:space="preserve">the </w:t>
      </w:r>
      <w:r>
        <w:rPr>
          <w:color w:val="00FFCC"/>
        </w:rPr>
        <w:t xml:space="preserve">attack </w:t>
      </w:r>
      <w:r>
        <w:rPr>
          <w:color w:val="CC3399"/>
        </w:rPr>
        <w:t xml:space="preserve">came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FF6600"/>
        </w:rPr>
        <w:t xml:space="preserve">at </w:t>
      </w:r>
      <w:r>
        <w:rPr>
          <w:color w:val="00FFCC"/>
        </w:rPr>
        <w:t xml:space="preserve">breakfast </w:t>
      </w:r>
      <w:r>
        <w:rPr>
          <w:color w:val="000000"/>
        </w:rPr>
        <w:t xml:space="preserve">when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look-outs </w:t>
      </w:r>
      <w:r>
        <w:rPr>
          <w:color w:val="CC3399"/>
        </w:rPr>
        <w:t xml:space="preserve">came racing </w:t>
      </w:r>
      <w:r>
        <w:rPr>
          <w:color w:val="FF6600"/>
        </w:rPr>
        <w:t xml:space="preserve">in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news </w:t>
      </w:r>
      <w:r>
        <w:rPr>
          <w:color w:val="FF6600"/>
        </w:rPr>
        <w:t xml:space="preserve">that </w:t>
      </w:r>
      <w:r>
        <w:rPr>
          <w:color w:val="00FFCC"/>
        </w:rPr>
        <w:t xml:space="preserve">Frederick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followers </w:t>
      </w:r>
      <w:r>
        <w:rPr>
          <w:color w:val="CC3399"/>
        </w:rPr>
        <w:t xml:space="preserve">had </w:t>
      </w:r>
      <w:r>
        <w:rPr>
          <w:color w:val="00787F"/>
        </w:rPr>
        <w:t xml:space="preserve">already </w:t>
      </w:r>
      <w:r>
        <w:rPr>
          <w:color w:val="CC3399"/>
        </w:rPr>
        <w:t xml:space="preserve">come </w:t>
      </w:r>
      <w:r>
        <w:rPr>
          <w:color w:val="FF6600"/>
        </w:rPr>
        <w:t xml:space="preserve">through </w:t>
      </w:r>
      <w:r>
        <w:rPr>
          <w:color w:val="000000"/>
        </w:rPr>
        <w:t xml:space="preserve">the </w:t>
      </w:r>
      <w:r>
        <w:rPr>
          <w:color w:val="33CCFF"/>
        </w:rPr>
        <w:t xml:space="preserve">five-barred </w:t>
      </w:r>
      <w:r>
        <w:rPr>
          <w:color w:val="00FFCC"/>
        </w:rPr>
        <w:t xml:space="preserve">gate </w:t>
      </w:r>
      <w:r>
        <w:rPr>
          <w:color w:val="000000"/>
        </w:rPr>
        <w:t xml:space="preserve">. </w:t>
      </w:r>
      <w:r>
        <w:rPr>
          <w:color w:val="00787F"/>
        </w:rPr>
        <w:t xml:space="preserve">Boldly </w:t>
      </w:r>
      <w:r>
        <w:rPr>
          <w:color w:val="FF6600"/>
        </w:rPr>
        <w:t xml:space="preserve">enough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sallied </w:t>
      </w:r>
      <w:r>
        <w:rPr>
          <w:color w:val="00FFCC"/>
        </w:rPr>
        <w:t xml:space="preserve">forth </w:t>
      </w:r>
      <w:r>
        <w:rPr>
          <w:color w:val="000000"/>
        </w:rPr>
        <w:t xml:space="preserve">to </w:t>
      </w:r>
      <w:r>
        <w:rPr>
          <w:color w:val="CC3399"/>
        </w:rPr>
        <w:t xml:space="preserve">meet </w:t>
      </w:r>
      <w:r>
        <w:rPr>
          <w:color w:val="000000"/>
        </w:rPr>
        <w:t xml:space="preserve">them , </w:t>
      </w:r>
      <w:r>
        <w:rPr>
          <w:color w:val="FF0066"/>
        </w:rPr>
        <w:t xml:space="preserve">but </w:t>
      </w:r>
      <w:r>
        <w:rPr>
          <w:color w:val="000000"/>
        </w:rPr>
        <w:t xml:space="preserve">this </w:t>
      </w:r>
      <w:r>
        <w:rPr>
          <w:color w:val="00FFCC"/>
        </w:rPr>
        <w:t xml:space="preserve">time </w:t>
      </w:r>
      <w:r>
        <w:rPr>
          <w:color w:val="000000"/>
        </w:rPr>
        <w:t xml:space="preserve">they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have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easy </w:t>
      </w:r>
      <w:r>
        <w:rPr>
          <w:color w:val="00FFCC"/>
        </w:rPr>
        <w:t xml:space="preserve">victory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had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Cowshed </w:t>
      </w:r>
      <w:r>
        <w:rPr>
          <w:color w:val="000000"/>
        </w:rPr>
        <w:t>. There</w:t>
      </w:r>
      <w:r>
        <w:rPr>
          <w:color w:val="000000"/>
        </w:rPr>
        <w:t xml:space="preserve">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fifteen </w:t>
      </w:r>
      <w:r>
        <w:rPr>
          <w:color w:val="00FFCC"/>
        </w:rPr>
        <w:t xml:space="preserve">men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half a </w:t>
      </w:r>
      <w:r>
        <w:rPr>
          <w:color w:val="00FFCC"/>
        </w:rPr>
        <w:t xml:space="preserve">dozen guns </w:t>
      </w:r>
      <w:r>
        <w:rPr>
          <w:color w:val="FF6600"/>
        </w:rPr>
        <w:t xml:space="preserve">between </w:t>
      </w:r>
      <w:r>
        <w:rPr>
          <w:color w:val="000000"/>
        </w:rPr>
        <w:t xml:space="preserve">them , </w:t>
      </w:r>
      <w:r>
        <w:rPr>
          <w:color w:val="FF0066"/>
        </w:rPr>
        <w:t xml:space="preserve">and </w:t>
      </w:r>
      <w:r>
        <w:rPr>
          <w:color w:val="000000"/>
        </w:rPr>
        <w:t xml:space="preserve">they </w:t>
      </w:r>
      <w:r>
        <w:rPr>
          <w:color w:val="CC3399"/>
        </w:rPr>
        <w:t xml:space="preserve">opened </w:t>
      </w:r>
      <w:r>
        <w:rPr>
          <w:color w:val="00FFCC"/>
        </w:rPr>
        <w:t xml:space="preserve">fire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soon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got </w:t>
      </w:r>
      <w:r>
        <w:rPr>
          <w:color w:val="FF6600"/>
        </w:rPr>
        <w:t xml:space="preserve">within </w:t>
      </w:r>
      <w:r>
        <w:rPr>
          <w:color w:val="33CCFF"/>
        </w:rPr>
        <w:t xml:space="preserve">fifty </w:t>
      </w:r>
      <w:r>
        <w:rPr>
          <w:color w:val="00FFCC"/>
        </w:rPr>
        <w:t xml:space="preserve">yards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CC3399"/>
        </w:rPr>
        <w:t xml:space="preserve">face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terrible </w:t>
      </w:r>
      <w:r>
        <w:rPr>
          <w:color w:val="00FFCC"/>
        </w:rPr>
        <w:t xml:space="preserve">explosions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stinging </w:t>
      </w:r>
      <w:r>
        <w:rPr>
          <w:color w:val="00FFCC"/>
        </w:rPr>
        <w:t xml:space="preserve">pellets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FFCC"/>
        </w:rPr>
        <w:t xml:space="preserve">spite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efforts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Napoleon </w:t>
      </w:r>
      <w:r>
        <w:rPr>
          <w:color w:val="FF0066"/>
        </w:rPr>
        <w:t xml:space="preserve">and </w:t>
      </w:r>
      <w:r>
        <w:rPr>
          <w:color w:val="00FFCC"/>
        </w:rPr>
        <w:t xml:space="preserve">Boxer </w:t>
      </w:r>
      <w:r>
        <w:rPr>
          <w:color w:val="000000"/>
        </w:rPr>
        <w:t xml:space="preserve">to </w:t>
      </w:r>
      <w:r>
        <w:rPr>
          <w:color w:val="CC3399"/>
        </w:rPr>
        <w:t xml:space="preserve">rally </w:t>
      </w:r>
      <w:r>
        <w:rPr>
          <w:color w:val="000000"/>
        </w:rPr>
        <w:t xml:space="preserve">them , 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soon </w:t>
      </w:r>
      <w:r>
        <w:rPr>
          <w:color w:val="CC3399"/>
        </w:rPr>
        <w:t xml:space="preserve">driven </w:t>
      </w:r>
      <w:r>
        <w:rPr>
          <w:color w:val="000000"/>
        </w:rPr>
        <w:t xml:space="preserve">back . A </w:t>
      </w:r>
      <w:r>
        <w:rPr>
          <w:color w:val="00FFCC"/>
        </w:rPr>
        <w:t xml:space="preserve">number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were </w:t>
      </w:r>
      <w:r>
        <w:rPr>
          <w:color w:val="00787F"/>
        </w:rPr>
        <w:t xml:space="preserve">already </w:t>
      </w:r>
      <w:r>
        <w:rPr>
          <w:color w:val="CC3399"/>
        </w:rPr>
        <w:t xml:space="preserve">wounded </w:t>
      </w:r>
      <w:r>
        <w:rPr>
          <w:color w:val="000000"/>
        </w:rPr>
        <w:t xml:space="preserve">. They </w:t>
      </w:r>
      <w:r>
        <w:rPr>
          <w:color w:val="CC3399"/>
        </w:rPr>
        <w:t xml:space="preserve">took </w:t>
      </w:r>
      <w:r>
        <w:rPr>
          <w:color w:val="00FFCC"/>
        </w:rPr>
        <w:t xml:space="preserve">refuge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buildings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peeped </w:t>
      </w:r>
      <w:r>
        <w:rPr>
          <w:color w:val="00787F"/>
        </w:rPr>
        <w:t xml:space="preserve">cautiously </w:t>
      </w:r>
      <w:r>
        <w:rPr>
          <w:color w:val="FF6600"/>
        </w:rPr>
        <w:t xml:space="preserve">out from </w:t>
      </w:r>
      <w:r>
        <w:rPr>
          <w:color w:val="00FFCC"/>
        </w:rPr>
        <w:t xml:space="preserve">chinks </w:t>
      </w:r>
      <w:r>
        <w:rPr>
          <w:color w:val="FF0066"/>
        </w:rPr>
        <w:t xml:space="preserve">and </w:t>
      </w:r>
      <w:r>
        <w:rPr>
          <w:color w:val="00FFCC"/>
        </w:rPr>
        <w:t xml:space="preserve">knot-holes </w:t>
      </w:r>
      <w:r>
        <w:rPr>
          <w:color w:val="000000"/>
        </w:rPr>
        <w:t xml:space="preserve">. The </w:t>
      </w:r>
      <w:r>
        <w:rPr>
          <w:color w:val="00FFCC"/>
        </w:rPr>
        <w:t xml:space="preserve">whole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big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pasture </w:t>
      </w:r>
      <w:r>
        <w:rPr>
          <w:color w:val="000000"/>
        </w:rPr>
        <w:t xml:space="preserve">, </w:t>
      </w:r>
      <w:r>
        <w:rPr>
          <w:color w:val="CC3399"/>
        </w:rPr>
        <w:t xml:space="preserve">including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hands </w:t>
      </w:r>
      <w:r>
        <w:rPr>
          <w:color w:val="FF6600"/>
        </w:rPr>
        <w:t xml:space="preserve">of </w:t>
      </w:r>
      <w:r>
        <w:rPr>
          <w:color w:val="000000"/>
        </w:rPr>
        <w:t>t</w:t>
      </w:r>
      <w:r>
        <w:rPr>
          <w:color w:val="000000"/>
        </w:rPr>
        <w:t xml:space="preserve">he </w:t>
      </w:r>
      <w:r>
        <w:rPr>
          <w:color w:val="00FFCC"/>
        </w:rPr>
        <w:t xml:space="preserve">enemy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moment </w:t>
      </w:r>
      <w:r>
        <w:rPr>
          <w:color w:val="00787F"/>
        </w:rPr>
        <w:t xml:space="preserve">even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seemed </w:t>
      </w:r>
      <w:r>
        <w:rPr>
          <w:color w:val="FF6600"/>
        </w:rPr>
        <w:t xml:space="preserve">at </w:t>
      </w:r>
      <w:r>
        <w:rPr>
          <w:color w:val="000000"/>
        </w:rPr>
        <w:t xml:space="preserve">a </w:t>
      </w:r>
      <w:r>
        <w:rPr>
          <w:color w:val="00FFCC"/>
        </w:rPr>
        <w:t xml:space="preserve">loss </w:t>
      </w:r>
      <w:r>
        <w:rPr>
          <w:color w:val="000000"/>
        </w:rPr>
        <w:t xml:space="preserve">. He </w:t>
      </w:r>
      <w:r>
        <w:rPr>
          <w:color w:val="CC3399"/>
        </w:rPr>
        <w:t xml:space="preserve">paced </w:t>
      </w:r>
      <w:r>
        <w:rPr>
          <w:color w:val="00787F"/>
        </w:rPr>
        <w:t xml:space="preserve">up </w:t>
      </w:r>
      <w:r>
        <w:rPr>
          <w:color w:val="FF0066"/>
        </w:rPr>
        <w:t xml:space="preserve">and </w:t>
      </w:r>
      <w:r>
        <w:rPr>
          <w:color w:val="00787F"/>
        </w:rPr>
        <w:t xml:space="preserve">down </w:t>
      </w:r>
      <w:r>
        <w:rPr>
          <w:color w:val="FF6600"/>
        </w:rPr>
        <w:t xml:space="preserve">without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word </w:t>
      </w:r>
      <w:r>
        <w:rPr>
          <w:color w:val="000000"/>
        </w:rPr>
        <w:t xml:space="preserve">, his </w:t>
      </w:r>
      <w:r>
        <w:rPr>
          <w:color w:val="00FFCC"/>
        </w:rPr>
        <w:t xml:space="preserve">tail rigid </w:t>
      </w:r>
      <w:r>
        <w:rPr>
          <w:color w:val="FF0066"/>
        </w:rPr>
        <w:t xml:space="preserve">and </w:t>
      </w:r>
      <w:r>
        <w:rPr>
          <w:color w:val="00FFCC"/>
        </w:rPr>
        <w:t xml:space="preserve">twitching </w:t>
      </w:r>
      <w:r>
        <w:rPr>
          <w:color w:val="000000"/>
        </w:rPr>
        <w:t xml:space="preserve">. </w:t>
      </w:r>
      <w:r>
        <w:rPr>
          <w:color w:val="33CCFF"/>
        </w:rPr>
        <w:t xml:space="preserve">Wistful </w:t>
      </w:r>
      <w:r>
        <w:rPr>
          <w:color w:val="00FFCC"/>
        </w:rPr>
        <w:t xml:space="preserve">glances </w:t>
      </w:r>
      <w:r>
        <w:rPr>
          <w:color w:val="CC3399"/>
        </w:rPr>
        <w:t xml:space="preserve">were sent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direction </w:t>
      </w:r>
      <w:r>
        <w:rPr>
          <w:color w:val="FF6600"/>
        </w:rPr>
        <w:t xml:space="preserve">of </w:t>
      </w:r>
      <w:r>
        <w:rPr>
          <w:color w:val="00FFCC"/>
        </w:rPr>
        <w:t xml:space="preserve">Foxwood </w:t>
      </w:r>
      <w:r>
        <w:rPr>
          <w:color w:val="000000"/>
        </w:rPr>
        <w:t xml:space="preserve">. </w:t>
      </w:r>
      <w:r>
        <w:rPr>
          <w:color w:val="FF6600"/>
        </w:rPr>
        <w:t xml:space="preserve">If </w:t>
      </w:r>
      <w:r>
        <w:rPr>
          <w:color w:val="00FFCC"/>
        </w:rPr>
        <w:t xml:space="preserve">Pilkington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men </w:t>
      </w:r>
      <w:r>
        <w:rPr>
          <w:color w:val="003E3E"/>
        </w:rPr>
        <w:t xml:space="preserve">would </w:t>
      </w:r>
      <w:r>
        <w:rPr>
          <w:color w:val="CC3399"/>
        </w:rPr>
        <w:t xml:space="preserve">help </w:t>
      </w:r>
      <w:r>
        <w:rPr>
          <w:color w:val="000000"/>
        </w:rPr>
        <w:t xml:space="preserve">them , the </w:t>
      </w:r>
      <w:r>
        <w:rPr>
          <w:color w:val="00FFCC"/>
        </w:rPr>
        <w:t xml:space="preserve">day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might </w:t>
      </w:r>
      <w:r>
        <w:rPr>
          <w:color w:val="00787F"/>
        </w:rPr>
        <w:t xml:space="preserve">yet </w:t>
      </w:r>
      <w:r>
        <w:rPr>
          <w:color w:val="CC3399"/>
        </w:rPr>
        <w:t xml:space="preserve">be </w:t>
      </w:r>
      <w:r>
        <w:rPr>
          <w:color w:val="CC3399"/>
        </w:rPr>
        <w:t xml:space="preserve">won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FF6600"/>
        </w:rPr>
        <w:t xml:space="preserve">at </w:t>
      </w:r>
      <w:r>
        <w:rPr>
          <w:color w:val="000000"/>
        </w:rPr>
        <w:t xml:space="preserve">this </w:t>
      </w:r>
      <w:r>
        <w:rPr>
          <w:color w:val="00FFCC"/>
        </w:rPr>
        <w:t xml:space="preserve">moment </w:t>
      </w:r>
      <w:r>
        <w:rPr>
          <w:color w:val="000000"/>
        </w:rPr>
        <w:t xml:space="preserve">the four </w:t>
      </w:r>
      <w:r>
        <w:rPr>
          <w:color w:val="00FFCC"/>
        </w:rPr>
        <w:t xml:space="preserve">pigeons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been sent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out on </w:t>
      </w:r>
      <w:r>
        <w:rPr>
          <w:color w:val="000000"/>
        </w:rPr>
        <w:t xml:space="preserve">the </w:t>
      </w:r>
      <w:r>
        <w:rPr>
          <w:color w:val="00FFCC"/>
        </w:rPr>
        <w:t xml:space="preserve">day </w:t>
      </w:r>
      <w:r>
        <w:rPr>
          <w:color w:val="FF6600"/>
        </w:rPr>
        <w:t xml:space="preserve">before </w:t>
      </w:r>
      <w:r>
        <w:rPr>
          <w:color w:val="000000"/>
        </w:rPr>
        <w:t xml:space="preserve">, </w:t>
      </w:r>
      <w:r>
        <w:rPr>
          <w:color w:val="CC3399"/>
        </w:rPr>
        <w:t xml:space="preserve">returned </w:t>
      </w:r>
      <w:r>
        <w:rPr>
          <w:color w:val="000000"/>
        </w:rPr>
        <w:t xml:space="preserve">, 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bearing </w:t>
      </w:r>
      <w:r>
        <w:rPr>
          <w:color w:val="000000"/>
        </w:rPr>
        <w:t xml:space="preserve">a </w:t>
      </w:r>
      <w:r>
        <w:rPr>
          <w:color w:val="00FFCC"/>
        </w:rPr>
        <w:t xml:space="preserve">scrap </w:t>
      </w:r>
      <w:r>
        <w:rPr>
          <w:color w:val="FF6600"/>
        </w:rPr>
        <w:t xml:space="preserve">of </w:t>
      </w:r>
      <w:r>
        <w:rPr>
          <w:color w:val="00FFCC"/>
        </w:rPr>
        <w:t xml:space="preserve">paper </w:t>
      </w:r>
      <w:r>
        <w:rPr>
          <w:color w:val="FF6600"/>
        </w:rPr>
        <w:t xml:space="preserve">from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Pilkington </w:t>
      </w:r>
      <w:r>
        <w:rPr>
          <w:color w:val="000000"/>
        </w:rPr>
        <w:t xml:space="preserve">. </w:t>
      </w:r>
      <w:r>
        <w:rPr>
          <w:color w:val="FF6600"/>
        </w:rPr>
        <w:t xml:space="preserve">On </w:t>
      </w:r>
      <w:r>
        <w:rPr>
          <w:color w:val="000000"/>
        </w:rPr>
        <w:t xml:space="preserve">it </w:t>
      </w:r>
      <w:r>
        <w:rPr>
          <w:color w:val="CC3399"/>
        </w:rPr>
        <w:t xml:space="preserve">was pencilled </w:t>
      </w:r>
      <w:r>
        <w:rPr>
          <w:color w:val="000000"/>
        </w:rPr>
        <w:t xml:space="preserve">the </w:t>
      </w:r>
      <w:r>
        <w:rPr>
          <w:color w:val="00FFCC"/>
        </w:rPr>
        <w:t xml:space="preserve">words </w:t>
      </w:r>
      <w:r>
        <w:rPr>
          <w:color w:val="000000"/>
        </w:rPr>
        <w:t xml:space="preserve">: `` </w:t>
      </w:r>
      <w:r>
        <w:rPr>
          <w:color w:val="CC3399"/>
        </w:rPr>
        <w:t xml:space="preserve">Serves </w:t>
      </w:r>
      <w:r>
        <w:rPr>
          <w:color w:val="000000"/>
        </w:rPr>
        <w:t xml:space="preserve">you </w:t>
      </w:r>
      <w:r>
        <w:rPr>
          <w:color w:val="00787F"/>
        </w:rPr>
        <w:t xml:space="preserve">right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Meanwhile </w:t>
      </w:r>
      <w:r>
        <w:rPr>
          <w:color w:val="00FFCC"/>
        </w:rPr>
        <w:t xml:space="preserve">Frederick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men </w:t>
      </w:r>
      <w:r>
        <w:rPr>
          <w:color w:val="CC3399"/>
        </w:rPr>
        <w:t xml:space="preserve">had halted </w:t>
      </w:r>
      <w:r>
        <w:rPr>
          <w:color w:val="FF6600"/>
        </w:rPr>
        <w:t xml:space="preserve">about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CC3399"/>
        </w:rPr>
        <w:lastRenderedPageBreak/>
        <w:t xml:space="preserve">watched </w:t>
      </w:r>
      <w:r>
        <w:rPr>
          <w:color w:val="000000"/>
        </w:rPr>
        <w:t xml:space="preserve">them ,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00FFCC"/>
        </w:rPr>
        <w:t xml:space="preserve">murmur </w:t>
      </w:r>
      <w:r>
        <w:rPr>
          <w:color w:val="FF6600"/>
        </w:rPr>
        <w:t xml:space="preserve">of </w:t>
      </w:r>
      <w:r>
        <w:rPr>
          <w:color w:val="33CCFF"/>
        </w:rPr>
        <w:t xml:space="preserve">dismay </w:t>
      </w:r>
      <w:r>
        <w:rPr>
          <w:color w:val="CC3399"/>
        </w:rPr>
        <w:t xml:space="preserve">went </w:t>
      </w:r>
      <w:r>
        <w:rPr>
          <w:color w:val="00FFCC"/>
        </w:rPr>
        <w:t xml:space="preserve">round </w:t>
      </w:r>
      <w:r>
        <w:rPr>
          <w:color w:val="000000"/>
        </w:rPr>
        <w:t xml:space="preserve">. Two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men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produced </w:t>
      </w:r>
      <w:r>
        <w:rPr>
          <w:color w:val="000000"/>
        </w:rPr>
        <w:t xml:space="preserve">a </w:t>
      </w:r>
      <w:r>
        <w:rPr>
          <w:color w:val="00FFCC"/>
        </w:rPr>
        <w:t xml:space="preserve">crowbar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00FFCC"/>
        </w:rPr>
        <w:t xml:space="preserve">sledge hammer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going </w:t>
      </w:r>
      <w:r>
        <w:rPr>
          <w:color w:val="000000"/>
        </w:rPr>
        <w:t xml:space="preserve">to </w:t>
      </w:r>
      <w:r>
        <w:rPr>
          <w:color w:val="CC3399"/>
        </w:rPr>
        <w:t xml:space="preserve">knock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windmill </w:t>
      </w:r>
      <w:r>
        <w:rPr>
          <w:color w:val="000000"/>
        </w:rPr>
        <w:t xml:space="preserve">down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33CCFF"/>
        </w:rPr>
        <w:t xml:space="preserve">Impossible </w:t>
      </w:r>
      <w:r>
        <w:rPr>
          <w:color w:val="000000"/>
        </w:rPr>
        <w:t xml:space="preserve">! '' </w:t>
      </w:r>
      <w:r>
        <w:rPr>
          <w:color w:val="CC3399"/>
        </w:rPr>
        <w:t xml:space="preserve">cried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. `` We </w:t>
      </w:r>
      <w:r>
        <w:rPr>
          <w:color w:val="CC3399"/>
        </w:rPr>
        <w:t xml:space="preserve">have built </w:t>
      </w:r>
      <w:r>
        <w:rPr>
          <w:color w:val="000000"/>
        </w:rPr>
        <w:t xml:space="preserve">the </w:t>
      </w:r>
      <w:r>
        <w:rPr>
          <w:color w:val="00FFCC"/>
        </w:rPr>
        <w:t>walls</w:t>
      </w:r>
      <w:r>
        <w:rPr>
          <w:color w:val="00FFCC"/>
        </w:rPr>
        <w:t xml:space="preserve"> </w:t>
      </w:r>
      <w:r>
        <w:rPr>
          <w:color w:val="00787F"/>
        </w:rPr>
        <w:t xml:space="preserve">far too </w:t>
      </w:r>
      <w:r>
        <w:rPr>
          <w:color w:val="33CCFF"/>
        </w:rPr>
        <w:t xml:space="preserve">thick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that . They </w:t>
      </w: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CC3399"/>
        </w:rPr>
        <w:t xml:space="preserve">knock </w:t>
      </w:r>
      <w:r>
        <w:rPr>
          <w:color w:val="000000"/>
        </w:rPr>
        <w:t xml:space="preserve">it down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week </w:t>
      </w:r>
      <w:r>
        <w:rPr>
          <w:color w:val="000000"/>
        </w:rPr>
        <w:t xml:space="preserve">. </w:t>
      </w:r>
      <w:r>
        <w:rPr>
          <w:color w:val="00FFCC"/>
        </w:rPr>
        <w:t xml:space="preserve">Courage </w:t>
      </w:r>
      <w:r>
        <w:rPr>
          <w:color w:val="000000"/>
        </w:rPr>
        <w:t xml:space="preserve">, </w:t>
      </w:r>
      <w:r>
        <w:rPr>
          <w:color w:val="CC3399"/>
        </w:rPr>
        <w:t xml:space="preserve">comrades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was watching </w:t>
      </w:r>
      <w:r>
        <w:rPr>
          <w:color w:val="000000"/>
        </w:rPr>
        <w:t xml:space="preserve">the </w:t>
      </w:r>
      <w:r>
        <w:rPr>
          <w:color w:val="00FFCC"/>
        </w:rPr>
        <w:t xml:space="preserve">movements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men </w:t>
      </w:r>
      <w:r>
        <w:rPr>
          <w:color w:val="00787F"/>
        </w:rPr>
        <w:t xml:space="preserve">intently </w:t>
      </w:r>
      <w:r>
        <w:rPr>
          <w:color w:val="000000"/>
        </w:rPr>
        <w:t xml:space="preserve">. The two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hammer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crowbar </w:t>
      </w:r>
      <w:r>
        <w:rPr>
          <w:color w:val="CC3399"/>
        </w:rPr>
        <w:t xml:space="preserve">were drilling </w:t>
      </w:r>
      <w:r>
        <w:rPr>
          <w:color w:val="000000"/>
        </w:rPr>
        <w:t xml:space="preserve">a </w:t>
      </w:r>
      <w:r>
        <w:rPr>
          <w:color w:val="00FFCC"/>
        </w:rPr>
        <w:t xml:space="preserve">hole </w:t>
      </w:r>
      <w:r>
        <w:rPr>
          <w:color w:val="FF6600"/>
        </w:rPr>
        <w:t xml:space="preserve">near </w:t>
      </w:r>
      <w:r>
        <w:rPr>
          <w:color w:val="000000"/>
        </w:rPr>
        <w:t xml:space="preserve">the </w:t>
      </w:r>
      <w:r>
        <w:rPr>
          <w:color w:val="00FFCC"/>
        </w:rPr>
        <w:t xml:space="preserve">base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windmill </w:t>
      </w:r>
      <w:r>
        <w:rPr>
          <w:color w:val="000000"/>
        </w:rPr>
        <w:t xml:space="preserve">. </w:t>
      </w:r>
      <w:r>
        <w:rPr>
          <w:color w:val="00FFCC"/>
        </w:rPr>
        <w:t xml:space="preserve">Slowly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with </w:t>
      </w:r>
      <w:r>
        <w:rPr>
          <w:color w:val="000000"/>
        </w:rPr>
        <w:t xml:space="preserve">an </w:t>
      </w:r>
      <w:r>
        <w:rPr>
          <w:color w:val="00FFCC"/>
        </w:rPr>
        <w:t xml:space="preserve">air </w:t>
      </w:r>
      <w:r>
        <w:rPr>
          <w:color w:val="00787F"/>
        </w:rPr>
        <w:t xml:space="preserve">almost </w:t>
      </w:r>
      <w:r>
        <w:rPr>
          <w:color w:val="FF6600"/>
        </w:rPr>
        <w:t xml:space="preserve">of </w:t>
      </w:r>
      <w:r>
        <w:rPr>
          <w:color w:val="00FFCC"/>
        </w:rPr>
        <w:t xml:space="preserve">amusement </w:t>
      </w:r>
      <w:r>
        <w:rPr>
          <w:color w:val="000000"/>
        </w:rPr>
        <w:t xml:space="preserve">,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nodded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long </w:t>
      </w:r>
      <w:r>
        <w:rPr>
          <w:color w:val="00FFCC"/>
        </w:rPr>
        <w:t xml:space="preserve">muzzle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I </w:t>
      </w:r>
      <w:r>
        <w:rPr>
          <w:color w:val="CC3399"/>
        </w:rPr>
        <w:t xml:space="preserve">thought </w:t>
      </w:r>
      <w:r>
        <w:rPr>
          <w:color w:val="00787F"/>
        </w:rPr>
        <w:t xml:space="preserve">so </w:t>
      </w:r>
      <w:r>
        <w:rPr>
          <w:color w:val="000000"/>
        </w:rPr>
        <w:t xml:space="preserve">, '' he </w:t>
      </w:r>
      <w:r>
        <w:rPr>
          <w:color w:val="CC3399"/>
        </w:rPr>
        <w:t xml:space="preserve">said </w:t>
      </w:r>
      <w:r>
        <w:rPr>
          <w:color w:val="000000"/>
        </w:rPr>
        <w:t xml:space="preserve">. `` </w:t>
      </w:r>
      <w:r>
        <w:rPr>
          <w:color w:val="CC3399"/>
        </w:rPr>
        <w:t xml:space="preserve">Do </w:t>
      </w:r>
      <w:r>
        <w:rPr>
          <w:color w:val="000000"/>
        </w:rPr>
        <w:t xml:space="preserve">you </w:t>
      </w:r>
      <w:r>
        <w:rPr>
          <w:color w:val="00787F"/>
        </w:rPr>
        <w:t xml:space="preserve">not </w:t>
      </w:r>
      <w:r>
        <w:rPr>
          <w:color w:val="CC3399"/>
        </w:rPr>
        <w:t xml:space="preserve">see </w:t>
      </w:r>
      <w:r>
        <w:rPr>
          <w:color w:val="000000"/>
        </w:rPr>
        <w:t xml:space="preserve">what they </w:t>
      </w:r>
      <w:r>
        <w:rPr>
          <w:color w:val="CC3399"/>
        </w:rPr>
        <w:t xml:space="preserve">are doing </w:t>
      </w:r>
      <w:r>
        <w:rPr>
          <w:color w:val="000000"/>
        </w:rPr>
        <w:t xml:space="preserve">? </w:t>
      </w:r>
      <w:r>
        <w:rPr>
          <w:color w:val="FF6600"/>
        </w:rPr>
        <w:t xml:space="preserve">In </w:t>
      </w:r>
      <w:r>
        <w:rPr>
          <w:color w:val="000000"/>
        </w:rPr>
        <w:t xml:space="preserve">another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moment </w:t>
      </w:r>
      <w:r>
        <w:rPr>
          <w:color w:val="000000"/>
        </w:rPr>
        <w:t xml:space="preserve">they </w:t>
      </w:r>
      <w:r>
        <w:rPr>
          <w:color w:val="CC3399"/>
        </w:rPr>
        <w:t xml:space="preserve">are going </w:t>
      </w:r>
      <w:r>
        <w:rPr>
          <w:color w:val="000000"/>
        </w:rPr>
        <w:t xml:space="preserve">to </w:t>
      </w:r>
      <w:r>
        <w:rPr>
          <w:color w:val="CC3399"/>
        </w:rPr>
        <w:t xml:space="preserve">pack blasting </w:t>
      </w:r>
      <w:r>
        <w:rPr>
          <w:color w:val="00FFCC"/>
        </w:rPr>
        <w:t xml:space="preserve">powder </w:t>
      </w:r>
      <w:r>
        <w:rPr>
          <w:color w:val="FF6600"/>
        </w:rPr>
        <w:t xml:space="preserve">into </w:t>
      </w:r>
      <w:r>
        <w:rPr>
          <w:color w:val="000000"/>
        </w:rPr>
        <w:t xml:space="preserve">that </w:t>
      </w:r>
      <w:r>
        <w:rPr>
          <w:color w:val="00FFCC"/>
        </w:rPr>
        <w:t xml:space="preserve">hole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Terrified </w:t>
      </w:r>
      <w:r>
        <w:rPr>
          <w:color w:val="000000"/>
        </w:rPr>
        <w:t xml:space="preserve">, the </w:t>
      </w:r>
      <w:r>
        <w:rPr>
          <w:color w:val="00FFCC"/>
        </w:rPr>
        <w:t>anima</w:t>
      </w:r>
      <w:r>
        <w:rPr>
          <w:color w:val="00FFCC"/>
        </w:rPr>
        <w:t xml:space="preserve">ls </w:t>
      </w:r>
      <w:r>
        <w:rPr>
          <w:color w:val="CC3399"/>
        </w:rPr>
        <w:t xml:space="preserve">waited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33CCFF"/>
        </w:rPr>
        <w:t xml:space="preserve">impossible </w:t>
      </w:r>
      <w:r>
        <w:rPr>
          <w:color w:val="00787F"/>
        </w:rPr>
        <w:t xml:space="preserve">now </w:t>
      </w:r>
      <w:r>
        <w:rPr>
          <w:color w:val="000000"/>
        </w:rPr>
        <w:t xml:space="preserve">to </w:t>
      </w:r>
      <w:r>
        <w:rPr>
          <w:color w:val="00FFCC"/>
        </w:rPr>
        <w:t xml:space="preserve">venture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shelter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buildings </w:t>
      </w:r>
      <w:r>
        <w:rPr>
          <w:color w:val="000000"/>
        </w:rPr>
        <w:t xml:space="preserve">. </w:t>
      </w:r>
      <w:r>
        <w:rPr>
          <w:color w:val="FF6600"/>
        </w:rPr>
        <w:t xml:space="preserve">After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minutes </w:t>
      </w:r>
      <w:r>
        <w:rPr>
          <w:color w:val="000000"/>
        </w:rPr>
        <w:t xml:space="preserve">the </w:t>
      </w:r>
      <w:r>
        <w:rPr>
          <w:color w:val="00FFCC"/>
        </w:rPr>
        <w:t xml:space="preserve">men </w:t>
      </w:r>
      <w:r>
        <w:rPr>
          <w:color w:val="CC3399"/>
        </w:rPr>
        <w:t xml:space="preserve">were seen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running </w:t>
      </w:r>
      <w:r>
        <w:rPr>
          <w:color w:val="FF6600"/>
        </w:rPr>
        <w:t xml:space="preserve">in </w:t>
      </w:r>
      <w:r>
        <w:rPr>
          <w:color w:val="000000"/>
        </w:rPr>
        <w:t xml:space="preserve">all </w:t>
      </w:r>
      <w:r>
        <w:rPr>
          <w:color w:val="00FFCC"/>
        </w:rPr>
        <w:t xml:space="preserve">directions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deafening </w:t>
      </w:r>
      <w:r>
        <w:rPr>
          <w:color w:val="00FFCC"/>
        </w:rPr>
        <w:t xml:space="preserve">roar </w:t>
      </w:r>
      <w:r>
        <w:rPr>
          <w:color w:val="000000"/>
        </w:rPr>
        <w:t xml:space="preserve">. The </w:t>
      </w:r>
      <w:r>
        <w:rPr>
          <w:color w:val="00FFCC"/>
        </w:rPr>
        <w:t xml:space="preserve">pigeons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swirled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air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all 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, </w:t>
      </w:r>
      <w:r>
        <w:rPr>
          <w:color w:val="FF6600"/>
        </w:rPr>
        <w:t xml:space="preserve">except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  <w:r>
        <w:rPr>
          <w:color w:val="00FFCC"/>
        </w:rPr>
        <w:t xml:space="preserve">flung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themselves </w:t>
      </w:r>
      <w:r>
        <w:rPr>
          <w:color w:val="CC3399"/>
        </w:rPr>
        <w:t xml:space="preserve">flat </w:t>
      </w:r>
      <w:r>
        <w:rPr>
          <w:color w:val="FF6600"/>
        </w:rPr>
        <w:t xml:space="preserve">on </w:t>
      </w:r>
      <w:r>
        <w:rPr>
          <w:color w:val="000000"/>
        </w:rPr>
        <w:t xml:space="preserve">their </w:t>
      </w:r>
      <w:r>
        <w:rPr>
          <w:color w:val="00FFCC"/>
        </w:rPr>
        <w:t xml:space="preserve">bellies </w:t>
      </w:r>
      <w:r>
        <w:rPr>
          <w:color w:val="FF0066"/>
        </w:rPr>
        <w:t xml:space="preserve">and </w:t>
      </w:r>
      <w:r>
        <w:rPr>
          <w:color w:val="CC3399"/>
        </w:rPr>
        <w:t xml:space="preserve">hid </w:t>
      </w:r>
      <w:r>
        <w:rPr>
          <w:color w:val="000000"/>
        </w:rPr>
        <w:t xml:space="preserve">their </w:t>
      </w:r>
      <w:r>
        <w:rPr>
          <w:color w:val="CC3399"/>
        </w:rPr>
        <w:t xml:space="preserve">faces </w:t>
      </w:r>
      <w:r>
        <w:rPr>
          <w:color w:val="000000"/>
        </w:rPr>
        <w:t xml:space="preserve">. When they </w:t>
      </w:r>
      <w:r>
        <w:rPr>
          <w:color w:val="CC3399"/>
        </w:rPr>
        <w:t xml:space="preserve">got </w:t>
      </w:r>
      <w:r>
        <w:rPr>
          <w:color w:val="000000"/>
        </w:rPr>
        <w:t xml:space="preserve">up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again </w:t>
      </w:r>
      <w:r>
        <w:rPr>
          <w:color w:val="000000"/>
        </w:rPr>
        <w:t xml:space="preserve">, a </w:t>
      </w:r>
      <w:r>
        <w:rPr>
          <w:color w:val="33CCFF"/>
        </w:rPr>
        <w:t xml:space="preserve">huge </w:t>
      </w:r>
      <w:r>
        <w:rPr>
          <w:color w:val="00FFCC"/>
        </w:rPr>
        <w:t xml:space="preserve">cloud </w:t>
      </w:r>
      <w:r>
        <w:rPr>
          <w:color w:val="FF6600"/>
        </w:rPr>
        <w:t xml:space="preserve">of </w:t>
      </w:r>
      <w:r>
        <w:rPr>
          <w:color w:val="33CCFF"/>
        </w:rPr>
        <w:t xml:space="preserve">black </w:t>
      </w:r>
      <w:r>
        <w:rPr>
          <w:color w:val="00FFCC"/>
        </w:rPr>
        <w:t xml:space="preserve">smoke </w:t>
      </w:r>
      <w:r>
        <w:rPr>
          <w:color w:val="CC3399"/>
        </w:rPr>
        <w:t xml:space="preserve">was hanging </w:t>
      </w:r>
      <w:r>
        <w:rPr>
          <w:color w:val="000000"/>
        </w:rPr>
        <w:t xml:space="preserve">where 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been </w:t>
      </w:r>
      <w:r>
        <w:rPr>
          <w:color w:val="000000"/>
        </w:rPr>
        <w:t xml:space="preserve">. </w:t>
      </w:r>
      <w:r>
        <w:rPr>
          <w:color w:val="00787F"/>
        </w:rPr>
        <w:t xml:space="preserve">Slowly </w:t>
      </w:r>
      <w:r>
        <w:rPr>
          <w:color w:val="000000"/>
        </w:rPr>
        <w:t xml:space="preserve">the </w:t>
      </w:r>
      <w:r>
        <w:rPr>
          <w:color w:val="00FFCC"/>
        </w:rPr>
        <w:t xml:space="preserve">breeze </w:t>
      </w:r>
      <w:r>
        <w:rPr>
          <w:color w:val="CC3399"/>
        </w:rPr>
        <w:t xml:space="preserve">drifted </w:t>
      </w:r>
      <w:r>
        <w:rPr>
          <w:color w:val="000000"/>
        </w:rPr>
        <w:t xml:space="preserve">it </w:t>
      </w:r>
      <w:r>
        <w:rPr>
          <w:color w:val="00787F"/>
        </w:rPr>
        <w:t xml:space="preserve">away </w:t>
      </w:r>
      <w:r>
        <w:rPr>
          <w:color w:val="000000"/>
        </w:rPr>
        <w:t xml:space="preserve">. 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had ceased </w:t>
      </w:r>
      <w:r>
        <w:rPr>
          <w:color w:val="000000"/>
        </w:rPr>
        <w:t xml:space="preserve">to </w:t>
      </w:r>
      <w:r>
        <w:rPr>
          <w:color w:val="CC3399"/>
        </w:rPr>
        <w:t xml:space="preserve">exist </w:t>
      </w:r>
      <w:r>
        <w:rPr>
          <w:color w:val="000000"/>
        </w:rPr>
        <w:t xml:space="preserve">!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At </w:t>
      </w:r>
      <w:r>
        <w:rPr>
          <w:color w:val="000000"/>
        </w:rPr>
        <w:t xml:space="preserve">this </w:t>
      </w:r>
      <w:r>
        <w:rPr>
          <w:color w:val="00FFCC"/>
        </w:rPr>
        <w:t>sight</w:t>
      </w:r>
      <w:r>
        <w:rPr>
          <w:color w:val="00FFCC"/>
        </w:rPr>
        <w:t xml:space="preserve">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' </w:t>
      </w:r>
      <w:r>
        <w:rPr>
          <w:color w:val="00FFCC"/>
        </w:rPr>
        <w:t xml:space="preserve">courage </w:t>
      </w:r>
      <w:r>
        <w:rPr>
          <w:color w:val="CC3399"/>
        </w:rPr>
        <w:t xml:space="preserve">returned </w:t>
      </w:r>
      <w:r>
        <w:rPr>
          <w:color w:val="000000"/>
        </w:rPr>
        <w:t xml:space="preserve">to them . The </w:t>
      </w:r>
      <w:r>
        <w:rPr>
          <w:color w:val="00FFCC"/>
        </w:rPr>
        <w:t xml:space="preserve">fear </w:t>
      </w:r>
      <w:r>
        <w:rPr>
          <w:color w:val="FF0066"/>
        </w:rPr>
        <w:t xml:space="preserve">and </w:t>
      </w:r>
      <w:r>
        <w:rPr>
          <w:color w:val="00FFCC"/>
        </w:rPr>
        <w:t xml:space="preserve">despair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had felt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  <w:r>
        <w:rPr>
          <w:color w:val="00787F"/>
        </w:rPr>
        <w:t xml:space="preserve">earlier </w:t>
      </w:r>
      <w:r>
        <w:rPr>
          <w:color w:val="CC3399"/>
        </w:rPr>
        <w:t xml:space="preserve">were drowned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rage </w:t>
      </w:r>
      <w:r>
        <w:rPr>
          <w:color w:val="FF6600"/>
        </w:rPr>
        <w:t xml:space="preserve">against </w:t>
      </w:r>
      <w:r>
        <w:rPr>
          <w:color w:val="000000"/>
        </w:rPr>
        <w:t xml:space="preserve">this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vile </w:t>
      </w:r>
      <w:r>
        <w:rPr>
          <w:color w:val="000000"/>
        </w:rPr>
        <w:t xml:space="preserve">, </w:t>
      </w:r>
      <w:r>
        <w:rPr>
          <w:color w:val="33CCFF"/>
        </w:rPr>
        <w:t xml:space="preserve">contemptible </w:t>
      </w:r>
      <w:r>
        <w:rPr>
          <w:color w:val="00FFCC"/>
        </w:rPr>
        <w:t xml:space="preserve">act </w:t>
      </w:r>
      <w:r>
        <w:rPr>
          <w:color w:val="000000"/>
        </w:rPr>
        <w:t xml:space="preserve">. A </w:t>
      </w:r>
      <w:r>
        <w:rPr>
          <w:color w:val="33CCFF"/>
        </w:rPr>
        <w:t xml:space="preserve">mighty </w:t>
      </w:r>
      <w:r>
        <w:rPr>
          <w:color w:val="00FFCC"/>
        </w:rPr>
        <w:t xml:space="preserve">cry </w:t>
      </w:r>
      <w:r>
        <w:rPr>
          <w:color w:val="FF6600"/>
        </w:rPr>
        <w:t xml:space="preserve">for </w:t>
      </w:r>
      <w:r>
        <w:rPr>
          <w:color w:val="00FFCC"/>
        </w:rPr>
        <w:t xml:space="preserve">vengeance </w:t>
      </w:r>
      <w:r>
        <w:rPr>
          <w:color w:val="CC3399"/>
        </w:rPr>
        <w:t xml:space="preserve">went </w:t>
      </w:r>
      <w:r>
        <w:rPr>
          <w:color w:val="00787F"/>
        </w:rPr>
        <w:t xml:space="preserve">up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without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waiting </w:t>
      </w:r>
      <w:r>
        <w:rPr>
          <w:color w:val="FF6600"/>
        </w:rPr>
        <w:t xml:space="preserve">for </w:t>
      </w:r>
      <w:r>
        <w:rPr>
          <w:color w:val="33CCFF"/>
        </w:rPr>
        <w:t xml:space="preserve">further </w:t>
      </w:r>
      <w:r>
        <w:rPr>
          <w:color w:val="00FFCC"/>
        </w:rPr>
        <w:t xml:space="preserve">orders </w:t>
      </w:r>
      <w:r>
        <w:rPr>
          <w:color w:val="000000"/>
        </w:rPr>
        <w:t xml:space="preserve">they </w:t>
      </w:r>
      <w:r>
        <w:rPr>
          <w:color w:val="CC3399"/>
        </w:rPr>
        <w:t xml:space="preserve">charged </w:t>
      </w:r>
      <w:r>
        <w:rPr>
          <w:color w:val="00FFCC"/>
        </w:rPr>
        <w:t xml:space="preserve">forth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body </w:t>
      </w:r>
      <w:r>
        <w:rPr>
          <w:color w:val="FF0066"/>
        </w:rPr>
        <w:t xml:space="preserve">and </w:t>
      </w:r>
      <w:r>
        <w:rPr>
          <w:color w:val="CC3399"/>
        </w:rPr>
        <w:t xml:space="preserve">made </w:t>
      </w:r>
      <w:r>
        <w:rPr>
          <w:color w:val="00FFCC"/>
        </w:rPr>
        <w:t xml:space="preserve">straight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enemy </w:t>
      </w:r>
      <w:r>
        <w:rPr>
          <w:color w:val="000000"/>
        </w:rPr>
        <w:t xml:space="preserve">. This </w:t>
      </w:r>
      <w:r>
        <w:rPr>
          <w:color w:val="00FFCC"/>
        </w:rPr>
        <w:t xml:space="preserve">time </w:t>
      </w:r>
      <w:r>
        <w:rPr>
          <w:color w:val="000000"/>
        </w:rPr>
        <w:t xml:space="preserve">they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heed </w:t>
      </w:r>
      <w:r>
        <w:rPr>
          <w:color w:val="000000"/>
        </w:rPr>
        <w:t xml:space="preserve">the </w:t>
      </w:r>
      <w:r>
        <w:rPr>
          <w:color w:val="33CCFF"/>
        </w:rPr>
        <w:t xml:space="preserve">cruel </w:t>
      </w:r>
      <w:r>
        <w:rPr>
          <w:color w:val="00FFCC"/>
        </w:rPr>
        <w:t xml:space="preserve">pellets </w:t>
      </w:r>
      <w:r>
        <w:rPr>
          <w:color w:val="000000"/>
        </w:rPr>
        <w:t xml:space="preserve">that </w:t>
      </w:r>
      <w:r>
        <w:rPr>
          <w:color w:val="CC3399"/>
        </w:rPr>
        <w:t xml:space="preserve">swept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over </w:t>
      </w:r>
      <w:r>
        <w:rPr>
          <w:color w:val="000000"/>
        </w:rPr>
        <w:t xml:space="preserve">them </w:t>
      </w:r>
      <w:r>
        <w:rPr>
          <w:color w:val="FF6600"/>
        </w:rPr>
        <w:t xml:space="preserve">like </w:t>
      </w:r>
      <w:r>
        <w:rPr>
          <w:color w:val="00FFCC"/>
        </w:rPr>
        <w:t xml:space="preserve">hail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savage </w:t>
      </w:r>
      <w:r>
        <w:rPr>
          <w:color w:val="000000"/>
        </w:rPr>
        <w:t xml:space="preserve">, </w:t>
      </w:r>
      <w:r>
        <w:rPr>
          <w:color w:val="33CCFF"/>
        </w:rPr>
        <w:t xml:space="preserve">bitter </w:t>
      </w:r>
      <w:r>
        <w:rPr>
          <w:color w:val="00FFCC"/>
        </w:rPr>
        <w:t xml:space="preserve">battle </w:t>
      </w:r>
      <w:r>
        <w:rPr>
          <w:color w:val="000000"/>
        </w:rPr>
        <w:t xml:space="preserve">. The </w:t>
      </w:r>
      <w:r>
        <w:rPr>
          <w:color w:val="00FFCC"/>
        </w:rPr>
        <w:t xml:space="preserve">men </w:t>
      </w:r>
      <w:r>
        <w:rPr>
          <w:color w:val="CC3399"/>
        </w:rPr>
        <w:t xml:space="preserve">fired </w:t>
      </w:r>
      <w:r>
        <w:rPr>
          <w:color w:val="00787F"/>
        </w:rPr>
        <w:t xml:space="preserve">again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again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, when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got </w:t>
      </w:r>
      <w:r>
        <w:rPr>
          <w:color w:val="000000"/>
        </w:rPr>
        <w:t xml:space="preserve">to </w:t>
      </w:r>
      <w:r>
        <w:rPr>
          <w:color w:val="CC3399"/>
        </w:rPr>
        <w:t xml:space="preserve">close </w:t>
      </w:r>
      <w:r>
        <w:rPr>
          <w:color w:val="00FFCC"/>
        </w:rPr>
        <w:t xml:space="preserve">quarters </w:t>
      </w:r>
      <w:r>
        <w:rPr>
          <w:color w:val="000000"/>
        </w:rPr>
        <w:t xml:space="preserve">, </w:t>
      </w:r>
      <w:r>
        <w:rPr>
          <w:color w:val="CC3399"/>
        </w:rPr>
        <w:t xml:space="preserve">lashed </w:t>
      </w:r>
      <w:r>
        <w:rPr>
          <w:color w:val="000000"/>
        </w:rPr>
        <w:t xml:space="preserve">out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their </w:t>
      </w:r>
      <w:r>
        <w:rPr>
          <w:color w:val="00FFCC"/>
        </w:rPr>
        <w:t xml:space="preserve">sticks </w:t>
      </w:r>
      <w:r>
        <w:rPr>
          <w:color w:val="FF0066"/>
        </w:rPr>
        <w:t xml:space="preserve">and </w:t>
      </w:r>
      <w:r>
        <w:rPr>
          <w:color w:val="000000"/>
        </w:rPr>
        <w:t xml:space="preserve">their </w:t>
      </w:r>
      <w:r>
        <w:rPr>
          <w:color w:val="33CCFF"/>
        </w:rPr>
        <w:t xml:space="preserve">heavy </w:t>
      </w:r>
      <w:r>
        <w:rPr>
          <w:color w:val="00FFCC"/>
        </w:rPr>
        <w:t xml:space="preserve">boots </w:t>
      </w:r>
      <w:r>
        <w:rPr>
          <w:color w:val="000000"/>
        </w:rPr>
        <w:t xml:space="preserve">. A </w:t>
      </w:r>
      <w:r>
        <w:rPr>
          <w:color w:val="00FFCC"/>
        </w:rPr>
        <w:t xml:space="preserve">cow </w:t>
      </w:r>
      <w:r>
        <w:rPr>
          <w:color w:val="000000"/>
        </w:rPr>
        <w:t xml:space="preserve">, three </w:t>
      </w:r>
      <w:r>
        <w:rPr>
          <w:color w:val="00FFCC"/>
        </w:rPr>
        <w:t xml:space="preserve">sheep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two </w:t>
      </w:r>
      <w:r>
        <w:rPr>
          <w:color w:val="00FFCC"/>
        </w:rPr>
        <w:t xml:space="preserve">geese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killed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nearly </w:t>
      </w:r>
      <w:r>
        <w:rPr>
          <w:color w:val="00FFCC"/>
        </w:rPr>
        <w:t xml:space="preserve">everyone </w:t>
      </w:r>
      <w:r>
        <w:rPr>
          <w:color w:val="CC3399"/>
        </w:rPr>
        <w:t xml:space="preserve">was wounded </w:t>
      </w:r>
      <w:r>
        <w:rPr>
          <w:color w:val="000000"/>
        </w:rPr>
        <w:t xml:space="preserve">. </w:t>
      </w:r>
      <w:r>
        <w:rPr>
          <w:color w:val="00787F"/>
        </w:rPr>
        <w:t xml:space="preserve">Even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who </w:t>
      </w:r>
      <w:r>
        <w:rPr>
          <w:color w:val="CC3399"/>
        </w:rPr>
        <w:t xml:space="preserve">was directing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operations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rear </w:t>
      </w:r>
      <w:r>
        <w:rPr>
          <w:color w:val="000000"/>
        </w:rPr>
        <w:t xml:space="preserve">, </w:t>
      </w:r>
      <w:r>
        <w:rPr>
          <w:color w:val="CC3399"/>
        </w:rPr>
        <w:t xml:space="preserve">had </w:t>
      </w:r>
      <w:r>
        <w:rPr>
          <w:color w:val="000000"/>
        </w:rPr>
        <w:t xml:space="preserve">the </w:t>
      </w:r>
      <w:r>
        <w:rPr>
          <w:color w:val="00FFCC"/>
        </w:rPr>
        <w:t xml:space="preserve">tip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00FFCC"/>
        </w:rPr>
        <w:t xml:space="preserve">tail </w:t>
      </w:r>
      <w:r>
        <w:rPr>
          <w:color w:val="CC3399"/>
        </w:rPr>
        <w:t xml:space="preserve">chipped </w:t>
      </w: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  <w:r>
        <w:rPr>
          <w:color w:val="00FFCC"/>
        </w:rPr>
        <w:t xml:space="preserve">pellet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men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go </w:t>
      </w:r>
      <w:r>
        <w:rPr>
          <w:color w:val="33CCFF"/>
        </w:rPr>
        <w:t xml:space="preserve">unscathed </w:t>
      </w:r>
      <w:r>
        <w:rPr>
          <w:color w:val="00787F"/>
        </w:rPr>
        <w:t xml:space="preserve">either </w:t>
      </w:r>
      <w:r>
        <w:rPr>
          <w:color w:val="000000"/>
        </w:rPr>
        <w:t xml:space="preserve">. Three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had </w:t>
      </w:r>
      <w:r>
        <w:rPr>
          <w:color w:val="000000"/>
        </w:rPr>
        <w:t xml:space="preserve">their </w:t>
      </w:r>
      <w:r>
        <w:rPr>
          <w:color w:val="00FFCC"/>
        </w:rPr>
        <w:t xml:space="preserve">heads </w:t>
      </w:r>
      <w:r>
        <w:rPr>
          <w:color w:val="CC3399"/>
        </w:rPr>
        <w:t xml:space="preserve">broken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by </w:t>
      </w:r>
      <w:r>
        <w:rPr>
          <w:color w:val="00FFCC"/>
        </w:rPr>
        <w:t xml:space="preserve">blows </w:t>
      </w:r>
      <w:r>
        <w:rPr>
          <w:color w:val="FF6600"/>
        </w:rPr>
        <w:t xml:space="preserve">from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hoofs </w:t>
      </w:r>
      <w:r>
        <w:rPr>
          <w:color w:val="000000"/>
        </w:rPr>
        <w:t xml:space="preserve">; another </w:t>
      </w:r>
      <w:r>
        <w:rPr>
          <w:color w:val="CC3399"/>
        </w:rPr>
        <w:t xml:space="preserve">was gored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787F"/>
        </w:rPr>
        <w:t xml:space="preserve">belly </w:t>
      </w:r>
      <w:r>
        <w:rPr>
          <w:color w:val="FF6600"/>
        </w:rPr>
        <w:t xml:space="preserve">by </w:t>
      </w:r>
      <w:r>
        <w:rPr>
          <w:color w:val="000000"/>
        </w:rPr>
        <w:t xml:space="preserve">a </w:t>
      </w:r>
      <w:r>
        <w:rPr>
          <w:color w:val="00FFCC"/>
        </w:rPr>
        <w:t xml:space="preserve">cow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horn </w:t>
      </w:r>
      <w:r>
        <w:rPr>
          <w:color w:val="000000"/>
        </w:rPr>
        <w:t xml:space="preserve">; another </w:t>
      </w:r>
      <w:r>
        <w:rPr>
          <w:color w:val="CC3399"/>
        </w:rPr>
        <w:t xml:space="preserve">had </w:t>
      </w:r>
      <w:r>
        <w:rPr>
          <w:color w:val="000000"/>
        </w:rPr>
        <w:t xml:space="preserve">his </w:t>
      </w:r>
      <w:r>
        <w:rPr>
          <w:color w:val="00FFCC"/>
        </w:rPr>
        <w:t xml:space="preserve">trousers </w:t>
      </w:r>
      <w:r>
        <w:rPr>
          <w:color w:val="00787F"/>
        </w:rPr>
        <w:t xml:space="preserve">nearly </w:t>
      </w:r>
      <w:r>
        <w:rPr>
          <w:color w:val="CC3399"/>
        </w:rPr>
        <w:t xml:space="preserve">torn </w:t>
      </w:r>
      <w:r>
        <w:rPr>
          <w:color w:val="000000"/>
        </w:rPr>
        <w:t xml:space="preserve">off </w:t>
      </w:r>
      <w:r>
        <w:rPr>
          <w:color w:val="FF6600"/>
        </w:rPr>
        <w:t xml:space="preserve">by </w:t>
      </w:r>
      <w:r>
        <w:rPr>
          <w:color w:val="00FFCC"/>
        </w:rPr>
        <w:t xml:space="preserve">Jessie </w:t>
      </w:r>
      <w:r>
        <w:rPr>
          <w:color w:val="FF0066"/>
        </w:rPr>
        <w:t xml:space="preserve">and </w:t>
      </w:r>
      <w:r>
        <w:rPr>
          <w:color w:val="00FFCC"/>
        </w:rPr>
        <w:t xml:space="preserve">Bluebell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when the nine </w:t>
      </w:r>
      <w:r>
        <w:rPr>
          <w:color w:val="00FFCC"/>
        </w:rPr>
        <w:t xml:space="preserve">dogs </w:t>
      </w:r>
      <w:r>
        <w:rPr>
          <w:color w:val="FF6600"/>
        </w:rPr>
        <w:t xml:space="preserve">of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33CCFF"/>
        </w:rPr>
        <w:t xml:space="preserve">own </w:t>
      </w:r>
      <w:r>
        <w:rPr>
          <w:color w:val="00FFCC"/>
        </w:rPr>
        <w:t xml:space="preserve">bodyguard </w:t>
      </w:r>
      <w:r>
        <w:rPr>
          <w:color w:val="000000"/>
        </w:rPr>
        <w:t xml:space="preserve">, whom he </w:t>
      </w:r>
      <w:r>
        <w:rPr>
          <w:color w:val="CC3399"/>
        </w:rPr>
        <w:t xml:space="preserve">had instructed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make </w:t>
      </w:r>
      <w:r>
        <w:rPr>
          <w:color w:val="000000"/>
        </w:rPr>
        <w:t xml:space="preserve">a </w:t>
      </w:r>
      <w:r>
        <w:rPr>
          <w:color w:val="00FFCC"/>
        </w:rPr>
        <w:t xml:space="preserve">detour </w:t>
      </w:r>
      <w:r>
        <w:rPr>
          <w:color w:val="FF6600"/>
        </w:rPr>
        <w:t xml:space="preserve">under </w:t>
      </w:r>
      <w:r>
        <w:rPr>
          <w:color w:val="00FFCC"/>
        </w:rPr>
        <w:t xml:space="preserve">cover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hedge </w:t>
      </w:r>
      <w:r>
        <w:rPr>
          <w:color w:val="000000"/>
        </w:rPr>
        <w:t xml:space="preserve">, </w:t>
      </w:r>
      <w:r>
        <w:rPr>
          <w:color w:val="00787F"/>
        </w:rPr>
        <w:t xml:space="preserve">suddenly </w:t>
      </w:r>
      <w:r>
        <w:rPr>
          <w:color w:val="CC3399"/>
        </w:rPr>
        <w:t xml:space="preserve">appeared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men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flank </w:t>
      </w:r>
      <w:r>
        <w:rPr>
          <w:color w:val="000000"/>
        </w:rPr>
        <w:t xml:space="preserve">, </w:t>
      </w:r>
      <w:r>
        <w:rPr>
          <w:color w:val="CC3399"/>
        </w:rPr>
        <w:t xml:space="preserve">baying </w:t>
      </w:r>
      <w:r>
        <w:rPr>
          <w:color w:val="00787F"/>
        </w:rPr>
        <w:t xml:space="preserve">ferociously </w:t>
      </w:r>
      <w:r>
        <w:rPr>
          <w:color w:val="000000"/>
        </w:rPr>
        <w:t xml:space="preserve">, </w:t>
      </w:r>
      <w:r>
        <w:rPr>
          <w:color w:val="33CCFF"/>
        </w:rPr>
        <w:t xml:space="preserve">panic </w:t>
      </w:r>
      <w:r>
        <w:rPr>
          <w:color w:val="CC3399"/>
        </w:rPr>
        <w:t xml:space="preserve">overtook </w:t>
      </w:r>
      <w:r>
        <w:rPr>
          <w:color w:val="000000"/>
        </w:rPr>
        <w:t xml:space="preserve">them . They </w:t>
      </w:r>
      <w:r>
        <w:rPr>
          <w:color w:val="CC3399"/>
        </w:rPr>
        <w:t xml:space="preserve">saw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danger </w:t>
      </w:r>
      <w:r>
        <w:rPr>
          <w:color w:val="FF6600"/>
        </w:rPr>
        <w:t xml:space="preserve">of </w:t>
      </w:r>
      <w:r>
        <w:rPr>
          <w:color w:val="CC3399"/>
        </w:rPr>
        <w:t xml:space="preserve">being surrounded </w:t>
      </w:r>
      <w:r>
        <w:rPr>
          <w:color w:val="000000"/>
        </w:rPr>
        <w:t xml:space="preserve">. </w:t>
      </w:r>
      <w:r>
        <w:rPr>
          <w:color w:val="00FFCC"/>
        </w:rPr>
        <w:t xml:space="preserve">Frederick </w:t>
      </w:r>
      <w:r>
        <w:rPr>
          <w:color w:val="CC3399"/>
        </w:rPr>
        <w:t xml:space="preserve">shouted </w:t>
      </w:r>
      <w:r>
        <w:rPr>
          <w:color w:val="000000"/>
        </w:rPr>
        <w:t xml:space="preserve">to his </w:t>
      </w:r>
      <w:r>
        <w:rPr>
          <w:color w:val="00FFCC"/>
        </w:rPr>
        <w:t xml:space="preserve">men </w:t>
      </w:r>
      <w:r>
        <w:rPr>
          <w:color w:val="000000"/>
        </w:rPr>
        <w:t xml:space="preserve">to </w:t>
      </w:r>
      <w:r>
        <w:rPr>
          <w:color w:val="CC3399"/>
        </w:rPr>
        <w:t xml:space="preserve">get </w:t>
      </w:r>
      <w:r>
        <w:rPr>
          <w:color w:val="000000"/>
        </w:rPr>
        <w:t xml:space="preserve">out </w:t>
      </w:r>
      <w:r>
        <w:rPr>
          <w:color w:val="FF6600"/>
        </w:rPr>
        <w:t xml:space="preserve">while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CC3399"/>
        </w:rPr>
        <w:t xml:space="preserve">going was </w:t>
      </w:r>
      <w:r>
        <w:rPr>
          <w:color w:val="33CCFF"/>
        </w:rPr>
        <w:t xml:space="preserve">good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next </w:t>
      </w:r>
      <w:r>
        <w:rPr>
          <w:color w:val="00FFCC"/>
        </w:rPr>
        <w:t xml:space="preserve">moment </w:t>
      </w:r>
      <w:r>
        <w:rPr>
          <w:color w:val="000000"/>
        </w:rPr>
        <w:t xml:space="preserve">the </w:t>
      </w:r>
      <w:r>
        <w:rPr>
          <w:color w:val="00787F"/>
        </w:rPr>
        <w:t xml:space="preserve">cowardly </w:t>
      </w:r>
      <w:r>
        <w:rPr>
          <w:color w:val="00FFCC"/>
        </w:rPr>
        <w:t xml:space="preserve">enemy </w:t>
      </w:r>
      <w:r>
        <w:rPr>
          <w:color w:val="CC3399"/>
        </w:rPr>
        <w:t xml:space="preserve">was running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dear </w:t>
      </w:r>
      <w:r>
        <w:rPr>
          <w:color w:val="00FFCC"/>
        </w:rPr>
        <w:t xml:space="preserve">life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chased </w:t>
      </w:r>
      <w:r>
        <w:rPr>
          <w:color w:val="000000"/>
        </w:rPr>
        <w:t xml:space="preserve">them </w:t>
      </w:r>
      <w:r>
        <w:rPr>
          <w:color w:val="00787F"/>
        </w:rPr>
        <w:t xml:space="preserve">right down </w:t>
      </w:r>
      <w:r>
        <w:rPr>
          <w:color w:val="000000"/>
        </w:rPr>
        <w:t xml:space="preserve">to the </w:t>
      </w:r>
      <w:r>
        <w:rPr>
          <w:color w:val="00FFCC"/>
        </w:rPr>
        <w:t xml:space="preserve">bottom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field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got </w:t>
      </w:r>
      <w:r>
        <w:rPr>
          <w:color w:val="FF6600"/>
        </w:rPr>
        <w:t xml:space="preserve">in </w:t>
      </w:r>
      <w:r>
        <w:rPr>
          <w:color w:val="000000"/>
        </w:rPr>
        <w:t xml:space="preserve">some </w:t>
      </w:r>
      <w:r>
        <w:rPr>
          <w:color w:val="33CCFF"/>
        </w:rPr>
        <w:t xml:space="preserve">last </w:t>
      </w:r>
      <w:r>
        <w:rPr>
          <w:color w:val="00FFCC"/>
        </w:rPr>
        <w:t xml:space="preserve">kicks </w:t>
      </w:r>
      <w:r>
        <w:rPr>
          <w:color w:val="FF6600"/>
        </w:rPr>
        <w:t xml:space="preserve">at </w:t>
      </w:r>
      <w:r>
        <w:rPr>
          <w:color w:val="000000"/>
        </w:rPr>
        <w:t xml:space="preserve">them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forced </w:t>
      </w:r>
      <w:r>
        <w:rPr>
          <w:color w:val="000000"/>
        </w:rPr>
        <w:t xml:space="preserve">their </w:t>
      </w:r>
      <w:r>
        <w:rPr>
          <w:color w:val="00FFCC"/>
        </w:rPr>
        <w:t xml:space="preserve">way </w:t>
      </w:r>
      <w:r>
        <w:rPr>
          <w:color w:val="FF6600"/>
        </w:rPr>
        <w:t xml:space="preserve">through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lastRenderedPageBreak/>
        <w:t xml:space="preserve">thorn </w:t>
      </w:r>
      <w:r>
        <w:rPr>
          <w:color w:val="00FFCC"/>
        </w:rPr>
        <w:t xml:space="preserve">hedge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had won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33CCFF"/>
        </w:rPr>
        <w:t xml:space="preserve">weary </w:t>
      </w:r>
      <w:r>
        <w:rPr>
          <w:color w:val="FF0066"/>
        </w:rPr>
        <w:t xml:space="preserve">and </w:t>
      </w:r>
      <w:r>
        <w:rPr>
          <w:color w:val="CC3399"/>
        </w:rPr>
        <w:t xml:space="preserve">bleeding </w:t>
      </w:r>
      <w:r>
        <w:rPr>
          <w:color w:val="000000"/>
        </w:rPr>
        <w:t xml:space="preserve">. </w:t>
      </w:r>
      <w:r>
        <w:rPr>
          <w:color w:val="00FFCC"/>
        </w:rPr>
        <w:t xml:space="preserve">Slowly </w:t>
      </w:r>
      <w:r>
        <w:rPr>
          <w:color w:val="000000"/>
        </w:rPr>
        <w:t xml:space="preserve">they </w:t>
      </w:r>
      <w:r>
        <w:rPr>
          <w:color w:val="CC3399"/>
        </w:rPr>
        <w:t xml:space="preserve">began </w:t>
      </w:r>
      <w:r>
        <w:rPr>
          <w:color w:val="000000"/>
        </w:rPr>
        <w:t xml:space="preserve">to </w:t>
      </w:r>
      <w:r>
        <w:rPr>
          <w:color w:val="CC3399"/>
        </w:rPr>
        <w:t xml:space="preserve">limp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back </w:t>
      </w:r>
      <w:r>
        <w:rPr>
          <w:color w:val="FF6600"/>
        </w:rPr>
        <w:t xml:space="preserve">towards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. The </w:t>
      </w:r>
      <w:r>
        <w:rPr>
          <w:color w:val="00FFCC"/>
        </w:rPr>
        <w:t xml:space="preserve">sight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33CCFF"/>
        </w:rPr>
        <w:t xml:space="preserve">dead </w:t>
      </w:r>
      <w:r>
        <w:rPr>
          <w:color w:val="00FFCC"/>
        </w:rPr>
        <w:t xml:space="preserve">comrades </w:t>
      </w:r>
      <w:r>
        <w:rPr>
          <w:color w:val="CC3399"/>
        </w:rPr>
        <w:t xml:space="preserve">stretched </w:t>
      </w:r>
      <w:r>
        <w:rPr>
          <w:color w:val="FF6600"/>
        </w:rPr>
        <w:t xml:space="preserve">upon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grass </w:t>
      </w:r>
      <w:r>
        <w:rPr>
          <w:color w:val="CC3399"/>
        </w:rPr>
        <w:t xml:space="preserve">moved </w:t>
      </w:r>
      <w:r>
        <w:rPr>
          <w:color w:val="000000"/>
        </w:rPr>
        <w:t xml:space="preserve">some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to </w:t>
      </w:r>
      <w:r>
        <w:rPr>
          <w:color w:val="CC3399"/>
        </w:rPr>
        <w:t xml:space="preserve">tears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</w:t>
      </w:r>
      <w:r>
        <w:rPr>
          <w:color w:val="FF6600"/>
        </w:rPr>
        <w:t xml:space="preserve">while </w:t>
      </w:r>
      <w:r>
        <w:rPr>
          <w:color w:val="000000"/>
        </w:rPr>
        <w:t xml:space="preserve">they </w:t>
      </w:r>
      <w:r>
        <w:rPr>
          <w:color w:val="CC3399"/>
        </w:rPr>
        <w:t xml:space="preserve">halted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sorrowful </w:t>
      </w:r>
      <w:r>
        <w:rPr>
          <w:color w:val="00FFCC"/>
        </w:rPr>
        <w:t xml:space="preserve">silence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place </w:t>
      </w:r>
      <w:r>
        <w:rPr>
          <w:color w:val="000000"/>
        </w:rPr>
        <w:t xml:space="preserve">where 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had </w:t>
      </w:r>
      <w:r>
        <w:rPr>
          <w:color w:val="00787F"/>
        </w:rPr>
        <w:t xml:space="preserve">once </w:t>
      </w:r>
      <w:r>
        <w:rPr>
          <w:color w:val="CC3399"/>
        </w:rPr>
        <w:t xml:space="preserve">stood </w:t>
      </w:r>
      <w:r>
        <w:rPr>
          <w:color w:val="000000"/>
        </w:rPr>
        <w:t xml:space="preserve">. Yes , it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gone </w:t>
      </w:r>
      <w:r>
        <w:rPr>
          <w:color w:val="000000"/>
        </w:rPr>
        <w:t xml:space="preserve">; </w:t>
      </w:r>
      <w:r>
        <w:rPr>
          <w:color w:val="00787F"/>
        </w:rPr>
        <w:t xml:space="preserve">almost </w:t>
      </w:r>
      <w:r>
        <w:rPr>
          <w:color w:val="000000"/>
        </w:rPr>
        <w:t xml:space="preserve">the </w:t>
      </w:r>
      <w:r>
        <w:rPr>
          <w:color w:val="33CCFF"/>
        </w:rPr>
        <w:t xml:space="preserve">last </w:t>
      </w:r>
      <w:r>
        <w:rPr>
          <w:color w:val="00FFCC"/>
        </w:rPr>
        <w:t xml:space="preserve">trace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00FFCC"/>
        </w:rPr>
        <w:t xml:space="preserve">labour </w:t>
      </w:r>
      <w:r>
        <w:rPr>
          <w:color w:val="CC3399"/>
        </w:rPr>
        <w:t xml:space="preserve">was gone </w:t>
      </w:r>
      <w:r>
        <w:rPr>
          <w:color w:val="000000"/>
        </w:rPr>
        <w:t xml:space="preserve">! </w:t>
      </w:r>
      <w:r>
        <w:rPr>
          <w:color w:val="00787F"/>
        </w:rPr>
        <w:t xml:space="preserve">Even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foundations </w:t>
      </w:r>
      <w:r>
        <w:rPr>
          <w:color w:val="CC3399"/>
        </w:rPr>
        <w:t xml:space="preserve">were </w:t>
      </w:r>
      <w:r>
        <w:rPr>
          <w:color w:val="00787F"/>
        </w:rPr>
        <w:t xml:space="preserve">partially </w:t>
      </w:r>
      <w:r>
        <w:rPr>
          <w:color w:val="CC3399"/>
        </w:rPr>
        <w:t xml:space="preserve">destroyed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CC3399"/>
        </w:rPr>
        <w:t xml:space="preserve">rebuilding </w:t>
      </w:r>
      <w:r>
        <w:rPr>
          <w:color w:val="000000"/>
        </w:rPr>
        <w:t xml:space="preserve">it they </w:t>
      </w: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this </w:t>
      </w:r>
      <w:r>
        <w:rPr>
          <w:color w:val="00FFCC"/>
        </w:rPr>
        <w:t xml:space="preserve">time </w:t>
      </w:r>
      <w:r>
        <w:rPr>
          <w:color w:val="000000"/>
        </w:rPr>
        <w:t xml:space="preserve">, </w:t>
      </w:r>
      <w:r>
        <w:rPr>
          <w:color w:val="FF6600"/>
        </w:rPr>
        <w:t xml:space="preserve">as before </w:t>
      </w:r>
      <w:r>
        <w:rPr>
          <w:color w:val="000000"/>
        </w:rPr>
        <w:t xml:space="preserve">, </w:t>
      </w:r>
      <w:r>
        <w:rPr>
          <w:color w:val="CC3399"/>
        </w:rPr>
        <w:t xml:space="preserve">make </w:t>
      </w:r>
      <w:r>
        <w:rPr>
          <w:color w:val="00FFCC"/>
        </w:rPr>
        <w:t xml:space="preserve">use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CC3399"/>
        </w:rPr>
        <w:t xml:space="preserve">fallen </w:t>
      </w:r>
      <w:r>
        <w:rPr>
          <w:color w:val="00FFCC"/>
        </w:rPr>
        <w:t xml:space="preserve">stones </w:t>
      </w:r>
      <w:r>
        <w:rPr>
          <w:color w:val="000000"/>
        </w:rPr>
        <w:t xml:space="preserve">. </w:t>
      </w:r>
      <w:r>
        <w:rPr>
          <w:color w:val="000000"/>
        </w:rPr>
        <w:t xml:space="preserve">This </w:t>
      </w:r>
      <w:r>
        <w:rPr>
          <w:color w:val="00FFCC"/>
        </w:rPr>
        <w:t xml:space="preserve">time </w:t>
      </w:r>
      <w:r>
        <w:rPr>
          <w:color w:val="000000"/>
        </w:rPr>
        <w:t xml:space="preserve">the </w:t>
      </w:r>
      <w:r>
        <w:rPr>
          <w:color w:val="00FFCC"/>
        </w:rPr>
        <w:t xml:space="preserve">stones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vanished </w:t>
      </w:r>
      <w:r>
        <w:rPr>
          <w:color w:val="00787F"/>
        </w:rPr>
        <w:t xml:space="preserve">too </w:t>
      </w:r>
      <w:r>
        <w:rPr>
          <w:color w:val="000000"/>
        </w:rPr>
        <w:t xml:space="preserve">. The </w:t>
      </w:r>
      <w:r>
        <w:rPr>
          <w:color w:val="00FFCC"/>
        </w:rPr>
        <w:t xml:space="preserve">force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explosion </w:t>
      </w:r>
      <w:r>
        <w:rPr>
          <w:color w:val="CC3399"/>
        </w:rPr>
        <w:t xml:space="preserve">had flung </w:t>
      </w:r>
      <w:r>
        <w:rPr>
          <w:color w:val="000000"/>
        </w:rPr>
        <w:t xml:space="preserve">them to </w:t>
      </w:r>
      <w:r>
        <w:rPr>
          <w:color w:val="00FFCC"/>
        </w:rPr>
        <w:t xml:space="preserve">distances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hundreds </w:t>
      </w:r>
      <w:r>
        <w:rPr>
          <w:color w:val="FF6600"/>
        </w:rPr>
        <w:t xml:space="preserve">of </w:t>
      </w:r>
      <w:r>
        <w:rPr>
          <w:color w:val="00FFCC"/>
        </w:rPr>
        <w:t xml:space="preserve">yards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FF6600"/>
        </w:rPr>
        <w:t xml:space="preserve">as though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CC3399"/>
        </w:rPr>
        <w:t xml:space="preserve">been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approached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Squealer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</w:t>
      </w:r>
      <w:r>
        <w:rPr>
          <w:color w:val="00787F"/>
        </w:rPr>
        <w:t xml:space="preserve">unaccountably </w:t>
      </w:r>
      <w:r>
        <w:rPr>
          <w:color w:val="CC3399"/>
        </w:rPr>
        <w:t xml:space="preserve">been </w:t>
      </w:r>
      <w:r>
        <w:rPr>
          <w:color w:val="33CCFF"/>
        </w:rPr>
        <w:t xml:space="preserve">absent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during </w:t>
      </w:r>
      <w:r>
        <w:rPr>
          <w:color w:val="000000"/>
        </w:rPr>
        <w:t xml:space="preserve">the </w:t>
      </w:r>
      <w:r>
        <w:rPr>
          <w:color w:val="00FFCC"/>
        </w:rPr>
        <w:t>fi</w:t>
      </w:r>
      <w:r>
        <w:rPr>
          <w:color w:val="00FFCC"/>
        </w:rPr>
        <w:t xml:space="preserve">ghting </w:t>
      </w:r>
      <w:r>
        <w:rPr>
          <w:color w:val="000000"/>
        </w:rPr>
        <w:t xml:space="preserve">, </w:t>
      </w:r>
      <w:r>
        <w:rPr>
          <w:color w:val="CC3399"/>
        </w:rPr>
        <w:t xml:space="preserve">came skipping </w:t>
      </w:r>
      <w:r>
        <w:rPr>
          <w:color w:val="00FFCC"/>
        </w:rPr>
        <w:t xml:space="preserve">towards </w:t>
      </w:r>
      <w:r>
        <w:rPr>
          <w:color w:val="000000"/>
        </w:rPr>
        <w:t xml:space="preserve">them , </w:t>
      </w:r>
      <w:r>
        <w:rPr>
          <w:color w:val="CC3399"/>
        </w:rPr>
        <w:t xml:space="preserve">whisking </w:t>
      </w:r>
      <w:r>
        <w:rPr>
          <w:color w:val="000000"/>
        </w:rPr>
        <w:t xml:space="preserve">his </w:t>
      </w:r>
      <w:r>
        <w:rPr>
          <w:color w:val="00FFCC"/>
        </w:rPr>
        <w:t xml:space="preserve">tail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beaming </w:t>
      </w:r>
      <w:r>
        <w:rPr>
          <w:color w:val="FF6600"/>
        </w:rPr>
        <w:t xml:space="preserve">with </w:t>
      </w:r>
      <w:r>
        <w:rPr>
          <w:color w:val="00FFCC"/>
        </w:rPr>
        <w:t xml:space="preserve">satisfaction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heard </w:t>
      </w:r>
      <w:r>
        <w:rPr>
          <w:color w:val="000000"/>
        </w:rPr>
        <w:t xml:space="preserve">,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direction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farm buildings </w:t>
      </w:r>
      <w:r>
        <w:rPr>
          <w:color w:val="000000"/>
        </w:rPr>
        <w:t xml:space="preserve">, the </w:t>
      </w:r>
      <w:r>
        <w:rPr>
          <w:color w:val="00FFCC"/>
        </w:rPr>
        <w:t xml:space="preserve">solemn booming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gun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What </w:t>
      </w:r>
      <w:r>
        <w:rPr>
          <w:color w:val="CC3399"/>
        </w:rPr>
        <w:t xml:space="preserve">is </w:t>
      </w:r>
      <w:r>
        <w:rPr>
          <w:color w:val="000000"/>
        </w:rPr>
        <w:t xml:space="preserve">that </w:t>
      </w:r>
      <w:r>
        <w:rPr>
          <w:color w:val="00FFCC"/>
        </w:rPr>
        <w:t xml:space="preserve">gun </w:t>
      </w:r>
      <w:r>
        <w:rPr>
          <w:color w:val="CC3399"/>
        </w:rPr>
        <w:t xml:space="preserve">firing </w:t>
      </w:r>
      <w:r>
        <w:rPr>
          <w:color w:val="FF6600"/>
        </w:rPr>
        <w:t xml:space="preserve">for </w:t>
      </w:r>
      <w:r>
        <w:rPr>
          <w:color w:val="000000"/>
        </w:rPr>
        <w:t xml:space="preserve">? '' </w:t>
      </w:r>
      <w:r>
        <w:rPr>
          <w:color w:val="CC3399"/>
        </w:rPr>
        <w:t xml:space="preserve">said </w:t>
      </w:r>
      <w:r>
        <w:rPr>
          <w:color w:val="00FFCC"/>
        </w:rPr>
        <w:t xml:space="preserve">Boxer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To </w:t>
      </w:r>
      <w:r>
        <w:rPr>
          <w:color w:val="CC3399"/>
        </w:rPr>
        <w:t xml:space="preserve">celebrate </w:t>
      </w:r>
      <w:r>
        <w:rPr>
          <w:color w:val="000000"/>
        </w:rPr>
        <w:t xml:space="preserve">our </w:t>
      </w:r>
      <w:r>
        <w:rPr>
          <w:color w:val="00FFCC"/>
        </w:rPr>
        <w:t xml:space="preserve">victory </w:t>
      </w:r>
      <w:r>
        <w:rPr>
          <w:color w:val="000000"/>
        </w:rPr>
        <w:t xml:space="preserve">! '' </w:t>
      </w:r>
      <w:r>
        <w:rPr>
          <w:color w:val="CC3399"/>
        </w:rPr>
        <w:t xml:space="preserve">cried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What </w:t>
      </w:r>
      <w:r>
        <w:rPr>
          <w:color w:val="00FFCC"/>
        </w:rPr>
        <w:t xml:space="preserve">victory </w:t>
      </w:r>
      <w:r>
        <w:rPr>
          <w:color w:val="000000"/>
        </w:rPr>
        <w:t xml:space="preserve">? '' </w:t>
      </w:r>
      <w:r>
        <w:rPr>
          <w:color w:val="CC3399"/>
        </w:rPr>
        <w:t xml:space="preserve">said </w:t>
      </w:r>
      <w:r>
        <w:rPr>
          <w:color w:val="00FFCC"/>
        </w:rPr>
        <w:t xml:space="preserve">Boxer </w:t>
      </w:r>
      <w:r>
        <w:rPr>
          <w:color w:val="000000"/>
        </w:rPr>
        <w:t xml:space="preserve">. His </w:t>
      </w:r>
      <w:r>
        <w:rPr>
          <w:color w:val="00FFCC"/>
        </w:rPr>
        <w:t xml:space="preserve">knees </w:t>
      </w:r>
      <w:r>
        <w:rPr>
          <w:color w:val="CC3399"/>
        </w:rPr>
        <w:t xml:space="preserve">were bleeding </w:t>
      </w:r>
      <w:r>
        <w:rPr>
          <w:color w:val="000000"/>
        </w:rPr>
        <w:t xml:space="preserve">, he </w:t>
      </w:r>
      <w:r>
        <w:rPr>
          <w:color w:val="CC3399"/>
        </w:rPr>
        <w:t xml:space="preserve">had lost </w:t>
      </w:r>
      <w:r>
        <w:rPr>
          <w:color w:val="000000"/>
        </w:rPr>
        <w:t xml:space="preserve">a </w:t>
      </w:r>
      <w:r>
        <w:rPr>
          <w:color w:val="00FFCC"/>
        </w:rPr>
        <w:t xml:space="preserve">shoe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split </w:t>
      </w:r>
      <w:r>
        <w:rPr>
          <w:color w:val="000000"/>
        </w:rPr>
        <w:t xml:space="preserve">his </w:t>
      </w:r>
      <w:r>
        <w:rPr>
          <w:color w:val="00FFCC"/>
        </w:rPr>
        <w:t xml:space="preserve">hoof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00FFCC"/>
        </w:rPr>
        <w:t xml:space="preserve">dozen pellets </w:t>
      </w:r>
      <w:r>
        <w:rPr>
          <w:color w:val="CC3399"/>
        </w:rPr>
        <w:t xml:space="preserve">had lodged </w:t>
      </w:r>
      <w:r>
        <w:rPr>
          <w:color w:val="000000"/>
        </w:rPr>
        <w:t xml:space="preserve">themselves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hind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leg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What </w:t>
      </w:r>
      <w:r>
        <w:rPr>
          <w:color w:val="00FFCC"/>
        </w:rPr>
        <w:t xml:space="preserve">victory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</w:t>
      </w:r>
      <w:r>
        <w:rPr>
          <w:color w:val="000000"/>
        </w:rPr>
        <w:t xml:space="preserve">? </w:t>
      </w:r>
      <w:r>
        <w:rPr>
          <w:color w:val="CC3399"/>
        </w:rPr>
        <w:t xml:space="preserve">Have </w:t>
      </w:r>
      <w:r>
        <w:rPr>
          <w:color w:val="000000"/>
        </w:rPr>
        <w:t xml:space="preserve">we </w:t>
      </w:r>
      <w:r>
        <w:rPr>
          <w:color w:val="00787F"/>
        </w:rPr>
        <w:t xml:space="preserve">not </w:t>
      </w:r>
      <w:r>
        <w:rPr>
          <w:color w:val="CC3399"/>
        </w:rPr>
        <w:t xml:space="preserve">driven </w:t>
      </w:r>
      <w:r>
        <w:rPr>
          <w:color w:val="000000"/>
        </w:rPr>
        <w:t xml:space="preserve">the </w:t>
      </w:r>
      <w:r>
        <w:rPr>
          <w:color w:val="00FFCC"/>
        </w:rPr>
        <w:t xml:space="preserve">enemy </w:t>
      </w:r>
      <w:r>
        <w:rPr>
          <w:color w:val="FF6600"/>
        </w:rPr>
        <w:t xml:space="preserve">off </w:t>
      </w:r>
      <w:r>
        <w:rPr>
          <w:color w:val="000000"/>
        </w:rPr>
        <w:t xml:space="preserve">our </w:t>
      </w:r>
      <w:r>
        <w:rPr>
          <w:color w:val="00FFCC"/>
        </w:rPr>
        <w:t xml:space="preserve">soil </w:t>
      </w:r>
      <w:r>
        <w:rPr>
          <w:color w:val="000000"/>
        </w:rPr>
        <w:t xml:space="preserve">-- 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sacred </w:t>
      </w:r>
      <w:r>
        <w:rPr>
          <w:color w:val="00FFCC"/>
        </w:rPr>
        <w:t xml:space="preserve">soil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 Farm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FF0066"/>
        </w:rPr>
        <w:t xml:space="preserve">But </w:t>
      </w:r>
      <w:r>
        <w:rPr>
          <w:color w:val="000000"/>
        </w:rPr>
        <w:t xml:space="preserve">they </w:t>
      </w:r>
      <w:r>
        <w:rPr>
          <w:color w:val="CC3399"/>
        </w:rPr>
        <w:t xml:space="preserve">have destroyed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we </w:t>
      </w:r>
      <w:r>
        <w:rPr>
          <w:color w:val="CC3399"/>
        </w:rPr>
        <w:t xml:space="preserve">had worked </w:t>
      </w:r>
      <w:r>
        <w:rPr>
          <w:color w:val="FF6600"/>
        </w:rPr>
        <w:t xml:space="preserve">on </w:t>
      </w:r>
      <w:r>
        <w:rPr>
          <w:color w:val="000000"/>
        </w:rPr>
        <w:t xml:space="preserve">it </w:t>
      </w:r>
      <w:r>
        <w:rPr>
          <w:color w:val="FF6600"/>
        </w:rPr>
        <w:t xml:space="preserve">for </w:t>
      </w:r>
      <w:r>
        <w:rPr>
          <w:color w:val="000000"/>
        </w:rPr>
        <w:t xml:space="preserve">two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years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What </w:t>
      </w:r>
      <w:r>
        <w:rPr>
          <w:color w:val="00FFCC"/>
        </w:rPr>
        <w:t xml:space="preserve">matter </w:t>
      </w:r>
      <w:r>
        <w:rPr>
          <w:color w:val="000000"/>
        </w:rPr>
        <w:t xml:space="preserve">? We </w:t>
      </w:r>
      <w:r>
        <w:rPr>
          <w:color w:val="003E3E"/>
        </w:rPr>
        <w:t xml:space="preserve">will </w:t>
      </w:r>
      <w:r>
        <w:rPr>
          <w:color w:val="CC3399"/>
        </w:rPr>
        <w:t xml:space="preserve">build </w:t>
      </w:r>
      <w:r>
        <w:rPr>
          <w:color w:val="000000"/>
        </w:rPr>
        <w:t xml:space="preserve">another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We </w:t>
      </w:r>
      <w:r>
        <w:rPr>
          <w:color w:val="003E3E"/>
        </w:rPr>
        <w:t xml:space="preserve">will </w:t>
      </w:r>
      <w:r>
        <w:rPr>
          <w:color w:val="CC3399"/>
        </w:rPr>
        <w:t xml:space="preserve">build </w:t>
      </w:r>
      <w:r>
        <w:rPr>
          <w:color w:val="000000"/>
        </w:rPr>
        <w:t xml:space="preserve">six </w:t>
      </w:r>
      <w:r>
        <w:rPr>
          <w:color w:val="00FFCC"/>
        </w:rPr>
        <w:t xml:space="preserve">windmills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if </w:t>
      </w:r>
      <w:r>
        <w:rPr>
          <w:color w:val="000000"/>
        </w:rPr>
        <w:t xml:space="preserve">we </w:t>
      </w:r>
      <w:r>
        <w:rPr>
          <w:color w:val="CC3399"/>
        </w:rPr>
        <w:t xml:space="preserve">feel </w:t>
      </w:r>
      <w:r>
        <w:rPr>
          <w:color w:val="FF6600"/>
        </w:rPr>
        <w:t xml:space="preserve">like </w:t>
      </w:r>
      <w:r>
        <w:rPr>
          <w:color w:val="000000"/>
        </w:rPr>
        <w:t xml:space="preserve">it . You </w:t>
      </w:r>
      <w:r>
        <w:rPr>
          <w:color w:val="CC3399"/>
        </w:rPr>
        <w:t xml:space="preserve">do </w:t>
      </w:r>
      <w:r>
        <w:rPr>
          <w:color w:val="00787F"/>
        </w:rPr>
        <w:t xml:space="preserve">not </w:t>
      </w:r>
      <w:r>
        <w:rPr>
          <w:color w:val="CC3399"/>
        </w:rPr>
        <w:t xml:space="preserve">appreciate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</w:t>
      </w:r>
      <w:r>
        <w:rPr>
          <w:color w:val="000000"/>
        </w:rPr>
        <w:t xml:space="preserve">, the </w:t>
      </w:r>
      <w:r>
        <w:rPr>
          <w:color w:val="33CCFF"/>
        </w:rPr>
        <w:t xml:space="preserve">mighty </w:t>
      </w:r>
      <w:r>
        <w:rPr>
          <w:color w:val="00FFCC"/>
        </w:rPr>
        <w:t xml:space="preserve">thing </w:t>
      </w:r>
      <w:r>
        <w:rPr>
          <w:color w:val="0000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we </w:t>
      </w:r>
      <w:r>
        <w:rPr>
          <w:color w:val="CC3399"/>
        </w:rPr>
        <w:t xml:space="preserve">have done </w:t>
      </w:r>
      <w:r>
        <w:rPr>
          <w:color w:val="000000"/>
        </w:rPr>
        <w:t xml:space="preserve">. The </w:t>
      </w:r>
      <w:r>
        <w:rPr>
          <w:color w:val="00FFCC"/>
        </w:rPr>
        <w:t xml:space="preserve">enemy </w:t>
      </w:r>
      <w:r>
        <w:rPr>
          <w:color w:val="CC3399"/>
        </w:rPr>
        <w:t xml:space="preserve">was </w:t>
      </w:r>
      <w:r>
        <w:rPr>
          <w:color w:val="FF6600"/>
        </w:rPr>
        <w:t xml:space="preserve">in </w:t>
      </w:r>
      <w:r>
        <w:rPr>
          <w:color w:val="00FFCC"/>
        </w:rPr>
        <w:t xml:space="preserve">occupation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00787F"/>
        </w:rPr>
        <w:t xml:space="preserve">very </w:t>
      </w:r>
      <w:r>
        <w:rPr>
          <w:color w:val="00FFCC"/>
        </w:rPr>
        <w:t xml:space="preserve">ground </w:t>
      </w:r>
      <w:r>
        <w:rPr>
          <w:color w:val="FF6600"/>
        </w:rPr>
        <w:t xml:space="preserve">that </w:t>
      </w:r>
      <w:r>
        <w:rPr>
          <w:color w:val="000000"/>
        </w:rPr>
        <w:t xml:space="preserve">we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stand upon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787F"/>
        </w:rPr>
        <w:t xml:space="preserve">now </w:t>
      </w:r>
      <w:r>
        <w:rPr>
          <w:color w:val="000000"/>
        </w:rPr>
        <w:t xml:space="preserve">-- </w:t>
      </w:r>
      <w:r>
        <w:rPr>
          <w:color w:val="00FFCC"/>
        </w:rPr>
        <w:t xml:space="preserve">thanks </w:t>
      </w:r>
      <w:r>
        <w:rPr>
          <w:color w:val="000000"/>
        </w:rPr>
        <w:t xml:space="preserve">to the </w:t>
      </w:r>
      <w:r>
        <w:rPr>
          <w:color w:val="00FFCC"/>
        </w:rPr>
        <w:t xml:space="preserve">leadership </w:t>
      </w:r>
      <w:r>
        <w:rPr>
          <w:color w:val="FF6600"/>
        </w:rPr>
        <w:t xml:space="preserve">of </w:t>
      </w:r>
      <w:r>
        <w:rPr>
          <w:color w:val="00FFCC"/>
        </w:rPr>
        <w:t xml:space="preserve">Comrade Napoleon </w:t>
      </w:r>
      <w:r>
        <w:rPr>
          <w:color w:val="000000"/>
        </w:rPr>
        <w:t xml:space="preserve">-- we </w:t>
      </w:r>
      <w:r>
        <w:rPr>
          <w:color w:val="CC3399"/>
        </w:rPr>
        <w:t xml:space="preserve">have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won </w:t>
      </w:r>
      <w:r>
        <w:rPr>
          <w:color w:val="000000"/>
        </w:rPr>
        <w:t xml:space="preserve">every </w:t>
      </w:r>
      <w:r>
        <w:rPr>
          <w:color w:val="00FFCC"/>
        </w:rPr>
        <w:t xml:space="preserve">inch </w:t>
      </w:r>
      <w:r>
        <w:rPr>
          <w:color w:val="FF6600"/>
        </w:rPr>
        <w:t xml:space="preserve">of </w:t>
      </w:r>
      <w:r>
        <w:rPr>
          <w:color w:val="000000"/>
        </w:rPr>
        <w:t xml:space="preserve">it </w:t>
      </w:r>
      <w:r>
        <w:rPr>
          <w:color w:val="00787F"/>
        </w:rPr>
        <w:t xml:space="preserve">back again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787F"/>
        </w:rPr>
        <w:t xml:space="preserve">Then </w:t>
      </w:r>
      <w:r>
        <w:rPr>
          <w:color w:val="000000"/>
        </w:rPr>
        <w:t xml:space="preserve">we </w:t>
      </w:r>
      <w:r>
        <w:rPr>
          <w:color w:val="CC3399"/>
        </w:rPr>
        <w:t xml:space="preserve">have won </w:t>
      </w:r>
      <w:r>
        <w:rPr>
          <w:color w:val="000000"/>
        </w:rPr>
        <w:t xml:space="preserve">back what we </w:t>
      </w:r>
      <w:r>
        <w:rPr>
          <w:color w:val="CC3399"/>
        </w:rPr>
        <w:t xml:space="preserve">had </w:t>
      </w:r>
      <w:r>
        <w:rPr>
          <w:color w:val="FF6600"/>
        </w:rPr>
        <w:t xml:space="preserve">before </w:t>
      </w:r>
      <w:r>
        <w:rPr>
          <w:color w:val="000000"/>
        </w:rPr>
        <w:t xml:space="preserve">, '' </w:t>
      </w:r>
      <w:r>
        <w:rPr>
          <w:color w:val="CC3399"/>
        </w:rPr>
        <w:t xml:space="preserve">said </w:t>
      </w:r>
      <w:r>
        <w:rPr>
          <w:color w:val="00FFCC"/>
        </w:rPr>
        <w:t xml:space="preserve">Boxer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That </w:t>
      </w:r>
      <w:r>
        <w:rPr>
          <w:color w:val="CC3399"/>
        </w:rPr>
        <w:t xml:space="preserve">is </w:t>
      </w:r>
      <w:r>
        <w:rPr>
          <w:color w:val="000000"/>
        </w:rPr>
        <w:t xml:space="preserve">our </w:t>
      </w:r>
      <w:r>
        <w:rPr>
          <w:color w:val="00FFCC"/>
        </w:rPr>
        <w:t xml:space="preserve">victory </w:t>
      </w:r>
      <w:r>
        <w:rPr>
          <w:color w:val="000000"/>
        </w:rPr>
        <w:t xml:space="preserve">, '' </w:t>
      </w:r>
      <w:r>
        <w:rPr>
          <w:color w:val="CC3399"/>
        </w:rPr>
        <w:t xml:space="preserve">said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limped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. The </w:t>
      </w:r>
      <w:r>
        <w:rPr>
          <w:color w:val="00FFCC"/>
        </w:rPr>
        <w:t xml:space="preserve">pellets </w:t>
      </w:r>
      <w:r>
        <w:rPr>
          <w:color w:val="FF6600"/>
        </w:rPr>
        <w:t xml:space="preserve">under </w:t>
      </w:r>
      <w:r>
        <w:rPr>
          <w:color w:val="000000"/>
        </w:rPr>
        <w:t xml:space="preserve">the </w:t>
      </w:r>
      <w:r>
        <w:rPr>
          <w:color w:val="00FFCC"/>
        </w:rPr>
        <w:t xml:space="preserve">skin </w:t>
      </w:r>
      <w:r>
        <w:rPr>
          <w:color w:val="FF6600"/>
        </w:rPr>
        <w:t xml:space="preserve">of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leg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smarted </w:t>
      </w:r>
      <w:r>
        <w:rPr>
          <w:color w:val="00787F"/>
        </w:rPr>
        <w:t xml:space="preserve">painfully </w:t>
      </w:r>
      <w:r>
        <w:rPr>
          <w:color w:val="000000"/>
        </w:rPr>
        <w:t xml:space="preserve">. He </w:t>
      </w:r>
      <w:r>
        <w:rPr>
          <w:color w:val="CC3399"/>
        </w:rPr>
        <w:t xml:space="preserve">saw </w:t>
      </w:r>
      <w:r>
        <w:rPr>
          <w:color w:val="00787F"/>
        </w:rPr>
        <w:t xml:space="preserve">ahead </w:t>
      </w:r>
      <w:r>
        <w:rPr>
          <w:color w:val="FF6600"/>
        </w:rPr>
        <w:t xml:space="preserve">of </w:t>
      </w:r>
      <w:r>
        <w:rPr>
          <w:color w:val="000000"/>
        </w:rPr>
        <w:t xml:space="preserve">him the </w:t>
      </w:r>
      <w:r>
        <w:rPr>
          <w:color w:val="33CCFF"/>
        </w:rPr>
        <w:t xml:space="preserve">heavy </w:t>
      </w:r>
      <w:r>
        <w:rPr>
          <w:color w:val="00FFCC"/>
        </w:rPr>
        <w:t xml:space="preserve">labour </w:t>
      </w:r>
      <w:r>
        <w:rPr>
          <w:color w:val="FF6600"/>
        </w:rPr>
        <w:t xml:space="preserve">of </w:t>
      </w:r>
      <w:r>
        <w:rPr>
          <w:color w:val="CC3399"/>
        </w:rPr>
        <w:t xml:space="preserve">rebuilding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windmill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foundations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already </w:t>
      </w:r>
      <w:r>
        <w:rPr>
          <w:color w:val="FF6600"/>
        </w:rPr>
        <w:t xml:space="preserve">in </w:t>
      </w:r>
      <w:r>
        <w:rPr>
          <w:color w:val="00FFCC"/>
        </w:rPr>
        <w:t xml:space="preserve">imagination </w:t>
      </w:r>
      <w:r>
        <w:rPr>
          <w:color w:val="000000"/>
        </w:rPr>
        <w:t xml:space="preserve">he </w:t>
      </w:r>
      <w:r>
        <w:rPr>
          <w:color w:val="CC3399"/>
        </w:rPr>
        <w:t xml:space="preserve">braced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himself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task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33CCFF"/>
        </w:rPr>
        <w:t xml:space="preserve">first </w:t>
      </w:r>
      <w:r>
        <w:rPr>
          <w:color w:val="00FFCC"/>
        </w:rPr>
        <w:t xml:space="preserve">time </w:t>
      </w:r>
      <w:r>
        <w:rPr>
          <w:color w:val="000000"/>
        </w:rPr>
        <w:t xml:space="preserve">it </w:t>
      </w:r>
      <w:r>
        <w:rPr>
          <w:color w:val="CC3399"/>
        </w:rPr>
        <w:t xml:space="preserve">occurred </w:t>
      </w:r>
      <w:r>
        <w:rPr>
          <w:color w:val="000000"/>
        </w:rPr>
        <w:t xml:space="preserve">to him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33CCFF"/>
        </w:rPr>
        <w:t xml:space="preserve">eleven </w:t>
      </w:r>
      <w:r>
        <w:rPr>
          <w:color w:val="00FFCC"/>
        </w:rPr>
        <w:t xml:space="preserve">years </w:t>
      </w:r>
      <w:r>
        <w:rPr>
          <w:color w:val="33CCFF"/>
        </w:rPr>
        <w:t xml:space="preserve">old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00787F"/>
        </w:rPr>
        <w:t xml:space="preserve">perhaps </w:t>
      </w:r>
      <w:r>
        <w:rPr>
          <w:color w:val="000000"/>
        </w:rPr>
        <w:t xml:space="preserve">his </w:t>
      </w:r>
      <w:r>
        <w:rPr>
          <w:color w:val="33CCFF"/>
        </w:rPr>
        <w:t xml:space="preserve">great </w:t>
      </w:r>
      <w:r>
        <w:rPr>
          <w:color w:val="00FFCC"/>
        </w:rPr>
        <w:t xml:space="preserve">muscles </w:t>
      </w:r>
      <w:r>
        <w:rPr>
          <w:color w:val="CC3399"/>
        </w:rPr>
        <w:t xml:space="preserve">were </w:t>
      </w:r>
      <w:r>
        <w:rPr>
          <w:color w:val="00787F"/>
        </w:rPr>
        <w:t xml:space="preserve">not quite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what they </w:t>
      </w:r>
      <w:r>
        <w:rPr>
          <w:color w:val="CC3399"/>
        </w:rPr>
        <w:t xml:space="preserve">had </w:t>
      </w:r>
      <w:r>
        <w:rPr>
          <w:color w:val="00787F"/>
        </w:rPr>
        <w:t xml:space="preserve">once </w:t>
      </w:r>
      <w:r>
        <w:rPr>
          <w:color w:val="CC3399"/>
        </w:rPr>
        <w:t xml:space="preserve">been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000000"/>
        </w:rPr>
        <w:t xml:space="preserve">when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saw </w:t>
      </w:r>
      <w:r>
        <w:rPr>
          <w:color w:val="000000"/>
        </w:rPr>
        <w:t xml:space="preserve">the </w:t>
      </w:r>
      <w:r>
        <w:rPr>
          <w:color w:val="33CCFF"/>
        </w:rPr>
        <w:t xml:space="preserve">green </w:t>
      </w:r>
      <w:r>
        <w:rPr>
          <w:color w:val="00FFCC"/>
        </w:rPr>
        <w:t xml:space="preserve">flag </w:t>
      </w:r>
      <w:r>
        <w:rPr>
          <w:color w:val="CC3399"/>
        </w:rPr>
        <w:t xml:space="preserve">flying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heard </w:t>
      </w:r>
      <w:r>
        <w:rPr>
          <w:color w:val="000000"/>
        </w:rPr>
        <w:t xml:space="preserve">the </w:t>
      </w:r>
      <w:r>
        <w:rPr>
          <w:color w:val="00FFCC"/>
        </w:rPr>
        <w:t xml:space="preserve">gun firing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again </w:t>
      </w:r>
      <w:r>
        <w:rPr>
          <w:color w:val="000000"/>
        </w:rPr>
        <w:t xml:space="preserve">-- seven </w:t>
      </w:r>
      <w:r>
        <w:rPr>
          <w:color w:val="00FFCC"/>
        </w:rPr>
        <w:t xml:space="preserve">times </w:t>
      </w:r>
      <w:r>
        <w:rPr>
          <w:color w:val="000000"/>
        </w:rPr>
        <w:t xml:space="preserve">it </w:t>
      </w:r>
      <w:r>
        <w:rPr>
          <w:color w:val="CC3399"/>
        </w:rPr>
        <w:t xml:space="preserve">was fired </w:t>
      </w:r>
      <w:r>
        <w:rPr>
          <w:color w:val="FF6600"/>
        </w:rPr>
        <w:t xml:space="preserve">in </w:t>
      </w:r>
      <w:r>
        <w:rPr>
          <w:color w:val="000000"/>
        </w:rPr>
        <w:t xml:space="preserve">all -- </w:t>
      </w:r>
      <w:r>
        <w:rPr>
          <w:color w:val="FF0066"/>
        </w:rPr>
        <w:t xml:space="preserve">and </w:t>
      </w:r>
      <w:r>
        <w:rPr>
          <w:color w:val="CC3399"/>
        </w:rPr>
        <w:t xml:space="preserve">heard </w:t>
      </w:r>
      <w:r>
        <w:rPr>
          <w:color w:val="000000"/>
        </w:rPr>
        <w:t xml:space="preserve">the </w:t>
      </w:r>
      <w:r>
        <w:rPr>
          <w:color w:val="00FFCC"/>
        </w:rPr>
        <w:t xml:space="preserve">speech </w:t>
      </w:r>
      <w:r>
        <w:rPr>
          <w:color w:val="FF6600"/>
        </w:rPr>
        <w:t xml:space="preserve">that </w:t>
      </w:r>
      <w:r>
        <w:rPr>
          <w:color w:val="00FFCC"/>
        </w:rPr>
        <w:t xml:space="preserve">Napoleon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made </w:t>
      </w:r>
      <w:r>
        <w:rPr>
          <w:color w:val="000000"/>
        </w:rPr>
        <w:t xml:space="preserve">, </w:t>
      </w:r>
      <w:r>
        <w:rPr>
          <w:color w:val="CC3399"/>
        </w:rPr>
        <w:t xml:space="preserve">congratulating </w:t>
      </w:r>
      <w:r>
        <w:rPr>
          <w:color w:val="000000"/>
        </w:rPr>
        <w:t xml:space="preserve">them </w:t>
      </w:r>
      <w:r>
        <w:rPr>
          <w:color w:val="FF6600"/>
        </w:rPr>
        <w:t xml:space="preserve">on </w:t>
      </w:r>
      <w:r>
        <w:rPr>
          <w:color w:val="000000"/>
        </w:rPr>
        <w:t xml:space="preserve">their </w:t>
      </w:r>
      <w:r>
        <w:rPr>
          <w:color w:val="00FFCC"/>
        </w:rPr>
        <w:t xml:space="preserve">conduct </w:t>
      </w:r>
      <w:r>
        <w:rPr>
          <w:color w:val="000000"/>
        </w:rPr>
        <w:t xml:space="preserve">, it </w:t>
      </w:r>
      <w:r>
        <w:rPr>
          <w:color w:val="CC3399"/>
        </w:rPr>
        <w:t xml:space="preserve">did seem </w:t>
      </w:r>
      <w:r>
        <w:rPr>
          <w:color w:val="000000"/>
        </w:rPr>
        <w:t xml:space="preserve">to them </w:t>
      </w:r>
      <w:r>
        <w:rPr>
          <w:color w:val="FF6600"/>
        </w:rPr>
        <w:t xml:space="preserve">after </w:t>
      </w:r>
      <w:r>
        <w:rPr>
          <w:color w:val="000000"/>
        </w:rPr>
        <w:t xml:space="preserve">all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won </w:t>
      </w:r>
      <w:r>
        <w:rPr>
          <w:color w:val="000000"/>
        </w:rPr>
        <w:t xml:space="preserve">a </w:t>
      </w:r>
      <w:r>
        <w:rPr>
          <w:color w:val="33CCFF"/>
        </w:rPr>
        <w:t xml:space="preserve">great </w:t>
      </w:r>
      <w:r>
        <w:rPr>
          <w:color w:val="00FFCC"/>
        </w:rPr>
        <w:t xml:space="preserve">victory </w:t>
      </w:r>
      <w:r>
        <w:rPr>
          <w:color w:val="000000"/>
        </w:rPr>
        <w:t xml:space="preserve">. The </w:t>
      </w:r>
      <w:r>
        <w:rPr>
          <w:color w:val="00FFCC"/>
        </w:rPr>
        <w:t>anima</w:t>
      </w:r>
      <w:r>
        <w:rPr>
          <w:color w:val="00FFCC"/>
        </w:rPr>
        <w:t xml:space="preserve">ls </w:t>
      </w:r>
      <w:r>
        <w:rPr>
          <w:color w:val="CC3399"/>
        </w:rPr>
        <w:t xml:space="preserve">slain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given </w:t>
      </w:r>
      <w:r>
        <w:rPr>
          <w:color w:val="000000"/>
        </w:rPr>
        <w:t xml:space="preserve">a </w:t>
      </w:r>
      <w:r>
        <w:rPr>
          <w:color w:val="33CCFF"/>
        </w:rPr>
        <w:t xml:space="preserve">solemn funeral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FF0066"/>
        </w:rPr>
        <w:t xml:space="preserve">and </w:t>
      </w:r>
      <w:r>
        <w:rPr>
          <w:color w:val="00FFCC"/>
        </w:rPr>
        <w:t xml:space="preserve">Clover </w:t>
      </w:r>
      <w:r>
        <w:rPr>
          <w:color w:val="CC3399"/>
        </w:rPr>
        <w:t xml:space="preserve">pulled </w:t>
      </w:r>
      <w:r>
        <w:rPr>
          <w:color w:val="000000"/>
        </w:rPr>
        <w:t xml:space="preserve">the </w:t>
      </w:r>
      <w:r>
        <w:rPr>
          <w:color w:val="00FFCC"/>
        </w:rPr>
        <w:t xml:space="preserve">wagon </w:t>
      </w:r>
      <w:r>
        <w:rPr>
          <w:color w:val="000000"/>
        </w:rPr>
        <w:t xml:space="preserve">which </w:t>
      </w:r>
      <w:r>
        <w:rPr>
          <w:color w:val="CC3399"/>
        </w:rPr>
        <w:t xml:space="preserve">served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00FFCC"/>
        </w:rPr>
        <w:t xml:space="preserve">hearse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himself </w:t>
      </w:r>
      <w:r>
        <w:rPr>
          <w:color w:val="CC3399"/>
        </w:rPr>
        <w:t xml:space="preserve">walked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head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procession </w:t>
      </w:r>
      <w:r>
        <w:rPr>
          <w:color w:val="000000"/>
        </w:rPr>
        <w:t xml:space="preserve">. Two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whole </w:t>
      </w:r>
      <w:r>
        <w:rPr>
          <w:color w:val="00FFCC"/>
        </w:rPr>
        <w:t xml:space="preserve">days </w:t>
      </w:r>
      <w:r>
        <w:rPr>
          <w:color w:val="CC3399"/>
        </w:rPr>
        <w:t xml:space="preserve">were given </w:t>
      </w:r>
      <w:r>
        <w:rPr>
          <w:color w:val="FF6600"/>
        </w:rPr>
        <w:t xml:space="preserve">over </w:t>
      </w:r>
      <w:r>
        <w:rPr>
          <w:color w:val="000000"/>
        </w:rPr>
        <w:t xml:space="preserve">to </w:t>
      </w:r>
      <w:r>
        <w:rPr>
          <w:color w:val="00FFCC"/>
        </w:rPr>
        <w:t xml:space="preserve">celebrations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were </w:t>
      </w:r>
      <w:r>
        <w:rPr>
          <w:color w:val="00FFCC"/>
        </w:rPr>
        <w:t xml:space="preserve">songs </w:t>
      </w:r>
      <w:r>
        <w:rPr>
          <w:color w:val="000000"/>
        </w:rPr>
        <w:t xml:space="preserve">, </w:t>
      </w:r>
      <w:r>
        <w:rPr>
          <w:color w:val="00FFCC"/>
        </w:rPr>
        <w:t xml:space="preserve">speeches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more </w:t>
      </w:r>
      <w:r>
        <w:rPr>
          <w:color w:val="00FFCC"/>
        </w:rPr>
        <w:t xml:space="preserve">firing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gun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33CCFF"/>
        </w:rPr>
        <w:t xml:space="preserve">special </w:t>
      </w:r>
      <w:r>
        <w:rPr>
          <w:color w:val="00FFCC"/>
        </w:rPr>
        <w:t xml:space="preserve">gift </w:t>
      </w:r>
      <w:r>
        <w:rPr>
          <w:color w:val="FF6600"/>
        </w:rPr>
        <w:t xml:space="preserve">of </w:t>
      </w:r>
      <w:r>
        <w:rPr>
          <w:color w:val="000000"/>
        </w:rPr>
        <w:t xml:space="preserve">an </w:t>
      </w:r>
      <w:r>
        <w:rPr>
          <w:color w:val="00FFCC"/>
        </w:rPr>
        <w:t xml:space="preserve">apple </w:t>
      </w:r>
      <w:r>
        <w:rPr>
          <w:color w:val="CC3399"/>
        </w:rPr>
        <w:t xml:space="preserve">was bestowed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every </w:t>
      </w:r>
      <w:r>
        <w:rPr>
          <w:color w:val="00FFCC"/>
        </w:rPr>
        <w:t xml:space="preserve">animal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two </w:t>
      </w:r>
      <w:r>
        <w:rPr>
          <w:color w:val="00FFCC"/>
        </w:rPr>
        <w:t xml:space="preserve">ounces </w:t>
      </w:r>
      <w:r>
        <w:rPr>
          <w:color w:val="FF6600"/>
        </w:rPr>
        <w:t xml:space="preserve">of </w:t>
      </w:r>
      <w:r>
        <w:rPr>
          <w:color w:val="00FFCC"/>
        </w:rPr>
        <w:t xml:space="preserve">corn </w:t>
      </w:r>
      <w:r>
        <w:rPr>
          <w:color w:val="FF6600"/>
        </w:rPr>
        <w:t xml:space="preserve">for </w:t>
      </w:r>
      <w:r>
        <w:rPr>
          <w:color w:val="000000"/>
        </w:rPr>
        <w:t xml:space="preserve">each </w:t>
      </w:r>
      <w:r>
        <w:rPr>
          <w:color w:val="00FFCC"/>
        </w:rPr>
        <w:t xml:space="preserve">bird </w:t>
      </w:r>
      <w:r>
        <w:rPr>
          <w:color w:val="FF0066"/>
        </w:rPr>
        <w:t xml:space="preserve">and </w:t>
      </w:r>
      <w:r>
        <w:rPr>
          <w:color w:val="000000"/>
        </w:rPr>
        <w:t xml:space="preserve">three </w:t>
      </w:r>
      <w:r>
        <w:rPr>
          <w:color w:val="00FFCC"/>
        </w:rPr>
        <w:t xml:space="preserve">biscuits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each </w:t>
      </w:r>
      <w:r>
        <w:rPr>
          <w:color w:val="00FFCC"/>
        </w:rPr>
        <w:t xml:space="preserve">dog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announced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called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00FFCC"/>
        </w:rPr>
        <w:t>Na</w:t>
      </w:r>
      <w:r>
        <w:rPr>
          <w:color w:val="00FFCC"/>
        </w:rPr>
        <w:t xml:space="preserve">poleon </w:t>
      </w:r>
      <w:r>
        <w:rPr>
          <w:color w:val="CC3399"/>
        </w:rPr>
        <w:t xml:space="preserve">had created </w:t>
      </w:r>
      <w:r>
        <w:rPr>
          <w:color w:val="000000"/>
        </w:rPr>
        <w:t xml:space="preserve">a </w:t>
      </w:r>
      <w:r>
        <w:rPr>
          <w:color w:val="33CCFF"/>
        </w:rPr>
        <w:t xml:space="preserve">new </w:t>
      </w:r>
      <w:r>
        <w:rPr>
          <w:color w:val="00FFCC"/>
        </w:rPr>
        <w:t xml:space="preserve">decoration </w:t>
      </w:r>
      <w:r>
        <w:rPr>
          <w:color w:val="000000"/>
        </w:rPr>
        <w:t xml:space="preserve">, the </w:t>
      </w:r>
      <w:r>
        <w:rPr>
          <w:color w:val="00FFCC"/>
        </w:rPr>
        <w:t xml:space="preserve">Order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Green Banner </w:t>
      </w:r>
      <w:r>
        <w:rPr>
          <w:color w:val="000000"/>
        </w:rPr>
        <w:t xml:space="preserve">, which he </w:t>
      </w:r>
      <w:r>
        <w:rPr>
          <w:color w:val="CC3399"/>
        </w:rPr>
        <w:t xml:space="preserve">had conferred </w:t>
      </w:r>
      <w:r>
        <w:rPr>
          <w:color w:val="FF6600"/>
        </w:rPr>
        <w:t xml:space="preserve">upon </w:t>
      </w:r>
      <w:r>
        <w:rPr>
          <w:color w:val="000000"/>
        </w:rPr>
        <w:t xml:space="preserve">himself 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general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rejoicings </w:t>
      </w:r>
      <w:r>
        <w:rPr>
          <w:color w:val="000000"/>
        </w:rPr>
        <w:t xml:space="preserve">the </w:t>
      </w:r>
      <w:r>
        <w:rPr>
          <w:color w:val="33CCFF"/>
        </w:rPr>
        <w:t xml:space="preserve">unfortunate </w:t>
      </w:r>
      <w:r>
        <w:rPr>
          <w:color w:val="00FFCC"/>
        </w:rPr>
        <w:t xml:space="preserve">affair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banknotes </w:t>
      </w:r>
      <w:r>
        <w:rPr>
          <w:color w:val="CC3399"/>
        </w:rPr>
        <w:t xml:space="preserve">was forgotten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days </w:t>
      </w:r>
      <w:r>
        <w:rPr>
          <w:color w:val="00787F"/>
        </w:rPr>
        <w:t xml:space="preserve">later </w:t>
      </w:r>
      <w:r>
        <w:rPr>
          <w:color w:val="FF6600"/>
        </w:rPr>
        <w:t xml:space="preserve">than </w:t>
      </w:r>
      <w:r>
        <w:rPr>
          <w:color w:val="000000"/>
        </w:rPr>
        <w:t xml:space="preserve">this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came </w:t>
      </w:r>
      <w:r>
        <w:rPr>
          <w:color w:val="FF6600"/>
        </w:rPr>
        <w:t xml:space="preserve">upon </w:t>
      </w:r>
      <w:r>
        <w:rPr>
          <w:color w:val="000000"/>
        </w:rPr>
        <w:t xml:space="preserve">a </w:t>
      </w:r>
      <w:r>
        <w:rPr>
          <w:color w:val="00FFCC"/>
        </w:rPr>
        <w:t xml:space="preserve">case </w:t>
      </w:r>
      <w:r>
        <w:rPr>
          <w:color w:val="FF6600"/>
        </w:rPr>
        <w:t xml:space="preserve">of </w:t>
      </w:r>
      <w:r>
        <w:rPr>
          <w:color w:val="00FFCC"/>
        </w:rPr>
        <w:t xml:space="preserve">whisky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cellars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. It </w:t>
      </w:r>
      <w:r>
        <w:rPr>
          <w:color w:val="CC3399"/>
        </w:rPr>
        <w:t xml:space="preserve">had been overlooked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time </w:t>
      </w:r>
      <w:r>
        <w:rPr>
          <w:color w:val="000000"/>
        </w:rPr>
        <w:t xml:space="preserve">when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house </w:t>
      </w:r>
      <w:r>
        <w:rPr>
          <w:color w:val="CC3399"/>
        </w:rPr>
        <w:t xml:space="preserve">was </w:t>
      </w:r>
      <w:r>
        <w:rPr>
          <w:color w:val="00787F"/>
        </w:rPr>
        <w:t xml:space="preserve">first </w:t>
      </w:r>
      <w:r>
        <w:rPr>
          <w:color w:val="CC3399"/>
        </w:rPr>
        <w:t xml:space="preserve">occupied </w:t>
      </w:r>
      <w:r>
        <w:rPr>
          <w:color w:val="000000"/>
        </w:rPr>
        <w:t xml:space="preserve">. That </w:t>
      </w:r>
      <w:r>
        <w:rPr>
          <w:color w:val="00FFCC"/>
        </w:rPr>
        <w:t xml:space="preserve">night </w:t>
      </w:r>
      <w:r>
        <w:rPr>
          <w:color w:val="00787F"/>
        </w:rPr>
        <w:t xml:space="preserve">there </w:t>
      </w:r>
      <w:r>
        <w:rPr>
          <w:color w:val="CC3399"/>
        </w:rPr>
        <w:t xml:space="preserve">came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sound </w:t>
      </w:r>
      <w:r>
        <w:rPr>
          <w:color w:val="FF6600"/>
        </w:rPr>
        <w:t xml:space="preserve">of </w:t>
      </w:r>
      <w:r>
        <w:rPr>
          <w:color w:val="33CCFF"/>
        </w:rPr>
        <w:t xml:space="preserve">loud </w:t>
      </w:r>
      <w:r>
        <w:rPr>
          <w:color w:val="00FFCC"/>
        </w:rPr>
        <w:t xml:space="preserve">singing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0000"/>
        </w:rPr>
        <w:t xml:space="preserve">which , to </w:t>
      </w:r>
      <w:r>
        <w:rPr>
          <w:color w:val="00FFCC"/>
        </w:rPr>
        <w:t xml:space="preserve">everyone </w:t>
      </w:r>
      <w:r>
        <w:rPr>
          <w:color w:val="000000"/>
        </w:rPr>
        <w:t xml:space="preserve">'s </w:t>
      </w:r>
      <w:r>
        <w:rPr>
          <w:color w:val="00FFCC"/>
        </w:rPr>
        <w:t xml:space="preserve">surprise </w:t>
      </w:r>
      <w:r>
        <w:rPr>
          <w:color w:val="000000"/>
        </w:rPr>
        <w:t xml:space="preserve">, the </w:t>
      </w:r>
      <w:r>
        <w:rPr>
          <w:color w:val="00FFCC"/>
        </w:rPr>
        <w:t xml:space="preserve">strains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</w:t>
      </w:r>
      <w:r>
        <w:rPr>
          <w:color w:val="CC3399"/>
        </w:rPr>
        <w:t xml:space="preserve">were </w:t>
      </w:r>
      <w:r>
        <w:rPr>
          <w:color w:val="33CCFF"/>
        </w:rPr>
        <w:t xml:space="preserve">mixed </w:t>
      </w:r>
      <w:r>
        <w:rPr>
          <w:color w:val="00787F"/>
        </w:rPr>
        <w:t xml:space="preserve">up </w:t>
      </w:r>
      <w:r>
        <w:rPr>
          <w:color w:val="000000"/>
        </w:rPr>
        <w:t xml:space="preserve">. </w:t>
      </w:r>
      <w:r>
        <w:rPr>
          <w:color w:val="FF6600"/>
        </w:rPr>
        <w:t xml:space="preserve">At about </w:t>
      </w:r>
      <w:r>
        <w:rPr>
          <w:color w:val="00FFCC"/>
        </w:rPr>
        <w:t xml:space="preserve">half </w:t>
      </w:r>
      <w:r>
        <w:rPr>
          <w:color w:val="33CCFF"/>
        </w:rPr>
        <w:t xml:space="preserve">past </w:t>
      </w:r>
      <w:r>
        <w:rPr>
          <w:color w:val="000000"/>
        </w:rPr>
        <w:t xml:space="preserve">nine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wearing </w:t>
      </w:r>
      <w:r>
        <w:rPr>
          <w:color w:val="000000"/>
        </w:rPr>
        <w:t xml:space="preserve">an </w:t>
      </w:r>
      <w:r>
        <w:rPr>
          <w:color w:val="33CCFF"/>
        </w:rPr>
        <w:t xml:space="preserve">old </w:t>
      </w:r>
      <w:r>
        <w:rPr>
          <w:color w:val="00FFCC"/>
        </w:rPr>
        <w:t xml:space="preserve">bowler hat </w:t>
      </w:r>
      <w:r>
        <w:rPr>
          <w:color w:val="FF6600"/>
        </w:rPr>
        <w:t xml:space="preserve">of </w:t>
      </w:r>
      <w:r>
        <w:rPr>
          <w:color w:val="00FFCC"/>
        </w:rPr>
        <w:t xml:space="preserve">Mr. Jones </w:t>
      </w:r>
      <w:r>
        <w:rPr>
          <w:color w:val="000000"/>
        </w:rPr>
        <w:t xml:space="preserve">'s , </w:t>
      </w:r>
      <w:r>
        <w:rPr>
          <w:color w:val="CC3399"/>
        </w:rPr>
        <w:t xml:space="preserve">was </w:t>
      </w:r>
      <w:r>
        <w:rPr>
          <w:color w:val="00787F"/>
        </w:rPr>
        <w:t xml:space="preserve">distinctly </w:t>
      </w:r>
      <w:r>
        <w:rPr>
          <w:color w:val="CC3399"/>
        </w:rPr>
        <w:t xml:space="preserve">seen </w:t>
      </w:r>
      <w:r>
        <w:rPr>
          <w:color w:val="000000"/>
        </w:rPr>
        <w:t xml:space="preserve">to </w:t>
      </w:r>
      <w:r>
        <w:rPr>
          <w:color w:val="CC3399"/>
        </w:rPr>
        <w:t xml:space="preserve">emerge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33CCFF"/>
        </w:rPr>
        <w:t xml:space="preserve">back </w:t>
      </w:r>
      <w:r>
        <w:rPr>
          <w:color w:val="00FFCC"/>
        </w:rPr>
        <w:t xml:space="preserve">door </w:t>
      </w:r>
      <w:r>
        <w:rPr>
          <w:color w:val="000000"/>
        </w:rPr>
        <w:t xml:space="preserve">, </w:t>
      </w:r>
      <w:r>
        <w:rPr>
          <w:color w:val="CC3399"/>
        </w:rPr>
        <w:t xml:space="preserve">gallop </w:t>
      </w:r>
      <w:r>
        <w:rPr>
          <w:color w:val="00787F"/>
        </w:rPr>
        <w:t xml:space="preserve">rapidly </w:t>
      </w:r>
      <w:r>
        <w:rPr>
          <w:color w:val="CC3399"/>
        </w:rPr>
        <w:t xml:space="preserve">round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33CCFF"/>
        </w:rPr>
        <w:t xml:space="preserve">disappear </w:t>
      </w:r>
      <w:r>
        <w:rPr>
          <w:color w:val="00FFCC"/>
        </w:rPr>
        <w:t xml:space="preserve">indoors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again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morning </w:t>
      </w:r>
      <w:r>
        <w:rPr>
          <w:color w:val="000000"/>
        </w:rPr>
        <w:t xml:space="preserve">a </w:t>
      </w:r>
      <w:r>
        <w:rPr>
          <w:color w:val="33CCFF"/>
        </w:rPr>
        <w:t xml:space="preserve">deep </w:t>
      </w:r>
      <w:r>
        <w:rPr>
          <w:color w:val="00FFCC"/>
        </w:rPr>
        <w:t xml:space="preserve">silence </w:t>
      </w:r>
      <w:r>
        <w:rPr>
          <w:color w:val="00FFCC"/>
        </w:rPr>
        <w:t xml:space="preserve">hung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. </w:t>
      </w:r>
      <w:r>
        <w:rPr>
          <w:color w:val="00787F"/>
        </w:rPr>
        <w:t xml:space="preserve">Not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pig </w:t>
      </w:r>
      <w:r>
        <w:rPr>
          <w:color w:val="CC3399"/>
        </w:rPr>
        <w:t xml:space="preserve">appeared </w:t>
      </w:r>
      <w:r>
        <w:rPr>
          <w:color w:val="000000"/>
        </w:rPr>
        <w:t xml:space="preserve">to </w:t>
      </w:r>
      <w:r>
        <w:rPr>
          <w:color w:val="CC3399"/>
        </w:rPr>
        <w:t xml:space="preserve">be stirring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787F"/>
        </w:rPr>
        <w:t xml:space="preserve">nearly </w:t>
      </w:r>
      <w:r>
        <w:rPr>
          <w:color w:val="000000"/>
        </w:rPr>
        <w:t xml:space="preserve">nine </w:t>
      </w:r>
      <w:r>
        <w:rPr>
          <w:color w:val="00FFCC"/>
        </w:rPr>
        <w:t xml:space="preserve">o'clock </w:t>
      </w:r>
      <w:r>
        <w:rPr>
          <w:color w:val="000000"/>
        </w:rPr>
        <w:t xml:space="preserve">when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made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appearance </w:t>
      </w:r>
      <w:r>
        <w:rPr>
          <w:color w:val="000000"/>
        </w:rPr>
        <w:t xml:space="preserve">, </w:t>
      </w:r>
      <w:r>
        <w:rPr>
          <w:color w:val="CC3399"/>
        </w:rPr>
        <w:t xml:space="preserve">walking </w:t>
      </w:r>
      <w:r>
        <w:rPr>
          <w:color w:val="00787F"/>
        </w:rPr>
        <w:t xml:space="preserve">slowly </w:t>
      </w:r>
      <w:r>
        <w:rPr>
          <w:color w:val="FF0066"/>
        </w:rPr>
        <w:t xml:space="preserve">and </w:t>
      </w:r>
      <w:r>
        <w:rPr>
          <w:color w:val="00787F"/>
        </w:rPr>
        <w:t xml:space="preserve">dejectedly </w:t>
      </w:r>
      <w:r>
        <w:rPr>
          <w:color w:val="000000"/>
        </w:rPr>
        <w:t xml:space="preserve">, his </w:t>
      </w:r>
      <w:r>
        <w:rPr>
          <w:color w:val="00FFCC"/>
        </w:rPr>
        <w:t xml:space="preserve">eyes dull </w:t>
      </w:r>
      <w:r>
        <w:rPr>
          <w:color w:val="000000"/>
        </w:rPr>
        <w:t xml:space="preserve">, his </w:t>
      </w:r>
      <w:r>
        <w:rPr>
          <w:color w:val="00FFCC"/>
        </w:rPr>
        <w:t xml:space="preserve">tail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hanging </w:t>
      </w:r>
      <w:r>
        <w:rPr>
          <w:color w:val="00787F"/>
        </w:rPr>
        <w:t xml:space="preserve">limply </w:t>
      </w:r>
      <w:r>
        <w:rPr>
          <w:color w:val="FF6600"/>
        </w:rPr>
        <w:t xml:space="preserve">behind </w:t>
      </w:r>
      <w:r>
        <w:rPr>
          <w:color w:val="000000"/>
        </w:rPr>
        <w:t xml:space="preserve">him , </w:t>
      </w:r>
      <w:r>
        <w:rPr>
          <w:color w:val="FF0066"/>
        </w:rPr>
        <w:t xml:space="preserve">and </w:t>
      </w:r>
      <w:r>
        <w:rPr>
          <w:color w:val="FF6600"/>
        </w:rPr>
        <w:t xml:space="preserve">with </w:t>
      </w:r>
      <w:r>
        <w:rPr>
          <w:color w:val="000000"/>
        </w:rPr>
        <w:t xml:space="preserve">every </w:t>
      </w:r>
      <w:r>
        <w:rPr>
          <w:color w:val="00FFCC"/>
        </w:rPr>
        <w:t xml:space="preserve">appearance </w:t>
      </w:r>
      <w:r>
        <w:rPr>
          <w:color w:val="FF6600"/>
        </w:rPr>
        <w:t xml:space="preserve">of </w:t>
      </w:r>
      <w:r>
        <w:rPr>
          <w:color w:val="CC3399"/>
        </w:rPr>
        <w:t xml:space="preserve">being </w:t>
      </w:r>
      <w:r>
        <w:rPr>
          <w:color w:val="00787F"/>
        </w:rPr>
        <w:t xml:space="preserve">seriously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ill </w:t>
      </w:r>
      <w:r>
        <w:rPr>
          <w:color w:val="000000"/>
        </w:rPr>
        <w:t xml:space="preserve">. He </w:t>
      </w:r>
      <w:r>
        <w:rPr>
          <w:color w:val="CC3399"/>
        </w:rPr>
        <w:t xml:space="preserve">called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787F"/>
        </w:rPr>
        <w:t xml:space="preserve">together </w:t>
      </w:r>
      <w:r>
        <w:rPr>
          <w:color w:val="FF0066"/>
        </w:rPr>
        <w:t xml:space="preserve">and </w:t>
      </w:r>
      <w:r>
        <w:rPr>
          <w:color w:val="CC3399"/>
        </w:rPr>
        <w:t xml:space="preserve">told </w:t>
      </w:r>
      <w:r>
        <w:rPr>
          <w:color w:val="000000"/>
        </w:rPr>
        <w:t xml:space="preserve">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had </w:t>
      </w:r>
      <w:r>
        <w:rPr>
          <w:color w:val="000000"/>
        </w:rPr>
        <w:t xml:space="preserve">a </w:t>
      </w:r>
      <w:r>
        <w:rPr>
          <w:color w:val="33CCFF"/>
        </w:rPr>
        <w:t xml:space="preserve">terrible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piece </w:t>
      </w:r>
      <w:r>
        <w:rPr>
          <w:color w:val="FF6600"/>
        </w:rPr>
        <w:t xml:space="preserve">of </w:t>
      </w:r>
      <w:r>
        <w:rPr>
          <w:color w:val="00FFCC"/>
        </w:rPr>
        <w:t xml:space="preserve">news </w:t>
      </w:r>
      <w:r>
        <w:rPr>
          <w:color w:val="000000"/>
        </w:rPr>
        <w:t xml:space="preserve">to </w:t>
      </w:r>
      <w:r>
        <w:rPr>
          <w:color w:val="CC3399"/>
        </w:rPr>
        <w:t xml:space="preserve">impart </w:t>
      </w:r>
      <w:r>
        <w:rPr>
          <w:color w:val="000000"/>
        </w:rPr>
        <w:t xml:space="preserve">. </w:t>
      </w:r>
      <w:r>
        <w:rPr>
          <w:color w:val="00FFCC"/>
        </w:rPr>
        <w:t xml:space="preserve">Comrade Napoleon </w:t>
      </w:r>
      <w:r>
        <w:rPr>
          <w:color w:val="CC3399"/>
        </w:rPr>
        <w:t xml:space="preserve">was dying </w:t>
      </w:r>
      <w:r>
        <w:rPr>
          <w:color w:val="000000"/>
        </w:rPr>
        <w:t xml:space="preserve">!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00FFCC"/>
        </w:rPr>
        <w:t xml:space="preserve">cry </w:t>
      </w:r>
      <w:r>
        <w:rPr>
          <w:color w:val="FF6600"/>
        </w:rPr>
        <w:t xml:space="preserve">of </w:t>
      </w:r>
      <w:r>
        <w:rPr>
          <w:color w:val="00FFCC"/>
        </w:rPr>
        <w:t xml:space="preserve">lamentation </w:t>
      </w:r>
      <w:r>
        <w:rPr>
          <w:color w:val="CC3399"/>
        </w:rPr>
        <w:t xml:space="preserve">went </w:t>
      </w:r>
      <w:r>
        <w:rPr>
          <w:color w:val="00787F"/>
        </w:rPr>
        <w:t xml:space="preserve">up </w:t>
      </w:r>
      <w:r>
        <w:rPr>
          <w:color w:val="000000"/>
        </w:rPr>
        <w:t xml:space="preserve">. </w:t>
      </w:r>
      <w:r>
        <w:rPr>
          <w:color w:val="00FFCC"/>
        </w:rPr>
        <w:t xml:space="preserve">Straw </w:t>
      </w:r>
      <w:r>
        <w:rPr>
          <w:color w:val="CC3399"/>
        </w:rPr>
        <w:t xml:space="preserve">was laid </w:t>
      </w:r>
      <w:r>
        <w:rPr>
          <w:color w:val="00787F"/>
        </w:rPr>
        <w:t xml:space="preserve">down </w:t>
      </w:r>
      <w:r>
        <w:rPr>
          <w:color w:val="FF6600"/>
        </w:rPr>
        <w:t xml:space="preserve">outside </w:t>
      </w:r>
      <w:r>
        <w:rPr>
          <w:color w:val="000000"/>
        </w:rPr>
        <w:t xml:space="preserve">the </w:t>
      </w:r>
      <w:r>
        <w:rPr>
          <w:color w:val="00FFCC"/>
        </w:rPr>
        <w:t xml:space="preserve">doors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farmhouse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walked </w:t>
      </w:r>
      <w:r>
        <w:rPr>
          <w:color w:val="FF6600"/>
        </w:rPr>
        <w:t>o</w:t>
      </w:r>
      <w:r>
        <w:rPr>
          <w:color w:val="FF6600"/>
        </w:rPr>
        <w:t xml:space="preserve">n </w:t>
      </w:r>
      <w:r>
        <w:rPr>
          <w:color w:val="00FFCC"/>
        </w:rPr>
        <w:t xml:space="preserve">tiptoe </w:t>
      </w:r>
      <w:r>
        <w:rPr>
          <w:color w:val="000000"/>
        </w:rPr>
        <w:t xml:space="preserve">. </w:t>
      </w:r>
      <w:r>
        <w:rPr>
          <w:color w:val="FF6600"/>
        </w:rPr>
        <w:t xml:space="preserve">With </w:t>
      </w:r>
      <w:r>
        <w:rPr>
          <w:color w:val="00FFCC"/>
        </w:rPr>
        <w:t xml:space="preserve">tears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eyes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asked </w:t>
      </w:r>
      <w:r>
        <w:rPr>
          <w:color w:val="000000"/>
        </w:rPr>
        <w:t xml:space="preserve">one another what they </w:t>
      </w:r>
      <w:r>
        <w:rPr>
          <w:color w:val="003E3E"/>
        </w:rPr>
        <w:t xml:space="preserve">should </w:t>
      </w:r>
      <w:r>
        <w:rPr>
          <w:color w:val="CC3399"/>
        </w:rPr>
        <w:t xml:space="preserve">do </w:t>
      </w:r>
      <w:r>
        <w:rPr>
          <w:color w:val="FF6600"/>
        </w:rPr>
        <w:t xml:space="preserve">if </w:t>
      </w:r>
      <w:r>
        <w:rPr>
          <w:color w:val="000000"/>
        </w:rPr>
        <w:t xml:space="preserve">their </w:t>
      </w:r>
      <w:r>
        <w:rPr>
          <w:color w:val="00FFCC"/>
        </w:rPr>
        <w:t xml:space="preserve">Leader </w:t>
      </w:r>
      <w:r>
        <w:rPr>
          <w:color w:val="CC3399"/>
        </w:rPr>
        <w:t xml:space="preserve">were taken </w:t>
      </w:r>
      <w:r>
        <w:rPr>
          <w:color w:val="00787F"/>
        </w:rPr>
        <w:t xml:space="preserve">away </w:t>
      </w:r>
      <w:r>
        <w:rPr>
          <w:color w:val="FF6600"/>
        </w:rPr>
        <w:t xml:space="preserve">from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. A </w:t>
      </w:r>
      <w:r>
        <w:rPr>
          <w:color w:val="33CCFF"/>
        </w:rPr>
        <w:t xml:space="preserve">rumour </w:t>
      </w:r>
      <w:r>
        <w:rPr>
          <w:color w:val="CC3399"/>
        </w:rPr>
        <w:t xml:space="preserve">went </w:t>
      </w:r>
      <w:r>
        <w:rPr>
          <w:color w:val="00FFCC"/>
        </w:rPr>
        <w:t xml:space="preserve">round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had </w:t>
      </w:r>
      <w:r>
        <w:rPr>
          <w:color w:val="FF6600"/>
        </w:rPr>
        <w:t xml:space="preserve">after </w:t>
      </w:r>
      <w:r>
        <w:rPr>
          <w:color w:val="000000"/>
        </w:rPr>
        <w:t xml:space="preserve">all </w:t>
      </w:r>
      <w:r>
        <w:rPr>
          <w:color w:val="CC3399"/>
        </w:rPr>
        <w:t xml:space="preserve">contrived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introduce poison </w:t>
      </w:r>
      <w:r>
        <w:rPr>
          <w:color w:val="FF6600"/>
        </w:rPr>
        <w:t xml:space="preserve">into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food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33CCFF"/>
        </w:rPr>
        <w:t xml:space="preserve">eleven </w:t>
      </w:r>
      <w:r>
        <w:rPr>
          <w:color w:val="000000"/>
        </w:rPr>
        <w:t xml:space="preserve">o'clock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came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out </w:t>
      </w:r>
      <w:r>
        <w:rPr>
          <w:color w:val="000000"/>
        </w:rPr>
        <w:t xml:space="preserve">to </w:t>
      </w:r>
      <w:r>
        <w:rPr>
          <w:color w:val="CC3399"/>
        </w:rPr>
        <w:t xml:space="preserve">make </w:t>
      </w:r>
      <w:r>
        <w:rPr>
          <w:color w:val="000000"/>
        </w:rPr>
        <w:t xml:space="preserve">another </w:t>
      </w:r>
      <w:r>
        <w:rPr>
          <w:color w:val="00FFCC"/>
        </w:rPr>
        <w:t xml:space="preserve">announcement </w:t>
      </w:r>
      <w:r>
        <w:rPr>
          <w:color w:val="000000"/>
        </w:rPr>
        <w:t xml:space="preserve">. </w:t>
      </w:r>
      <w:r>
        <w:rPr>
          <w:color w:val="FF6600"/>
        </w:rPr>
        <w:t xml:space="preserve">As </w:t>
      </w:r>
      <w:r>
        <w:rPr>
          <w:color w:val="000000"/>
        </w:rPr>
        <w:t xml:space="preserve">his </w:t>
      </w:r>
      <w:r>
        <w:rPr>
          <w:color w:val="33CCFF"/>
        </w:rPr>
        <w:t xml:space="preserve">last </w:t>
      </w:r>
      <w:r>
        <w:rPr>
          <w:color w:val="00FFCC"/>
        </w:rPr>
        <w:t xml:space="preserve">act </w:t>
      </w:r>
      <w:r>
        <w:rPr>
          <w:color w:val="FF6600"/>
        </w:rPr>
        <w:t xml:space="preserve">upon </w:t>
      </w:r>
      <w:r>
        <w:rPr>
          <w:color w:val="00FFCC"/>
        </w:rPr>
        <w:t xml:space="preserve">earth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had pronounced </w:t>
      </w:r>
      <w:r>
        <w:rPr>
          <w:color w:val="000000"/>
        </w:rPr>
        <w:t xml:space="preserve">a </w:t>
      </w:r>
      <w:r>
        <w:rPr>
          <w:color w:val="33CCFF"/>
        </w:rPr>
        <w:t xml:space="preserve">solemn </w:t>
      </w:r>
      <w:r>
        <w:rPr>
          <w:color w:val="00FFCC"/>
        </w:rPr>
        <w:t xml:space="preserve">decree </w:t>
      </w:r>
      <w:r>
        <w:rPr>
          <w:color w:val="000000"/>
        </w:rPr>
        <w:t xml:space="preserve">: the </w:t>
      </w:r>
      <w:r>
        <w:rPr>
          <w:color w:val="00FFCC"/>
        </w:rPr>
        <w:t xml:space="preserve">drinking </w:t>
      </w:r>
      <w:r>
        <w:rPr>
          <w:color w:val="FF6600"/>
        </w:rPr>
        <w:t xml:space="preserve">of </w:t>
      </w:r>
      <w:r>
        <w:rPr>
          <w:color w:val="00FFCC"/>
        </w:rPr>
        <w:t xml:space="preserve">alcohol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punished </w:t>
      </w:r>
      <w:r>
        <w:rPr>
          <w:color w:val="FF6600"/>
        </w:rPr>
        <w:t xml:space="preserve">by </w:t>
      </w:r>
      <w:r>
        <w:rPr>
          <w:color w:val="00FFCC"/>
        </w:rPr>
        <w:t xml:space="preserve">death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evening </w:t>
      </w:r>
      <w:r>
        <w:rPr>
          <w:color w:val="000000"/>
        </w:rPr>
        <w:t xml:space="preserve">, </w:t>
      </w:r>
      <w:r>
        <w:rPr>
          <w:color w:val="00787F"/>
        </w:rPr>
        <w:t xml:space="preserve">however </w:t>
      </w:r>
      <w:r>
        <w:rPr>
          <w:color w:val="000000"/>
        </w:rPr>
        <w:t xml:space="preserve">,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appeared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00787F"/>
        </w:rPr>
        <w:t xml:space="preserve">somewhat </w:t>
      </w:r>
      <w:r>
        <w:rPr>
          <w:color w:val="33CCFF"/>
        </w:rPr>
        <w:t xml:space="preserve">better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CC3399"/>
        </w:rPr>
        <w:lastRenderedPageBreak/>
        <w:t xml:space="preserve">following </w:t>
      </w:r>
      <w:r>
        <w:rPr>
          <w:color w:val="00FFCC"/>
        </w:rPr>
        <w:t xml:space="preserve">morning Squealer </w:t>
      </w:r>
      <w:r>
        <w:rPr>
          <w:color w:val="CC3399"/>
        </w:rPr>
        <w:t xml:space="preserve">was </w:t>
      </w: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tell </w:t>
      </w:r>
      <w:r>
        <w:rPr>
          <w:color w:val="000000"/>
        </w:rPr>
        <w:t xml:space="preserve">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00787F"/>
        </w:rPr>
        <w:t xml:space="preserve">well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way </w:t>
      </w:r>
      <w:r>
        <w:rPr>
          <w:color w:val="000000"/>
        </w:rPr>
        <w:t xml:space="preserve">to </w:t>
      </w:r>
      <w:r>
        <w:rPr>
          <w:color w:val="00FFCC"/>
        </w:rPr>
        <w:t xml:space="preserve">recovery </w:t>
      </w:r>
      <w:r>
        <w:rPr>
          <w:color w:val="000000"/>
        </w:rPr>
        <w:t xml:space="preserve">.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evening </w:t>
      </w:r>
      <w:r>
        <w:rPr>
          <w:color w:val="FF6600"/>
        </w:rPr>
        <w:t xml:space="preserve">of </w:t>
      </w:r>
      <w:r>
        <w:rPr>
          <w:color w:val="000000"/>
        </w:rPr>
        <w:t xml:space="preserve">that </w:t>
      </w:r>
      <w:r>
        <w:rPr>
          <w:color w:val="00FFCC"/>
        </w:rPr>
        <w:t xml:space="preserve">day Napoleon </w:t>
      </w:r>
      <w:r>
        <w:rPr>
          <w:color w:val="CC3399"/>
        </w:rPr>
        <w:t xml:space="preserve">was </w:t>
      </w:r>
      <w:r>
        <w:rPr>
          <w:color w:val="00787F"/>
        </w:rPr>
        <w:t xml:space="preserve">back </w:t>
      </w:r>
      <w:r>
        <w:rPr>
          <w:color w:val="FF6600"/>
        </w:rPr>
        <w:t xml:space="preserve">at </w:t>
      </w:r>
      <w:r>
        <w:rPr>
          <w:color w:val="00FFCC"/>
        </w:rPr>
        <w:t xml:space="preserve">work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next </w:t>
      </w:r>
      <w:r>
        <w:rPr>
          <w:color w:val="00FFCC"/>
        </w:rPr>
        <w:t xml:space="preserve">day </w:t>
      </w:r>
      <w:r>
        <w:rPr>
          <w:color w:val="000000"/>
        </w:rPr>
        <w:t xml:space="preserve">it </w:t>
      </w:r>
      <w:r>
        <w:rPr>
          <w:color w:val="CC3399"/>
        </w:rPr>
        <w:t xml:space="preserve">was learned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had instructed </w:t>
      </w:r>
      <w:r>
        <w:rPr>
          <w:color w:val="00FFCC"/>
        </w:rPr>
        <w:t xml:space="preserve">Whymper </w:t>
      </w:r>
      <w:r>
        <w:rPr>
          <w:color w:val="000000"/>
        </w:rPr>
        <w:t xml:space="preserve">to </w:t>
      </w:r>
      <w:r>
        <w:rPr>
          <w:color w:val="CC3399"/>
        </w:rPr>
        <w:t xml:space="preserve">purchase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FFCC"/>
        </w:rPr>
        <w:t xml:space="preserve">Willingdon </w:t>
      </w:r>
      <w:r>
        <w:rPr>
          <w:color w:val="000000"/>
        </w:rPr>
        <w:t xml:space="preserve">some </w:t>
      </w:r>
      <w:r>
        <w:rPr>
          <w:color w:val="00FFCC"/>
        </w:rPr>
        <w:t xml:space="preserve">booklets </w:t>
      </w:r>
      <w:r>
        <w:rPr>
          <w:color w:val="FF6600"/>
        </w:rPr>
        <w:t xml:space="preserve">on </w:t>
      </w:r>
      <w:r>
        <w:rPr>
          <w:color w:val="00FFCC"/>
        </w:rPr>
        <w:t xml:space="preserve">brewing </w:t>
      </w:r>
      <w:r>
        <w:rPr>
          <w:color w:val="FF0066"/>
        </w:rPr>
        <w:t xml:space="preserve">and </w:t>
      </w:r>
      <w:r>
        <w:rPr>
          <w:color w:val="00FFCC"/>
        </w:rPr>
        <w:t xml:space="preserve">distilling </w:t>
      </w:r>
      <w:r>
        <w:rPr>
          <w:color w:val="000000"/>
        </w:rPr>
        <w:t xml:space="preserve">. A </w:t>
      </w:r>
      <w:r>
        <w:rPr>
          <w:color w:val="00FFCC"/>
        </w:rPr>
        <w:t xml:space="preserve">week </w:t>
      </w:r>
      <w:r>
        <w:rPr>
          <w:color w:val="00787F"/>
        </w:rPr>
        <w:t xml:space="preserve">later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Napoleon </w:t>
      </w:r>
      <w:r>
        <w:rPr>
          <w:color w:val="CC3399"/>
        </w:rPr>
        <w:t xml:space="preserve">gave </w:t>
      </w:r>
      <w:r>
        <w:rPr>
          <w:color w:val="00FFCC"/>
        </w:rPr>
        <w:t xml:space="preserve">orders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33CCFF"/>
        </w:rPr>
        <w:t xml:space="preserve">small </w:t>
      </w:r>
      <w:r>
        <w:rPr>
          <w:color w:val="00FFCC"/>
        </w:rPr>
        <w:t xml:space="preserve">paddock </w:t>
      </w:r>
      <w:r>
        <w:rPr>
          <w:color w:val="FF6600"/>
        </w:rPr>
        <w:t xml:space="preserve">beyond </w:t>
      </w:r>
      <w:r>
        <w:rPr>
          <w:color w:val="000000"/>
        </w:rPr>
        <w:t xml:space="preserve">the </w:t>
      </w:r>
      <w:r>
        <w:rPr>
          <w:color w:val="00FFCC"/>
        </w:rPr>
        <w:t xml:space="preserve">orchard </w:t>
      </w:r>
      <w:r>
        <w:rPr>
          <w:color w:val="000000"/>
        </w:rPr>
        <w:t xml:space="preserve">, which it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</w:t>
      </w:r>
      <w:r>
        <w:rPr>
          <w:color w:val="00787F"/>
        </w:rPr>
        <w:t xml:space="preserve">previously </w:t>
      </w:r>
      <w:r>
        <w:rPr>
          <w:color w:val="CC3399"/>
        </w:rPr>
        <w:t xml:space="preserve">been intended </w:t>
      </w:r>
      <w:r>
        <w:rPr>
          <w:color w:val="000000"/>
        </w:rPr>
        <w:t xml:space="preserve">to </w:t>
      </w:r>
      <w:r>
        <w:rPr>
          <w:color w:val="CC3399"/>
        </w:rPr>
        <w:t xml:space="preserve">set </w:t>
      </w:r>
      <w:r>
        <w:rPr>
          <w:color w:val="00787F"/>
        </w:rPr>
        <w:t xml:space="preserve">aside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grazing-ground </w:t>
      </w:r>
      <w:r>
        <w:rPr>
          <w:color w:val="FF6600"/>
        </w:rPr>
        <w:t xml:space="preserve">for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who </w:t>
      </w:r>
      <w:r>
        <w:rPr>
          <w:color w:val="CC3399"/>
        </w:rPr>
        <w:t xml:space="preserve">were </w:t>
      </w:r>
      <w:r>
        <w:rPr>
          <w:color w:val="33CCFF"/>
        </w:rPr>
        <w:t xml:space="preserve">past </w:t>
      </w:r>
      <w:r>
        <w:rPr>
          <w:color w:val="00FFCC"/>
        </w:rPr>
        <w:t xml:space="preserve">work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be ploughed </w:t>
      </w:r>
      <w:r>
        <w:rPr>
          <w:color w:val="000000"/>
        </w:rPr>
        <w:t xml:space="preserve">up . It </w:t>
      </w:r>
      <w:r>
        <w:rPr>
          <w:color w:val="CC3399"/>
        </w:rPr>
        <w:t xml:space="preserve">was given </w:t>
      </w:r>
      <w:r>
        <w:rPr>
          <w:color w:val="000000"/>
        </w:rPr>
        <w:t xml:space="preserve">out </w:t>
      </w:r>
      <w:r>
        <w:rPr>
          <w:color w:val="FF6600"/>
        </w:rPr>
        <w:t>th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pasture </w:t>
      </w:r>
      <w:r>
        <w:rPr>
          <w:color w:val="CC3399"/>
        </w:rPr>
        <w:t xml:space="preserve">was exhausted </w:t>
      </w:r>
      <w:r>
        <w:rPr>
          <w:color w:val="FF0066"/>
        </w:rPr>
        <w:t xml:space="preserve">and </w:t>
      </w:r>
      <w:r>
        <w:rPr>
          <w:color w:val="CC3399"/>
        </w:rPr>
        <w:t xml:space="preserve">needed </w:t>
      </w:r>
      <w:r>
        <w:rPr>
          <w:color w:val="00FFCC"/>
        </w:rPr>
        <w:t xml:space="preserve">re-seeding </w:t>
      </w:r>
      <w:r>
        <w:rPr>
          <w:color w:val="000000"/>
        </w:rPr>
        <w:t xml:space="preserve">; </w:t>
      </w:r>
      <w:r>
        <w:rPr>
          <w:color w:val="FF0066"/>
        </w:rPr>
        <w:t xml:space="preserve">but </w:t>
      </w:r>
      <w:r>
        <w:rPr>
          <w:color w:val="000000"/>
        </w:rPr>
        <w:t xml:space="preserve">it </w:t>
      </w:r>
      <w:r>
        <w:rPr>
          <w:color w:val="00787F"/>
        </w:rPr>
        <w:t xml:space="preserve">soon </w:t>
      </w:r>
      <w:r>
        <w:rPr>
          <w:color w:val="CC3399"/>
        </w:rPr>
        <w:t xml:space="preserve">became known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Napoleon </w:t>
      </w:r>
      <w:r>
        <w:rPr>
          <w:color w:val="CC3399"/>
        </w:rPr>
        <w:t xml:space="preserve">intended </w:t>
      </w:r>
      <w:r>
        <w:rPr>
          <w:color w:val="000000"/>
        </w:rPr>
        <w:t xml:space="preserve">to </w:t>
      </w:r>
      <w:r>
        <w:rPr>
          <w:color w:val="CC3399"/>
        </w:rPr>
        <w:t xml:space="preserve">sow </w:t>
      </w:r>
      <w:r>
        <w:rPr>
          <w:color w:val="000000"/>
        </w:rPr>
        <w:t xml:space="preserve">it </w:t>
      </w:r>
      <w:r>
        <w:rPr>
          <w:color w:val="FF6600"/>
        </w:rPr>
        <w:t xml:space="preserve">with </w:t>
      </w:r>
      <w:r>
        <w:rPr>
          <w:color w:val="00FFCC"/>
        </w:rPr>
        <w:t xml:space="preserve">barley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About </w:t>
      </w:r>
      <w:r>
        <w:rPr>
          <w:color w:val="000000"/>
        </w:rPr>
        <w:t xml:space="preserve">this </w:t>
      </w:r>
      <w:r>
        <w:rPr>
          <w:color w:val="00FFCC"/>
        </w:rPr>
        <w:t xml:space="preserve">time </w:t>
      </w:r>
      <w:r>
        <w:rPr>
          <w:color w:val="00787F"/>
        </w:rPr>
        <w:t xml:space="preserve">there </w:t>
      </w:r>
      <w:r>
        <w:rPr>
          <w:color w:val="CC3399"/>
        </w:rPr>
        <w:t xml:space="preserve">occurred </w:t>
      </w:r>
      <w:r>
        <w:rPr>
          <w:color w:val="000000"/>
        </w:rPr>
        <w:t xml:space="preserve">a </w:t>
      </w:r>
      <w:r>
        <w:rPr>
          <w:color w:val="00FFCC"/>
        </w:rPr>
        <w:t xml:space="preserve">strange incident </w:t>
      </w:r>
      <w:r>
        <w:rPr>
          <w:color w:val="000000"/>
        </w:rPr>
        <w:t xml:space="preserve">which </w:t>
      </w:r>
      <w:r>
        <w:rPr>
          <w:color w:val="00787F"/>
        </w:rPr>
        <w:t xml:space="preserve">hardly </w:t>
      </w:r>
      <w:r>
        <w:rPr>
          <w:color w:val="00FFCC"/>
        </w:rPr>
        <w:t xml:space="preserve">anyone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understand </w:t>
      </w:r>
      <w:r>
        <w:rPr>
          <w:color w:val="000000"/>
        </w:rPr>
        <w:t xml:space="preserve">. One </w:t>
      </w:r>
      <w:r>
        <w:rPr>
          <w:color w:val="00FFCC"/>
        </w:rPr>
        <w:t xml:space="preserve">night </w:t>
      </w:r>
      <w:r>
        <w:rPr>
          <w:color w:val="FF6600"/>
        </w:rPr>
        <w:t xml:space="preserve">at about </w:t>
      </w:r>
      <w:r>
        <w:rPr>
          <w:color w:val="00FFCC"/>
        </w:rPr>
        <w:t xml:space="preserve">twelve </w:t>
      </w:r>
      <w:r>
        <w:rPr>
          <w:color w:val="00FFCC"/>
        </w:rPr>
        <w:t xml:space="preserve">o'clock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loud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crash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rushed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their </w:t>
      </w:r>
      <w:r>
        <w:rPr>
          <w:color w:val="00FFCC"/>
        </w:rPr>
        <w:t xml:space="preserve">stalls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moonlit night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foot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end wall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big </w:t>
      </w:r>
      <w:r>
        <w:rPr>
          <w:color w:val="00FFCC"/>
        </w:rPr>
        <w:t xml:space="preserve">barn </w:t>
      </w:r>
      <w:r>
        <w:rPr>
          <w:color w:val="000000"/>
        </w:rPr>
        <w:t xml:space="preserve">, where the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Seven </w:t>
      </w:r>
      <w:r>
        <w:rPr>
          <w:color w:val="00FFCC"/>
        </w:rPr>
        <w:t xml:space="preserve">Commandments </w:t>
      </w:r>
      <w:r>
        <w:rPr>
          <w:color w:val="CC3399"/>
        </w:rPr>
        <w:t xml:space="preserve">were written </w:t>
      </w:r>
      <w:r>
        <w:rPr>
          <w:color w:val="000000"/>
        </w:rPr>
        <w:t xml:space="preserve">, there </w:t>
      </w:r>
      <w:r>
        <w:rPr>
          <w:color w:val="CC3399"/>
        </w:rPr>
        <w:t xml:space="preserve">lay </w:t>
      </w:r>
      <w:r>
        <w:rPr>
          <w:color w:val="000000"/>
        </w:rPr>
        <w:t xml:space="preserve">a </w:t>
      </w:r>
      <w:r>
        <w:rPr>
          <w:color w:val="00FFCC"/>
        </w:rPr>
        <w:t xml:space="preserve">ladder </w:t>
      </w:r>
      <w:r>
        <w:rPr>
          <w:color w:val="CC3399"/>
        </w:rPr>
        <w:t xml:space="preserve">broken </w:t>
      </w:r>
      <w:r>
        <w:rPr>
          <w:color w:val="FF6600"/>
        </w:rPr>
        <w:t xml:space="preserve">in </w:t>
      </w:r>
      <w:r>
        <w:rPr>
          <w:color w:val="000000"/>
        </w:rPr>
        <w:t xml:space="preserve">two </w:t>
      </w:r>
      <w:r>
        <w:rPr>
          <w:color w:val="00FFCC"/>
        </w:rPr>
        <w:t xml:space="preserve">pieces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>Squea</w:t>
      </w:r>
      <w:r>
        <w:rPr>
          <w:color w:val="00FFCC"/>
        </w:rPr>
        <w:t xml:space="preserve">ler </w:t>
      </w:r>
      <w:r>
        <w:rPr>
          <w:color w:val="000000"/>
        </w:rPr>
        <w:t xml:space="preserve">, </w:t>
      </w:r>
      <w:r>
        <w:rPr>
          <w:color w:val="00787F"/>
        </w:rPr>
        <w:t xml:space="preserve">temporarily </w:t>
      </w:r>
      <w:r>
        <w:rPr>
          <w:color w:val="CC3399"/>
        </w:rPr>
        <w:t xml:space="preserve">stunned </w:t>
      </w:r>
      <w:r>
        <w:rPr>
          <w:color w:val="000000"/>
        </w:rPr>
        <w:t xml:space="preserve">, </w:t>
      </w:r>
      <w:r>
        <w:rPr>
          <w:color w:val="CC3399"/>
        </w:rPr>
        <w:t xml:space="preserve">was sprawling </w:t>
      </w:r>
      <w:r>
        <w:rPr>
          <w:color w:val="FF6600"/>
        </w:rPr>
        <w:t xml:space="preserve">beside </w:t>
      </w:r>
      <w:r>
        <w:rPr>
          <w:color w:val="000000"/>
        </w:rPr>
        <w:t xml:space="preserve">it , </w:t>
      </w:r>
      <w:r>
        <w:rPr>
          <w:color w:val="FF0066"/>
        </w:rPr>
        <w:t xml:space="preserve">and </w:t>
      </w:r>
      <w:r>
        <w:rPr>
          <w:color w:val="FF6600"/>
        </w:rPr>
        <w:t xml:space="preserve">near at </w:t>
      </w:r>
      <w:r>
        <w:rPr>
          <w:color w:val="00FFCC"/>
        </w:rPr>
        <w:t xml:space="preserve">hand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lay </w:t>
      </w:r>
      <w:r>
        <w:rPr>
          <w:color w:val="000000"/>
        </w:rPr>
        <w:t xml:space="preserve">a </w:t>
      </w:r>
      <w:r>
        <w:rPr>
          <w:color w:val="33CCFF"/>
        </w:rPr>
        <w:t xml:space="preserve">lantern </w:t>
      </w:r>
      <w:r>
        <w:rPr>
          <w:color w:val="000000"/>
        </w:rPr>
        <w:t xml:space="preserve">, a </w:t>
      </w:r>
      <w:r>
        <w:rPr>
          <w:color w:val="00FFCC"/>
        </w:rPr>
        <w:t xml:space="preserve">paint-brush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an </w:t>
      </w:r>
      <w:r>
        <w:rPr>
          <w:color w:val="33CCFF"/>
        </w:rPr>
        <w:t xml:space="preserve">overturned </w:t>
      </w:r>
      <w:r>
        <w:rPr>
          <w:color w:val="00FFCC"/>
        </w:rPr>
        <w:t xml:space="preserve">pot </w:t>
      </w:r>
      <w:r>
        <w:rPr>
          <w:color w:val="FF6600"/>
        </w:rPr>
        <w:t xml:space="preserve">of </w:t>
      </w:r>
      <w:r>
        <w:rPr>
          <w:color w:val="33CCFF"/>
        </w:rPr>
        <w:t xml:space="preserve">white </w:t>
      </w:r>
      <w:r>
        <w:rPr>
          <w:color w:val="00FFCC"/>
        </w:rPr>
        <w:t xml:space="preserve">paint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00787F"/>
        </w:rPr>
        <w:t xml:space="preserve">immediately </w:t>
      </w:r>
      <w:r>
        <w:rPr>
          <w:color w:val="CC3399"/>
        </w:rPr>
        <w:t xml:space="preserve">made </w:t>
      </w:r>
      <w:r>
        <w:rPr>
          <w:color w:val="000000"/>
        </w:rPr>
        <w:t xml:space="preserve">a </w:t>
      </w:r>
      <w:r>
        <w:rPr>
          <w:color w:val="00FFCC"/>
        </w:rPr>
        <w:t xml:space="preserve">ring round Squealer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escorted </w:t>
      </w:r>
      <w:r>
        <w:rPr>
          <w:color w:val="000000"/>
        </w:rPr>
        <w:t xml:space="preserve">him </w:t>
      </w:r>
      <w:r>
        <w:rPr>
          <w:color w:val="00787F"/>
        </w:rPr>
        <w:t xml:space="preserve">back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FF6600"/>
        </w:rPr>
        <w:t xml:space="preserve">as </w:t>
      </w:r>
      <w:r>
        <w:rPr>
          <w:color w:val="00787F"/>
        </w:rPr>
        <w:t xml:space="preserve">soon </w:t>
      </w:r>
      <w:r>
        <w:rPr>
          <w:color w:val="FF6600"/>
        </w:rPr>
        <w:t xml:space="preserve">as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walk </w:t>
      </w:r>
      <w:r>
        <w:rPr>
          <w:color w:val="000000"/>
        </w:rPr>
        <w:t xml:space="preserve">. </w:t>
      </w:r>
      <w:r>
        <w:rPr>
          <w:color w:val="00FFCC"/>
        </w:rPr>
        <w:t xml:space="preserve">None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3E3E"/>
        </w:rPr>
        <w:t xml:space="preserve">could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form </w:t>
      </w:r>
      <w:r>
        <w:rPr>
          <w:color w:val="000000"/>
        </w:rPr>
        <w:t xml:space="preserve">any </w:t>
      </w:r>
      <w:r>
        <w:rPr>
          <w:color w:val="00FFCC"/>
        </w:rPr>
        <w:t xml:space="preserve">idea </w:t>
      </w:r>
      <w:r>
        <w:rPr>
          <w:color w:val="FF6600"/>
        </w:rPr>
        <w:t xml:space="preserve">as </w:t>
      </w:r>
      <w:r>
        <w:rPr>
          <w:color w:val="000000"/>
        </w:rPr>
        <w:t xml:space="preserve">to what this </w:t>
      </w:r>
      <w:r>
        <w:rPr>
          <w:color w:val="00FFCC"/>
        </w:rPr>
        <w:t xml:space="preserve">meant </w:t>
      </w:r>
      <w:r>
        <w:rPr>
          <w:color w:val="000000"/>
        </w:rPr>
        <w:t xml:space="preserve">, </w:t>
      </w:r>
      <w:r>
        <w:rPr>
          <w:color w:val="FF6600"/>
        </w:rPr>
        <w:t xml:space="preserve">except </w:t>
      </w:r>
      <w:r>
        <w:rPr>
          <w:color w:val="33CCFF"/>
        </w:rPr>
        <w:t xml:space="preserve">old </w:t>
      </w:r>
      <w:r>
        <w:rPr>
          <w:color w:val="00FFCC"/>
        </w:rPr>
        <w:t xml:space="preserve">Benjamin </w:t>
      </w:r>
      <w:r>
        <w:rPr>
          <w:color w:val="000000"/>
        </w:rPr>
        <w:t xml:space="preserve">, who </w:t>
      </w:r>
      <w:r>
        <w:rPr>
          <w:color w:val="CC3399"/>
        </w:rPr>
        <w:t xml:space="preserve">nodded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muzzle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CC3399"/>
        </w:rPr>
        <w:t xml:space="preserve">knowing </w:t>
      </w:r>
      <w:r>
        <w:rPr>
          <w:color w:val="00FFCC"/>
        </w:rPr>
        <w:t xml:space="preserve">air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</w:t>
      </w:r>
      <w:r>
        <w:rPr>
          <w:color w:val="CC3399"/>
        </w:rPr>
        <w:t xml:space="preserve">understand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3E3E"/>
        </w:rPr>
        <w:t xml:space="preserve">would </w:t>
      </w:r>
      <w:r>
        <w:rPr>
          <w:color w:val="CC3399"/>
        </w:rPr>
        <w:t xml:space="preserve">say </w:t>
      </w:r>
      <w:r>
        <w:rPr>
          <w:color w:val="00FFCC"/>
        </w:rPr>
        <w:t xml:space="preserve">nothing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days </w:t>
      </w:r>
      <w:r>
        <w:rPr>
          <w:color w:val="00787F"/>
        </w:rPr>
        <w:t xml:space="preserve">later </w:t>
      </w:r>
      <w:r>
        <w:rPr>
          <w:color w:val="00FFCC"/>
        </w:rPr>
        <w:t xml:space="preserve">Muriel </w:t>
      </w:r>
      <w:r>
        <w:rPr>
          <w:color w:val="000000"/>
        </w:rPr>
        <w:t xml:space="preserve">, </w:t>
      </w:r>
      <w:r>
        <w:rPr>
          <w:color w:val="00FFCC"/>
        </w:rPr>
        <w:t xml:space="preserve">reading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00FFCC"/>
        </w:rPr>
        <w:t xml:space="preserve">Seven </w:t>
      </w:r>
      <w:r>
        <w:rPr>
          <w:color w:val="00FFCC"/>
        </w:rPr>
        <w:t xml:space="preserve">Commandments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herself , </w:t>
      </w:r>
      <w:r>
        <w:rPr>
          <w:color w:val="CC3399"/>
        </w:rPr>
        <w:t xml:space="preserve">noticed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787F"/>
        </w:rPr>
        <w:t xml:space="preserve">yet </w:t>
      </w:r>
      <w:r>
        <w:rPr>
          <w:color w:val="000000"/>
        </w:rPr>
        <w:t xml:space="preserve">another </w:t>
      </w:r>
      <w:r>
        <w:rPr>
          <w:color w:val="FF6600"/>
        </w:rPr>
        <w:t xml:space="preserve">of </w:t>
      </w:r>
      <w:r>
        <w:rPr>
          <w:color w:val="000000"/>
        </w:rPr>
        <w:t xml:space="preserve">them which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remembered </w:t>
      </w:r>
      <w:r>
        <w:rPr>
          <w:color w:val="33CCFF"/>
        </w:rPr>
        <w:t xml:space="preserve">wrong </w:t>
      </w:r>
      <w:r>
        <w:rPr>
          <w:color w:val="000000"/>
        </w:rPr>
        <w:t xml:space="preserve">. They </w:t>
      </w:r>
      <w:r>
        <w:rPr>
          <w:color w:val="CC3399"/>
        </w:rPr>
        <w:t xml:space="preserve">had thought </w:t>
      </w:r>
      <w:r>
        <w:rPr>
          <w:color w:val="000000"/>
        </w:rPr>
        <w:t xml:space="preserve">the </w:t>
      </w:r>
      <w:r>
        <w:rPr>
          <w:color w:val="00FFCC"/>
        </w:rPr>
        <w:t xml:space="preserve">Fifth Commandment </w:t>
      </w:r>
      <w:r>
        <w:rPr>
          <w:color w:val="CC3399"/>
        </w:rPr>
        <w:t xml:space="preserve">was </w:t>
      </w:r>
      <w:r>
        <w:rPr>
          <w:color w:val="000000"/>
        </w:rPr>
        <w:t xml:space="preserve">`` </w:t>
      </w:r>
      <w:r>
        <w:rPr>
          <w:color w:val="00FFCC"/>
        </w:rPr>
        <w:t xml:space="preserve">No animal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shall </w:t>
      </w:r>
      <w:r>
        <w:rPr>
          <w:color w:val="CC3399"/>
        </w:rPr>
        <w:t xml:space="preserve">drink </w:t>
      </w:r>
      <w:r>
        <w:rPr>
          <w:color w:val="00FFCC"/>
        </w:rPr>
        <w:t xml:space="preserve">alcohol </w:t>
      </w:r>
      <w:r>
        <w:rPr>
          <w:color w:val="000000"/>
        </w:rPr>
        <w:t xml:space="preserve">, '' </w:t>
      </w:r>
      <w:r>
        <w:rPr>
          <w:color w:val="FF0066"/>
        </w:rPr>
        <w:t xml:space="preserve">but </w:t>
      </w: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000000"/>
        </w:rPr>
        <w:t xml:space="preserve">two </w:t>
      </w:r>
      <w:r>
        <w:rPr>
          <w:color w:val="00FFCC"/>
        </w:rPr>
        <w:t xml:space="preserve">words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forgotten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Actually </w:t>
      </w:r>
      <w:r>
        <w:rPr>
          <w:color w:val="000000"/>
        </w:rPr>
        <w:t xml:space="preserve">the </w:t>
      </w:r>
      <w:r>
        <w:rPr>
          <w:color w:val="33CCFF"/>
        </w:rPr>
        <w:t xml:space="preserve">Commandment </w:t>
      </w:r>
      <w:r>
        <w:rPr>
          <w:color w:val="00FFCC"/>
        </w:rPr>
        <w:t xml:space="preserve">read </w:t>
      </w:r>
      <w:r>
        <w:rPr>
          <w:color w:val="000000"/>
        </w:rPr>
        <w:t xml:space="preserve">: `` No </w:t>
      </w:r>
      <w:r>
        <w:rPr>
          <w:color w:val="33CCFF"/>
        </w:rPr>
        <w:t xml:space="preserve">animal </w:t>
      </w:r>
      <w:r>
        <w:rPr>
          <w:color w:val="003E3E"/>
        </w:rPr>
        <w:t xml:space="preserve">shall </w:t>
      </w:r>
      <w:r>
        <w:rPr>
          <w:color w:val="CC3399"/>
        </w:rPr>
        <w:t xml:space="preserve">drink </w:t>
      </w:r>
      <w:r>
        <w:rPr>
          <w:color w:val="00FFCC"/>
        </w:rPr>
        <w:t xml:space="preserve">alcohol TO EXCESS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Chapter IX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split hoof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long </w:t>
      </w:r>
      <w:r>
        <w:rPr>
          <w:color w:val="00FFCC"/>
        </w:rPr>
        <w:t xml:space="preserve">time </w:t>
      </w:r>
      <w:r>
        <w:rPr>
          <w:color w:val="FF6600"/>
        </w:rPr>
        <w:t xml:space="preserve">in </w:t>
      </w:r>
      <w:r>
        <w:rPr>
          <w:color w:val="CC3399"/>
        </w:rPr>
        <w:t xml:space="preserve">healing </w:t>
      </w:r>
      <w:r>
        <w:rPr>
          <w:color w:val="000000"/>
        </w:rPr>
        <w:t xml:space="preserve">. They </w:t>
      </w:r>
      <w:r>
        <w:rPr>
          <w:color w:val="CC3399"/>
        </w:rPr>
        <w:t xml:space="preserve">had started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rebuilding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the </w:t>
      </w:r>
      <w:r>
        <w:rPr>
          <w:color w:val="00FFCC"/>
        </w:rPr>
        <w:t xml:space="preserve">day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 </w:t>
      </w:r>
      <w:r>
        <w:rPr>
          <w:color w:val="00FFCC"/>
        </w:rPr>
        <w:t xml:space="preserve">victory celebrations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ended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CC3399"/>
        </w:rPr>
        <w:t xml:space="preserve">refused </w:t>
      </w:r>
      <w:r>
        <w:rPr>
          <w:color w:val="000000"/>
        </w:rPr>
        <w:t xml:space="preserve">to </w:t>
      </w:r>
      <w:r>
        <w:rPr>
          <w:color w:val="CC3399"/>
        </w:rPr>
        <w:t xml:space="preserve">take </w:t>
      </w:r>
      <w:r>
        <w:rPr>
          <w:color w:val="00787F"/>
        </w:rPr>
        <w:t xml:space="preserve">even </w:t>
      </w:r>
      <w:r>
        <w:rPr>
          <w:color w:val="000000"/>
        </w:rPr>
        <w:t xml:space="preserve">a </w:t>
      </w:r>
      <w:r>
        <w:rPr>
          <w:color w:val="00FFCC"/>
        </w:rPr>
        <w:t xml:space="preserve">day </w:t>
      </w:r>
      <w:r>
        <w:rPr>
          <w:color w:val="FF6600"/>
        </w:rPr>
        <w:t xml:space="preserve">off </w:t>
      </w:r>
      <w:r>
        <w:rPr>
          <w:color w:val="00FFCC"/>
        </w:rPr>
        <w:t xml:space="preserve">work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made </w:t>
      </w:r>
      <w:r>
        <w:rPr>
          <w:color w:val="000000"/>
        </w:rPr>
        <w:t xml:space="preserve">it a </w:t>
      </w:r>
      <w:r>
        <w:rPr>
          <w:color w:val="00FFCC"/>
        </w:rPr>
        <w:t xml:space="preserve">point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honour </w:t>
      </w:r>
      <w:r>
        <w:rPr>
          <w:color w:val="00787F"/>
        </w:rPr>
        <w:t xml:space="preserve">not </w:t>
      </w:r>
      <w:r>
        <w:rPr>
          <w:color w:val="000000"/>
        </w:rPr>
        <w:t xml:space="preserve">to </w:t>
      </w:r>
      <w:r>
        <w:rPr>
          <w:color w:val="CC3399"/>
        </w:rPr>
        <w:t xml:space="preserve">let </w:t>
      </w:r>
      <w:r>
        <w:rPr>
          <w:color w:val="000000"/>
        </w:rPr>
        <w:t xml:space="preserve">it </w:t>
      </w:r>
      <w:r>
        <w:rPr>
          <w:color w:val="CC3399"/>
        </w:rPr>
        <w:t xml:space="preserve">be seen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FF6600"/>
        </w:rPr>
        <w:t xml:space="preserve">in </w:t>
      </w:r>
      <w:r>
        <w:rPr>
          <w:color w:val="00FFCC"/>
        </w:rPr>
        <w:t xml:space="preserve">pain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evenings </w:t>
      </w:r>
      <w:r>
        <w:rPr>
          <w:color w:val="000000"/>
        </w:rPr>
        <w:t xml:space="preserve">he </w:t>
      </w:r>
      <w:r>
        <w:rPr>
          <w:color w:val="003E3E"/>
        </w:rPr>
        <w:t xml:space="preserve">would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admit privately </w:t>
      </w:r>
      <w:r>
        <w:rPr>
          <w:color w:val="000000"/>
        </w:rPr>
        <w:t xml:space="preserve">to </w:t>
      </w:r>
      <w:r>
        <w:rPr>
          <w:color w:val="00FFCC"/>
        </w:rPr>
        <w:t xml:space="preserve">Clover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hoof </w:t>
      </w:r>
      <w:r>
        <w:rPr>
          <w:color w:val="CC3399"/>
        </w:rPr>
        <w:t xml:space="preserve">troubled </w:t>
      </w:r>
      <w:r>
        <w:rPr>
          <w:color w:val="000000"/>
        </w:rPr>
        <w:t xml:space="preserve">him a </w:t>
      </w:r>
      <w:r>
        <w:rPr>
          <w:color w:val="33CCFF"/>
        </w:rPr>
        <w:t xml:space="preserve">great </w:t>
      </w:r>
      <w:r>
        <w:rPr>
          <w:color w:val="00FFCC"/>
        </w:rPr>
        <w:t xml:space="preserve">deal </w:t>
      </w:r>
      <w:r>
        <w:rPr>
          <w:color w:val="000000"/>
        </w:rPr>
        <w:t xml:space="preserve">. </w:t>
      </w:r>
      <w:r>
        <w:rPr>
          <w:color w:val="00FFCC"/>
        </w:rPr>
        <w:t xml:space="preserve">Clover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treated </w:t>
      </w:r>
      <w:r>
        <w:rPr>
          <w:color w:val="000000"/>
        </w:rPr>
        <w:t xml:space="preserve">the </w:t>
      </w:r>
      <w:r>
        <w:rPr>
          <w:color w:val="00FFCC"/>
        </w:rPr>
        <w:t xml:space="preserve">hoof </w:t>
      </w:r>
      <w:r>
        <w:rPr>
          <w:color w:val="FF6600"/>
        </w:rPr>
        <w:t xml:space="preserve">with </w:t>
      </w:r>
      <w:r>
        <w:rPr>
          <w:color w:val="00FFCC"/>
        </w:rPr>
        <w:t xml:space="preserve">poultices </w:t>
      </w:r>
      <w:r>
        <w:rPr>
          <w:color w:val="FF6600"/>
        </w:rPr>
        <w:t xml:space="preserve">of </w:t>
      </w:r>
      <w:r>
        <w:rPr>
          <w:color w:val="00FFCC"/>
        </w:rPr>
        <w:t xml:space="preserve">herbs </w:t>
      </w:r>
      <w:r>
        <w:rPr>
          <w:color w:val="000000"/>
        </w:rPr>
        <w:t>which sh</w:t>
      </w:r>
      <w:r>
        <w:rPr>
          <w:color w:val="000000"/>
        </w:rPr>
        <w:t xml:space="preserve">e </w:t>
      </w:r>
      <w:r>
        <w:rPr>
          <w:color w:val="CC3399"/>
        </w:rPr>
        <w:t xml:space="preserve">prepared </w:t>
      </w:r>
      <w:r>
        <w:rPr>
          <w:color w:val="FF6600"/>
        </w:rPr>
        <w:t xml:space="preserve">by </w:t>
      </w:r>
      <w:r>
        <w:rPr>
          <w:color w:val="CC3399"/>
        </w:rPr>
        <w:t xml:space="preserve">chewing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, </w:t>
      </w:r>
      <w:r>
        <w:rPr>
          <w:color w:val="FF0066"/>
        </w:rPr>
        <w:t xml:space="preserve">and </w:t>
      </w:r>
      <w:r>
        <w:rPr>
          <w:color w:val="000000"/>
        </w:rPr>
        <w:t xml:space="preserve">both she </w:t>
      </w:r>
      <w:r>
        <w:rPr>
          <w:color w:val="FF0066"/>
        </w:rPr>
        <w:t xml:space="preserve">and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urged </w:t>
      </w:r>
      <w:r>
        <w:rPr>
          <w:color w:val="00FFCC"/>
        </w:rPr>
        <w:t xml:space="preserve">Boxer </w:t>
      </w:r>
      <w:r>
        <w:rPr>
          <w:color w:val="000000"/>
        </w:rPr>
        <w:t xml:space="preserve">to </w:t>
      </w:r>
      <w:r>
        <w:rPr>
          <w:color w:val="CC3399"/>
        </w:rPr>
        <w:t xml:space="preserve">work </w:t>
      </w:r>
      <w:r>
        <w:rPr>
          <w:color w:val="00787F"/>
        </w:rPr>
        <w:t xml:space="preserve">less </w:t>
      </w:r>
      <w:r>
        <w:rPr>
          <w:color w:val="33CCFF"/>
        </w:rPr>
        <w:t xml:space="preserve">hard </w:t>
      </w:r>
      <w:r>
        <w:rPr>
          <w:color w:val="000000"/>
        </w:rPr>
        <w:t xml:space="preserve">. `` A </w:t>
      </w:r>
      <w:r>
        <w:rPr>
          <w:color w:val="00FFCC"/>
        </w:rPr>
        <w:t xml:space="preserve">horse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lungs </w:t>
      </w:r>
      <w:r>
        <w:rPr>
          <w:color w:val="CC3399"/>
        </w:rPr>
        <w:t xml:space="preserve">do </w:t>
      </w:r>
      <w:r>
        <w:rPr>
          <w:color w:val="00787F"/>
        </w:rPr>
        <w:t xml:space="preserve">not </w:t>
      </w:r>
      <w:r>
        <w:rPr>
          <w:color w:val="33CCFF"/>
        </w:rPr>
        <w:t xml:space="preserve">last </w:t>
      </w:r>
      <w:r>
        <w:rPr>
          <w:color w:val="FF6600"/>
        </w:rPr>
        <w:t xml:space="preserve">for </w:t>
      </w:r>
      <w:r>
        <w:rPr>
          <w:color w:val="00787F"/>
        </w:rPr>
        <w:t xml:space="preserve">ever </w:t>
      </w:r>
      <w:r>
        <w:rPr>
          <w:color w:val="000000"/>
        </w:rPr>
        <w:t xml:space="preserve">, '' she </w:t>
      </w:r>
      <w:r>
        <w:rPr>
          <w:color w:val="CC3399"/>
        </w:rPr>
        <w:t xml:space="preserve">said </w:t>
      </w:r>
      <w:r>
        <w:rPr>
          <w:color w:val="000000"/>
        </w:rPr>
        <w:t xml:space="preserve">to him . </w:t>
      </w:r>
      <w:r>
        <w:rPr>
          <w:color w:val="FF0066"/>
        </w:rPr>
        <w:t xml:space="preserve">But </w:t>
      </w:r>
      <w:r>
        <w:rPr>
          <w:color w:val="00FFCC"/>
        </w:rPr>
        <w:t xml:space="preserve">Boxer </w:t>
      </w:r>
      <w:r>
        <w:rPr>
          <w:color w:val="003E3E"/>
        </w:rPr>
        <w:t xml:space="preserve">would </w:t>
      </w:r>
      <w:r>
        <w:rPr>
          <w:color w:val="00787F"/>
        </w:rPr>
        <w:t xml:space="preserve">not </w:t>
      </w:r>
      <w:r>
        <w:rPr>
          <w:color w:val="CC3399"/>
        </w:rPr>
        <w:t xml:space="preserve">listen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He </w:t>
      </w:r>
      <w:r>
        <w:rPr>
          <w:color w:val="CC3399"/>
        </w:rPr>
        <w:t xml:space="preserve">had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00787F"/>
        </w:rPr>
        <w:t xml:space="preserve">only </w:t>
      </w:r>
      <w:r>
        <w:rPr>
          <w:color w:val="000000"/>
        </w:rPr>
        <w:t xml:space="preserve">one </w:t>
      </w:r>
      <w:r>
        <w:rPr>
          <w:color w:val="33CCFF"/>
        </w:rPr>
        <w:t xml:space="preserve">real </w:t>
      </w:r>
      <w:r>
        <w:rPr>
          <w:color w:val="00FFCC"/>
        </w:rPr>
        <w:t xml:space="preserve">ambition </w:t>
      </w:r>
      <w:r>
        <w:rPr>
          <w:color w:val="CC3399"/>
        </w:rPr>
        <w:t xml:space="preserve">left </w:t>
      </w:r>
      <w:r>
        <w:rPr>
          <w:color w:val="000000"/>
        </w:rPr>
        <w:t xml:space="preserve">-- to </w:t>
      </w:r>
      <w:r>
        <w:rPr>
          <w:color w:val="CC3399"/>
        </w:rPr>
        <w:t xml:space="preserve">see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787F"/>
        </w:rPr>
        <w:t xml:space="preserve">well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under </w:t>
      </w:r>
      <w:r>
        <w:rPr>
          <w:color w:val="00FFCC"/>
        </w:rPr>
        <w:t xml:space="preserve">way </w:t>
      </w:r>
      <w:r>
        <w:rPr>
          <w:color w:val="FF6600"/>
        </w:rPr>
        <w:t xml:space="preserve">before </w:t>
      </w:r>
      <w:r>
        <w:rPr>
          <w:color w:val="000000"/>
        </w:rPr>
        <w:t xml:space="preserve">he </w:t>
      </w:r>
      <w:r>
        <w:rPr>
          <w:color w:val="CC3399"/>
        </w:rPr>
        <w:t xml:space="preserve">reached </w:t>
      </w:r>
      <w:r>
        <w:rPr>
          <w:color w:val="000000"/>
        </w:rPr>
        <w:t xml:space="preserve">the </w:t>
      </w:r>
      <w:r>
        <w:rPr>
          <w:color w:val="00FFCC"/>
        </w:rPr>
        <w:t xml:space="preserve">age </w:t>
      </w:r>
      <w:r>
        <w:rPr>
          <w:color w:val="FF6600"/>
        </w:rPr>
        <w:t xml:space="preserve">for </w:t>
      </w:r>
      <w:r>
        <w:rPr>
          <w:color w:val="00FFCC"/>
        </w:rPr>
        <w:t xml:space="preserve">retirement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beginning </w:t>
      </w:r>
      <w:r>
        <w:rPr>
          <w:color w:val="000000"/>
        </w:rPr>
        <w:t xml:space="preserve">, when the </w:t>
      </w:r>
      <w:r>
        <w:rPr>
          <w:color w:val="00FFCC"/>
        </w:rPr>
        <w:t xml:space="preserve">laws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 Farm </w:t>
      </w:r>
      <w:r>
        <w:rPr>
          <w:color w:val="CC3399"/>
        </w:rPr>
        <w:t xml:space="preserve">were </w:t>
      </w:r>
      <w:r>
        <w:rPr>
          <w:color w:val="00787F"/>
        </w:rPr>
        <w:t xml:space="preserve">first </w:t>
      </w:r>
      <w:r>
        <w:rPr>
          <w:color w:val="CC3399"/>
        </w:rPr>
        <w:t xml:space="preserve">formulated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retiring age </w:t>
      </w:r>
      <w:r>
        <w:rPr>
          <w:color w:val="CC3399"/>
        </w:rPr>
        <w:t xml:space="preserve">had been fixed </w:t>
      </w:r>
      <w:r>
        <w:rPr>
          <w:color w:val="FF6600"/>
        </w:rPr>
        <w:t xml:space="preserve">for </w:t>
      </w:r>
      <w:r>
        <w:rPr>
          <w:color w:val="00FFCC"/>
        </w:rPr>
        <w:t xml:space="preserve">horses </w:t>
      </w:r>
      <w:r>
        <w:rPr>
          <w:color w:val="FF0066"/>
        </w:rPr>
        <w:t xml:space="preserve">and </w:t>
      </w:r>
      <w:r>
        <w:rPr>
          <w:color w:val="00FFCC"/>
        </w:rPr>
        <w:t xml:space="preserve">pigs </w:t>
      </w:r>
      <w:r>
        <w:rPr>
          <w:color w:val="FF6600"/>
        </w:rPr>
        <w:t xml:space="preserve">at </w:t>
      </w:r>
      <w:r>
        <w:rPr>
          <w:color w:val="00FFCC"/>
        </w:rPr>
        <w:t xml:space="preserve">twelve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FFCC"/>
        </w:rPr>
        <w:t xml:space="preserve">cows </w:t>
      </w:r>
      <w:r>
        <w:rPr>
          <w:color w:val="FF6600"/>
        </w:rPr>
        <w:t xml:space="preserve">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fourteen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FFCC"/>
        </w:rPr>
        <w:t xml:space="preserve">dogs </w:t>
      </w:r>
      <w:r>
        <w:rPr>
          <w:color w:val="FF6600"/>
        </w:rPr>
        <w:t xml:space="preserve">at </w:t>
      </w:r>
      <w:r>
        <w:rPr>
          <w:color w:val="000000"/>
        </w:rPr>
        <w:t xml:space="preserve">nine , </w:t>
      </w:r>
      <w:r>
        <w:rPr>
          <w:color w:val="FF6600"/>
        </w:rPr>
        <w:t xml:space="preserve">for </w:t>
      </w:r>
      <w:r>
        <w:rPr>
          <w:color w:val="00FFCC"/>
        </w:rPr>
        <w:t xml:space="preserve">sheep </w:t>
      </w:r>
      <w:r>
        <w:rPr>
          <w:color w:val="FF6600"/>
        </w:rPr>
        <w:t xml:space="preserve">at </w:t>
      </w:r>
      <w:r>
        <w:rPr>
          <w:color w:val="000000"/>
        </w:rPr>
        <w:t>se</w:t>
      </w:r>
      <w:r>
        <w:rPr>
          <w:color w:val="000000"/>
        </w:rPr>
        <w:t xml:space="preserve">ven , </w:t>
      </w:r>
      <w:r>
        <w:rPr>
          <w:color w:val="FF0066"/>
        </w:rPr>
        <w:t xml:space="preserve">and </w:t>
      </w:r>
      <w:r>
        <w:rPr>
          <w:color w:val="FF6600"/>
        </w:rPr>
        <w:t xml:space="preserve">for </w:t>
      </w:r>
      <w:r>
        <w:rPr>
          <w:color w:val="00FFCC"/>
        </w:rPr>
        <w:t xml:space="preserve">hens </w:t>
      </w:r>
      <w:r>
        <w:rPr>
          <w:color w:val="FF0066"/>
        </w:rPr>
        <w:t xml:space="preserve">and </w:t>
      </w:r>
      <w:r>
        <w:rPr>
          <w:color w:val="00FFCC"/>
        </w:rPr>
        <w:t xml:space="preserve">geese </w:t>
      </w:r>
      <w:r>
        <w:rPr>
          <w:color w:val="FF6600"/>
        </w:rPr>
        <w:t xml:space="preserve">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five . </w:t>
      </w:r>
      <w:r>
        <w:rPr>
          <w:color w:val="33CCFF"/>
        </w:rPr>
        <w:t xml:space="preserve">Liberal old-age </w:t>
      </w:r>
      <w:r>
        <w:rPr>
          <w:color w:val="00FFCC"/>
        </w:rPr>
        <w:t xml:space="preserve">pensions </w:t>
      </w:r>
      <w:r>
        <w:rPr>
          <w:color w:val="CC3399"/>
        </w:rPr>
        <w:t xml:space="preserve">had been agreed </w:t>
      </w:r>
      <w:r>
        <w:rPr>
          <w:color w:val="00787F"/>
        </w:rPr>
        <w:t xml:space="preserve">upon </w:t>
      </w:r>
      <w:r>
        <w:rPr>
          <w:color w:val="000000"/>
        </w:rPr>
        <w:t xml:space="preserve">. </w:t>
      </w:r>
      <w:r>
        <w:rPr>
          <w:color w:val="FF6600"/>
        </w:rPr>
        <w:t xml:space="preserve">As </w:t>
      </w:r>
      <w:r>
        <w:rPr>
          <w:color w:val="00787F"/>
        </w:rPr>
        <w:t xml:space="preserve">yet </w:t>
      </w:r>
      <w:r>
        <w:rPr>
          <w:color w:val="000000"/>
        </w:rPr>
        <w:t xml:space="preserve">no </w:t>
      </w:r>
      <w:r>
        <w:rPr>
          <w:color w:val="00FFCC"/>
        </w:rPr>
        <w:t xml:space="preserve">animal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actually </w:t>
      </w:r>
      <w:r>
        <w:rPr>
          <w:color w:val="CC3399"/>
        </w:rPr>
        <w:t xml:space="preserve">retired </w:t>
      </w:r>
      <w:r>
        <w:rPr>
          <w:color w:val="FF6600"/>
        </w:rPr>
        <w:t xml:space="preserve">on </w:t>
      </w:r>
      <w:r>
        <w:rPr>
          <w:color w:val="00FFCC"/>
        </w:rPr>
        <w:t xml:space="preserve">pension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FF6600"/>
        </w:rPr>
        <w:t xml:space="preserve">of </w:t>
      </w:r>
      <w:r>
        <w:rPr>
          <w:color w:val="33CCFF"/>
        </w:rPr>
        <w:t xml:space="preserve">late </w:t>
      </w:r>
      <w:r>
        <w:rPr>
          <w:color w:val="000000"/>
        </w:rPr>
        <w:t xml:space="preserve">the </w:t>
      </w:r>
      <w:r>
        <w:rPr>
          <w:color w:val="00FFCC"/>
        </w:rPr>
        <w:t xml:space="preserve">subject </w:t>
      </w:r>
      <w:r>
        <w:rPr>
          <w:color w:val="CC3399"/>
        </w:rPr>
        <w:t xml:space="preserve">had been discussed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more </w:t>
      </w:r>
      <w:r>
        <w:rPr>
          <w:color w:val="FF0066"/>
        </w:rPr>
        <w:t xml:space="preserve">and </w:t>
      </w:r>
      <w:r>
        <w:rPr>
          <w:color w:val="00787F"/>
        </w:rPr>
        <w:t xml:space="preserve">more </w:t>
      </w:r>
      <w:r>
        <w:rPr>
          <w:color w:val="000000"/>
        </w:rPr>
        <w:t xml:space="preserve">. </w:t>
      </w:r>
      <w:r>
        <w:rPr>
          <w:color w:val="00787F"/>
        </w:rPr>
        <w:t xml:space="preserve">Now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33CCFF"/>
        </w:rPr>
        <w:t xml:space="preserve">small </w:t>
      </w:r>
      <w:r>
        <w:rPr>
          <w:color w:val="00FFCC"/>
        </w:rPr>
        <w:t xml:space="preserve">field </w:t>
      </w:r>
      <w:r>
        <w:rPr>
          <w:color w:val="FF6600"/>
        </w:rPr>
        <w:t xml:space="preserve">beyond </w:t>
      </w:r>
      <w:r>
        <w:rPr>
          <w:color w:val="000000"/>
        </w:rPr>
        <w:t xml:space="preserve">the </w:t>
      </w:r>
      <w:r>
        <w:rPr>
          <w:color w:val="00FFCC"/>
        </w:rPr>
        <w:t xml:space="preserve">orchard </w:t>
      </w:r>
      <w:r>
        <w:rPr>
          <w:color w:val="CC3399"/>
        </w:rPr>
        <w:t xml:space="preserve">had been </w:t>
      </w:r>
      <w:r>
        <w:rPr>
          <w:color w:val="CC3399"/>
        </w:rPr>
        <w:t xml:space="preserve">set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aside </w:t>
      </w:r>
      <w:r>
        <w:rPr>
          <w:color w:val="FF6600"/>
        </w:rPr>
        <w:t xml:space="preserve">for </w:t>
      </w:r>
      <w:r>
        <w:rPr>
          <w:color w:val="00FFCC"/>
        </w:rPr>
        <w:t xml:space="preserve">barley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rumoured </w:t>
      </w:r>
      <w:r>
        <w:rPr>
          <w:color w:val="FF6600"/>
        </w:rPr>
        <w:t xml:space="preserve">that </w:t>
      </w:r>
      <w:r>
        <w:rPr>
          <w:color w:val="000000"/>
        </w:rPr>
        <w:t xml:space="preserve">a </w:t>
      </w:r>
      <w:r>
        <w:rPr>
          <w:color w:val="00FFCC"/>
        </w:rPr>
        <w:t xml:space="preserve">corner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large </w:t>
      </w:r>
      <w:r>
        <w:rPr>
          <w:color w:val="00FFCC"/>
        </w:rPr>
        <w:t xml:space="preserve">pasture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be fenced </w:t>
      </w:r>
      <w:r>
        <w:rPr>
          <w:color w:val="FF6600"/>
        </w:rPr>
        <w:t xml:space="preserve">off </w:t>
      </w:r>
      <w:r>
        <w:rPr>
          <w:color w:val="FF0066"/>
        </w:rPr>
        <w:t xml:space="preserve">and </w:t>
      </w:r>
      <w:r>
        <w:rPr>
          <w:color w:val="CC3399"/>
        </w:rPr>
        <w:t xml:space="preserve">turned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  <w:r>
        <w:rPr>
          <w:color w:val="00FFCC"/>
        </w:rPr>
        <w:t xml:space="preserve">grazing-ground </w:t>
      </w:r>
      <w:r>
        <w:rPr>
          <w:color w:val="FF6600"/>
        </w:rPr>
        <w:t xml:space="preserve">for </w:t>
      </w:r>
      <w:r>
        <w:rPr>
          <w:color w:val="33CCFF"/>
        </w:rPr>
        <w:t xml:space="preserve">superannuated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00FFCC"/>
        </w:rPr>
        <w:t xml:space="preserve">horse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said </w:t>
      </w:r>
      <w:r>
        <w:rPr>
          <w:color w:val="000000"/>
        </w:rPr>
        <w:t xml:space="preserve">, the </w:t>
      </w:r>
      <w:r>
        <w:rPr>
          <w:color w:val="00FFCC"/>
        </w:rPr>
        <w:t xml:space="preserve">pension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000000"/>
        </w:rPr>
        <w:t xml:space="preserve">five </w:t>
      </w:r>
      <w:r>
        <w:rPr>
          <w:color w:val="00FFCC"/>
        </w:rPr>
        <w:t xml:space="preserve">pounds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corn </w:t>
      </w:r>
      <w:r>
        <w:rPr>
          <w:color w:val="000000"/>
        </w:rPr>
        <w:t xml:space="preserve">a </w:t>
      </w:r>
      <w:r>
        <w:rPr>
          <w:color w:val="00FFCC"/>
        </w:rPr>
        <w:t xml:space="preserve">day </w:t>
      </w:r>
      <w:r>
        <w:rPr>
          <w:color w:val="FF0066"/>
        </w:rPr>
        <w:t xml:space="preserve">and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FFCC"/>
        </w:rPr>
        <w:t xml:space="preserve">winter </w:t>
      </w:r>
      <w:r>
        <w:rPr>
          <w:color w:val="000000"/>
        </w:rPr>
        <w:t xml:space="preserve">, </w:t>
      </w:r>
      <w:r>
        <w:rPr>
          <w:color w:val="33CCFF"/>
        </w:rPr>
        <w:t xml:space="preserve">fifteen </w:t>
      </w:r>
      <w:r>
        <w:rPr>
          <w:color w:val="00FFCC"/>
        </w:rPr>
        <w:t xml:space="preserve">pounds </w:t>
      </w:r>
      <w:r>
        <w:rPr>
          <w:color w:val="FF6600"/>
        </w:rPr>
        <w:t xml:space="preserve">of </w:t>
      </w:r>
      <w:r>
        <w:rPr>
          <w:color w:val="00FFCC"/>
        </w:rPr>
        <w:t xml:space="preserve">hay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carrot </w:t>
      </w:r>
      <w:r>
        <w:rPr>
          <w:color w:val="FF0066"/>
        </w:rPr>
        <w:t xml:space="preserve">or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possibly </w:t>
      </w:r>
      <w:r>
        <w:rPr>
          <w:color w:val="000000"/>
        </w:rPr>
        <w:t xml:space="preserve">an </w:t>
      </w:r>
      <w:r>
        <w:rPr>
          <w:color w:val="00FFCC"/>
        </w:rPr>
        <w:t xml:space="preserve">apple </w:t>
      </w:r>
      <w:r>
        <w:rPr>
          <w:color w:val="FF6600"/>
        </w:rPr>
        <w:t xml:space="preserve">on </w:t>
      </w:r>
      <w:r>
        <w:rPr>
          <w:color w:val="33CCFF"/>
        </w:rPr>
        <w:t xml:space="preserve">public </w:t>
      </w:r>
      <w:r>
        <w:rPr>
          <w:color w:val="00FFCC"/>
        </w:rPr>
        <w:t xml:space="preserve">holidays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33CCFF"/>
        </w:rPr>
        <w:t xml:space="preserve">twelfth </w:t>
      </w:r>
      <w:r>
        <w:rPr>
          <w:color w:val="00FFCC"/>
        </w:rPr>
        <w:t xml:space="preserve">birthday </w:t>
      </w:r>
      <w:r>
        <w:rPr>
          <w:color w:val="CC3399"/>
        </w:rPr>
        <w:t xml:space="preserve">was </w:t>
      </w:r>
      <w:r>
        <w:rPr>
          <w:color w:val="33CCFF"/>
        </w:rPr>
        <w:t xml:space="preserve">due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late </w:t>
      </w:r>
      <w:r>
        <w:rPr>
          <w:color w:val="00FFCC"/>
        </w:rPr>
        <w:t xml:space="preserve">summer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following </w:t>
      </w:r>
      <w:r>
        <w:rPr>
          <w:color w:val="00FFCC"/>
        </w:rPr>
        <w:t xml:space="preserve">year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Meanwhile </w:t>
      </w:r>
      <w:r>
        <w:rPr>
          <w:color w:val="00FFCC"/>
        </w:rPr>
        <w:t xml:space="preserve">life </w:t>
      </w:r>
      <w:r>
        <w:rPr>
          <w:color w:val="CC3399"/>
        </w:rPr>
        <w:t xml:space="preserve">was </w:t>
      </w:r>
      <w:r>
        <w:rPr>
          <w:color w:val="33CCFF"/>
        </w:rPr>
        <w:t xml:space="preserve">hard </w:t>
      </w:r>
      <w:r>
        <w:rPr>
          <w:color w:val="000000"/>
        </w:rPr>
        <w:t xml:space="preserve">. The </w:t>
      </w:r>
      <w:r>
        <w:rPr>
          <w:color w:val="00FFCC"/>
        </w:rPr>
        <w:t xml:space="preserve">winter </w:t>
      </w:r>
      <w:r>
        <w:rPr>
          <w:color w:val="CC3399"/>
        </w:rPr>
        <w:t xml:space="preserve">was </w:t>
      </w:r>
      <w:r>
        <w:rPr>
          <w:color w:val="FF6600"/>
        </w:rPr>
        <w:t xml:space="preserve">as </w:t>
      </w:r>
      <w:r>
        <w:rPr>
          <w:color w:val="33CCFF"/>
        </w:rPr>
        <w:t xml:space="preserve">cold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33CCFF"/>
        </w:rPr>
        <w:t xml:space="preserve">last </w:t>
      </w:r>
      <w:r>
        <w:rPr>
          <w:color w:val="00FFCC"/>
        </w:rPr>
        <w:t xml:space="preserve">one </w:t>
      </w:r>
      <w:r>
        <w:rPr>
          <w:color w:val="CC3399"/>
        </w:rPr>
        <w:t xml:space="preserve">had been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FFCC"/>
        </w:rPr>
        <w:t xml:space="preserve">food </w:t>
      </w:r>
      <w:r>
        <w:rPr>
          <w:color w:val="CC3399"/>
        </w:rPr>
        <w:t xml:space="preserve">was </w:t>
      </w:r>
      <w:r>
        <w:rPr>
          <w:color w:val="00787F"/>
        </w:rPr>
        <w:t xml:space="preserve">even </w:t>
      </w:r>
      <w:r>
        <w:rPr>
          <w:color w:val="33CCFF"/>
        </w:rPr>
        <w:t xml:space="preserve">shorter </w:t>
      </w:r>
      <w:r>
        <w:rPr>
          <w:color w:val="000000"/>
        </w:rPr>
        <w:t xml:space="preserve">. </w:t>
      </w:r>
      <w:r>
        <w:rPr>
          <w:color w:val="00787F"/>
        </w:rPr>
        <w:t xml:space="preserve">Once again </w:t>
      </w:r>
      <w:r>
        <w:rPr>
          <w:color w:val="000000"/>
        </w:rPr>
        <w:t xml:space="preserve">all </w:t>
      </w:r>
      <w:r>
        <w:rPr>
          <w:color w:val="00FFCC"/>
        </w:rPr>
        <w:t xml:space="preserve">rations </w:t>
      </w:r>
      <w:r>
        <w:rPr>
          <w:color w:val="CC3399"/>
        </w:rPr>
        <w:t xml:space="preserve">were reduced </w:t>
      </w:r>
      <w:r>
        <w:rPr>
          <w:color w:val="000000"/>
        </w:rPr>
        <w:t xml:space="preserve">, </w:t>
      </w:r>
      <w:r>
        <w:rPr>
          <w:color w:val="FF6600"/>
        </w:rPr>
        <w:t xml:space="preserve">except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those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000000"/>
        </w:rPr>
        <w:t xml:space="preserve">. </w:t>
      </w:r>
      <w:r>
        <w:rPr>
          <w:color w:val="00FFCC"/>
        </w:rPr>
        <w:t xml:space="preserve">A </w:t>
      </w:r>
      <w:r>
        <w:rPr>
          <w:color w:val="00787F"/>
        </w:rPr>
        <w:t xml:space="preserve">too </w:t>
      </w:r>
      <w:r>
        <w:rPr>
          <w:color w:val="33CCFF"/>
        </w:rPr>
        <w:t xml:space="preserve">rigid </w:t>
      </w:r>
      <w:r>
        <w:rPr>
          <w:color w:val="00FFCC"/>
        </w:rPr>
        <w:t xml:space="preserve">equality </w:t>
      </w:r>
      <w:r>
        <w:rPr>
          <w:color w:val="FF6600"/>
        </w:rPr>
        <w:t xml:space="preserve">in </w:t>
      </w:r>
      <w:r>
        <w:rPr>
          <w:color w:val="00FFCC"/>
        </w:rPr>
        <w:t xml:space="preserve">rations </w:t>
      </w:r>
      <w:r>
        <w:rPr>
          <w:color w:val="000000"/>
        </w:rPr>
        <w:t xml:space="preserve">, </w:t>
      </w:r>
      <w:r>
        <w:rPr>
          <w:color w:val="00FFCC"/>
        </w:rPr>
        <w:t xml:space="preserve">Squealer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explained </w:t>
      </w:r>
      <w:r>
        <w:rPr>
          <w:color w:val="000000"/>
        </w:rPr>
        <w:t xml:space="preserve">, </w:t>
      </w:r>
      <w:r>
        <w:rPr>
          <w:color w:val="003E3E"/>
        </w:rPr>
        <w:t xml:space="preserve">would </w:t>
      </w:r>
      <w:r>
        <w:rPr>
          <w:color w:val="CC3399"/>
        </w:rPr>
        <w:t xml:space="preserve">have been </w:t>
      </w:r>
      <w:r>
        <w:rPr>
          <w:color w:val="33CCFF"/>
        </w:rPr>
        <w:t xml:space="preserve">contrary </w:t>
      </w:r>
      <w:r>
        <w:rPr>
          <w:color w:val="000000"/>
        </w:rPr>
        <w:t xml:space="preserve">to the </w:t>
      </w:r>
      <w:r>
        <w:rPr>
          <w:color w:val="00FFCC"/>
        </w:rPr>
        <w:t xml:space="preserve">principles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Animalism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any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case </w:t>
      </w:r>
      <w:r>
        <w:rPr>
          <w:color w:val="000000"/>
        </w:rPr>
        <w:t xml:space="preserve">he </w:t>
      </w:r>
      <w:r>
        <w:rPr>
          <w:color w:val="CC3399"/>
        </w:rPr>
        <w:t xml:space="preserve">had </w:t>
      </w:r>
      <w:r>
        <w:rPr>
          <w:color w:val="000000"/>
        </w:rPr>
        <w:t xml:space="preserve">no </w:t>
      </w:r>
      <w:r>
        <w:rPr>
          <w:color w:val="00FFCC"/>
        </w:rPr>
        <w:t xml:space="preserve">difficulty </w:t>
      </w:r>
      <w:r>
        <w:rPr>
          <w:color w:val="FF6600"/>
        </w:rPr>
        <w:t xml:space="preserve">in </w:t>
      </w:r>
      <w:r>
        <w:rPr>
          <w:color w:val="CC3399"/>
        </w:rPr>
        <w:t xml:space="preserve">proving </w:t>
      </w:r>
      <w:r>
        <w:rPr>
          <w:color w:val="000000"/>
        </w:rPr>
        <w:t xml:space="preserve">to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NOT </w:t>
      </w:r>
      <w:r>
        <w:rPr>
          <w:color w:val="FF6600"/>
        </w:rPr>
        <w:t xml:space="preserve">in </w:t>
      </w:r>
      <w:r>
        <w:rPr>
          <w:color w:val="00FFCC"/>
        </w:rPr>
        <w:t xml:space="preserve">reality short </w:t>
      </w:r>
      <w:r>
        <w:rPr>
          <w:color w:val="FF6600"/>
        </w:rPr>
        <w:t xml:space="preserve">of </w:t>
      </w:r>
      <w:r>
        <w:rPr>
          <w:color w:val="00FFCC"/>
        </w:rPr>
        <w:t xml:space="preserve">food </w:t>
      </w:r>
      <w:r>
        <w:rPr>
          <w:color w:val="000000"/>
        </w:rPr>
        <w:t xml:space="preserve">, whatever the </w:t>
      </w:r>
      <w:r>
        <w:rPr>
          <w:color w:val="00FFCC"/>
        </w:rPr>
        <w:t xml:space="preserve">appearances </w:t>
      </w:r>
      <w:r>
        <w:rPr>
          <w:color w:val="003E3E"/>
        </w:rPr>
        <w:t xml:space="preserve">might </w:t>
      </w:r>
      <w:r>
        <w:rPr>
          <w:color w:val="CC3399"/>
        </w:rPr>
        <w:t xml:space="preserve">be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time </w:t>
      </w:r>
      <w:r>
        <w:rPr>
          <w:color w:val="CC3399"/>
        </w:rPr>
        <w:t xml:space="preserve">being </w:t>
      </w:r>
      <w:r>
        <w:rPr>
          <w:color w:val="000000"/>
        </w:rPr>
        <w:t xml:space="preserve">, </w:t>
      </w:r>
      <w:r>
        <w:rPr>
          <w:color w:val="00787F"/>
        </w:rPr>
        <w:t xml:space="preserve">certainly </w:t>
      </w:r>
      <w:r>
        <w:rPr>
          <w:color w:val="000000"/>
        </w:rPr>
        <w:t xml:space="preserve">, it </w:t>
      </w:r>
      <w:r>
        <w:rPr>
          <w:color w:val="CC3399"/>
        </w:rPr>
        <w:t xml:space="preserve">had been found </w:t>
      </w:r>
      <w:r>
        <w:rPr>
          <w:color w:val="33CCFF"/>
        </w:rPr>
        <w:t xml:space="preserve">necessary </w:t>
      </w:r>
      <w:r>
        <w:rPr>
          <w:color w:val="000000"/>
        </w:rPr>
        <w:t xml:space="preserve">to </w:t>
      </w:r>
      <w:r>
        <w:rPr>
          <w:color w:val="CC3399"/>
        </w:rPr>
        <w:t xml:space="preserve">make </w:t>
      </w:r>
      <w:r>
        <w:rPr>
          <w:color w:val="000000"/>
        </w:rPr>
        <w:t xml:space="preserve">a </w:t>
      </w:r>
      <w:r>
        <w:rPr>
          <w:color w:val="00FFCC"/>
        </w:rPr>
        <w:t xml:space="preserve">readjustment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FFCC"/>
        </w:rPr>
        <w:t xml:space="preserve">rations </w:t>
      </w:r>
      <w:r>
        <w:rPr>
          <w:color w:val="000000"/>
        </w:rPr>
        <w:t xml:space="preserve">( </w:t>
      </w:r>
      <w:r>
        <w:rPr>
          <w:color w:val="00FFCC"/>
        </w:rPr>
        <w:t xml:space="preserve">Squealer </w:t>
      </w:r>
      <w:r>
        <w:rPr>
          <w:color w:val="00787F"/>
        </w:rPr>
        <w:t xml:space="preserve">always </w:t>
      </w:r>
      <w:r>
        <w:rPr>
          <w:color w:val="CC3399"/>
        </w:rPr>
        <w:t xml:space="preserve">spoke </w:t>
      </w:r>
      <w:r>
        <w:rPr>
          <w:color w:val="FF6600"/>
        </w:rPr>
        <w:t xml:space="preserve">of </w:t>
      </w:r>
      <w:r>
        <w:rPr>
          <w:color w:val="000000"/>
        </w:rPr>
        <w:t xml:space="preserve">it </w:t>
      </w:r>
      <w:r>
        <w:rPr>
          <w:color w:val="FF6600"/>
        </w:rPr>
        <w:t xml:space="preserve">as </w:t>
      </w:r>
      <w:r>
        <w:rPr>
          <w:color w:val="000000"/>
        </w:rPr>
        <w:t xml:space="preserve">a `` </w:t>
      </w:r>
      <w:r>
        <w:rPr>
          <w:color w:val="00FFCC"/>
        </w:rPr>
        <w:t xml:space="preserve">readjustment </w:t>
      </w:r>
      <w:r>
        <w:rPr>
          <w:color w:val="000000"/>
        </w:rPr>
        <w:t xml:space="preserve">, '' </w:t>
      </w:r>
      <w:r>
        <w:rPr>
          <w:color w:val="00787F"/>
        </w:rPr>
        <w:t xml:space="preserve">never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reduction </w:t>
      </w:r>
      <w:r>
        <w:rPr>
          <w:color w:val="000000"/>
        </w:rPr>
        <w:t xml:space="preserve">'' ) , </w:t>
      </w:r>
      <w:r>
        <w:rPr>
          <w:color w:val="FF0066"/>
        </w:rPr>
        <w:t xml:space="preserve">but </w:t>
      </w:r>
      <w:r>
        <w:rPr>
          <w:color w:val="FF6600"/>
        </w:rPr>
        <w:t xml:space="preserve">in </w:t>
      </w:r>
      <w:r>
        <w:rPr>
          <w:color w:val="00FFCC"/>
        </w:rPr>
        <w:t xml:space="preserve">comparison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days </w:t>
      </w:r>
      <w:r>
        <w:rPr>
          <w:color w:val="FF6600"/>
        </w:rPr>
        <w:t xml:space="preserve">of </w:t>
      </w:r>
      <w:r>
        <w:rPr>
          <w:color w:val="00FFCC"/>
        </w:rPr>
        <w:t xml:space="preserve">Jones </w:t>
      </w:r>
      <w:r>
        <w:rPr>
          <w:color w:val="000000"/>
        </w:rPr>
        <w:t xml:space="preserve">, the </w:t>
      </w:r>
      <w:r>
        <w:rPr>
          <w:color w:val="00FFCC"/>
        </w:rPr>
        <w:t xml:space="preserve">improvement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33CCFF"/>
        </w:rPr>
        <w:t xml:space="preserve">enormous </w:t>
      </w:r>
      <w:r>
        <w:rPr>
          <w:color w:val="000000"/>
        </w:rPr>
        <w:t xml:space="preserve">. </w:t>
      </w:r>
      <w:r>
        <w:rPr>
          <w:color w:val="CC3399"/>
        </w:rPr>
        <w:t xml:space="preserve">Reading </w:t>
      </w:r>
      <w:r>
        <w:rPr>
          <w:color w:val="000000"/>
        </w:rPr>
        <w:t xml:space="preserve">out the </w:t>
      </w:r>
      <w:r>
        <w:rPr>
          <w:color w:val="00FFCC"/>
        </w:rPr>
        <w:t xml:space="preserve">figures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shrill </w:t>
      </w:r>
      <w:r>
        <w:rPr>
          <w:color w:val="000000"/>
        </w:rPr>
        <w:t xml:space="preserve">, </w:t>
      </w:r>
      <w:r>
        <w:rPr>
          <w:color w:val="33CCFF"/>
        </w:rPr>
        <w:t xml:space="preserve">rapid </w:t>
      </w:r>
      <w:r>
        <w:rPr>
          <w:color w:val="00FFCC"/>
        </w:rPr>
        <w:t xml:space="preserve">voice </w:t>
      </w:r>
      <w:r>
        <w:rPr>
          <w:color w:val="000000"/>
        </w:rPr>
        <w:t xml:space="preserve">, he </w:t>
      </w:r>
      <w:r>
        <w:rPr>
          <w:color w:val="CC3399"/>
        </w:rPr>
        <w:t xml:space="preserve">proved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them </w:t>
      </w:r>
      <w:r>
        <w:rPr>
          <w:color w:val="FF6600"/>
        </w:rPr>
        <w:t xml:space="preserve">in </w:t>
      </w:r>
      <w:r>
        <w:rPr>
          <w:color w:val="00FFCC"/>
        </w:rPr>
        <w:t xml:space="preserve">detail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33CCFF"/>
        </w:rPr>
        <w:t xml:space="preserve">more </w:t>
      </w:r>
      <w:r>
        <w:rPr>
          <w:color w:val="00FFCC"/>
        </w:rPr>
        <w:t xml:space="preserve">oats </w:t>
      </w:r>
      <w:r>
        <w:rPr>
          <w:color w:val="000000"/>
        </w:rPr>
        <w:t xml:space="preserve">, </w:t>
      </w:r>
      <w:r>
        <w:rPr>
          <w:color w:val="33CCFF"/>
        </w:rPr>
        <w:t xml:space="preserve">more </w:t>
      </w:r>
      <w:r>
        <w:rPr>
          <w:color w:val="00FFCC"/>
        </w:rPr>
        <w:t xml:space="preserve">hay </w:t>
      </w:r>
      <w:r>
        <w:rPr>
          <w:color w:val="000000"/>
        </w:rPr>
        <w:t xml:space="preserve">, </w:t>
      </w:r>
      <w:r>
        <w:rPr>
          <w:color w:val="33CCFF"/>
        </w:rPr>
        <w:t xml:space="preserve">more </w:t>
      </w:r>
      <w:r>
        <w:rPr>
          <w:color w:val="00FFCC"/>
        </w:rPr>
        <w:t xml:space="preserve">turnips </w:t>
      </w:r>
      <w:r>
        <w:rPr>
          <w:color w:val="FF6600"/>
        </w:rPr>
        <w:t xml:space="preserve">than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had had </w:t>
      </w:r>
      <w:r>
        <w:rPr>
          <w:color w:val="FF6600"/>
        </w:rPr>
        <w:t xml:space="preserve">in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day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worked </w:t>
      </w:r>
      <w:r>
        <w:rPr>
          <w:color w:val="33CCFF"/>
        </w:rPr>
        <w:t xml:space="preserve">shorter </w:t>
      </w:r>
      <w:r>
        <w:rPr>
          <w:color w:val="00FFCC"/>
        </w:rPr>
        <w:t xml:space="preserve">hours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drinking water </w:t>
      </w:r>
      <w:r>
        <w:rPr>
          <w:color w:val="CC3399"/>
        </w:rPr>
        <w:t xml:space="preserve">was </w:t>
      </w:r>
      <w:r>
        <w:rPr>
          <w:color w:val="FF6600"/>
        </w:rPr>
        <w:t xml:space="preserve">of </w:t>
      </w:r>
      <w:r>
        <w:rPr>
          <w:color w:val="33CCFF"/>
        </w:rPr>
        <w:t xml:space="preserve">better </w:t>
      </w:r>
      <w:r>
        <w:rPr>
          <w:color w:val="00FFCC"/>
        </w:rPr>
        <w:t xml:space="preserve">quality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lived </w:t>
      </w:r>
      <w:r>
        <w:rPr>
          <w:color w:val="00787F"/>
        </w:rPr>
        <w:t xml:space="preserve">longer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larger </w:t>
      </w:r>
      <w:r>
        <w:rPr>
          <w:color w:val="00FFCC"/>
        </w:rPr>
        <w:t xml:space="preserve">proportion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33CCFF"/>
        </w:rPr>
        <w:t xml:space="preserve">young </w:t>
      </w:r>
      <w:r>
        <w:rPr>
          <w:color w:val="00FFCC"/>
        </w:rPr>
        <w:t xml:space="preserve">ones </w:t>
      </w:r>
      <w:r>
        <w:rPr>
          <w:color w:val="CC3399"/>
        </w:rPr>
        <w:t xml:space="preserve">survived </w:t>
      </w:r>
      <w:r>
        <w:rPr>
          <w:color w:val="00FFCC"/>
        </w:rPr>
        <w:t xml:space="preserve">infancy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more </w:t>
      </w:r>
      <w:r>
        <w:rPr>
          <w:color w:val="00FFCC"/>
        </w:rPr>
        <w:t xml:space="preserve">straw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stalls </w:t>
      </w:r>
      <w:r>
        <w:rPr>
          <w:color w:val="FF0066"/>
        </w:rPr>
        <w:t xml:space="preserve">and </w:t>
      </w:r>
      <w:r>
        <w:rPr>
          <w:color w:val="CC3399"/>
        </w:rPr>
        <w:t xml:space="preserve">suffered </w:t>
      </w:r>
      <w:r>
        <w:rPr>
          <w:color w:val="33CCFF"/>
        </w:rPr>
        <w:t xml:space="preserve">less </w:t>
      </w:r>
      <w:r>
        <w:rPr>
          <w:color w:val="FF6600"/>
        </w:rPr>
        <w:t>fro</w:t>
      </w:r>
      <w:r>
        <w:rPr>
          <w:color w:val="FF6600"/>
        </w:rPr>
        <w:t xml:space="preserve">m </w:t>
      </w:r>
      <w:r>
        <w:rPr>
          <w:color w:val="00FFCC"/>
        </w:rPr>
        <w:t xml:space="preserve">fleas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believed </w:t>
      </w:r>
      <w:r>
        <w:rPr>
          <w:color w:val="000000"/>
        </w:rPr>
        <w:t xml:space="preserve">every </w:t>
      </w:r>
      <w:r>
        <w:rPr>
          <w:color w:val="00FFCC"/>
        </w:rPr>
        <w:t xml:space="preserve">word </w:t>
      </w:r>
      <w:r>
        <w:rPr>
          <w:color w:val="FF6600"/>
        </w:rPr>
        <w:t xml:space="preserve">of </w:t>
      </w:r>
      <w:r>
        <w:rPr>
          <w:color w:val="000000"/>
        </w:rPr>
        <w:t xml:space="preserve">it . </w:t>
      </w:r>
      <w:r>
        <w:rPr>
          <w:color w:val="00FFCC"/>
        </w:rPr>
        <w:t xml:space="preserve">Truth </w:t>
      </w:r>
      <w:r>
        <w:rPr>
          <w:color w:val="000000"/>
        </w:rPr>
        <w:t xml:space="preserve">to </w:t>
      </w:r>
      <w:r>
        <w:rPr>
          <w:color w:val="CC3399"/>
        </w:rPr>
        <w:t xml:space="preserve">tell </w:t>
      </w:r>
      <w:r>
        <w:rPr>
          <w:color w:val="000000"/>
        </w:rPr>
        <w:t xml:space="preserve">, </w:t>
      </w:r>
      <w:r>
        <w:rPr>
          <w:color w:val="00FFCC"/>
        </w:rPr>
        <w:t xml:space="preserve">Jones </w:t>
      </w:r>
      <w:r>
        <w:rPr>
          <w:color w:val="FF0066"/>
        </w:rPr>
        <w:t xml:space="preserve">and </w:t>
      </w:r>
      <w:r>
        <w:rPr>
          <w:color w:val="000000"/>
        </w:rPr>
        <w:t xml:space="preserve">all he </w:t>
      </w:r>
      <w:r>
        <w:rPr>
          <w:color w:val="CC3399"/>
        </w:rPr>
        <w:t xml:space="preserve">stood </w:t>
      </w:r>
      <w:r>
        <w:rPr>
          <w:color w:val="FF6600"/>
        </w:rPr>
        <w:t xml:space="preserve">for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almost </w:t>
      </w:r>
      <w:r>
        <w:rPr>
          <w:color w:val="CC3399"/>
        </w:rPr>
        <w:t xml:space="preserve">faded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their </w:t>
      </w:r>
      <w:r>
        <w:rPr>
          <w:color w:val="00FFCC"/>
        </w:rPr>
        <w:t xml:space="preserve">memories </w:t>
      </w:r>
      <w:r>
        <w:rPr>
          <w:color w:val="000000"/>
        </w:rPr>
        <w:t xml:space="preserve">. They </w:t>
      </w:r>
      <w:r>
        <w:rPr>
          <w:color w:val="CC3399"/>
        </w:rPr>
        <w:t xml:space="preserve">knew </w:t>
      </w:r>
      <w:r>
        <w:rPr>
          <w:color w:val="FF6600"/>
        </w:rPr>
        <w:t xml:space="preserve">that </w:t>
      </w:r>
      <w:r>
        <w:rPr>
          <w:color w:val="00FFCC"/>
        </w:rPr>
        <w:t xml:space="preserve">life nowadays </w:t>
      </w:r>
      <w:r>
        <w:rPr>
          <w:color w:val="CC3399"/>
        </w:rPr>
        <w:t xml:space="preserve">was </w:t>
      </w:r>
      <w:r>
        <w:rPr>
          <w:color w:val="33CCFF"/>
        </w:rPr>
        <w:t xml:space="preserve">harsh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FFCC"/>
        </w:rPr>
        <w:t xml:space="preserve">bare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often </w:t>
      </w:r>
      <w:r>
        <w:rPr>
          <w:color w:val="33CCFF"/>
        </w:rPr>
        <w:t xml:space="preserve">hungry </w:t>
      </w:r>
      <w:r>
        <w:rPr>
          <w:color w:val="FF0066"/>
        </w:rPr>
        <w:t xml:space="preserve">and </w:t>
      </w:r>
      <w:r>
        <w:rPr>
          <w:color w:val="00787F"/>
        </w:rPr>
        <w:t xml:space="preserve">often </w:t>
      </w:r>
      <w:r>
        <w:rPr>
          <w:color w:val="33CCFF"/>
        </w:rPr>
        <w:t xml:space="preserve">cold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usually </w:t>
      </w:r>
      <w:r>
        <w:rPr>
          <w:color w:val="CC3399"/>
        </w:rPr>
        <w:t xml:space="preserve">working </w:t>
      </w:r>
      <w:r>
        <w:rPr>
          <w:color w:val="000000"/>
        </w:rPr>
        <w:t xml:space="preserve">when 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not </w:t>
      </w:r>
      <w:r>
        <w:rPr>
          <w:color w:val="33CCFF"/>
        </w:rPr>
        <w:t xml:space="preserve">asleep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FF6600"/>
        </w:rPr>
        <w:t xml:space="preserve">doubtless </w:t>
      </w:r>
      <w:r>
        <w:rPr>
          <w:color w:val="000000"/>
        </w:rPr>
        <w:t xml:space="preserve">it </w:t>
      </w:r>
      <w:r>
        <w:rPr>
          <w:color w:val="CC3399"/>
        </w:rPr>
        <w:t xml:space="preserve">had been </w:t>
      </w:r>
      <w:r>
        <w:rPr>
          <w:color w:val="33CCFF"/>
        </w:rPr>
        <w:t xml:space="preserve">worse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old </w:t>
      </w:r>
      <w:r>
        <w:rPr>
          <w:color w:val="00FFCC"/>
        </w:rPr>
        <w:t xml:space="preserve">days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</w:t>
      </w:r>
      <w:r>
        <w:rPr>
          <w:color w:val="00FFCC"/>
        </w:rPr>
        <w:t xml:space="preserve">glad </w:t>
      </w:r>
      <w:r>
        <w:rPr>
          <w:color w:val="000000"/>
        </w:rPr>
        <w:t xml:space="preserve">to </w:t>
      </w:r>
      <w:r>
        <w:rPr>
          <w:color w:val="CC3399"/>
        </w:rPr>
        <w:t xml:space="preserve">believe </w:t>
      </w:r>
      <w:r>
        <w:rPr>
          <w:color w:val="00787F"/>
        </w:rPr>
        <w:t xml:space="preserve">so </w:t>
      </w:r>
      <w:r>
        <w:rPr>
          <w:color w:val="000000"/>
        </w:rPr>
        <w:t xml:space="preserve">. </w:t>
      </w:r>
      <w:r>
        <w:rPr>
          <w:color w:val="00FFCC"/>
        </w:rPr>
        <w:t xml:space="preserve">Besides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0000"/>
        </w:rPr>
        <w:t xml:space="preserve">those </w:t>
      </w:r>
      <w:r>
        <w:rPr>
          <w:color w:val="00FFCC"/>
        </w:rPr>
        <w:t xml:space="preserve">days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been </w:t>
      </w:r>
      <w:r>
        <w:rPr>
          <w:color w:val="00FFCC"/>
        </w:rPr>
        <w:t xml:space="preserve">slaves </w:t>
      </w:r>
      <w:r>
        <w:rPr>
          <w:color w:val="FF0066"/>
        </w:rPr>
        <w:t xml:space="preserve">and </w:t>
      </w:r>
      <w:r>
        <w:rPr>
          <w:color w:val="00787F"/>
        </w:rPr>
        <w:t xml:space="preserve">now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33CCFF"/>
        </w:rPr>
        <w:t xml:space="preserve">free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CC3399"/>
        </w:rPr>
        <w:t xml:space="preserve">made </w:t>
      </w:r>
      <w:r>
        <w:rPr>
          <w:color w:val="000000"/>
        </w:rPr>
        <w:t xml:space="preserve">all the </w:t>
      </w:r>
      <w:r>
        <w:rPr>
          <w:color w:val="00FFCC"/>
        </w:rPr>
        <w:t xml:space="preserve">difference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as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fail </w:t>
      </w:r>
      <w:r>
        <w:rPr>
          <w:color w:val="000000"/>
        </w:rPr>
        <w:t xml:space="preserve">to </w:t>
      </w:r>
      <w:r>
        <w:rPr>
          <w:color w:val="CC3399"/>
        </w:rPr>
        <w:t xml:space="preserve">point </w:t>
      </w:r>
      <w:r>
        <w:rPr>
          <w:color w:val="000000"/>
        </w:rPr>
        <w:t xml:space="preserve">out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33CCFF"/>
        </w:rPr>
        <w:t xml:space="preserve">many more </w:t>
      </w:r>
      <w:r>
        <w:rPr>
          <w:color w:val="00FFCC"/>
        </w:rPr>
        <w:t xml:space="preserve">mouths </w:t>
      </w:r>
      <w:r>
        <w:rPr>
          <w:color w:val="000000"/>
        </w:rPr>
        <w:t xml:space="preserve">to </w:t>
      </w:r>
      <w:r>
        <w:rPr>
          <w:color w:val="CC3399"/>
        </w:rPr>
        <w:t xml:space="preserve">feed </w:t>
      </w:r>
      <w:r>
        <w:rPr>
          <w:color w:val="00787F"/>
        </w:rPr>
        <w:t xml:space="preserve">now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autumn </w:t>
      </w:r>
      <w:r>
        <w:rPr>
          <w:color w:val="000000"/>
        </w:rPr>
        <w:t xml:space="preserve">the four </w:t>
      </w:r>
      <w:r>
        <w:rPr>
          <w:color w:val="00FFCC"/>
        </w:rPr>
        <w:t xml:space="preserve">sows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all </w:t>
      </w:r>
      <w:r>
        <w:rPr>
          <w:color w:val="CC3399"/>
        </w:rPr>
        <w:t xml:space="preserve">littered </w:t>
      </w:r>
      <w:r>
        <w:rPr>
          <w:color w:val="FF6600"/>
        </w:rPr>
        <w:t xml:space="preserve">about </w:t>
      </w:r>
      <w:r>
        <w:rPr>
          <w:color w:val="00787F"/>
        </w:rPr>
        <w:t xml:space="preserve">simultaneously </w:t>
      </w:r>
      <w:r>
        <w:rPr>
          <w:color w:val="000000"/>
        </w:rPr>
        <w:t xml:space="preserve">, </w:t>
      </w:r>
      <w:r>
        <w:rPr>
          <w:color w:val="CC3399"/>
        </w:rPr>
        <w:t xml:space="preserve">producing </w:t>
      </w:r>
      <w:r>
        <w:rPr>
          <w:color w:val="33CCFF"/>
        </w:rPr>
        <w:t xml:space="preserve">thirty-one young </w:t>
      </w:r>
      <w:r>
        <w:rPr>
          <w:color w:val="00FFCC"/>
        </w:rPr>
        <w:t xml:space="preserve">pigs </w:t>
      </w:r>
      <w:r>
        <w:rPr>
          <w:color w:val="FF6600"/>
        </w:rPr>
        <w:t xml:space="preserve">between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. The </w:t>
      </w:r>
      <w:r>
        <w:rPr>
          <w:color w:val="33CCFF"/>
        </w:rPr>
        <w:t xml:space="preserve">young </w:t>
      </w:r>
      <w:r>
        <w:rPr>
          <w:color w:val="00FFCC"/>
        </w:rPr>
        <w:t xml:space="preserve">pigs </w:t>
      </w:r>
      <w:r>
        <w:rPr>
          <w:color w:val="CC3399"/>
        </w:rPr>
        <w:t xml:space="preserve">were </w:t>
      </w:r>
      <w:r>
        <w:rPr>
          <w:color w:val="00FFCC"/>
        </w:rPr>
        <w:t xml:space="preserve">piebald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as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33CCFF"/>
        </w:rPr>
        <w:t xml:space="preserve">only </w:t>
      </w:r>
      <w:r>
        <w:rPr>
          <w:color w:val="00FFCC"/>
        </w:rPr>
        <w:t xml:space="preserve">boar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  <w:r>
        <w:rPr>
          <w:color w:val="33CCFF"/>
        </w:rPr>
        <w:t xml:space="preserve">possible </w:t>
      </w:r>
      <w:r>
        <w:rPr>
          <w:color w:val="000000"/>
        </w:rPr>
        <w:t xml:space="preserve">to </w:t>
      </w:r>
      <w:r>
        <w:rPr>
          <w:color w:val="CC3399"/>
        </w:rPr>
        <w:t xml:space="preserve">guess </w:t>
      </w:r>
      <w:r>
        <w:rPr>
          <w:color w:val="FF6600"/>
        </w:rPr>
        <w:t xml:space="preserve">at </w:t>
      </w:r>
      <w:r>
        <w:rPr>
          <w:color w:val="000000"/>
        </w:rPr>
        <w:t xml:space="preserve">their </w:t>
      </w:r>
      <w:r>
        <w:rPr>
          <w:color w:val="00FFCC"/>
        </w:rPr>
        <w:t xml:space="preserve">parentage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announced </w:t>
      </w: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that </w:t>
      </w:r>
      <w:r>
        <w:rPr>
          <w:color w:val="00787F"/>
        </w:rPr>
        <w:t xml:space="preserve">later </w:t>
      </w:r>
      <w:r>
        <w:rPr>
          <w:color w:val="000000"/>
        </w:rPr>
        <w:t xml:space="preserve">, when </w:t>
      </w:r>
      <w:r>
        <w:rPr>
          <w:color w:val="00FFCC"/>
        </w:rPr>
        <w:t xml:space="preserve">bricks </w:t>
      </w:r>
      <w:r>
        <w:rPr>
          <w:color w:val="FF0066"/>
        </w:rPr>
        <w:t xml:space="preserve">and </w:t>
      </w:r>
      <w:r>
        <w:rPr>
          <w:color w:val="00FFCC"/>
        </w:rPr>
        <w:t xml:space="preserve">timber </w:t>
      </w:r>
      <w:r>
        <w:rPr>
          <w:color w:val="CC3399"/>
        </w:rPr>
        <w:t xml:space="preserve">had been purchased </w:t>
      </w:r>
      <w:r>
        <w:rPr>
          <w:color w:val="000000"/>
        </w:rPr>
        <w:t xml:space="preserve">, a </w:t>
      </w:r>
      <w:r>
        <w:rPr>
          <w:color w:val="00FFCC"/>
        </w:rPr>
        <w:t xml:space="preserve">schoolroom </w:t>
      </w:r>
      <w:r>
        <w:rPr>
          <w:color w:val="003E3E"/>
        </w:rPr>
        <w:t xml:space="preserve">would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built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garden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time </w:t>
      </w:r>
      <w:r>
        <w:rPr>
          <w:color w:val="CC3399"/>
        </w:rPr>
        <w:t xml:space="preserve">being </w:t>
      </w:r>
      <w:r>
        <w:rPr>
          <w:color w:val="000000"/>
        </w:rPr>
        <w:t xml:space="preserve">, the </w:t>
      </w:r>
      <w:r>
        <w:rPr>
          <w:color w:val="33CCFF"/>
        </w:rPr>
        <w:t xml:space="preserve">young </w:t>
      </w:r>
      <w:r>
        <w:rPr>
          <w:color w:val="00FFCC"/>
        </w:rPr>
        <w:t xml:space="preserve">pigs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given </w:t>
      </w:r>
      <w:r>
        <w:rPr>
          <w:color w:val="000000"/>
        </w:rPr>
        <w:t xml:space="preserve">their </w:t>
      </w:r>
      <w:r>
        <w:rPr>
          <w:color w:val="00FFCC"/>
        </w:rPr>
        <w:t xml:space="preserve">instruction </w:t>
      </w:r>
      <w:r>
        <w:rPr>
          <w:color w:val="FF6600"/>
        </w:rPr>
        <w:t xml:space="preserve">by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himself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kitchen </w:t>
      </w:r>
      <w:r>
        <w:rPr>
          <w:color w:val="000000"/>
        </w:rPr>
        <w:t xml:space="preserve">. They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took </w:t>
      </w:r>
      <w:r>
        <w:rPr>
          <w:color w:val="000000"/>
        </w:rPr>
        <w:t xml:space="preserve">their </w:t>
      </w:r>
      <w:r>
        <w:rPr>
          <w:color w:val="00FFCC"/>
        </w:rPr>
        <w:t xml:space="preserve">exercise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garden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were discouraged </w:t>
      </w:r>
      <w:r>
        <w:rPr>
          <w:color w:val="FF6600"/>
        </w:rPr>
        <w:t xml:space="preserve">from </w:t>
      </w:r>
      <w:r>
        <w:rPr>
          <w:color w:val="CC3399"/>
        </w:rPr>
        <w:t xml:space="preserve">playing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other young </w:t>
      </w:r>
      <w:r>
        <w:rPr>
          <w:color w:val="00FFCC"/>
        </w:rPr>
        <w:t xml:space="preserve">animals </w:t>
      </w:r>
      <w:r>
        <w:rPr>
          <w:color w:val="000000"/>
        </w:rPr>
        <w:t xml:space="preserve">. </w:t>
      </w:r>
      <w:r>
        <w:rPr>
          <w:color w:val="FF6600"/>
        </w:rPr>
        <w:t xml:space="preserve">About </w:t>
      </w:r>
      <w:r>
        <w:rPr>
          <w:color w:val="000000"/>
        </w:rPr>
        <w:t xml:space="preserve">this </w:t>
      </w:r>
      <w:r>
        <w:rPr>
          <w:color w:val="00FFCC"/>
        </w:rPr>
        <w:t xml:space="preserve">time </w:t>
      </w:r>
      <w:r>
        <w:rPr>
          <w:color w:val="000000"/>
        </w:rPr>
        <w:t xml:space="preserve">, </w:t>
      </w:r>
      <w:r>
        <w:rPr>
          <w:color w:val="00787F"/>
        </w:rPr>
        <w:t xml:space="preserve">too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laid </w:t>
      </w:r>
      <w:r>
        <w:rPr>
          <w:color w:val="000000"/>
        </w:rPr>
        <w:t xml:space="preserve">down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00FFCC"/>
        </w:rPr>
        <w:t xml:space="preserve">rule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that when a </w:t>
      </w:r>
      <w:r>
        <w:rPr>
          <w:color w:val="00FFCC"/>
        </w:rPr>
        <w:t xml:space="preserve">pig </w:t>
      </w:r>
      <w:r>
        <w:rPr>
          <w:color w:val="FF0066"/>
        </w:rPr>
        <w:t xml:space="preserve">and </w:t>
      </w:r>
      <w:r>
        <w:rPr>
          <w:color w:val="000000"/>
        </w:rPr>
        <w:t xml:space="preserve">any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 </w:t>
      </w:r>
      <w:r>
        <w:rPr>
          <w:color w:val="CC3399"/>
        </w:rPr>
        <w:t xml:space="preserve">met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>path</w:t>
      </w:r>
      <w:r>
        <w:rPr>
          <w:color w:val="00FFCC"/>
        </w:rPr>
        <w:t xml:space="preserve"> </w:t>
      </w:r>
      <w:r>
        <w:rPr>
          <w:color w:val="000000"/>
        </w:rPr>
        <w:t xml:space="preserve">,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must </w:t>
      </w:r>
      <w:r>
        <w:rPr>
          <w:color w:val="CC3399"/>
        </w:rPr>
        <w:t xml:space="preserve">stand </w:t>
      </w:r>
      <w:r>
        <w:rPr>
          <w:color w:val="00FFCC"/>
        </w:rPr>
        <w:t xml:space="preserve">aside </w:t>
      </w:r>
      <w:r>
        <w:rPr>
          <w:color w:val="000000"/>
        </w:rPr>
        <w:t xml:space="preserve">: </w:t>
      </w:r>
      <w:r>
        <w:rPr>
          <w:color w:val="FF0066"/>
        </w:rPr>
        <w:t xml:space="preserve">and </w:t>
      </w:r>
      <w:r>
        <w:rPr>
          <w:color w:val="00787F"/>
        </w:rPr>
        <w:t xml:space="preserve">also </w:t>
      </w:r>
      <w:r>
        <w:rPr>
          <w:color w:val="FF6600"/>
        </w:rPr>
        <w:t xml:space="preserve">that </w:t>
      </w:r>
      <w:r>
        <w:rPr>
          <w:color w:val="000000"/>
        </w:rPr>
        <w:t xml:space="preserve">all </w:t>
      </w:r>
      <w:r>
        <w:rPr>
          <w:color w:val="00FFCC"/>
        </w:rPr>
        <w:t xml:space="preserve">pigs </w:t>
      </w:r>
      <w:r>
        <w:rPr>
          <w:color w:val="000000"/>
        </w:rPr>
        <w:t xml:space="preserve">, </w:t>
      </w:r>
      <w:r>
        <w:rPr>
          <w:color w:val="FF6600"/>
        </w:rPr>
        <w:t xml:space="preserve">of </w:t>
      </w:r>
      <w:r>
        <w:rPr>
          <w:color w:val="000000"/>
        </w:rPr>
        <w:t xml:space="preserve">whatever </w:t>
      </w:r>
      <w:r>
        <w:rPr>
          <w:color w:val="00FFCC"/>
        </w:rPr>
        <w:t xml:space="preserve">degree </w:t>
      </w:r>
      <w:r>
        <w:rPr>
          <w:color w:val="000000"/>
        </w:rPr>
        <w:t xml:space="preserve">, </w:t>
      </w:r>
      <w:r>
        <w:rPr>
          <w:color w:val="CC3399"/>
        </w:rPr>
        <w:t xml:space="preserve">were </w:t>
      </w:r>
      <w:r>
        <w:rPr>
          <w:color w:val="000000"/>
        </w:rPr>
        <w:t xml:space="preserve">to </w:t>
      </w:r>
      <w:r>
        <w:rPr>
          <w:color w:val="CC3399"/>
        </w:rPr>
        <w:t xml:space="preserve">have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privilege </w:t>
      </w:r>
      <w:r>
        <w:rPr>
          <w:color w:val="FF6600"/>
        </w:rPr>
        <w:t xml:space="preserve">of </w:t>
      </w:r>
      <w:r>
        <w:rPr>
          <w:color w:val="CC3399"/>
        </w:rPr>
        <w:t xml:space="preserve">wearing </w:t>
      </w:r>
      <w:r>
        <w:rPr>
          <w:color w:val="33CCFF"/>
        </w:rPr>
        <w:t xml:space="preserve">green </w:t>
      </w:r>
      <w:r>
        <w:rPr>
          <w:color w:val="00FFCC"/>
        </w:rPr>
        <w:t xml:space="preserve">ribbons </w:t>
      </w:r>
      <w:r>
        <w:rPr>
          <w:color w:val="FF6600"/>
        </w:rPr>
        <w:t xml:space="preserve">on </w:t>
      </w:r>
      <w:r>
        <w:rPr>
          <w:color w:val="000000"/>
        </w:rPr>
        <w:t xml:space="preserve">their </w:t>
      </w:r>
      <w:r>
        <w:rPr>
          <w:color w:val="00FFCC"/>
        </w:rPr>
        <w:t xml:space="preserve">tails </w:t>
      </w:r>
      <w:r>
        <w:rPr>
          <w:color w:val="FF6600"/>
        </w:rPr>
        <w:t xml:space="preserve">on </w:t>
      </w:r>
      <w:r>
        <w:rPr>
          <w:color w:val="00FFCC"/>
        </w:rPr>
        <w:t xml:space="preserve">Sundays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had had </w:t>
      </w:r>
      <w:r>
        <w:rPr>
          <w:color w:val="000000"/>
        </w:rPr>
        <w:t xml:space="preserve">a </w:t>
      </w:r>
      <w:r>
        <w:rPr>
          <w:color w:val="00787F"/>
        </w:rPr>
        <w:t xml:space="preserve">fairly </w:t>
      </w:r>
      <w:r>
        <w:rPr>
          <w:color w:val="33CCFF"/>
        </w:rPr>
        <w:t xml:space="preserve">successful </w:t>
      </w:r>
      <w:r>
        <w:rPr>
          <w:color w:val="00FFCC"/>
        </w:rPr>
        <w:t xml:space="preserve">year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CC3399"/>
        </w:rPr>
        <w:t xml:space="preserve">was </w:t>
      </w:r>
      <w:r>
        <w:rPr>
          <w:color w:val="00787F"/>
        </w:rPr>
        <w:t xml:space="preserve">still </w:t>
      </w:r>
      <w:r>
        <w:rPr>
          <w:color w:val="33CCFF"/>
        </w:rPr>
        <w:t xml:space="preserve">short </w:t>
      </w:r>
      <w:r>
        <w:rPr>
          <w:color w:val="FF6600"/>
        </w:rPr>
        <w:t xml:space="preserve">of </w:t>
      </w:r>
      <w:r>
        <w:rPr>
          <w:color w:val="00FFCC"/>
        </w:rPr>
        <w:t xml:space="preserve">money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000000"/>
        </w:rPr>
        <w:t xml:space="preserve">the </w:t>
      </w:r>
      <w:r>
        <w:rPr>
          <w:color w:val="00FFCC"/>
        </w:rPr>
        <w:t xml:space="preserve">bricks </w:t>
      </w:r>
      <w:r>
        <w:rPr>
          <w:color w:val="000000"/>
        </w:rPr>
        <w:t xml:space="preserve">, </w:t>
      </w:r>
      <w:r>
        <w:rPr>
          <w:color w:val="00FFCC"/>
        </w:rPr>
        <w:t xml:space="preserve">sand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lime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schoolroom </w:t>
      </w:r>
      <w:r>
        <w:rPr>
          <w:color w:val="000000"/>
        </w:rPr>
        <w:t xml:space="preserve">to </w:t>
      </w:r>
      <w:r>
        <w:rPr>
          <w:color w:val="CC3399"/>
        </w:rPr>
        <w:t xml:space="preserve">be purchased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it </w:t>
      </w:r>
      <w:r>
        <w:rPr>
          <w:color w:val="003E3E"/>
        </w:rPr>
        <w:t xml:space="preserve">would </w:t>
      </w:r>
      <w:r>
        <w:rPr>
          <w:color w:val="00787F"/>
        </w:rPr>
        <w:t xml:space="preserve">also </w:t>
      </w:r>
      <w:r>
        <w:rPr>
          <w:color w:val="CC3399"/>
        </w:rPr>
        <w:t xml:space="preserve">be </w:t>
      </w:r>
      <w:r>
        <w:rPr>
          <w:color w:val="33CCFF"/>
        </w:rPr>
        <w:t xml:space="preserve">necessary </w:t>
      </w:r>
      <w:r>
        <w:rPr>
          <w:color w:val="000000"/>
        </w:rPr>
        <w:t xml:space="preserve">to </w:t>
      </w:r>
      <w:r>
        <w:rPr>
          <w:color w:val="CC3399"/>
        </w:rPr>
        <w:t xml:space="preserve">begin saving </w:t>
      </w:r>
      <w:r>
        <w:rPr>
          <w:color w:val="000000"/>
        </w:rPr>
        <w:t xml:space="preserve">up </w:t>
      </w:r>
      <w:r>
        <w:rPr>
          <w:color w:val="00787F"/>
        </w:rPr>
        <w:t xml:space="preserve">again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machinery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33CCFF"/>
        </w:rPr>
        <w:t xml:space="preserve">lamp </w:t>
      </w:r>
      <w:r>
        <w:rPr>
          <w:color w:val="00FFCC"/>
        </w:rPr>
        <w:t xml:space="preserve">oil </w:t>
      </w:r>
      <w:r>
        <w:rPr>
          <w:color w:val="FF0066"/>
        </w:rPr>
        <w:t xml:space="preserve">and </w:t>
      </w:r>
      <w:r>
        <w:rPr>
          <w:color w:val="00FFCC"/>
        </w:rPr>
        <w:t xml:space="preserve">candles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house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sugar </w:t>
      </w:r>
      <w:r>
        <w:rPr>
          <w:color w:val="FF6600"/>
        </w:rPr>
        <w:t xml:space="preserve">for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33CCFF"/>
        </w:rPr>
        <w:t xml:space="preserve">own </w:t>
      </w:r>
      <w:r>
        <w:rPr>
          <w:color w:val="00FFCC"/>
        </w:rPr>
        <w:t xml:space="preserve">table </w:t>
      </w:r>
      <w:r>
        <w:rPr>
          <w:color w:val="000000"/>
        </w:rPr>
        <w:t xml:space="preserve">( he </w:t>
      </w:r>
      <w:r>
        <w:rPr>
          <w:color w:val="CC3399"/>
        </w:rPr>
        <w:t>forb</w:t>
      </w:r>
      <w:r>
        <w:rPr>
          <w:color w:val="CC3399"/>
        </w:rPr>
        <w:t xml:space="preserve">ade </w:t>
      </w:r>
      <w:r>
        <w:rPr>
          <w:color w:val="000000"/>
        </w:rPr>
        <w:t xml:space="preserve">this to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pigs </w:t>
      </w:r>
      <w:r>
        <w:rPr>
          <w:color w:val="000000"/>
        </w:rPr>
        <w:t xml:space="preserve">,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ground </w:t>
      </w:r>
      <w:r>
        <w:rPr>
          <w:color w:val="FF6600"/>
        </w:rPr>
        <w:t xml:space="preserve">that </w:t>
      </w:r>
      <w:r>
        <w:rPr>
          <w:color w:val="000000"/>
        </w:rPr>
        <w:t xml:space="preserve">it </w:t>
      </w:r>
      <w:r>
        <w:rPr>
          <w:color w:val="CC3399"/>
        </w:rPr>
        <w:t xml:space="preserve">made </w:t>
      </w:r>
      <w:r>
        <w:rPr>
          <w:color w:val="000000"/>
        </w:rPr>
        <w:t xml:space="preserve">them </w:t>
      </w:r>
      <w:r>
        <w:rPr>
          <w:color w:val="00FFCC"/>
        </w:rPr>
        <w:t xml:space="preserve">fat </w:t>
      </w:r>
      <w:r>
        <w:rPr>
          <w:color w:val="000000"/>
        </w:rPr>
        <w:t xml:space="preserve">) , </w:t>
      </w:r>
      <w:r>
        <w:rPr>
          <w:color w:val="FF0066"/>
        </w:rPr>
        <w:t xml:space="preserve">and </w:t>
      </w:r>
      <w:r>
        <w:rPr>
          <w:color w:val="000000"/>
        </w:rPr>
        <w:t xml:space="preserve">all the </w:t>
      </w:r>
      <w:r>
        <w:rPr>
          <w:color w:val="33CCFF"/>
        </w:rPr>
        <w:t xml:space="preserve">usual </w:t>
      </w:r>
      <w:r>
        <w:rPr>
          <w:color w:val="00FFCC"/>
        </w:rPr>
        <w:t xml:space="preserve">replacements </w:t>
      </w:r>
      <w:r>
        <w:rPr>
          <w:color w:val="33CCFF"/>
        </w:rPr>
        <w:t xml:space="preserve">such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tools </w:t>
      </w:r>
      <w:r>
        <w:rPr>
          <w:color w:val="000000"/>
        </w:rPr>
        <w:t xml:space="preserve">, </w:t>
      </w:r>
      <w:r>
        <w:rPr>
          <w:color w:val="00FFCC"/>
        </w:rPr>
        <w:t xml:space="preserve">nails </w:t>
      </w:r>
      <w:r>
        <w:rPr>
          <w:color w:val="000000"/>
        </w:rPr>
        <w:t xml:space="preserve">, </w:t>
      </w:r>
      <w:r>
        <w:rPr>
          <w:color w:val="00FFCC"/>
        </w:rPr>
        <w:t xml:space="preserve">string </w:t>
      </w:r>
      <w:r>
        <w:rPr>
          <w:color w:val="000000"/>
        </w:rPr>
        <w:t xml:space="preserve">, </w:t>
      </w:r>
      <w:r>
        <w:rPr>
          <w:color w:val="00FFCC"/>
        </w:rPr>
        <w:t xml:space="preserve">coal </w:t>
      </w:r>
      <w:r>
        <w:rPr>
          <w:color w:val="000000"/>
        </w:rPr>
        <w:t xml:space="preserve">, </w:t>
      </w:r>
      <w:r>
        <w:rPr>
          <w:color w:val="00FFCC"/>
        </w:rPr>
        <w:t xml:space="preserve">wire </w:t>
      </w:r>
      <w:r>
        <w:rPr>
          <w:color w:val="000000"/>
        </w:rPr>
        <w:t xml:space="preserve">, </w:t>
      </w:r>
      <w:r>
        <w:rPr>
          <w:color w:val="00FFCC"/>
        </w:rPr>
        <w:t xml:space="preserve">scrap-iron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dog biscuits </w:t>
      </w:r>
      <w:r>
        <w:rPr>
          <w:color w:val="000000"/>
        </w:rPr>
        <w:t xml:space="preserve">. A </w:t>
      </w:r>
      <w:r>
        <w:rPr>
          <w:color w:val="00FFCC"/>
        </w:rPr>
        <w:t xml:space="preserve">stump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hay </w:t>
      </w:r>
      <w:r>
        <w:rPr>
          <w:color w:val="FF0066"/>
        </w:rPr>
        <w:t xml:space="preserve">and </w:t>
      </w:r>
      <w:r>
        <w:rPr>
          <w:color w:val="00FFCC"/>
        </w:rPr>
        <w:t xml:space="preserve">part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potato crop </w:t>
      </w:r>
      <w:r>
        <w:rPr>
          <w:color w:val="CC3399"/>
        </w:rPr>
        <w:t xml:space="preserve">were sold </w:t>
      </w:r>
      <w:r>
        <w:rPr>
          <w:color w:val="000000"/>
        </w:rPr>
        <w:t xml:space="preserve">off 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contract </w:t>
      </w:r>
      <w:r>
        <w:rPr>
          <w:color w:val="FF6600"/>
        </w:rPr>
        <w:t xml:space="preserve">for </w:t>
      </w:r>
      <w:r>
        <w:rPr>
          <w:color w:val="00FFCC"/>
        </w:rPr>
        <w:t xml:space="preserve">eggs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increased </w:t>
      </w:r>
      <w:r>
        <w:rPr>
          <w:color w:val="000000"/>
        </w:rPr>
        <w:t xml:space="preserve">to six </w:t>
      </w:r>
      <w:r>
        <w:rPr>
          <w:color w:val="CC3399"/>
        </w:rPr>
        <w:t xml:space="preserve">hundred </w:t>
      </w:r>
      <w:r>
        <w:rPr>
          <w:color w:val="000000"/>
        </w:rPr>
        <w:t xml:space="preserve">a </w:t>
      </w:r>
      <w:r>
        <w:rPr>
          <w:color w:val="00FFCC"/>
        </w:rPr>
        <w:t xml:space="preserve">week </w:t>
      </w:r>
      <w:r>
        <w:rPr>
          <w:color w:val="000000"/>
        </w:rPr>
        <w:t xml:space="preserve">, </w:t>
      </w:r>
      <w:r>
        <w:rPr>
          <w:color w:val="FF6600"/>
        </w:rPr>
        <w:t xml:space="preserve">so </w:t>
      </w:r>
      <w:r>
        <w:rPr>
          <w:color w:val="000000"/>
        </w:rPr>
        <w:t xml:space="preserve">that that </w:t>
      </w:r>
      <w:r>
        <w:rPr>
          <w:color w:val="00FFCC"/>
        </w:rPr>
        <w:t xml:space="preserve">year </w:t>
      </w:r>
      <w:r>
        <w:rPr>
          <w:color w:val="000000"/>
        </w:rPr>
        <w:t xml:space="preserve">the </w:t>
      </w:r>
      <w:r>
        <w:rPr>
          <w:color w:val="00FFCC"/>
        </w:rPr>
        <w:t xml:space="preserve">hens </w:t>
      </w:r>
      <w:r>
        <w:rPr>
          <w:color w:val="00787F"/>
        </w:rPr>
        <w:t xml:space="preserve">barely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hatched </w:t>
      </w:r>
      <w:r>
        <w:rPr>
          <w:color w:val="00787F"/>
        </w:rPr>
        <w:t xml:space="preserve">enough </w:t>
      </w:r>
      <w:r>
        <w:rPr>
          <w:color w:val="00FFCC"/>
        </w:rPr>
        <w:t xml:space="preserve">chicks </w:t>
      </w:r>
      <w:r>
        <w:rPr>
          <w:color w:val="000000"/>
        </w:rPr>
        <w:t xml:space="preserve">to </w:t>
      </w:r>
      <w:r>
        <w:rPr>
          <w:color w:val="CC3399"/>
        </w:rPr>
        <w:t xml:space="preserve">keep </w:t>
      </w:r>
      <w:r>
        <w:rPr>
          <w:color w:val="000000"/>
        </w:rPr>
        <w:t xml:space="preserve">their </w:t>
      </w:r>
      <w:r>
        <w:rPr>
          <w:color w:val="00FFCC"/>
        </w:rPr>
        <w:t xml:space="preserve">numbers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FFCC"/>
        </w:rPr>
        <w:t xml:space="preserve">level </w:t>
      </w:r>
      <w:r>
        <w:rPr>
          <w:color w:val="000000"/>
        </w:rPr>
        <w:t xml:space="preserve">. </w:t>
      </w:r>
      <w:r>
        <w:rPr>
          <w:color w:val="00FFCC"/>
        </w:rPr>
        <w:t xml:space="preserve">Rations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reduced </w:t>
      </w:r>
      <w:r>
        <w:rPr>
          <w:color w:val="FF6600"/>
        </w:rPr>
        <w:t xml:space="preserve">in </w:t>
      </w:r>
      <w:r>
        <w:rPr>
          <w:color w:val="00FFCC"/>
        </w:rPr>
        <w:t xml:space="preserve">December </w:t>
      </w:r>
      <w:r>
        <w:rPr>
          <w:color w:val="000000"/>
        </w:rPr>
        <w:t xml:space="preserve">, </w:t>
      </w:r>
      <w:r>
        <w:rPr>
          <w:color w:val="CC3399"/>
        </w:rPr>
        <w:t xml:space="preserve">were reduced </w:t>
      </w:r>
      <w:r>
        <w:rPr>
          <w:color w:val="00787F"/>
        </w:rPr>
        <w:t xml:space="preserve">again </w:t>
      </w:r>
      <w:r>
        <w:rPr>
          <w:color w:val="FF6600"/>
        </w:rPr>
        <w:t xml:space="preserve">in </w:t>
      </w:r>
      <w:r>
        <w:rPr>
          <w:color w:val="00FFCC"/>
        </w:rPr>
        <w:t xml:space="preserve">February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lanterns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stalls </w:t>
      </w:r>
      <w:r>
        <w:rPr>
          <w:color w:val="CC3399"/>
        </w:rPr>
        <w:t xml:space="preserve">were </w:t>
      </w:r>
      <w:r>
        <w:rPr>
          <w:color w:val="33CCFF"/>
        </w:rPr>
        <w:t xml:space="preserve">forbidden </w:t>
      </w:r>
      <w:r>
        <w:rPr>
          <w:color w:val="000000"/>
        </w:rPr>
        <w:t xml:space="preserve">to </w:t>
      </w:r>
      <w:r>
        <w:rPr>
          <w:color w:val="CC3399"/>
        </w:rPr>
        <w:t xml:space="preserve">save </w:t>
      </w:r>
      <w:r>
        <w:rPr>
          <w:color w:val="00FFCC"/>
        </w:rPr>
        <w:t xml:space="preserve">oil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seemed </w:t>
      </w:r>
      <w:r>
        <w:rPr>
          <w:color w:val="33CCFF"/>
        </w:rPr>
        <w:t xml:space="preserve">comfortable </w:t>
      </w:r>
      <w:r>
        <w:rPr>
          <w:color w:val="00787F"/>
        </w:rPr>
        <w:t xml:space="preserve">enough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FFCC"/>
        </w:rPr>
        <w:t xml:space="preserve">fact </w:t>
      </w:r>
      <w:r>
        <w:rPr>
          <w:color w:val="CC3399"/>
        </w:rPr>
        <w:t xml:space="preserve">were putting </w:t>
      </w:r>
      <w:r>
        <w:rPr>
          <w:color w:val="FF6600"/>
        </w:rPr>
        <w:t xml:space="preserve">on </w:t>
      </w:r>
      <w:r>
        <w:rPr>
          <w:color w:val="00FFCC"/>
        </w:rPr>
        <w:t xml:space="preserve">weight </w:t>
      </w:r>
      <w:r>
        <w:rPr>
          <w:color w:val="FF6600"/>
        </w:rPr>
        <w:t xml:space="preserve">if </w:t>
      </w:r>
      <w:r>
        <w:rPr>
          <w:color w:val="00FFCC"/>
        </w:rPr>
        <w:t xml:space="preserve">anything </w:t>
      </w:r>
      <w:r>
        <w:rPr>
          <w:color w:val="000000"/>
        </w:rPr>
        <w:t xml:space="preserve">. One </w:t>
      </w:r>
      <w:r>
        <w:rPr>
          <w:color w:val="00FFCC"/>
        </w:rPr>
        <w:t xml:space="preserve">afternoon </w:t>
      </w:r>
      <w:r>
        <w:rPr>
          <w:color w:val="FF6600"/>
        </w:rPr>
        <w:t xml:space="preserve">in </w:t>
      </w:r>
      <w:r>
        <w:rPr>
          <w:color w:val="33CCFF"/>
        </w:rPr>
        <w:t xml:space="preserve">late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February </w:t>
      </w:r>
      <w:r>
        <w:rPr>
          <w:color w:val="000000"/>
        </w:rPr>
        <w:t xml:space="preserve">a </w:t>
      </w:r>
      <w:r>
        <w:rPr>
          <w:color w:val="00FFCC"/>
        </w:rPr>
        <w:t xml:space="preserve">warm </w:t>
      </w:r>
      <w:r>
        <w:rPr>
          <w:color w:val="000000"/>
        </w:rPr>
        <w:t xml:space="preserve">, </w:t>
      </w:r>
      <w:r>
        <w:rPr>
          <w:color w:val="33CCFF"/>
        </w:rPr>
        <w:t xml:space="preserve">rich </w:t>
      </w:r>
      <w:r>
        <w:rPr>
          <w:color w:val="000000"/>
        </w:rPr>
        <w:t xml:space="preserve">, </w:t>
      </w:r>
      <w:r>
        <w:rPr>
          <w:color w:val="CC3399"/>
        </w:rPr>
        <w:t xml:space="preserve">appetising </w:t>
      </w:r>
      <w:r>
        <w:rPr>
          <w:color w:val="00FFCC"/>
        </w:rPr>
        <w:t xml:space="preserve">scent </w:t>
      </w:r>
      <w:r>
        <w:rPr>
          <w:color w:val="000000"/>
        </w:rPr>
        <w:t xml:space="preserve">, </w:t>
      </w:r>
      <w:r>
        <w:rPr>
          <w:color w:val="33CCFF"/>
        </w:rPr>
        <w:t xml:space="preserve">such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smelt </w:t>
      </w:r>
      <w:r>
        <w:rPr>
          <w:color w:val="FF6600"/>
        </w:rPr>
        <w:t xml:space="preserve">before </w:t>
      </w:r>
      <w:r>
        <w:rPr>
          <w:color w:val="000000"/>
        </w:rPr>
        <w:t xml:space="preserve">, </w:t>
      </w:r>
      <w:r>
        <w:rPr>
          <w:color w:val="CC3399"/>
        </w:rPr>
        <w:t xml:space="preserve">wafted </w:t>
      </w:r>
      <w:r>
        <w:rPr>
          <w:color w:val="000000"/>
        </w:rPr>
        <w:t xml:space="preserve">itself </w:t>
      </w:r>
      <w:r>
        <w:rPr>
          <w:color w:val="FF6600"/>
        </w:rPr>
        <w:t xml:space="preserve">across </w:t>
      </w:r>
      <w:r>
        <w:rPr>
          <w:color w:val="000000"/>
        </w:rPr>
        <w:t xml:space="preserve">the </w:t>
      </w:r>
      <w:r>
        <w:rPr>
          <w:color w:val="00FFCC"/>
        </w:rPr>
        <w:t>yar</w:t>
      </w:r>
      <w:r>
        <w:rPr>
          <w:color w:val="00FFCC"/>
        </w:rPr>
        <w:t xml:space="preserve">d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33CCFF"/>
        </w:rPr>
        <w:t xml:space="preserve">little </w:t>
      </w:r>
      <w:r>
        <w:rPr>
          <w:color w:val="00FFCC"/>
        </w:rPr>
        <w:t xml:space="preserve">brew-house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which </w:t>
      </w:r>
      <w:r>
        <w:rPr>
          <w:color w:val="CC3399"/>
        </w:rPr>
        <w:t xml:space="preserve">had been disused </w:t>
      </w:r>
      <w:r>
        <w:rPr>
          <w:color w:val="FF6600"/>
        </w:rPr>
        <w:t xml:space="preserve">in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time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which </w:t>
      </w:r>
      <w:r>
        <w:rPr>
          <w:color w:val="CC3399"/>
        </w:rPr>
        <w:t xml:space="preserve">stood </w:t>
      </w:r>
      <w:r>
        <w:rPr>
          <w:color w:val="FF6600"/>
        </w:rPr>
        <w:t xml:space="preserve">beyond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kitchen </w:t>
      </w:r>
      <w:r>
        <w:rPr>
          <w:color w:val="000000"/>
        </w:rPr>
        <w:t xml:space="preserve">. </w:t>
      </w:r>
      <w:r>
        <w:rPr>
          <w:color w:val="00FFCC"/>
        </w:rPr>
        <w:t xml:space="preserve">Someone </w:t>
      </w:r>
      <w:r>
        <w:rPr>
          <w:color w:val="CC3399"/>
        </w:rPr>
        <w:t xml:space="preserve">said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00FFCC"/>
        </w:rPr>
        <w:t xml:space="preserve">smell </w:t>
      </w:r>
      <w:r>
        <w:rPr>
          <w:color w:val="FF6600"/>
        </w:rPr>
        <w:t xml:space="preserve">of </w:t>
      </w:r>
      <w:r>
        <w:rPr>
          <w:color w:val="CC3399"/>
        </w:rPr>
        <w:t xml:space="preserve">cooking </w:t>
      </w:r>
      <w:r>
        <w:rPr>
          <w:color w:val="00FFCC"/>
        </w:rPr>
        <w:t xml:space="preserve">barley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sniffed </w:t>
      </w:r>
      <w:r>
        <w:rPr>
          <w:color w:val="000000"/>
        </w:rPr>
        <w:t xml:space="preserve">the </w:t>
      </w:r>
      <w:r>
        <w:rPr>
          <w:color w:val="00FFCC"/>
        </w:rPr>
        <w:t xml:space="preserve">air </w:t>
      </w:r>
      <w:r>
        <w:rPr>
          <w:color w:val="00787F"/>
        </w:rPr>
        <w:t xml:space="preserve">hungrily </w:t>
      </w:r>
      <w:r>
        <w:rPr>
          <w:color w:val="FF0066"/>
        </w:rPr>
        <w:t xml:space="preserve">and </w:t>
      </w:r>
      <w:r>
        <w:rPr>
          <w:color w:val="CC3399"/>
        </w:rPr>
        <w:t xml:space="preserve">wondered </w:t>
      </w:r>
      <w:r>
        <w:rPr>
          <w:color w:val="FF6600"/>
        </w:rPr>
        <w:t xml:space="preserve">whether </w:t>
      </w:r>
      <w:r>
        <w:rPr>
          <w:color w:val="000000"/>
        </w:rPr>
        <w:t xml:space="preserve">a </w:t>
      </w:r>
      <w:r>
        <w:rPr>
          <w:color w:val="33CCFF"/>
        </w:rPr>
        <w:t xml:space="preserve">warm </w:t>
      </w:r>
      <w:r>
        <w:rPr>
          <w:color w:val="00FFCC"/>
        </w:rPr>
        <w:t xml:space="preserve">mash </w:t>
      </w:r>
      <w:r>
        <w:rPr>
          <w:color w:val="CC3399"/>
        </w:rPr>
        <w:t xml:space="preserve">was being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prepared </w:t>
      </w:r>
      <w:r>
        <w:rPr>
          <w:color w:val="FF6600"/>
        </w:rPr>
        <w:t xml:space="preserve">for </w:t>
      </w:r>
      <w:r>
        <w:rPr>
          <w:color w:val="000000"/>
        </w:rPr>
        <w:t xml:space="preserve">their </w:t>
      </w:r>
      <w:r>
        <w:rPr>
          <w:color w:val="00FFCC"/>
        </w:rPr>
        <w:t xml:space="preserve">supper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no </w:t>
      </w:r>
      <w:r>
        <w:rPr>
          <w:color w:val="33CCFF"/>
        </w:rPr>
        <w:t xml:space="preserve">warm </w:t>
      </w:r>
      <w:r>
        <w:rPr>
          <w:color w:val="00FFCC"/>
        </w:rPr>
        <w:t xml:space="preserve">mash </w:t>
      </w:r>
      <w:r>
        <w:rPr>
          <w:color w:val="CC3399"/>
        </w:rPr>
        <w:t xml:space="preserve">appeared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following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Sunday </w:t>
      </w:r>
      <w:r>
        <w:rPr>
          <w:color w:val="000000"/>
        </w:rPr>
        <w:t xml:space="preserve">it </w:t>
      </w:r>
      <w:r>
        <w:rPr>
          <w:color w:val="CC3399"/>
        </w:rPr>
        <w:t xml:space="preserve">was announced </w:t>
      </w:r>
      <w:r>
        <w:rPr>
          <w:color w:val="FF6600"/>
        </w:rPr>
        <w:t xml:space="preserve">that from </w:t>
      </w:r>
      <w:r>
        <w:rPr>
          <w:color w:val="00787F"/>
        </w:rPr>
        <w:t xml:space="preserve">now </w:t>
      </w:r>
      <w:r>
        <w:rPr>
          <w:color w:val="FF6600"/>
        </w:rPr>
        <w:t xml:space="preserve">onwards </w:t>
      </w:r>
      <w:r>
        <w:rPr>
          <w:color w:val="000000"/>
        </w:rPr>
        <w:t xml:space="preserve">all </w:t>
      </w:r>
      <w:r>
        <w:rPr>
          <w:color w:val="00FFCC"/>
        </w:rPr>
        <w:t xml:space="preserve">barley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reserved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. The </w:t>
      </w:r>
      <w:r>
        <w:rPr>
          <w:color w:val="00FFCC"/>
        </w:rPr>
        <w:t xml:space="preserve">field </w:t>
      </w:r>
      <w:r>
        <w:rPr>
          <w:color w:val="FF6600"/>
        </w:rPr>
        <w:t xml:space="preserve">beyond </w:t>
      </w:r>
      <w:r>
        <w:rPr>
          <w:color w:val="000000"/>
        </w:rPr>
        <w:t xml:space="preserve">the </w:t>
      </w:r>
      <w:r>
        <w:rPr>
          <w:color w:val="00FFCC"/>
        </w:rPr>
        <w:t xml:space="preserve">orchard </w:t>
      </w:r>
      <w:r>
        <w:rPr>
          <w:color w:val="CC3399"/>
        </w:rPr>
        <w:t xml:space="preserve">had </w:t>
      </w:r>
      <w:r>
        <w:rPr>
          <w:color w:val="00787F"/>
        </w:rPr>
        <w:t xml:space="preserve">already </w:t>
      </w:r>
      <w:r>
        <w:rPr>
          <w:color w:val="CC3399"/>
        </w:rPr>
        <w:t xml:space="preserve">been sown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barley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news </w:t>
      </w:r>
      <w:r>
        <w:rPr>
          <w:color w:val="00787F"/>
        </w:rPr>
        <w:t xml:space="preserve">soon </w:t>
      </w:r>
      <w:r>
        <w:rPr>
          <w:color w:val="CC3399"/>
        </w:rPr>
        <w:t xml:space="preserve">leaked </w:t>
      </w:r>
      <w:r>
        <w:rPr>
          <w:color w:val="000000"/>
        </w:rPr>
        <w:t xml:space="preserve">out </w:t>
      </w:r>
      <w:r>
        <w:rPr>
          <w:color w:val="FF6600"/>
        </w:rPr>
        <w:t>t</w:t>
      </w:r>
      <w:r>
        <w:rPr>
          <w:color w:val="FF6600"/>
        </w:rPr>
        <w:t xml:space="preserve">hat </w:t>
      </w:r>
      <w:r>
        <w:rPr>
          <w:color w:val="000000"/>
        </w:rPr>
        <w:t xml:space="preserve">every </w:t>
      </w:r>
      <w:r>
        <w:rPr>
          <w:color w:val="00FFCC"/>
        </w:rPr>
        <w:t xml:space="preserve">pig </w:t>
      </w:r>
      <w:r>
        <w:rPr>
          <w:color w:val="CC3399"/>
        </w:rPr>
        <w:t xml:space="preserve">was </w:t>
      </w:r>
      <w:r>
        <w:rPr>
          <w:color w:val="00787F"/>
        </w:rPr>
        <w:t xml:space="preserve">now </w:t>
      </w:r>
      <w:r>
        <w:rPr>
          <w:color w:val="CC3399"/>
        </w:rPr>
        <w:t xml:space="preserve">receiving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ration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pint </w:t>
      </w:r>
      <w:r>
        <w:rPr>
          <w:color w:val="FF6600"/>
        </w:rPr>
        <w:t xml:space="preserve">of </w:t>
      </w:r>
      <w:r>
        <w:rPr>
          <w:color w:val="00FFCC"/>
        </w:rPr>
        <w:t xml:space="preserve">beer </w:t>
      </w:r>
      <w:r>
        <w:rPr>
          <w:color w:val="00787F"/>
        </w:rPr>
        <w:t xml:space="preserve">daily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half a </w:t>
      </w:r>
      <w:r>
        <w:rPr>
          <w:color w:val="00FFCC"/>
        </w:rPr>
        <w:t xml:space="preserve">gallon </w:t>
      </w:r>
      <w:r>
        <w:rPr>
          <w:color w:val="FF6600"/>
        </w:rPr>
        <w:t xml:space="preserve">for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himself 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which </w:t>
      </w:r>
      <w:r>
        <w:rPr>
          <w:color w:val="CC3399"/>
        </w:rPr>
        <w:t xml:space="preserve">was </w:t>
      </w:r>
      <w:r>
        <w:rPr>
          <w:color w:val="00787F"/>
        </w:rPr>
        <w:t xml:space="preserve">always </w:t>
      </w:r>
      <w:r>
        <w:rPr>
          <w:color w:val="CC3399"/>
        </w:rPr>
        <w:t xml:space="preserve">served </w:t>
      </w:r>
      <w:r>
        <w:rPr>
          <w:color w:val="000000"/>
        </w:rPr>
        <w:t xml:space="preserve">to him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Crown Derby soup tureen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FF6600"/>
        </w:rPr>
        <w:t xml:space="preserve">if </w:t>
      </w: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00FFCC"/>
        </w:rPr>
        <w:t xml:space="preserve">hardships </w:t>
      </w:r>
      <w:r>
        <w:rPr>
          <w:color w:val="000000"/>
        </w:rPr>
        <w:t xml:space="preserve">to </w:t>
      </w:r>
      <w:r>
        <w:rPr>
          <w:color w:val="CC3399"/>
        </w:rPr>
        <w:t xml:space="preserve">be borne </w:t>
      </w:r>
      <w:r>
        <w:rPr>
          <w:color w:val="000000"/>
        </w:rPr>
        <w:t xml:space="preserve">, 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partly </w:t>
      </w:r>
      <w:r>
        <w:rPr>
          <w:color w:val="CC3399"/>
        </w:rPr>
        <w:t xml:space="preserve">offset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fact </w:t>
      </w:r>
      <w:r>
        <w:rPr>
          <w:color w:val="FF6600"/>
        </w:rPr>
        <w:t xml:space="preserve">that </w:t>
      </w:r>
      <w:r>
        <w:rPr>
          <w:color w:val="00FFCC"/>
        </w:rPr>
        <w:t xml:space="preserve">life nowadays </w:t>
      </w:r>
      <w:r>
        <w:rPr>
          <w:color w:val="CC3399"/>
        </w:rPr>
        <w:t xml:space="preserve">had </w:t>
      </w:r>
      <w:r>
        <w:rPr>
          <w:color w:val="000000"/>
        </w:rPr>
        <w:t xml:space="preserve">a </w:t>
      </w:r>
      <w:r>
        <w:rPr>
          <w:color w:val="33CCFF"/>
        </w:rPr>
        <w:t xml:space="preserve">greater </w:t>
      </w:r>
      <w:r>
        <w:rPr>
          <w:color w:val="00FFCC"/>
        </w:rPr>
        <w:t xml:space="preserve">dignity </w:t>
      </w:r>
      <w:r>
        <w:rPr>
          <w:color w:val="FF6600"/>
        </w:rPr>
        <w:t xml:space="preserve">than </w:t>
      </w:r>
      <w:r>
        <w:rPr>
          <w:color w:val="000000"/>
        </w:rPr>
        <w:t xml:space="preserve">it </w:t>
      </w:r>
      <w:r>
        <w:rPr>
          <w:color w:val="CC3399"/>
        </w:rPr>
        <w:t xml:space="preserve">had had </w:t>
      </w:r>
      <w:r>
        <w:rPr>
          <w:color w:val="FF6600"/>
        </w:rPr>
        <w:t xml:space="preserve">before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33CCFF"/>
        </w:rPr>
        <w:t xml:space="preserve">more </w:t>
      </w:r>
      <w:r>
        <w:rPr>
          <w:color w:val="00FFCC"/>
        </w:rPr>
        <w:t xml:space="preserve">songs </w:t>
      </w:r>
      <w:r>
        <w:rPr>
          <w:color w:val="000000"/>
        </w:rPr>
        <w:t xml:space="preserve">, </w:t>
      </w:r>
      <w:r>
        <w:rPr>
          <w:color w:val="33CCFF"/>
        </w:rPr>
        <w:t xml:space="preserve">more </w:t>
      </w:r>
      <w:r>
        <w:rPr>
          <w:color w:val="00FFCC"/>
        </w:rPr>
        <w:t xml:space="preserve">speeches </w:t>
      </w:r>
      <w:r>
        <w:rPr>
          <w:color w:val="000000"/>
        </w:rPr>
        <w:t xml:space="preserve">, </w:t>
      </w:r>
      <w:r>
        <w:rPr>
          <w:color w:val="33CCFF"/>
        </w:rPr>
        <w:t xml:space="preserve">more </w:t>
      </w:r>
      <w:r>
        <w:rPr>
          <w:color w:val="00FFCC"/>
        </w:rPr>
        <w:t xml:space="preserve">processions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commanded </w:t>
      </w:r>
      <w:r>
        <w:rPr>
          <w:color w:val="000000"/>
        </w:rPr>
        <w:t xml:space="preserve">that </w:t>
      </w:r>
      <w:r>
        <w:rPr>
          <w:color w:val="00787F"/>
        </w:rPr>
        <w:t xml:space="preserve">once </w:t>
      </w:r>
      <w:r>
        <w:rPr>
          <w:color w:val="000000"/>
        </w:rPr>
        <w:t xml:space="preserve">a </w:t>
      </w:r>
      <w:r>
        <w:rPr>
          <w:color w:val="00FFCC"/>
        </w:rPr>
        <w:t xml:space="preserve">week </w:t>
      </w:r>
      <w:r>
        <w:rPr>
          <w:color w:val="000000"/>
        </w:rPr>
        <w:t xml:space="preserve">there </w:t>
      </w:r>
      <w:r>
        <w:rPr>
          <w:color w:val="003E3E"/>
        </w:rPr>
        <w:t xml:space="preserve">should </w:t>
      </w:r>
      <w:r>
        <w:rPr>
          <w:color w:val="CC3399"/>
        </w:rPr>
        <w:t xml:space="preserve">be held </w:t>
      </w:r>
      <w:r>
        <w:rPr>
          <w:color w:val="00FFCC"/>
        </w:rPr>
        <w:t xml:space="preserve">something </w:t>
      </w:r>
      <w:r>
        <w:rPr>
          <w:color w:val="CC3399"/>
        </w:rPr>
        <w:t xml:space="preserve">called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Spontaneous </w:t>
      </w:r>
      <w:r>
        <w:rPr>
          <w:color w:val="00FFCC"/>
        </w:rPr>
        <w:t xml:space="preserve">Demonstration </w:t>
      </w:r>
      <w:r>
        <w:rPr>
          <w:color w:val="000000"/>
        </w:rPr>
        <w:t xml:space="preserve">, the </w:t>
      </w:r>
      <w:r>
        <w:rPr>
          <w:color w:val="00FFCC"/>
        </w:rPr>
        <w:t xml:space="preserve">object </w:t>
      </w:r>
      <w:r>
        <w:rPr>
          <w:color w:val="FF6600"/>
        </w:rPr>
        <w:t xml:space="preserve">of </w:t>
      </w:r>
      <w:r>
        <w:rPr>
          <w:color w:val="000000"/>
        </w:rPr>
        <w:t xml:space="preserve">which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celebrate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struggles </w:t>
      </w:r>
      <w:r>
        <w:rPr>
          <w:color w:val="FF0066"/>
        </w:rPr>
        <w:t xml:space="preserve">and </w:t>
      </w:r>
      <w:r>
        <w:rPr>
          <w:color w:val="00FFCC"/>
        </w:rPr>
        <w:t xml:space="preserve">triumphs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 Farm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appointed </w:t>
      </w:r>
      <w:r>
        <w:rPr>
          <w:color w:val="00FFCC"/>
        </w:rPr>
        <w:t xml:space="preserve">time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would </w:t>
      </w:r>
      <w:r>
        <w:rPr>
          <w:color w:val="CC3399"/>
        </w:rPr>
        <w:t xml:space="preserve">leave </w:t>
      </w:r>
      <w:r>
        <w:rPr>
          <w:color w:val="000000"/>
        </w:rPr>
        <w:t xml:space="preserve">their </w:t>
      </w:r>
      <w:r>
        <w:rPr>
          <w:color w:val="00FFCC"/>
        </w:rPr>
        <w:t xml:space="preserve">work </w:t>
      </w:r>
      <w:r>
        <w:rPr>
          <w:color w:val="FF0066"/>
        </w:rPr>
        <w:t xml:space="preserve">and </w:t>
      </w:r>
      <w:r>
        <w:rPr>
          <w:color w:val="00FFCC"/>
        </w:rPr>
        <w:t xml:space="preserve">march </w:t>
      </w:r>
      <w:r>
        <w:rPr>
          <w:color w:val="CC3399"/>
        </w:rPr>
        <w:t xml:space="preserve">round </w:t>
      </w:r>
      <w:r>
        <w:rPr>
          <w:color w:val="000000"/>
        </w:rPr>
        <w:t xml:space="preserve">the </w:t>
      </w:r>
      <w:r>
        <w:rPr>
          <w:color w:val="00FFCC"/>
        </w:rPr>
        <w:t xml:space="preserve">precincts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military </w:t>
      </w:r>
      <w:r>
        <w:rPr>
          <w:color w:val="00FFCC"/>
        </w:rPr>
        <w:t xml:space="preserve">formation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leading </w:t>
      </w:r>
      <w:r>
        <w:rPr>
          <w:color w:val="000000"/>
        </w:rPr>
        <w:t xml:space="preserve">, </w:t>
      </w:r>
      <w:r>
        <w:rPr>
          <w:color w:val="00787F"/>
        </w:rPr>
        <w:t xml:space="preserve">then </w:t>
      </w:r>
      <w:r>
        <w:rPr>
          <w:color w:val="000000"/>
        </w:rPr>
        <w:t xml:space="preserve">the </w:t>
      </w:r>
      <w:r>
        <w:rPr>
          <w:color w:val="00FFCC"/>
        </w:rPr>
        <w:t xml:space="preserve">horses </w:t>
      </w:r>
      <w:r>
        <w:rPr>
          <w:color w:val="000000"/>
        </w:rPr>
        <w:t xml:space="preserve">, </w:t>
      </w:r>
      <w:r>
        <w:rPr>
          <w:color w:val="00787F"/>
        </w:rPr>
        <w:t xml:space="preserve">then </w:t>
      </w:r>
      <w:r>
        <w:rPr>
          <w:color w:val="000000"/>
        </w:rPr>
        <w:t xml:space="preserve">the </w:t>
      </w:r>
      <w:r>
        <w:rPr>
          <w:color w:val="00FFCC"/>
        </w:rPr>
        <w:t xml:space="preserve">cows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then </w:t>
      </w: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then </w:t>
      </w:r>
      <w:r>
        <w:rPr>
          <w:color w:val="000000"/>
        </w:rPr>
        <w:t xml:space="preserve">the </w:t>
      </w:r>
      <w:r>
        <w:rPr>
          <w:color w:val="00FFCC"/>
        </w:rPr>
        <w:t xml:space="preserve">poultry </w:t>
      </w:r>
      <w:r>
        <w:rPr>
          <w:color w:val="000000"/>
        </w:rPr>
        <w:t xml:space="preserve">. The </w:t>
      </w:r>
      <w:r>
        <w:rPr>
          <w:color w:val="00FFCC"/>
        </w:rPr>
        <w:t xml:space="preserve">dogs </w:t>
      </w:r>
      <w:r>
        <w:rPr>
          <w:color w:val="CC3399"/>
        </w:rPr>
        <w:t xml:space="preserve">flanked </w:t>
      </w:r>
      <w:r>
        <w:rPr>
          <w:color w:val="000000"/>
        </w:rPr>
        <w:t xml:space="preserve">the </w:t>
      </w:r>
      <w:r>
        <w:rPr>
          <w:color w:val="00FFCC"/>
        </w:rPr>
        <w:t xml:space="preserve">procession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FF6600"/>
        </w:rPr>
        <w:lastRenderedPageBreak/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head </w:t>
      </w:r>
      <w:r>
        <w:rPr>
          <w:color w:val="FF6600"/>
        </w:rPr>
        <w:t xml:space="preserve">of </w:t>
      </w:r>
      <w:r>
        <w:rPr>
          <w:color w:val="000000"/>
        </w:rPr>
        <w:t xml:space="preserve">all </w:t>
      </w:r>
      <w:r>
        <w:rPr>
          <w:color w:val="CC3399"/>
        </w:rPr>
        <w:t xml:space="preserve">marched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33CCFF"/>
        </w:rPr>
        <w:t xml:space="preserve">black </w:t>
      </w:r>
      <w:r>
        <w:rPr>
          <w:color w:val="00FFCC"/>
        </w:rPr>
        <w:t xml:space="preserve">cockerel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FF0066"/>
        </w:rPr>
        <w:t xml:space="preserve">and </w:t>
      </w:r>
      <w:r>
        <w:rPr>
          <w:color w:val="00FFCC"/>
        </w:rPr>
        <w:t xml:space="preserve">Clover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always </w:t>
      </w:r>
      <w:r>
        <w:rPr>
          <w:color w:val="CC3399"/>
        </w:rPr>
        <w:t xml:space="preserve">carried </w:t>
      </w:r>
      <w:r>
        <w:rPr>
          <w:color w:val="FF6600"/>
        </w:rPr>
        <w:t xml:space="preserve">between </w:t>
      </w:r>
      <w:r>
        <w:rPr>
          <w:color w:val="000000"/>
        </w:rPr>
        <w:t xml:space="preserve">them a </w:t>
      </w:r>
      <w:r>
        <w:rPr>
          <w:color w:val="33CCFF"/>
        </w:rPr>
        <w:t xml:space="preserve">green </w:t>
      </w:r>
      <w:r>
        <w:rPr>
          <w:color w:val="00FFCC"/>
        </w:rPr>
        <w:t xml:space="preserve">banner </w:t>
      </w:r>
      <w:r>
        <w:rPr>
          <w:color w:val="CC3399"/>
        </w:rPr>
        <w:t xml:space="preserve">marked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hoof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horn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caption </w:t>
      </w:r>
      <w:r>
        <w:rPr>
          <w:color w:val="000000"/>
        </w:rPr>
        <w:t xml:space="preserve">, `` </w:t>
      </w:r>
      <w:r>
        <w:rPr>
          <w:color w:val="00787F"/>
        </w:rPr>
        <w:t xml:space="preserve">Long </w:t>
      </w:r>
      <w:r>
        <w:rPr>
          <w:color w:val="33CCFF"/>
        </w:rPr>
        <w:t xml:space="preserve">live </w:t>
      </w:r>
      <w:r>
        <w:rPr>
          <w:color w:val="00FFCC"/>
        </w:rPr>
        <w:t xml:space="preserve">Comrade Napoleon </w:t>
      </w:r>
      <w:r>
        <w:rPr>
          <w:color w:val="000000"/>
        </w:rPr>
        <w:t xml:space="preserve">! '' </w:t>
      </w:r>
      <w:r>
        <w:rPr>
          <w:color w:val="FF6600"/>
        </w:rPr>
        <w:t xml:space="preserve">Afterwards </w:t>
      </w: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recitations </w:t>
      </w:r>
      <w:r>
        <w:rPr>
          <w:color w:val="FF6600"/>
        </w:rPr>
        <w:t xml:space="preserve">of </w:t>
      </w:r>
      <w:r>
        <w:rPr>
          <w:color w:val="00FFCC"/>
        </w:rPr>
        <w:t xml:space="preserve">poems </w:t>
      </w:r>
      <w:r>
        <w:rPr>
          <w:color w:val="CC3399"/>
        </w:rPr>
        <w:t xml:space="preserve">composed </w:t>
      </w:r>
      <w:r>
        <w:rPr>
          <w:color w:val="FF6600"/>
        </w:rPr>
        <w:t xml:space="preserve">in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honour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00FFCC"/>
        </w:rPr>
        <w:t xml:space="preserve">speech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Squealer </w:t>
      </w:r>
      <w:r>
        <w:rPr>
          <w:color w:val="CC3399"/>
        </w:rPr>
        <w:t xml:space="preserve">giving </w:t>
      </w:r>
      <w:r>
        <w:rPr>
          <w:color w:val="00FFCC"/>
        </w:rPr>
        <w:t xml:space="preserve">particulars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latest </w:t>
      </w:r>
      <w:r>
        <w:rPr>
          <w:color w:val="00FFCC"/>
        </w:rPr>
        <w:t xml:space="preserve">increases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production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foodstuffs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on </w:t>
      </w:r>
      <w:r>
        <w:rPr>
          <w:color w:val="00FFCC"/>
        </w:rPr>
        <w:t xml:space="preserve">occasion </w:t>
      </w:r>
      <w:r>
        <w:rPr>
          <w:color w:val="000000"/>
        </w:rPr>
        <w:t xml:space="preserve">a </w:t>
      </w:r>
      <w:r>
        <w:rPr>
          <w:color w:val="00FFCC"/>
        </w:rPr>
        <w:t xml:space="preserve">shot </w:t>
      </w:r>
      <w:r>
        <w:rPr>
          <w:color w:val="CC3399"/>
        </w:rPr>
        <w:t xml:space="preserve">was fired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gun </w:t>
      </w:r>
      <w:r>
        <w:rPr>
          <w:color w:val="000000"/>
        </w:rPr>
        <w:t xml:space="preserve">. The </w:t>
      </w:r>
      <w:r>
        <w:rPr>
          <w:color w:val="00FFCC"/>
        </w:rPr>
        <w:t>s</w:t>
      </w:r>
      <w:r>
        <w:rPr>
          <w:color w:val="00FFCC"/>
        </w:rPr>
        <w:t xml:space="preserve">heep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greatest </w:t>
      </w:r>
      <w:r>
        <w:rPr>
          <w:color w:val="00FFCC"/>
        </w:rPr>
        <w:t xml:space="preserve">devotees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Spontaneous Demonstration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if </w:t>
      </w:r>
      <w:r>
        <w:rPr>
          <w:color w:val="00FFCC"/>
        </w:rPr>
        <w:t xml:space="preserve">anyone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complained </w:t>
      </w:r>
      <w:r>
        <w:rPr>
          <w:color w:val="000000"/>
        </w:rPr>
        <w:t xml:space="preserve">(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animals </w:t>
      </w:r>
      <w:r>
        <w:rPr>
          <w:color w:val="00787F"/>
        </w:rPr>
        <w:t xml:space="preserve">sometimes </w:t>
      </w:r>
      <w:r>
        <w:rPr>
          <w:color w:val="CC3399"/>
        </w:rPr>
        <w:t xml:space="preserve">did </w:t>
      </w:r>
      <w:r>
        <w:rPr>
          <w:color w:val="000000"/>
        </w:rPr>
        <w:t xml:space="preserve">, when no </w:t>
      </w:r>
      <w:r>
        <w:rPr>
          <w:color w:val="00FFCC"/>
        </w:rPr>
        <w:t xml:space="preserve">pigs </w:t>
      </w:r>
      <w:r>
        <w:rPr>
          <w:color w:val="FF0066"/>
        </w:rPr>
        <w:t xml:space="preserve">or </w:t>
      </w:r>
      <w:r>
        <w:rPr>
          <w:color w:val="00FFCC"/>
        </w:rPr>
        <w:t xml:space="preserve">dogs </w:t>
      </w:r>
      <w:r>
        <w:rPr>
          <w:color w:val="CC3399"/>
        </w:rPr>
        <w:t xml:space="preserve">were </w:t>
      </w:r>
      <w:r>
        <w:rPr>
          <w:color w:val="00787F"/>
        </w:rPr>
        <w:t xml:space="preserve">near </w:t>
      </w:r>
      <w:r>
        <w:rPr>
          <w:color w:val="000000"/>
        </w:rPr>
        <w:t xml:space="preserve">)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wasted </w:t>
      </w:r>
      <w:r>
        <w:rPr>
          <w:color w:val="00FFCC"/>
        </w:rPr>
        <w:t xml:space="preserve">time </w:t>
      </w:r>
      <w:r>
        <w:rPr>
          <w:color w:val="FF0066"/>
        </w:rPr>
        <w:t xml:space="preserve">and </w:t>
      </w:r>
      <w:r>
        <w:rPr>
          <w:color w:val="CC3399"/>
        </w:rPr>
        <w:t xml:space="preserve">meant </w:t>
      </w:r>
      <w:r>
        <w:rPr>
          <w:color w:val="000000"/>
        </w:rPr>
        <w:t xml:space="preserve">a </w:t>
      </w:r>
      <w:r>
        <w:rPr>
          <w:color w:val="00FFCC"/>
        </w:rPr>
        <w:t xml:space="preserve">lot </w:t>
      </w:r>
      <w:r>
        <w:rPr>
          <w:color w:val="FF6600"/>
        </w:rPr>
        <w:t xml:space="preserve">of </w:t>
      </w:r>
      <w:r>
        <w:rPr>
          <w:color w:val="CC3399"/>
        </w:rPr>
        <w:t xml:space="preserve">standing </w:t>
      </w:r>
      <w:r>
        <w:rPr>
          <w:color w:val="FF6600"/>
        </w:rPr>
        <w:t xml:space="preserve">about in </w:t>
      </w:r>
      <w:r>
        <w:rPr>
          <w:color w:val="000000"/>
        </w:rPr>
        <w:t xml:space="preserve">the </w:t>
      </w:r>
      <w:r>
        <w:rPr>
          <w:color w:val="00FFCC"/>
        </w:rPr>
        <w:t xml:space="preserve">cold </w:t>
      </w:r>
      <w:r>
        <w:rPr>
          <w:color w:val="000000"/>
        </w:rPr>
        <w:t xml:space="preserve">,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sheep </w:t>
      </w:r>
      <w:r>
        <w:rPr>
          <w:color w:val="CC3399"/>
        </w:rPr>
        <w:t xml:space="preserve">were </w:t>
      </w:r>
      <w:r>
        <w:rPr>
          <w:color w:val="33CCFF"/>
        </w:rPr>
        <w:t xml:space="preserve">sure </w:t>
      </w:r>
      <w:r>
        <w:rPr>
          <w:color w:val="000000"/>
        </w:rPr>
        <w:t xml:space="preserve">to </w:t>
      </w:r>
      <w:r>
        <w:rPr>
          <w:color w:val="CC3399"/>
        </w:rPr>
        <w:t xml:space="preserve">silence </w:t>
      </w:r>
      <w:r>
        <w:rPr>
          <w:color w:val="000000"/>
        </w:rPr>
        <w:t xml:space="preserve">him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33CCFF"/>
        </w:rPr>
        <w:t xml:space="preserve">tremendous </w:t>
      </w:r>
      <w:r>
        <w:rPr>
          <w:color w:val="00FFCC"/>
        </w:rPr>
        <w:t xml:space="preserve">bleating </w:t>
      </w:r>
      <w:r>
        <w:rPr>
          <w:color w:val="FF6600"/>
        </w:rPr>
        <w:t xml:space="preserve">of </w:t>
      </w:r>
      <w:r>
        <w:rPr>
          <w:color w:val="000000"/>
        </w:rPr>
        <w:t xml:space="preserve">`` Four </w:t>
      </w:r>
      <w:r>
        <w:rPr>
          <w:color w:val="00FFCC"/>
        </w:rPr>
        <w:t xml:space="preserve">legs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good </w:t>
      </w:r>
      <w:r>
        <w:rPr>
          <w:color w:val="000000"/>
        </w:rPr>
        <w:t xml:space="preserve">, two </w:t>
      </w:r>
      <w:r>
        <w:rPr>
          <w:color w:val="00FFCC"/>
        </w:rPr>
        <w:t xml:space="preserve">legs </w:t>
      </w:r>
      <w:r>
        <w:rPr>
          <w:color w:val="33CCFF"/>
        </w:rPr>
        <w:t xml:space="preserve">bad </w:t>
      </w:r>
      <w:r>
        <w:rPr>
          <w:color w:val="000000"/>
        </w:rPr>
        <w:t xml:space="preserve">! '' </w:t>
      </w:r>
      <w:r>
        <w:rPr>
          <w:color w:val="FF0066"/>
        </w:rPr>
        <w:t xml:space="preserve">But </w:t>
      </w:r>
      <w:r>
        <w:rPr>
          <w:color w:val="FF6600"/>
        </w:rPr>
        <w:t xml:space="preserve">by </w:t>
      </w:r>
      <w:r>
        <w:rPr>
          <w:color w:val="FF0066"/>
        </w:rPr>
        <w:t xml:space="preserve">and </w:t>
      </w:r>
      <w:r>
        <w:rPr>
          <w:color w:val="33CCFF"/>
        </w:rPr>
        <w:t xml:space="preserve">large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enjoyed </w:t>
      </w:r>
      <w:r>
        <w:rPr>
          <w:color w:val="000000"/>
        </w:rPr>
        <w:t xml:space="preserve">these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celebrations </w:t>
      </w:r>
      <w:r>
        <w:rPr>
          <w:color w:val="000000"/>
        </w:rPr>
        <w:t xml:space="preserve">. They </w:t>
      </w:r>
      <w:r>
        <w:rPr>
          <w:color w:val="CC3399"/>
        </w:rPr>
        <w:t xml:space="preserve">found </w:t>
      </w:r>
      <w:r>
        <w:rPr>
          <w:color w:val="000000"/>
        </w:rPr>
        <w:t xml:space="preserve">it </w:t>
      </w:r>
      <w:r>
        <w:rPr>
          <w:color w:val="CC3399"/>
        </w:rPr>
        <w:t xml:space="preserve">comforting </w:t>
      </w:r>
      <w:r>
        <w:rPr>
          <w:color w:val="000000"/>
        </w:rPr>
        <w:t xml:space="preserve">to </w:t>
      </w:r>
      <w:r>
        <w:rPr>
          <w:color w:val="CC3399"/>
        </w:rPr>
        <w:t xml:space="preserve">be reminded </w:t>
      </w:r>
      <w:r>
        <w:rPr>
          <w:color w:val="FF6600"/>
        </w:rPr>
        <w:t xml:space="preserve">that </w:t>
      </w:r>
      <w:r>
        <w:rPr>
          <w:color w:val="000000"/>
        </w:rPr>
        <w:t xml:space="preserve">, </w:t>
      </w:r>
      <w:r>
        <w:rPr>
          <w:color w:val="FF6600"/>
        </w:rPr>
        <w:t xml:space="preserve">after </w:t>
      </w:r>
      <w:r>
        <w:rPr>
          <w:color w:val="000000"/>
        </w:rPr>
        <w:t xml:space="preserve">all 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truly </w:t>
      </w: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FFCC"/>
        </w:rPr>
        <w:t xml:space="preserve">masters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work </w:t>
      </w:r>
      <w:r>
        <w:rPr>
          <w:color w:val="000000"/>
        </w:rPr>
        <w:t xml:space="preserve">they </w:t>
      </w:r>
      <w:r>
        <w:rPr>
          <w:color w:val="CC3399"/>
        </w:rPr>
        <w:t xml:space="preserve">did was </w:t>
      </w:r>
      <w:r>
        <w:rPr>
          <w:color w:val="FF6600"/>
        </w:rPr>
        <w:t xml:space="preserve">for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own </w:t>
      </w:r>
      <w:r>
        <w:rPr>
          <w:color w:val="00FFCC"/>
        </w:rPr>
        <w:t xml:space="preserve">benefit </w:t>
      </w:r>
      <w:r>
        <w:rPr>
          <w:color w:val="000000"/>
        </w:rPr>
        <w:t xml:space="preserve">. </w:t>
      </w:r>
      <w:r>
        <w:rPr>
          <w:color w:val="FF0066"/>
        </w:rPr>
        <w:t xml:space="preserve">So </w:t>
      </w:r>
      <w:r>
        <w:rPr>
          <w:color w:val="FF6600"/>
        </w:rPr>
        <w:t xml:space="preserve">that </w:t>
      </w:r>
      <w:r>
        <w:rPr>
          <w:color w:val="000000"/>
        </w:rPr>
        <w:t xml:space="preserve">, what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songs </w:t>
      </w:r>
      <w:r>
        <w:rPr>
          <w:color w:val="000000"/>
        </w:rPr>
        <w:t xml:space="preserve">, the </w:t>
      </w:r>
      <w:r>
        <w:rPr>
          <w:color w:val="00FFCC"/>
        </w:rPr>
        <w:t xml:space="preserve">processions </w:t>
      </w:r>
      <w:r>
        <w:rPr>
          <w:color w:val="000000"/>
        </w:rPr>
        <w:t xml:space="preserve">,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lists </w:t>
      </w:r>
      <w:r>
        <w:rPr>
          <w:color w:val="FF6600"/>
        </w:rPr>
        <w:t xml:space="preserve">of </w:t>
      </w:r>
      <w:r>
        <w:rPr>
          <w:color w:val="00FFCC"/>
        </w:rPr>
        <w:t xml:space="preserve">figures </w:t>
      </w:r>
      <w:r>
        <w:rPr>
          <w:color w:val="000000"/>
        </w:rPr>
        <w:t xml:space="preserve">, the </w:t>
      </w:r>
      <w:r>
        <w:rPr>
          <w:color w:val="00FFCC"/>
        </w:rPr>
        <w:t xml:space="preserve">thunder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gun </w:t>
      </w:r>
      <w:r>
        <w:rPr>
          <w:color w:val="000000"/>
        </w:rPr>
        <w:t xml:space="preserve">, the </w:t>
      </w:r>
      <w:r>
        <w:rPr>
          <w:color w:val="00FFCC"/>
        </w:rPr>
        <w:t xml:space="preserve">crowing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cockerel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fluttering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flag </w:t>
      </w:r>
      <w:r>
        <w:rPr>
          <w:color w:val="000000"/>
        </w:rPr>
        <w:t xml:space="preserve">, they </w:t>
      </w:r>
      <w:r>
        <w:rPr>
          <w:color w:val="CC3399"/>
        </w:rPr>
        <w:t xml:space="preserve">were </w:t>
      </w: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forget </w:t>
      </w:r>
      <w:r>
        <w:rPr>
          <w:color w:val="000000"/>
        </w:rPr>
        <w:t xml:space="preserve">that 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bellies </w:t>
      </w:r>
      <w:r>
        <w:rPr>
          <w:color w:val="CC3399"/>
        </w:rPr>
        <w:t xml:space="preserve">were </w:t>
      </w:r>
      <w:r>
        <w:rPr>
          <w:color w:val="33CCFF"/>
        </w:rPr>
        <w:t xml:space="preserve">empty </w:t>
      </w:r>
      <w:r>
        <w:rPr>
          <w:color w:val="000000"/>
        </w:rPr>
        <w:t xml:space="preserve">, </w:t>
      </w:r>
      <w:r>
        <w:rPr>
          <w:color w:val="FF6600"/>
        </w:rPr>
        <w:t xml:space="preserve">at </w:t>
      </w:r>
      <w:r>
        <w:rPr>
          <w:color w:val="33CCFF"/>
        </w:rPr>
        <w:t xml:space="preserve">least </w:t>
      </w:r>
      <w:r>
        <w:rPr>
          <w:color w:val="00FFCC"/>
        </w:rPr>
        <w:t xml:space="preserve">part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time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FFCC"/>
        </w:rPr>
        <w:t xml:space="preserve">April </w:t>
      </w:r>
      <w:r>
        <w:rPr>
          <w:color w:val="000000"/>
        </w:rPr>
        <w:t xml:space="preserve">, </w:t>
      </w:r>
      <w:r>
        <w:rPr>
          <w:color w:val="00FFCC"/>
        </w:rPr>
        <w:t xml:space="preserve">Animal Farm </w:t>
      </w:r>
      <w:r>
        <w:rPr>
          <w:color w:val="CC3399"/>
        </w:rPr>
        <w:t xml:space="preserve">was proclaimed </w:t>
      </w:r>
      <w:r>
        <w:rPr>
          <w:color w:val="000000"/>
        </w:rPr>
        <w:t xml:space="preserve">a </w:t>
      </w:r>
      <w:r>
        <w:rPr>
          <w:color w:val="00FFCC"/>
        </w:rPr>
        <w:t xml:space="preserve">Republic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it </w:t>
      </w:r>
      <w:r>
        <w:rPr>
          <w:color w:val="CC3399"/>
        </w:rPr>
        <w:t xml:space="preserve">became </w:t>
      </w:r>
      <w:r>
        <w:rPr>
          <w:color w:val="33CCFF"/>
        </w:rPr>
        <w:t xml:space="preserve">necessary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elect </w:t>
      </w:r>
      <w:r>
        <w:rPr>
          <w:color w:val="000000"/>
        </w:rPr>
        <w:t xml:space="preserve">a </w:t>
      </w:r>
      <w:r>
        <w:rPr>
          <w:color w:val="00FFCC"/>
        </w:rPr>
        <w:t xml:space="preserve">President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was </w:t>
      </w:r>
      <w:r>
        <w:rPr>
          <w:color w:val="00787F"/>
        </w:rPr>
        <w:t xml:space="preserve">only </w:t>
      </w:r>
      <w:r>
        <w:rPr>
          <w:color w:val="000000"/>
        </w:rPr>
        <w:t xml:space="preserve">one </w:t>
      </w:r>
      <w:r>
        <w:rPr>
          <w:color w:val="00FFCC"/>
        </w:rPr>
        <w:t xml:space="preserve">candidate </w:t>
      </w:r>
      <w:r>
        <w:rPr>
          <w:color w:val="000000"/>
        </w:rPr>
        <w:t xml:space="preserve">,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who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elected </w:t>
      </w:r>
      <w:r>
        <w:rPr>
          <w:color w:val="00787F"/>
        </w:rPr>
        <w:t xml:space="preserve">unanimously </w:t>
      </w:r>
      <w:r>
        <w:rPr>
          <w:color w:val="000000"/>
        </w:rPr>
        <w:t xml:space="preserve">.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FFCC"/>
        </w:rPr>
        <w:t xml:space="preserve">day </w:t>
      </w:r>
      <w:r>
        <w:rPr>
          <w:color w:val="000000"/>
        </w:rPr>
        <w:t xml:space="preserve">it </w:t>
      </w:r>
      <w:r>
        <w:rPr>
          <w:color w:val="CC3399"/>
        </w:rPr>
        <w:t xml:space="preserve">was given </w:t>
      </w:r>
      <w:r>
        <w:rPr>
          <w:color w:val="000000"/>
        </w:rPr>
        <w:t xml:space="preserve">out </w:t>
      </w:r>
      <w:r>
        <w:rPr>
          <w:color w:val="FF6600"/>
        </w:rPr>
        <w:t xml:space="preserve">that </w:t>
      </w:r>
      <w:r>
        <w:rPr>
          <w:color w:val="33CCFF"/>
        </w:rPr>
        <w:t>fre</w:t>
      </w:r>
      <w:r>
        <w:rPr>
          <w:color w:val="33CCFF"/>
        </w:rPr>
        <w:t xml:space="preserve">sh </w:t>
      </w:r>
      <w:r>
        <w:rPr>
          <w:color w:val="00FFCC"/>
        </w:rPr>
        <w:t xml:space="preserve">documents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been discovered </w:t>
      </w:r>
      <w:r>
        <w:rPr>
          <w:color w:val="000000"/>
        </w:rPr>
        <w:t xml:space="preserve">which </w:t>
      </w:r>
      <w:r>
        <w:rPr>
          <w:color w:val="CC3399"/>
        </w:rPr>
        <w:t xml:space="preserve">revealed </w:t>
      </w:r>
      <w:r>
        <w:rPr>
          <w:color w:val="00787F"/>
        </w:rPr>
        <w:t xml:space="preserve">further </w:t>
      </w:r>
      <w:r>
        <w:rPr>
          <w:color w:val="00FFCC"/>
        </w:rPr>
        <w:t xml:space="preserve">details </w:t>
      </w:r>
      <w:r>
        <w:rPr>
          <w:color w:val="FF6600"/>
        </w:rPr>
        <w:t xml:space="preserve">about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complicity </w:t>
      </w:r>
      <w:r>
        <w:rPr>
          <w:color w:val="FF6600"/>
        </w:rPr>
        <w:t xml:space="preserve">with </w:t>
      </w:r>
      <w:r>
        <w:rPr>
          <w:color w:val="00FFCC"/>
        </w:rPr>
        <w:t xml:space="preserve">Jones </w:t>
      </w:r>
      <w:r>
        <w:rPr>
          <w:color w:val="000000"/>
        </w:rPr>
        <w:t xml:space="preserve">. It </w:t>
      </w:r>
      <w:r>
        <w:rPr>
          <w:color w:val="00787F"/>
        </w:rPr>
        <w:t xml:space="preserve">now </w:t>
      </w:r>
      <w:r>
        <w:rPr>
          <w:color w:val="CC3399"/>
        </w:rPr>
        <w:t xml:space="preserve">appeared </w:t>
      </w:r>
      <w:r>
        <w:rPr>
          <w:color w:val="FF6600"/>
        </w:rPr>
        <w:t xml:space="preserve">that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had </w:t>
      </w:r>
      <w:r>
        <w:rPr>
          <w:color w:val="00787F"/>
        </w:rPr>
        <w:t xml:space="preserve">previously </w:t>
      </w:r>
      <w:r>
        <w:rPr>
          <w:color w:val="CC3399"/>
        </w:rPr>
        <w:t xml:space="preserve">imagined </w:t>
      </w:r>
      <w:r>
        <w:rPr>
          <w:color w:val="000000"/>
        </w:rPr>
        <w:t xml:space="preserve">, </w:t>
      </w:r>
      <w:r>
        <w:rPr>
          <w:color w:val="00787F"/>
        </w:rPr>
        <w:t xml:space="preserve">merely </w:t>
      </w:r>
      <w:r>
        <w:rPr>
          <w:color w:val="CC3399"/>
        </w:rPr>
        <w:t xml:space="preserve">attempted </w:t>
      </w:r>
      <w:r>
        <w:rPr>
          <w:color w:val="000000"/>
        </w:rPr>
        <w:t xml:space="preserve">to </w:t>
      </w:r>
      <w:r>
        <w:rPr>
          <w:color w:val="CC3399"/>
        </w:rPr>
        <w:t xml:space="preserve">lose </w:t>
      </w:r>
      <w:r>
        <w:rPr>
          <w:color w:val="000000"/>
        </w:rPr>
        <w:t xml:space="preserve">the </w:t>
      </w:r>
      <w:r>
        <w:rPr>
          <w:color w:val="00FFCC"/>
        </w:rPr>
        <w:t xml:space="preserve">Battle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Cowshed </w:t>
      </w:r>
      <w:r>
        <w:rPr>
          <w:color w:val="FF6600"/>
        </w:rPr>
        <w:t xml:space="preserve">by </w:t>
      </w:r>
      <w:r>
        <w:rPr>
          <w:color w:val="00FFCC"/>
        </w:rPr>
        <w:t xml:space="preserve">means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stratagem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CC3399"/>
        </w:rPr>
        <w:t xml:space="preserve">had been </w:t>
      </w:r>
      <w:r>
        <w:rPr>
          <w:color w:val="00787F"/>
        </w:rPr>
        <w:t xml:space="preserve">openly </w:t>
      </w:r>
      <w:r>
        <w:rPr>
          <w:color w:val="CC3399"/>
        </w:rPr>
        <w:t xml:space="preserve">fighting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side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FFCC"/>
        </w:rPr>
        <w:t xml:space="preserve">fact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  <w:r>
        <w:rPr>
          <w:color w:val="000000"/>
        </w:rPr>
        <w:t xml:space="preserve">he who </w:t>
      </w:r>
      <w:r>
        <w:rPr>
          <w:color w:val="CC3399"/>
        </w:rPr>
        <w:t xml:space="preserve">had </w:t>
      </w:r>
      <w:r>
        <w:rPr>
          <w:color w:val="00787F"/>
        </w:rPr>
        <w:t xml:space="preserve">actually </w:t>
      </w:r>
      <w:r>
        <w:rPr>
          <w:color w:val="CC3399"/>
        </w:rPr>
        <w:t xml:space="preserve">been </w:t>
      </w:r>
      <w:r>
        <w:rPr>
          <w:color w:val="000000"/>
        </w:rPr>
        <w:t xml:space="preserve">the </w:t>
      </w:r>
      <w:r>
        <w:rPr>
          <w:color w:val="00FFCC"/>
        </w:rPr>
        <w:t xml:space="preserve">leader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human </w:t>
      </w:r>
      <w:r>
        <w:rPr>
          <w:color w:val="00FFCC"/>
        </w:rPr>
        <w:t xml:space="preserve">forces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had charged </w:t>
      </w:r>
      <w:r>
        <w:rPr>
          <w:color w:val="FF6600"/>
        </w:rPr>
        <w:t xml:space="preserve">into </w:t>
      </w:r>
      <w:r>
        <w:rPr>
          <w:color w:val="00FFCC"/>
        </w:rPr>
        <w:t xml:space="preserve">battle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FFCC"/>
        </w:rPr>
        <w:t xml:space="preserve">words </w:t>
      </w:r>
      <w:r>
        <w:rPr>
          <w:color w:val="000000"/>
        </w:rPr>
        <w:t xml:space="preserve">`` </w:t>
      </w:r>
      <w:r>
        <w:rPr>
          <w:color w:val="00FFCC"/>
        </w:rPr>
        <w:t xml:space="preserve">Long live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Humanity </w:t>
      </w:r>
      <w:r>
        <w:rPr>
          <w:color w:val="000000"/>
        </w:rPr>
        <w:t xml:space="preserve">! ''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00FFCC"/>
        </w:rPr>
        <w:t xml:space="preserve">lips </w:t>
      </w:r>
      <w:r>
        <w:rPr>
          <w:color w:val="000000"/>
        </w:rPr>
        <w:t xml:space="preserve">. The </w:t>
      </w:r>
      <w:r>
        <w:rPr>
          <w:color w:val="00FFCC"/>
        </w:rPr>
        <w:t xml:space="preserve">wounds </w:t>
      </w:r>
      <w:r>
        <w:rPr>
          <w:color w:val="FF6600"/>
        </w:rPr>
        <w:t xml:space="preserve">on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's </w:t>
      </w:r>
      <w:r>
        <w:rPr>
          <w:color w:val="00FFCC"/>
        </w:rPr>
        <w:t xml:space="preserve">back </w:t>
      </w:r>
      <w:r>
        <w:rPr>
          <w:color w:val="000000"/>
        </w:rPr>
        <w:t xml:space="preserve">, </w:t>
      </w:r>
      <w:r>
        <w:rPr>
          <w:color w:val="000000"/>
        </w:rPr>
        <w:t xml:space="preserve">which a </w:t>
      </w:r>
      <w:r>
        <w:rPr>
          <w:color w:val="33CCFF"/>
        </w:rPr>
        <w:t xml:space="preserve">few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00787F"/>
        </w:rPr>
        <w:t xml:space="preserve">still </w:t>
      </w:r>
      <w:r>
        <w:rPr>
          <w:color w:val="CC3399"/>
        </w:rPr>
        <w:t xml:space="preserve">remembered </w:t>
      </w:r>
      <w:r>
        <w:rPr>
          <w:color w:val="000000"/>
        </w:rPr>
        <w:t xml:space="preserve">to </w:t>
      </w:r>
      <w:r>
        <w:rPr>
          <w:color w:val="CC3399"/>
        </w:rPr>
        <w:t xml:space="preserve">have seen </w:t>
      </w:r>
      <w:r>
        <w:rPr>
          <w:color w:val="000000"/>
        </w:rPr>
        <w:t xml:space="preserve">, </w:t>
      </w:r>
      <w:r>
        <w:rPr>
          <w:color w:val="CC3399"/>
        </w:rPr>
        <w:t xml:space="preserve">had been inflicted </w:t>
      </w:r>
      <w:r>
        <w:rPr>
          <w:color w:val="FF6600"/>
        </w:rPr>
        <w:t xml:space="preserve">by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teeth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middle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summer </w:t>
      </w:r>
      <w:r>
        <w:rPr>
          <w:color w:val="CC3399"/>
        </w:rPr>
        <w:t xml:space="preserve">Moses </w:t>
      </w:r>
      <w:r>
        <w:rPr>
          <w:color w:val="000000"/>
        </w:rPr>
        <w:t xml:space="preserve">the </w:t>
      </w:r>
      <w:r>
        <w:rPr>
          <w:color w:val="00FFCC"/>
        </w:rPr>
        <w:t xml:space="preserve">raven </w:t>
      </w:r>
      <w:r>
        <w:rPr>
          <w:color w:val="00787F"/>
        </w:rPr>
        <w:t xml:space="preserve">suddenly </w:t>
      </w:r>
      <w:r>
        <w:rPr>
          <w:color w:val="CC3399"/>
        </w:rPr>
        <w:t xml:space="preserve">reappeared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FF6600"/>
        </w:rPr>
        <w:t xml:space="preserve">after </w:t>
      </w:r>
      <w:r>
        <w:rPr>
          <w:color w:val="000000"/>
        </w:rPr>
        <w:t xml:space="preserve">an </w:t>
      </w:r>
      <w:r>
        <w:rPr>
          <w:color w:val="00FFCC"/>
        </w:rPr>
        <w:t xml:space="preserve">absence </w:t>
      </w:r>
      <w:r>
        <w:rPr>
          <w:color w:val="FF6600"/>
        </w:rPr>
        <w:t xml:space="preserve">of </w:t>
      </w:r>
      <w:r>
        <w:rPr>
          <w:color w:val="33CCFF"/>
        </w:rPr>
        <w:t xml:space="preserve">several </w:t>
      </w:r>
      <w:r>
        <w:rPr>
          <w:color w:val="00FFCC"/>
        </w:rPr>
        <w:t xml:space="preserve">years </w:t>
      </w:r>
      <w:r>
        <w:rPr>
          <w:color w:val="000000"/>
        </w:rPr>
        <w:t xml:space="preserve">. He </w:t>
      </w:r>
      <w:r>
        <w:rPr>
          <w:color w:val="CC3399"/>
        </w:rPr>
        <w:t xml:space="preserve">was </w:t>
      </w:r>
      <w:r>
        <w:rPr>
          <w:color w:val="00787F"/>
        </w:rPr>
        <w:t xml:space="preserve">quite </w:t>
      </w:r>
      <w:r>
        <w:rPr>
          <w:color w:val="33CCFF"/>
        </w:rPr>
        <w:t xml:space="preserve">unchanged </w:t>
      </w:r>
      <w:r>
        <w:rPr>
          <w:color w:val="000000"/>
        </w:rPr>
        <w:t xml:space="preserve">, </w:t>
      </w:r>
      <w:r>
        <w:rPr>
          <w:color w:val="00787F"/>
        </w:rPr>
        <w:t xml:space="preserve">still </w:t>
      </w:r>
      <w:r>
        <w:rPr>
          <w:color w:val="CC3399"/>
        </w:rPr>
        <w:t xml:space="preserve">did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no </w:t>
      </w:r>
      <w:r>
        <w:rPr>
          <w:color w:val="00FFCC"/>
        </w:rPr>
        <w:t xml:space="preserve">work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talked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FFCC"/>
        </w:rPr>
        <w:t xml:space="preserve">strain </w:t>
      </w:r>
      <w:r>
        <w:rPr>
          <w:color w:val="FF6600"/>
        </w:rPr>
        <w:t xml:space="preserve">as </w:t>
      </w:r>
      <w:r>
        <w:rPr>
          <w:color w:val="00787F"/>
        </w:rPr>
        <w:t xml:space="preserve">ever </w:t>
      </w:r>
      <w:r>
        <w:rPr>
          <w:color w:val="FF6600"/>
        </w:rPr>
        <w:t xml:space="preserve">about </w:t>
      </w:r>
      <w:r>
        <w:rPr>
          <w:color w:val="00FFCC"/>
        </w:rPr>
        <w:t xml:space="preserve">Sugarcandy Mountain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003E3E"/>
        </w:rPr>
        <w:t xml:space="preserve">would </w:t>
      </w:r>
      <w:r>
        <w:rPr>
          <w:color w:val="CC3399"/>
        </w:rPr>
        <w:t xml:space="preserve">perch </w:t>
      </w:r>
      <w:r>
        <w:rPr>
          <w:color w:val="FF6600"/>
        </w:rPr>
        <w:t xml:space="preserve">on </w:t>
      </w:r>
      <w:r>
        <w:rPr>
          <w:color w:val="000000"/>
        </w:rPr>
        <w:t xml:space="preserve">a </w:t>
      </w:r>
      <w:r>
        <w:rPr>
          <w:color w:val="00FFCC"/>
        </w:rPr>
        <w:t xml:space="preserve">stump </w:t>
      </w:r>
      <w:r>
        <w:rPr>
          <w:color w:val="000000"/>
        </w:rPr>
        <w:t xml:space="preserve">, </w:t>
      </w:r>
      <w:r>
        <w:rPr>
          <w:color w:val="CC3399"/>
        </w:rPr>
        <w:t xml:space="preserve">flap </w:t>
      </w:r>
      <w:r>
        <w:rPr>
          <w:color w:val="000000"/>
        </w:rPr>
        <w:t xml:space="preserve">his </w:t>
      </w:r>
      <w:r>
        <w:rPr>
          <w:color w:val="33CCFF"/>
        </w:rPr>
        <w:t xml:space="preserve">black </w:t>
      </w:r>
      <w:r>
        <w:rPr>
          <w:color w:val="00FFCC"/>
        </w:rPr>
        <w:t xml:space="preserve">wings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talk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hour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anyone </w:t>
      </w:r>
      <w:r>
        <w:rPr>
          <w:color w:val="000000"/>
        </w:rPr>
        <w:t xml:space="preserve">who </w:t>
      </w:r>
      <w:r>
        <w:rPr>
          <w:color w:val="003E3E"/>
        </w:rPr>
        <w:t xml:space="preserve">would </w:t>
      </w:r>
      <w:r>
        <w:rPr>
          <w:color w:val="CC3399"/>
        </w:rPr>
        <w:t xml:space="preserve">listen </w:t>
      </w:r>
      <w:r>
        <w:rPr>
          <w:color w:val="000000"/>
        </w:rPr>
        <w:t xml:space="preserve">. `` </w:t>
      </w:r>
      <w:r>
        <w:rPr>
          <w:color w:val="FF6600"/>
        </w:rPr>
        <w:t xml:space="preserve">Up </w:t>
      </w:r>
      <w:r>
        <w:rPr>
          <w:color w:val="00787F"/>
        </w:rPr>
        <w:t xml:space="preserve">there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'' he </w:t>
      </w:r>
      <w:r>
        <w:rPr>
          <w:color w:val="003E3E"/>
        </w:rPr>
        <w:t xml:space="preserve">would </w:t>
      </w:r>
      <w:r>
        <w:rPr>
          <w:color w:val="CC3399"/>
        </w:rPr>
        <w:t xml:space="preserve">say </w:t>
      </w:r>
      <w:r>
        <w:rPr>
          <w:color w:val="00787F"/>
        </w:rPr>
        <w:t xml:space="preserve">solemnly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pointing </w:t>
      </w:r>
      <w:r>
        <w:rPr>
          <w:color w:val="000000"/>
        </w:rPr>
        <w:t xml:space="preserve">to the </w:t>
      </w:r>
      <w:r>
        <w:rPr>
          <w:color w:val="00FFCC"/>
        </w:rPr>
        <w:t xml:space="preserve">sky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33CCFF"/>
        </w:rPr>
        <w:t xml:space="preserve">large </w:t>
      </w:r>
      <w:r>
        <w:rPr>
          <w:color w:val="00FFCC"/>
        </w:rPr>
        <w:t xml:space="preserve">beak </w:t>
      </w:r>
      <w:r>
        <w:rPr>
          <w:color w:val="000000"/>
        </w:rPr>
        <w:t xml:space="preserve">-- '' </w:t>
      </w:r>
      <w:r>
        <w:rPr>
          <w:color w:val="FF6600"/>
        </w:rPr>
        <w:t xml:space="preserve">up </w:t>
      </w:r>
      <w:r>
        <w:rPr>
          <w:color w:val="00787F"/>
        </w:rPr>
        <w:t xml:space="preserve">there </w:t>
      </w:r>
      <w:r>
        <w:rPr>
          <w:color w:val="000000"/>
        </w:rPr>
        <w:t xml:space="preserve">, </w:t>
      </w:r>
      <w:r>
        <w:rPr>
          <w:color w:val="00787F"/>
        </w:rPr>
        <w:t xml:space="preserve">just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side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that </w:t>
      </w:r>
      <w:r>
        <w:rPr>
          <w:color w:val="33CCFF"/>
        </w:rPr>
        <w:t xml:space="preserve">dark </w:t>
      </w:r>
      <w:r>
        <w:rPr>
          <w:color w:val="00FFCC"/>
        </w:rPr>
        <w:t xml:space="preserve">cloud </w:t>
      </w:r>
      <w:r>
        <w:rPr>
          <w:color w:val="FF6600"/>
        </w:rPr>
        <w:t xml:space="preserve">that </w:t>
      </w:r>
      <w:r>
        <w:rPr>
          <w:color w:val="000000"/>
        </w:rPr>
        <w:t xml:space="preserve">you </w:t>
      </w:r>
      <w:r>
        <w:rPr>
          <w:color w:val="003E3E"/>
        </w:rPr>
        <w:t xml:space="preserve">can </w:t>
      </w:r>
      <w:r>
        <w:rPr>
          <w:color w:val="CC3399"/>
        </w:rPr>
        <w:t xml:space="preserve">see </w:t>
      </w:r>
      <w:r>
        <w:rPr>
          <w:color w:val="000000"/>
        </w:rPr>
        <w:t xml:space="preserve">-- there it </w:t>
      </w:r>
      <w:r>
        <w:rPr>
          <w:color w:val="CC3399"/>
        </w:rPr>
        <w:t xml:space="preserve">lies </w:t>
      </w:r>
      <w:r>
        <w:rPr>
          <w:color w:val="000000"/>
        </w:rPr>
        <w:t xml:space="preserve">, </w:t>
      </w:r>
      <w:r>
        <w:rPr>
          <w:color w:val="00FFCC"/>
        </w:rPr>
        <w:t xml:space="preserve">Sugarcandy Mountain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that </w:t>
      </w:r>
      <w:r>
        <w:rPr>
          <w:color w:val="33CCFF"/>
        </w:rPr>
        <w:t xml:space="preserve">happy </w:t>
      </w:r>
      <w:r>
        <w:rPr>
          <w:color w:val="00FFCC"/>
        </w:rPr>
        <w:t xml:space="preserve">country </w:t>
      </w:r>
      <w:r>
        <w:rPr>
          <w:color w:val="000000"/>
        </w:rPr>
        <w:t xml:space="preserve">where we </w:t>
      </w:r>
      <w:r>
        <w:rPr>
          <w:color w:val="33CCFF"/>
        </w:rPr>
        <w:t xml:space="preserve">poor </w:t>
      </w:r>
      <w:r>
        <w:rPr>
          <w:color w:val="00FFCC"/>
        </w:rPr>
        <w:t xml:space="preserve">animals </w:t>
      </w:r>
      <w:r>
        <w:rPr>
          <w:color w:val="003E3E"/>
        </w:rPr>
        <w:t xml:space="preserve">shall </w:t>
      </w:r>
      <w:r>
        <w:rPr>
          <w:color w:val="CC3399"/>
        </w:rPr>
        <w:t xml:space="preserve">rest </w:t>
      </w:r>
      <w:r>
        <w:rPr>
          <w:color w:val="FF6600"/>
        </w:rPr>
        <w:t xml:space="preserve">for </w:t>
      </w:r>
      <w:r>
        <w:rPr>
          <w:color w:val="00787F"/>
        </w:rPr>
        <w:t xml:space="preserve">ever </w:t>
      </w:r>
      <w:r>
        <w:rPr>
          <w:color w:val="FF6600"/>
        </w:rPr>
        <w:t xml:space="preserve">from </w:t>
      </w:r>
      <w:r>
        <w:rPr>
          <w:color w:val="000000"/>
        </w:rPr>
        <w:t xml:space="preserve">our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labours </w:t>
      </w:r>
      <w:r>
        <w:rPr>
          <w:color w:val="000000"/>
        </w:rPr>
        <w:t xml:space="preserve">! '' He </w:t>
      </w:r>
      <w:r>
        <w:rPr>
          <w:color w:val="00787F"/>
        </w:rPr>
        <w:t xml:space="preserve">even </w:t>
      </w:r>
      <w:r>
        <w:rPr>
          <w:color w:val="CC3399"/>
        </w:rPr>
        <w:t xml:space="preserve">claimed </w:t>
      </w:r>
      <w:r>
        <w:rPr>
          <w:color w:val="000000"/>
        </w:rPr>
        <w:t xml:space="preserve">to </w:t>
      </w:r>
      <w:r>
        <w:rPr>
          <w:color w:val="CC3399"/>
        </w:rPr>
        <w:t xml:space="preserve">have been </w:t>
      </w:r>
      <w:r>
        <w:rPr>
          <w:color w:val="00787F"/>
        </w:rPr>
        <w:t>ther</w:t>
      </w:r>
      <w:r>
        <w:rPr>
          <w:color w:val="00787F"/>
        </w:rPr>
        <w:t xml:space="preserve">e </w:t>
      </w:r>
      <w:r>
        <w:rPr>
          <w:color w:val="FF6600"/>
        </w:rPr>
        <w:t xml:space="preserve">on </w:t>
      </w: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33CCFF"/>
        </w:rPr>
        <w:t xml:space="preserve">higher </w:t>
      </w:r>
      <w:r>
        <w:rPr>
          <w:color w:val="00FFCC"/>
        </w:rPr>
        <w:t xml:space="preserve">flights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to </w:t>
      </w:r>
      <w:r>
        <w:rPr>
          <w:color w:val="CC3399"/>
        </w:rPr>
        <w:t xml:space="preserve">have seen </w:t>
      </w:r>
      <w:r>
        <w:rPr>
          <w:color w:val="000000"/>
        </w:rPr>
        <w:t xml:space="preserve">the </w:t>
      </w:r>
      <w:r>
        <w:rPr>
          <w:color w:val="CC3399"/>
        </w:rPr>
        <w:t xml:space="preserve">everlasting </w:t>
      </w:r>
      <w:r>
        <w:rPr>
          <w:color w:val="00FFCC"/>
        </w:rPr>
        <w:t xml:space="preserve">fields </w:t>
      </w:r>
      <w:r>
        <w:rPr>
          <w:color w:val="FF6600"/>
        </w:rPr>
        <w:t xml:space="preserve">of </w:t>
      </w:r>
      <w:r>
        <w:rPr>
          <w:color w:val="00FFCC"/>
        </w:rPr>
        <w:t xml:space="preserve">clover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linseed </w:t>
      </w:r>
      <w:r>
        <w:rPr>
          <w:color w:val="00FFCC"/>
        </w:rPr>
        <w:t xml:space="preserve">cake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lump sugar </w:t>
      </w:r>
      <w:r>
        <w:rPr>
          <w:color w:val="CC3399"/>
        </w:rPr>
        <w:t xml:space="preserve">growing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hedges </w:t>
      </w:r>
      <w:r>
        <w:rPr>
          <w:color w:val="000000"/>
        </w:rPr>
        <w:t xml:space="preserve">. </w:t>
      </w:r>
      <w:r>
        <w:rPr>
          <w:color w:val="00FFCC"/>
        </w:rPr>
        <w:t xml:space="preserve">Many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believed </w:t>
      </w:r>
      <w:r>
        <w:rPr>
          <w:color w:val="000000"/>
        </w:rPr>
        <w:t xml:space="preserve">him . 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lives </w:t>
      </w:r>
      <w:r>
        <w:rPr>
          <w:color w:val="00787F"/>
        </w:rPr>
        <w:t xml:space="preserve">now </w:t>
      </w:r>
      <w:r>
        <w:rPr>
          <w:color w:val="000000"/>
        </w:rPr>
        <w:t xml:space="preserve">, they </w:t>
      </w:r>
      <w:r>
        <w:rPr>
          <w:color w:val="CC3399"/>
        </w:rPr>
        <w:t xml:space="preserve">reasoned </w:t>
      </w:r>
      <w:r>
        <w:rPr>
          <w:color w:val="000000"/>
        </w:rPr>
        <w:t xml:space="preserve">, </w:t>
      </w:r>
      <w:r>
        <w:rPr>
          <w:color w:val="CC3399"/>
        </w:rPr>
        <w:t xml:space="preserve">were </w:t>
      </w:r>
      <w:r>
        <w:rPr>
          <w:color w:val="33CCFF"/>
        </w:rPr>
        <w:t xml:space="preserve">hungry </w:t>
      </w:r>
      <w:r>
        <w:rPr>
          <w:color w:val="FF0066"/>
        </w:rPr>
        <w:t xml:space="preserve">and </w:t>
      </w:r>
      <w:r>
        <w:rPr>
          <w:color w:val="33CCFF"/>
        </w:rPr>
        <w:t xml:space="preserve">laborious </w:t>
      </w:r>
      <w:r>
        <w:rPr>
          <w:color w:val="000000"/>
        </w:rPr>
        <w:t xml:space="preserve">; </w:t>
      </w:r>
      <w:r>
        <w:rPr>
          <w:color w:val="CC3399"/>
        </w:rPr>
        <w:t xml:space="preserve">was </w:t>
      </w:r>
      <w:r>
        <w:rPr>
          <w:color w:val="000000"/>
        </w:rPr>
        <w:t xml:space="preserve">it </w:t>
      </w:r>
      <w:r>
        <w:rPr>
          <w:color w:val="00787F"/>
        </w:rPr>
        <w:t xml:space="preserve">not </w:t>
      </w:r>
      <w:r>
        <w:rPr>
          <w:color w:val="00787F"/>
        </w:rPr>
        <w:t xml:space="preserve">right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787F"/>
        </w:rPr>
        <w:lastRenderedPageBreak/>
        <w:t xml:space="preserve">just </w:t>
      </w:r>
      <w:r>
        <w:rPr>
          <w:color w:val="000000"/>
        </w:rPr>
        <w:t xml:space="preserve">that a </w:t>
      </w:r>
      <w:r>
        <w:rPr>
          <w:color w:val="33CCFF"/>
        </w:rPr>
        <w:t xml:space="preserve">better </w:t>
      </w:r>
      <w:r>
        <w:rPr>
          <w:color w:val="00FFCC"/>
        </w:rPr>
        <w:t xml:space="preserve">world </w:t>
      </w:r>
      <w:r>
        <w:rPr>
          <w:color w:val="003E3E"/>
        </w:rPr>
        <w:t xml:space="preserve">should </w:t>
      </w:r>
      <w:r>
        <w:rPr>
          <w:color w:val="CC3399"/>
        </w:rPr>
        <w:t xml:space="preserve">exist </w:t>
      </w:r>
      <w:r>
        <w:rPr>
          <w:color w:val="00787F"/>
        </w:rPr>
        <w:t xml:space="preserve">somewhere else </w:t>
      </w:r>
      <w:r>
        <w:rPr>
          <w:color w:val="000000"/>
        </w:rPr>
        <w:t xml:space="preserve">? A </w:t>
      </w:r>
      <w:r>
        <w:rPr>
          <w:color w:val="00FFCC"/>
        </w:rPr>
        <w:t xml:space="preserve">thing </w:t>
      </w:r>
      <w:r>
        <w:rPr>
          <w:color w:val="000000"/>
        </w:rPr>
        <w:t xml:space="preserve">that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difficult </w:t>
      </w:r>
      <w:r>
        <w:rPr>
          <w:color w:val="000000"/>
        </w:rPr>
        <w:t xml:space="preserve">to </w:t>
      </w:r>
      <w:r>
        <w:rPr>
          <w:color w:val="CC3399"/>
        </w:rPr>
        <w:t xml:space="preserve">determine was </w:t>
      </w:r>
      <w:r>
        <w:rPr>
          <w:color w:val="000000"/>
        </w:rPr>
        <w:t xml:space="preserve">the </w:t>
      </w:r>
      <w:r>
        <w:rPr>
          <w:color w:val="00FFCC"/>
        </w:rPr>
        <w:t xml:space="preserve">attitude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towards </w:t>
      </w:r>
      <w:r>
        <w:rPr>
          <w:color w:val="00FFCC"/>
        </w:rPr>
        <w:t xml:space="preserve">Moses </w:t>
      </w:r>
      <w:r>
        <w:rPr>
          <w:color w:val="000000"/>
        </w:rPr>
        <w:t xml:space="preserve">. They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all </w:t>
      </w:r>
      <w:r>
        <w:rPr>
          <w:color w:val="CC3399"/>
        </w:rPr>
        <w:t xml:space="preserve">declared </w:t>
      </w:r>
      <w:r>
        <w:rPr>
          <w:color w:val="00787F"/>
        </w:rPr>
        <w:t xml:space="preserve">contemptuously </w:t>
      </w:r>
      <w:r>
        <w:rPr>
          <w:color w:val="FF6600"/>
        </w:rPr>
        <w:t xml:space="preserve">that </w:t>
      </w:r>
      <w:r>
        <w:rPr>
          <w:color w:val="000000"/>
        </w:rPr>
        <w:t xml:space="preserve">his </w:t>
      </w:r>
      <w:r>
        <w:rPr>
          <w:color w:val="00FFCC"/>
        </w:rPr>
        <w:t xml:space="preserve">stories </w:t>
      </w:r>
      <w:r>
        <w:rPr>
          <w:color w:val="FF6600"/>
        </w:rPr>
        <w:t xml:space="preserve">about </w:t>
      </w:r>
      <w:r>
        <w:rPr>
          <w:color w:val="00FFCC"/>
        </w:rPr>
        <w:t xml:space="preserve">Sugarcandy Mountain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</w:t>
      </w:r>
      <w:r>
        <w:rPr>
          <w:color w:val="00FFCC"/>
        </w:rPr>
        <w:t xml:space="preserve">lies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yet </w:t>
      </w:r>
      <w:r>
        <w:rPr>
          <w:color w:val="000000"/>
        </w:rPr>
        <w:t xml:space="preserve">they </w:t>
      </w:r>
      <w:r>
        <w:rPr>
          <w:color w:val="CC3399"/>
        </w:rPr>
        <w:t>a</w:t>
      </w:r>
      <w:r>
        <w:rPr>
          <w:color w:val="CC3399"/>
        </w:rPr>
        <w:t xml:space="preserve">llowed </w:t>
      </w:r>
      <w:r>
        <w:rPr>
          <w:color w:val="000000"/>
        </w:rPr>
        <w:t xml:space="preserve">him to </w:t>
      </w:r>
      <w:r>
        <w:rPr>
          <w:color w:val="CC3399"/>
        </w:rPr>
        <w:t xml:space="preserve">remain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00787F"/>
        </w:rPr>
        <w:t xml:space="preserve">not </w:t>
      </w:r>
      <w:r>
        <w:rPr>
          <w:color w:val="CC3399"/>
        </w:rPr>
        <w:t xml:space="preserve">working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with </w:t>
      </w:r>
      <w:r>
        <w:rPr>
          <w:color w:val="000000"/>
        </w:rPr>
        <w:t xml:space="preserve">an </w:t>
      </w:r>
      <w:r>
        <w:rPr>
          <w:color w:val="00FFCC"/>
        </w:rPr>
        <w:t xml:space="preserve">allowance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gill </w:t>
      </w:r>
      <w:r>
        <w:rPr>
          <w:color w:val="FF6600"/>
        </w:rPr>
        <w:t xml:space="preserve">of </w:t>
      </w:r>
      <w:r>
        <w:rPr>
          <w:color w:val="00FFCC"/>
        </w:rPr>
        <w:t xml:space="preserve">beer </w:t>
      </w:r>
      <w:r>
        <w:rPr>
          <w:color w:val="000000"/>
        </w:rPr>
        <w:t xml:space="preserve">a </w:t>
      </w:r>
      <w:r>
        <w:rPr>
          <w:color w:val="00FFCC"/>
        </w:rPr>
        <w:t xml:space="preserve">day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After </w:t>
      </w:r>
      <w:r>
        <w:rPr>
          <w:color w:val="000000"/>
        </w:rPr>
        <w:t xml:space="preserve">his </w:t>
      </w:r>
      <w:r>
        <w:rPr>
          <w:color w:val="00FFCC"/>
        </w:rPr>
        <w:t xml:space="preserve">hoof </w:t>
      </w:r>
      <w:r>
        <w:rPr>
          <w:color w:val="CC3399"/>
        </w:rPr>
        <w:t xml:space="preserve">had healed </w:t>
      </w:r>
      <w:r>
        <w:rPr>
          <w:color w:val="000000"/>
        </w:rPr>
        <w:t xml:space="preserve">up , </w:t>
      </w:r>
      <w:r>
        <w:rPr>
          <w:color w:val="00FFCC"/>
        </w:rPr>
        <w:t xml:space="preserve">Boxer </w:t>
      </w:r>
      <w:r>
        <w:rPr>
          <w:color w:val="CC3399"/>
        </w:rPr>
        <w:t xml:space="preserve">worked </w:t>
      </w:r>
      <w:r>
        <w:rPr>
          <w:color w:val="00787F"/>
        </w:rPr>
        <w:t xml:space="preserve">harder </w:t>
      </w:r>
      <w:r>
        <w:rPr>
          <w:color w:val="FF6600"/>
        </w:rPr>
        <w:t xml:space="preserve">than </w:t>
      </w:r>
      <w:r>
        <w:rPr>
          <w:color w:val="00787F"/>
        </w:rPr>
        <w:t xml:space="preserve">ever </w:t>
      </w:r>
      <w:r>
        <w:rPr>
          <w:color w:val="000000"/>
        </w:rPr>
        <w:t xml:space="preserve">. </w:t>
      </w:r>
      <w:r>
        <w:rPr>
          <w:color w:val="00787F"/>
        </w:rPr>
        <w:t xml:space="preserve">Indeed </w:t>
      </w:r>
      <w:r>
        <w:rPr>
          <w:color w:val="000000"/>
        </w:rPr>
        <w:t xml:space="preserve">, all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worked </w:t>
      </w:r>
      <w:r>
        <w:rPr>
          <w:color w:val="FF6600"/>
        </w:rPr>
        <w:t xml:space="preserve">like </w:t>
      </w:r>
      <w:r>
        <w:rPr>
          <w:color w:val="00FFCC"/>
        </w:rPr>
        <w:t xml:space="preserve">slaves </w:t>
      </w:r>
      <w:r>
        <w:rPr>
          <w:color w:val="FF6600"/>
        </w:rPr>
        <w:t xml:space="preserve">that </w:t>
      </w:r>
      <w:r>
        <w:rPr>
          <w:color w:val="00FFCC"/>
        </w:rPr>
        <w:t xml:space="preserve">year </w:t>
      </w:r>
      <w:r>
        <w:rPr>
          <w:color w:val="000000"/>
        </w:rPr>
        <w:t xml:space="preserve">. </w:t>
      </w:r>
      <w:r>
        <w:rPr>
          <w:color w:val="00FFCC"/>
        </w:rPr>
        <w:t xml:space="preserve">Apart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33CCFF"/>
        </w:rPr>
        <w:t xml:space="preserve">regular </w:t>
      </w:r>
      <w:r>
        <w:rPr>
          <w:color w:val="00FFCC"/>
        </w:rPr>
        <w:t xml:space="preserve">work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rebuilding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00FFCC"/>
        </w:rPr>
        <w:t xml:space="preserve">schoolhouse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33CCFF"/>
        </w:rPr>
        <w:t xml:space="preserve">young </w:t>
      </w:r>
      <w:r>
        <w:rPr>
          <w:color w:val="00FFCC"/>
        </w:rPr>
        <w:t xml:space="preserve">pigs </w:t>
      </w:r>
      <w:r>
        <w:rPr>
          <w:color w:val="000000"/>
        </w:rPr>
        <w:t xml:space="preserve">, which </w:t>
      </w:r>
      <w:r>
        <w:rPr>
          <w:color w:val="CC3399"/>
        </w:rPr>
        <w:t xml:space="preserve">was started </w:t>
      </w:r>
      <w:r>
        <w:rPr>
          <w:color w:val="FF6600"/>
        </w:rPr>
        <w:t xml:space="preserve">in </w:t>
      </w:r>
      <w:r>
        <w:rPr>
          <w:color w:val="00FFCC"/>
        </w:rPr>
        <w:t xml:space="preserve">March </w:t>
      </w:r>
      <w:r>
        <w:rPr>
          <w:color w:val="000000"/>
        </w:rPr>
        <w:t xml:space="preserve">. </w:t>
      </w:r>
      <w:r>
        <w:rPr>
          <w:color w:val="00787F"/>
        </w:rPr>
        <w:t xml:space="preserve">Sometimes </w:t>
      </w:r>
      <w:r>
        <w:rPr>
          <w:color w:val="000000"/>
        </w:rPr>
        <w:t xml:space="preserve">the </w:t>
      </w:r>
      <w:r>
        <w:rPr>
          <w:color w:val="33CCFF"/>
        </w:rPr>
        <w:t xml:space="preserve">long </w:t>
      </w:r>
      <w:r>
        <w:rPr>
          <w:color w:val="00FFCC"/>
        </w:rPr>
        <w:t xml:space="preserve">hours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33CCFF"/>
        </w:rPr>
        <w:t xml:space="preserve">insufficient </w:t>
      </w:r>
      <w:r>
        <w:rPr>
          <w:color w:val="00FFCC"/>
        </w:rPr>
        <w:t xml:space="preserve">food </w:t>
      </w:r>
      <w:r>
        <w:rPr>
          <w:color w:val="CC3399"/>
        </w:rPr>
        <w:t xml:space="preserve">were </w:t>
      </w:r>
      <w:r>
        <w:rPr>
          <w:color w:val="33CCFF"/>
        </w:rPr>
        <w:t xml:space="preserve">hard </w:t>
      </w:r>
      <w:r>
        <w:rPr>
          <w:color w:val="000000"/>
        </w:rPr>
        <w:t xml:space="preserve">to </w:t>
      </w:r>
      <w:r>
        <w:rPr>
          <w:color w:val="CC3399"/>
        </w:rPr>
        <w:t xml:space="preserve">bear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FFCC"/>
        </w:rPr>
        <w:t xml:space="preserve">Boxer </w:t>
      </w:r>
      <w:r>
        <w:rPr>
          <w:color w:val="00787F"/>
        </w:rPr>
        <w:t xml:space="preserve">never </w:t>
      </w:r>
      <w:r>
        <w:rPr>
          <w:color w:val="CC3399"/>
        </w:rPr>
        <w:t xml:space="preserve">faltered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nothing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said </w:t>
      </w:r>
      <w:r>
        <w:rPr>
          <w:color w:val="FF0066"/>
        </w:rPr>
        <w:t xml:space="preserve">or </w:t>
      </w:r>
      <w:r>
        <w:rPr>
          <w:color w:val="CC3399"/>
        </w:rPr>
        <w:t xml:space="preserve">did was </w:t>
      </w:r>
      <w:r>
        <w:rPr>
          <w:color w:val="000000"/>
        </w:rPr>
        <w:t xml:space="preserve">there any </w:t>
      </w:r>
      <w:r>
        <w:rPr>
          <w:color w:val="00FFCC"/>
        </w:rPr>
        <w:t xml:space="preserve">sign </w:t>
      </w:r>
      <w:r>
        <w:rPr>
          <w:color w:val="FF6600"/>
        </w:rPr>
        <w:t xml:space="preserve">that </w:t>
      </w:r>
      <w:r>
        <w:rPr>
          <w:color w:val="000000"/>
        </w:rPr>
        <w:t xml:space="preserve">his </w:t>
      </w:r>
      <w:r>
        <w:rPr>
          <w:color w:val="00FFCC"/>
        </w:rPr>
        <w:t xml:space="preserve">strength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what it </w:t>
      </w:r>
      <w:r>
        <w:rPr>
          <w:color w:val="CC3399"/>
        </w:rPr>
        <w:t xml:space="preserve">had been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787F"/>
        </w:rPr>
        <w:t xml:space="preserve">only </w:t>
      </w:r>
      <w:r>
        <w:rPr>
          <w:color w:val="000000"/>
        </w:rPr>
        <w:t xml:space="preserve">his </w:t>
      </w:r>
      <w:r>
        <w:rPr>
          <w:color w:val="00FFCC"/>
        </w:rPr>
        <w:t xml:space="preserve">appearance </w:t>
      </w:r>
      <w:r>
        <w:rPr>
          <w:color w:val="000000"/>
        </w:rPr>
        <w:t xml:space="preserve">that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altered </w:t>
      </w:r>
      <w:r>
        <w:rPr>
          <w:color w:val="000000"/>
        </w:rPr>
        <w:t xml:space="preserve">;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hide </w:t>
      </w:r>
      <w:r>
        <w:rPr>
          <w:color w:val="CC3399"/>
        </w:rPr>
        <w:t xml:space="preserve">was </w:t>
      </w:r>
      <w:r>
        <w:rPr>
          <w:color w:val="33CCFF"/>
        </w:rPr>
        <w:t xml:space="preserve">less shiny </w:t>
      </w:r>
      <w:r>
        <w:rPr>
          <w:color w:val="FF6600"/>
        </w:rPr>
        <w:t xml:space="preserve">than </w:t>
      </w:r>
      <w:r>
        <w:rPr>
          <w:color w:val="000000"/>
        </w:rPr>
        <w:t xml:space="preserve">it </w:t>
      </w:r>
      <w:r>
        <w:rPr>
          <w:color w:val="CC3399"/>
        </w:rPr>
        <w:t xml:space="preserve">had used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33CCFF"/>
        </w:rPr>
        <w:t xml:space="preserve">great </w:t>
      </w:r>
      <w:r>
        <w:rPr>
          <w:color w:val="00FFCC"/>
        </w:rPr>
        <w:t xml:space="preserve">haunches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seemed </w:t>
      </w:r>
      <w:r>
        <w:rPr>
          <w:color w:val="000000"/>
        </w:rPr>
        <w:t xml:space="preserve">to </w:t>
      </w:r>
      <w:r>
        <w:rPr>
          <w:color w:val="CC3399"/>
        </w:rPr>
        <w:t xml:space="preserve">have shrunken </w:t>
      </w:r>
      <w:r>
        <w:rPr>
          <w:color w:val="000000"/>
        </w:rPr>
        <w:t xml:space="preserve">. The </w:t>
      </w:r>
      <w:r>
        <w:rPr>
          <w:color w:val="00FFCC"/>
        </w:rPr>
        <w:t xml:space="preserve">others </w:t>
      </w:r>
      <w:r>
        <w:rPr>
          <w:color w:val="CC3399"/>
        </w:rPr>
        <w:t xml:space="preserve">said </w:t>
      </w:r>
      <w:r>
        <w:rPr>
          <w:color w:val="000000"/>
        </w:rPr>
        <w:t xml:space="preserve">, `` </w:t>
      </w:r>
      <w:r>
        <w:rPr>
          <w:color w:val="00FFCC"/>
        </w:rPr>
        <w:t xml:space="preserve">Boxer </w:t>
      </w:r>
      <w:r>
        <w:rPr>
          <w:color w:val="003E3E"/>
        </w:rPr>
        <w:t xml:space="preserve">will </w:t>
      </w:r>
      <w:r>
        <w:rPr>
          <w:color w:val="CC3399"/>
        </w:rPr>
        <w:t xml:space="preserve">pick </w:t>
      </w:r>
      <w:r>
        <w:rPr>
          <w:color w:val="000000"/>
        </w:rPr>
        <w:t xml:space="preserve">up </w:t>
      </w:r>
      <w:r>
        <w:rPr>
          <w:color w:val="000000"/>
        </w:rPr>
        <w:t xml:space="preserve">when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spring grass </w:t>
      </w:r>
      <w:r>
        <w:rPr>
          <w:color w:val="CC3399"/>
        </w:rPr>
        <w:t xml:space="preserve">comes </w:t>
      </w:r>
      <w:r>
        <w:rPr>
          <w:color w:val="FF6600"/>
        </w:rPr>
        <w:t xml:space="preserve">on </w:t>
      </w:r>
      <w:r>
        <w:rPr>
          <w:color w:val="000000"/>
        </w:rPr>
        <w:t xml:space="preserve">'' ;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spring </w:t>
      </w:r>
      <w:r>
        <w:rPr>
          <w:color w:val="CC3399"/>
        </w:rPr>
        <w:t xml:space="preserve">came </w:t>
      </w:r>
      <w:r>
        <w:rPr>
          <w:color w:val="FF0066"/>
        </w:rPr>
        <w:t xml:space="preserve">and </w:t>
      </w:r>
      <w:r>
        <w:rPr>
          <w:color w:val="00FFCC"/>
        </w:rPr>
        <w:t xml:space="preserve">Boxer </w:t>
      </w:r>
      <w:r>
        <w:rPr>
          <w:color w:val="CC3399"/>
        </w:rPr>
        <w:t xml:space="preserve">grew </w:t>
      </w:r>
      <w:r>
        <w:rPr>
          <w:color w:val="000000"/>
        </w:rPr>
        <w:t xml:space="preserve">no </w:t>
      </w:r>
      <w:r>
        <w:rPr>
          <w:color w:val="00FFCC"/>
        </w:rPr>
        <w:t xml:space="preserve">fatter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Sometimes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slope </w:t>
      </w:r>
      <w:r>
        <w:rPr>
          <w:color w:val="CC3399"/>
        </w:rPr>
        <w:t xml:space="preserve">leading </w:t>
      </w:r>
      <w:r>
        <w:rPr>
          <w:color w:val="000000"/>
        </w:rPr>
        <w:t xml:space="preserve">to the </w:t>
      </w:r>
      <w:r>
        <w:rPr>
          <w:color w:val="00FFCC"/>
        </w:rPr>
        <w:t xml:space="preserve">top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quarry </w:t>
      </w:r>
      <w:r>
        <w:rPr>
          <w:color w:val="000000"/>
        </w:rPr>
        <w:t xml:space="preserve">, when he </w:t>
      </w:r>
      <w:r>
        <w:rPr>
          <w:color w:val="CC3399"/>
        </w:rPr>
        <w:t xml:space="preserve">braced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muscles </w:t>
      </w:r>
      <w:r>
        <w:rPr>
          <w:color w:val="FF6600"/>
        </w:rPr>
        <w:t xml:space="preserve">against </w:t>
      </w:r>
      <w:r>
        <w:rPr>
          <w:color w:val="000000"/>
        </w:rPr>
        <w:t xml:space="preserve">the </w:t>
      </w:r>
      <w:r>
        <w:rPr>
          <w:color w:val="00FFCC"/>
        </w:rPr>
        <w:t xml:space="preserve">weight </w:t>
      </w:r>
      <w:r>
        <w:rPr>
          <w:color w:val="FF6600"/>
        </w:rPr>
        <w:t xml:space="preserve">of </w:t>
      </w:r>
      <w:r>
        <w:rPr>
          <w:color w:val="000000"/>
        </w:rPr>
        <w:t xml:space="preserve">some </w:t>
      </w:r>
      <w:r>
        <w:rPr>
          <w:color w:val="33CCFF"/>
        </w:rPr>
        <w:t xml:space="preserve">vast </w:t>
      </w:r>
      <w:r>
        <w:rPr>
          <w:color w:val="00FFCC"/>
        </w:rPr>
        <w:t xml:space="preserve">boulder </w:t>
      </w:r>
      <w:r>
        <w:rPr>
          <w:color w:val="000000"/>
        </w:rPr>
        <w:t xml:space="preserve">, it </w:t>
      </w:r>
      <w:r>
        <w:rPr>
          <w:color w:val="CC3399"/>
        </w:rPr>
        <w:t xml:space="preserve">seemed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nothing </w:t>
      </w:r>
      <w:r>
        <w:rPr>
          <w:color w:val="CC3399"/>
        </w:rPr>
        <w:t xml:space="preserve">kept </w:t>
      </w:r>
      <w:r>
        <w:rPr>
          <w:color w:val="000000"/>
        </w:rPr>
        <w:t xml:space="preserve">him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00FFCC"/>
        </w:rPr>
        <w:t xml:space="preserve">feet </w:t>
      </w:r>
      <w:r>
        <w:rPr>
          <w:color w:val="FF6600"/>
        </w:rPr>
        <w:t xml:space="preserve">except </w:t>
      </w:r>
      <w:r>
        <w:rPr>
          <w:color w:val="000000"/>
        </w:rPr>
        <w:t xml:space="preserve">the </w:t>
      </w:r>
      <w:r>
        <w:rPr>
          <w:color w:val="003E3E"/>
        </w:rPr>
        <w:t xml:space="preserve">will </w:t>
      </w:r>
      <w:r>
        <w:rPr>
          <w:color w:val="000000"/>
        </w:rPr>
        <w:t xml:space="preserve">to </w:t>
      </w:r>
      <w:r>
        <w:rPr>
          <w:color w:val="CC3399"/>
        </w:rPr>
        <w:t xml:space="preserve">continue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33CCFF"/>
        </w:rPr>
        <w:t xml:space="preserve">such </w:t>
      </w:r>
      <w:r>
        <w:rPr>
          <w:color w:val="00FFCC"/>
        </w:rPr>
        <w:t xml:space="preserve">times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lips </w:t>
      </w:r>
      <w:r>
        <w:rPr>
          <w:color w:val="CC3399"/>
        </w:rPr>
        <w:t xml:space="preserve">were seen </w:t>
      </w:r>
      <w:r>
        <w:rPr>
          <w:color w:val="000000"/>
        </w:rPr>
        <w:t xml:space="preserve">to </w:t>
      </w:r>
      <w:r>
        <w:rPr>
          <w:color w:val="CC3399"/>
        </w:rPr>
        <w:t xml:space="preserve">form </w:t>
      </w:r>
      <w:r>
        <w:rPr>
          <w:color w:val="000000"/>
        </w:rPr>
        <w:t xml:space="preserve">the </w:t>
      </w:r>
      <w:r>
        <w:rPr>
          <w:color w:val="00FFCC"/>
        </w:rPr>
        <w:t xml:space="preserve">words </w:t>
      </w:r>
      <w:r>
        <w:rPr>
          <w:color w:val="000000"/>
        </w:rPr>
        <w:t xml:space="preserve">, `` I </w:t>
      </w:r>
      <w:r>
        <w:rPr>
          <w:color w:val="003E3E"/>
        </w:rPr>
        <w:t xml:space="preserve">will </w:t>
      </w:r>
      <w:r>
        <w:rPr>
          <w:color w:val="CC3399"/>
        </w:rPr>
        <w:t xml:space="preserve">work </w:t>
      </w:r>
      <w:r>
        <w:rPr>
          <w:color w:val="00FFCC"/>
        </w:rPr>
        <w:t xml:space="preserve">harder </w:t>
      </w:r>
      <w:r>
        <w:rPr>
          <w:color w:val="000000"/>
        </w:rPr>
        <w:t xml:space="preserve">'' ; he </w:t>
      </w:r>
      <w:r>
        <w:rPr>
          <w:color w:val="CC3399"/>
        </w:rPr>
        <w:t xml:space="preserve">had </w:t>
      </w:r>
      <w:r>
        <w:rPr>
          <w:color w:val="000000"/>
        </w:rPr>
        <w:t xml:space="preserve">no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voice </w:t>
      </w:r>
      <w:r>
        <w:rPr>
          <w:color w:val="CC3399"/>
        </w:rPr>
        <w:t xml:space="preserve">left </w:t>
      </w:r>
      <w:r>
        <w:rPr>
          <w:color w:val="000000"/>
        </w:rPr>
        <w:t xml:space="preserve">. </w:t>
      </w:r>
      <w:r>
        <w:rPr>
          <w:color w:val="00787F"/>
        </w:rPr>
        <w:t xml:space="preserve">Once again </w:t>
      </w:r>
      <w:r>
        <w:rPr>
          <w:color w:val="00FFCC"/>
        </w:rPr>
        <w:t xml:space="preserve">Clover </w:t>
      </w:r>
      <w:r>
        <w:rPr>
          <w:color w:val="FF0066"/>
        </w:rPr>
        <w:t xml:space="preserve">and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warned </w:t>
      </w:r>
      <w:r>
        <w:rPr>
          <w:color w:val="000000"/>
        </w:rPr>
        <w:t xml:space="preserve">him to </w:t>
      </w:r>
      <w:r>
        <w:rPr>
          <w:color w:val="CC3399"/>
        </w:rPr>
        <w:t xml:space="preserve">take </w:t>
      </w:r>
      <w:r>
        <w:rPr>
          <w:color w:val="00FFCC"/>
        </w:rPr>
        <w:t xml:space="preserve">care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health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FFCC"/>
        </w:rPr>
        <w:t xml:space="preserve">Boxer </w:t>
      </w:r>
      <w:r>
        <w:rPr>
          <w:color w:val="CC3399"/>
        </w:rPr>
        <w:t xml:space="preserve">paid </w:t>
      </w:r>
      <w:r>
        <w:rPr>
          <w:color w:val="000000"/>
        </w:rPr>
        <w:t xml:space="preserve">no </w:t>
      </w:r>
      <w:r>
        <w:rPr>
          <w:color w:val="00FFCC"/>
        </w:rPr>
        <w:t xml:space="preserve">attention </w:t>
      </w:r>
      <w:r>
        <w:rPr>
          <w:color w:val="000000"/>
        </w:rPr>
        <w:t xml:space="preserve">. His </w:t>
      </w:r>
      <w:r>
        <w:rPr>
          <w:color w:val="33CCFF"/>
        </w:rPr>
        <w:t xml:space="preserve">twelfth </w:t>
      </w:r>
      <w:r>
        <w:rPr>
          <w:color w:val="00FFCC"/>
        </w:rPr>
        <w:t>bi</w:t>
      </w:r>
      <w:r>
        <w:rPr>
          <w:color w:val="00FFCC"/>
        </w:rPr>
        <w:t xml:space="preserve">rthday </w:t>
      </w:r>
      <w:r>
        <w:rPr>
          <w:color w:val="CC3399"/>
        </w:rPr>
        <w:t xml:space="preserve">was approaching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care </w:t>
      </w:r>
      <w:r>
        <w:rPr>
          <w:color w:val="000000"/>
        </w:rPr>
        <w:t xml:space="preserve">what </w:t>
      </w:r>
      <w:r>
        <w:rPr>
          <w:color w:val="CC3399"/>
        </w:rPr>
        <w:t xml:space="preserve">happened </w:t>
      </w:r>
      <w:r>
        <w:rPr>
          <w:color w:val="00787F"/>
        </w:rPr>
        <w:t xml:space="preserve">so long </w:t>
      </w:r>
      <w:r>
        <w:rPr>
          <w:color w:val="FF6600"/>
        </w:rPr>
        <w:t xml:space="preserve">as </w:t>
      </w:r>
      <w:r>
        <w:rPr>
          <w:color w:val="000000"/>
        </w:rPr>
        <w:t xml:space="preserve">a </w:t>
      </w:r>
      <w:r>
        <w:rPr>
          <w:color w:val="33CCFF"/>
        </w:rPr>
        <w:t xml:space="preserve">good </w:t>
      </w:r>
      <w:r>
        <w:rPr>
          <w:color w:val="00FFCC"/>
        </w:rPr>
        <w:t xml:space="preserve">store </w:t>
      </w:r>
      <w:r>
        <w:rPr>
          <w:color w:val="FF6600"/>
        </w:rPr>
        <w:t xml:space="preserve">of </w:t>
      </w:r>
      <w:r>
        <w:rPr>
          <w:color w:val="00FFCC"/>
        </w:rPr>
        <w:t xml:space="preserve">stone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accumulated </w:t>
      </w:r>
      <w:r>
        <w:rPr>
          <w:color w:val="FF6600"/>
        </w:rPr>
        <w:t xml:space="preserve">before </w:t>
      </w:r>
      <w:r>
        <w:rPr>
          <w:color w:val="000000"/>
        </w:rPr>
        <w:t xml:space="preserve">he </w:t>
      </w:r>
      <w:r>
        <w:rPr>
          <w:color w:val="CC3399"/>
        </w:rPr>
        <w:t xml:space="preserve">went </w:t>
      </w:r>
      <w:r>
        <w:rPr>
          <w:color w:val="FF6600"/>
        </w:rPr>
        <w:t xml:space="preserve">on </w:t>
      </w:r>
      <w:r>
        <w:rPr>
          <w:color w:val="00FFCC"/>
        </w:rPr>
        <w:t xml:space="preserve">pension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Late </w:t>
      </w:r>
      <w:r>
        <w:rPr>
          <w:color w:val="000000"/>
        </w:rPr>
        <w:t xml:space="preserve">one </w:t>
      </w:r>
      <w:r>
        <w:rPr>
          <w:color w:val="00FFCC"/>
        </w:rPr>
        <w:t xml:space="preserve">evening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summer </w:t>
      </w:r>
      <w:r>
        <w:rPr>
          <w:color w:val="000000"/>
        </w:rPr>
        <w:t xml:space="preserve">, a </w:t>
      </w:r>
      <w:r>
        <w:rPr>
          <w:color w:val="33CCFF"/>
        </w:rPr>
        <w:t xml:space="preserve">sudden </w:t>
      </w:r>
      <w:r>
        <w:rPr>
          <w:color w:val="00FFCC"/>
        </w:rPr>
        <w:t xml:space="preserve">rumour </w:t>
      </w:r>
      <w:r>
        <w:rPr>
          <w:color w:val="CC3399"/>
        </w:rPr>
        <w:t xml:space="preserve">ran </w:t>
      </w:r>
      <w:r>
        <w:rPr>
          <w:color w:val="FF6600"/>
        </w:rPr>
        <w:t xml:space="preserve">round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something </w:t>
      </w:r>
      <w:r>
        <w:rPr>
          <w:color w:val="CC3399"/>
        </w:rPr>
        <w:t xml:space="preserve">had happened </w:t>
      </w:r>
      <w:r>
        <w:rPr>
          <w:color w:val="000000"/>
        </w:rPr>
        <w:t xml:space="preserve">to </w:t>
      </w:r>
      <w:r>
        <w:rPr>
          <w:color w:val="00FFCC"/>
        </w:rPr>
        <w:t xml:space="preserve">Boxer </w:t>
      </w:r>
      <w:r>
        <w:rPr>
          <w:color w:val="000000"/>
        </w:rPr>
        <w:t xml:space="preserve">. He </w:t>
      </w:r>
      <w:r>
        <w:rPr>
          <w:color w:val="CC3399"/>
        </w:rPr>
        <w:t xml:space="preserve">had gone </w:t>
      </w:r>
      <w:r>
        <w:rPr>
          <w:color w:val="000000"/>
        </w:rPr>
        <w:t xml:space="preserve">out </w:t>
      </w:r>
      <w:r>
        <w:rPr>
          <w:color w:val="00787F"/>
        </w:rPr>
        <w:t xml:space="preserve">alone </w:t>
      </w:r>
      <w:r>
        <w:rPr>
          <w:color w:val="000000"/>
        </w:rPr>
        <w:t xml:space="preserve">to </w:t>
      </w:r>
      <w:r>
        <w:rPr>
          <w:color w:val="CC3399"/>
        </w:rPr>
        <w:t xml:space="preserve">drag </w:t>
      </w:r>
      <w:r>
        <w:rPr>
          <w:color w:val="000000"/>
        </w:rPr>
        <w:t xml:space="preserve">a </w:t>
      </w:r>
      <w:r>
        <w:rPr>
          <w:color w:val="00FFCC"/>
        </w:rPr>
        <w:t xml:space="preserve">load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stone down </w:t>
      </w:r>
      <w:r>
        <w:rPr>
          <w:color w:val="000000"/>
        </w:rPr>
        <w:t xml:space="preserve">to 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33CCFF"/>
        </w:rPr>
        <w:t xml:space="preserve">sure </w:t>
      </w:r>
      <w:r>
        <w:rPr>
          <w:color w:val="00787F"/>
        </w:rPr>
        <w:t xml:space="preserve">enough </w:t>
      </w:r>
      <w:r>
        <w:rPr>
          <w:color w:val="000000"/>
        </w:rPr>
        <w:t xml:space="preserve">, the </w:t>
      </w:r>
      <w:r>
        <w:rPr>
          <w:color w:val="00FFCC"/>
        </w:rPr>
        <w:t xml:space="preserve">rumour </w:t>
      </w:r>
      <w:r>
        <w:rPr>
          <w:color w:val="CC3399"/>
        </w:rPr>
        <w:t xml:space="preserve">was </w:t>
      </w:r>
      <w:r>
        <w:rPr>
          <w:color w:val="33CCFF"/>
        </w:rPr>
        <w:t xml:space="preserve">true </w:t>
      </w:r>
      <w:r>
        <w:rPr>
          <w:color w:val="000000"/>
        </w:rPr>
        <w:t xml:space="preserve">. A </w:t>
      </w:r>
      <w:r>
        <w:rPr>
          <w:color w:val="33CCFF"/>
        </w:rPr>
        <w:t xml:space="preserve">few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minutes </w:t>
      </w:r>
      <w:r>
        <w:rPr>
          <w:color w:val="00787F"/>
        </w:rPr>
        <w:t xml:space="preserve">later </w:t>
      </w:r>
      <w:r>
        <w:rPr>
          <w:color w:val="000000"/>
        </w:rPr>
        <w:t xml:space="preserve">two </w:t>
      </w:r>
      <w:r>
        <w:rPr>
          <w:color w:val="00FFCC"/>
        </w:rPr>
        <w:t xml:space="preserve">pigeons </w:t>
      </w:r>
      <w:r>
        <w:rPr>
          <w:color w:val="CC3399"/>
        </w:rPr>
        <w:t xml:space="preserve">came racing </w:t>
      </w:r>
      <w:r>
        <w:rPr>
          <w:color w:val="FF6600"/>
        </w:rPr>
        <w:t xml:space="preserve">in with </w:t>
      </w:r>
      <w:r>
        <w:rPr>
          <w:color w:val="000000"/>
        </w:rPr>
        <w:t xml:space="preserve">the </w:t>
      </w:r>
      <w:r>
        <w:rPr>
          <w:color w:val="00FFCC"/>
        </w:rPr>
        <w:t xml:space="preserve">news </w:t>
      </w:r>
      <w:r>
        <w:rPr>
          <w:color w:val="000000"/>
        </w:rPr>
        <w:t xml:space="preserve">; `` </w:t>
      </w:r>
      <w:r>
        <w:rPr>
          <w:color w:val="00FFCC"/>
        </w:rPr>
        <w:t xml:space="preserve">Boxer </w:t>
      </w:r>
      <w:r>
        <w:rPr>
          <w:color w:val="CC3399"/>
        </w:rPr>
        <w:t xml:space="preserve">has fallen </w:t>
      </w:r>
      <w:r>
        <w:rPr>
          <w:color w:val="000000"/>
        </w:rPr>
        <w:t xml:space="preserve">!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is lying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00FFCC"/>
        </w:rPr>
        <w:t xml:space="preserve">side </w:t>
      </w:r>
      <w:r>
        <w:rPr>
          <w:color w:val="FF0066"/>
        </w:rPr>
        <w:t xml:space="preserve">and </w:t>
      </w:r>
      <w:r>
        <w:rPr>
          <w:color w:val="003E3E"/>
        </w:rPr>
        <w:t xml:space="preserve">ca </w:t>
      </w:r>
      <w:r>
        <w:rPr>
          <w:color w:val="00787F"/>
        </w:rPr>
        <w:t xml:space="preserve">n't </w:t>
      </w:r>
      <w:r>
        <w:rPr>
          <w:color w:val="CC3399"/>
        </w:rPr>
        <w:t xml:space="preserve">get </w:t>
      </w:r>
      <w:r>
        <w:rPr>
          <w:color w:val="000000"/>
        </w:rPr>
        <w:t xml:space="preserve">up 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About </w:t>
      </w:r>
      <w:r>
        <w:rPr>
          <w:color w:val="000000"/>
        </w:rPr>
        <w:t xml:space="preserve">half 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rushed </w:t>
      </w:r>
      <w:r>
        <w:rPr>
          <w:color w:val="FF6600"/>
        </w:rPr>
        <w:t xml:space="preserve">out </w:t>
      </w:r>
      <w:r>
        <w:rPr>
          <w:color w:val="000000"/>
        </w:rPr>
        <w:t xml:space="preserve">to the </w:t>
      </w:r>
      <w:r>
        <w:rPr>
          <w:color w:val="00FFCC"/>
        </w:rPr>
        <w:t xml:space="preserve">knoll </w:t>
      </w:r>
      <w:r>
        <w:rPr>
          <w:color w:val="000000"/>
        </w:rPr>
        <w:t xml:space="preserve">where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windmill </w:t>
      </w:r>
      <w:r>
        <w:rPr>
          <w:color w:val="CC3399"/>
        </w:rPr>
        <w:t xml:space="preserve">stood </w:t>
      </w:r>
      <w:r>
        <w:rPr>
          <w:color w:val="000000"/>
        </w:rPr>
        <w:t xml:space="preserve">. There </w:t>
      </w:r>
      <w:r>
        <w:rPr>
          <w:color w:val="33CCFF"/>
        </w:rPr>
        <w:t xml:space="preserve">lay </w:t>
      </w:r>
      <w:r>
        <w:rPr>
          <w:color w:val="00FFCC"/>
        </w:rPr>
        <w:t xml:space="preserve">Boxer </w:t>
      </w:r>
      <w:r>
        <w:rPr>
          <w:color w:val="000000"/>
        </w:rPr>
        <w:t xml:space="preserve">, </w:t>
      </w:r>
      <w:r>
        <w:rPr>
          <w:color w:val="FF6600"/>
        </w:rPr>
        <w:t xml:space="preserve">between </w:t>
      </w:r>
      <w:r>
        <w:rPr>
          <w:color w:val="000000"/>
        </w:rPr>
        <w:t xml:space="preserve">the </w:t>
      </w:r>
      <w:r>
        <w:rPr>
          <w:color w:val="00FFCC"/>
        </w:rPr>
        <w:t xml:space="preserve">shafts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cart </w:t>
      </w:r>
      <w:r>
        <w:rPr>
          <w:color w:val="000000"/>
        </w:rPr>
        <w:t xml:space="preserve">, his </w:t>
      </w:r>
      <w:r>
        <w:rPr>
          <w:color w:val="00FFCC"/>
        </w:rPr>
        <w:t xml:space="preserve">neck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stretched </w:t>
      </w:r>
      <w:r>
        <w:rPr>
          <w:color w:val="000000"/>
        </w:rPr>
        <w:t xml:space="preserve">out , </w:t>
      </w:r>
      <w:r>
        <w:rPr>
          <w:color w:val="33CCFF"/>
        </w:rPr>
        <w:t xml:space="preserve">unable </w:t>
      </w:r>
      <w:r>
        <w:rPr>
          <w:color w:val="00787F"/>
        </w:rPr>
        <w:t xml:space="preserve">even </w:t>
      </w:r>
      <w:r>
        <w:rPr>
          <w:color w:val="000000"/>
        </w:rPr>
        <w:t xml:space="preserve">to </w:t>
      </w:r>
      <w:r>
        <w:rPr>
          <w:color w:val="CC3399"/>
        </w:rPr>
        <w:t xml:space="preserve">raise </w:t>
      </w:r>
      <w:r>
        <w:rPr>
          <w:color w:val="000000"/>
        </w:rPr>
        <w:t xml:space="preserve">his </w:t>
      </w:r>
      <w:r>
        <w:rPr>
          <w:color w:val="00FFCC"/>
        </w:rPr>
        <w:t xml:space="preserve">head </w:t>
      </w:r>
      <w:r>
        <w:rPr>
          <w:color w:val="000000"/>
        </w:rPr>
        <w:t xml:space="preserve">. His </w:t>
      </w:r>
      <w:r>
        <w:rPr>
          <w:color w:val="00FFCC"/>
        </w:rPr>
        <w:t xml:space="preserve">eyes </w:t>
      </w:r>
      <w:r>
        <w:rPr>
          <w:color w:val="CC3399"/>
        </w:rPr>
        <w:t xml:space="preserve">were glazed </w:t>
      </w:r>
      <w:r>
        <w:rPr>
          <w:color w:val="000000"/>
        </w:rPr>
        <w:t xml:space="preserve">, 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sides </w:t>
      </w:r>
      <w:r>
        <w:rPr>
          <w:color w:val="CC3399"/>
        </w:rPr>
        <w:t xml:space="preserve">matted </w:t>
      </w:r>
      <w:r>
        <w:rPr>
          <w:color w:val="FF6600"/>
        </w:rPr>
        <w:t xml:space="preserve">with </w:t>
      </w:r>
      <w:r>
        <w:rPr>
          <w:color w:val="00FFCC"/>
        </w:rPr>
        <w:t xml:space="preserve">sweat </w:t>
      </w:r>
      <w:r>
        <w:rPr>
          <w:color w:val="000000"/>
        </w:rPr>
        <w:t xml:space="preserve">. A </w:t>
      </w:r>
      <w:r>
        <w:rPr>
          <w:color w:val="33CCFF"/>
        </w:rPr>
        <w:t xml:space="preserve">thin </w:t>
      </w:r>
      <w:r>
        <w:rPr>
          <w:color w:val="00FFCC"/>
        </w:rPr>
        <w:t xml:space="preserve">stream </w:t>
      </w:r>
      <w:r>
        <w:rPr>
          <w:color w:val="FF6600"/>
        </w:rPr>
        <w:t xml:space="preserve">of </w:t>
      </w:r>
      <w:r>
        <w:rPr>
          <w:color w:val="00FFCC"/>
        </w:rPr>
        <w:t xml:space="preserve">blood </w:t>
      </w:r>
      <w:r>
        <w:rPr>
          <w:color w:val="CC3399"/>
        </w:rPr>
        <w:t xml:space="preserve">had trickled </w:t>
      </w:r>
      <w:r>
        <w:rPr>
          <w:color w:val="FF6600"/>
        </w:rPr>
        <w:t xml:space="preserve">out of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mouth </w:t>
      </w:r>
      <w:r>
        <w:rPr>
          <w:color w:val="000000"/>
        </w:rPr>
        <w:t xml:space="preserve">. </w:t>
      </w:r>
      <w:r>
        <w:rPr>
          <w:color w:val="00FFCC"/>
        </w:rPr>
        <w:t xml:space="preserve">Clover </w:t>
      </w:r>
      <w:r>
        <w:rPr>
          <w:color w:val="CC3399"/>
        </w:rPr>
        <w:t xml:space="preserve">dropped </w:t>
      </w:r>
      <w:r>
        <w:rPr>
          <w:color w:val="000000"/>
        </w:rPr>
        <w:t xml:space="preserve">to her </w:t>
      </w:r>
      <w:r>
        <w:rPr>
          <w:color w:val="00FFCC"/>
        </w:rPr>
        <w:t xml:space="preserve">knees </w:t>
      </w:r>
      <w:r>
        <w:rPr>
          <w:color w:val="FF6600"/>
        </w:rPr>
        <w:t xml:space="preserve">at </w:t>
      </w:r>
      <w:r>
        <w:rPr>
          <w:color w:val="000000"/>
        </w:rPr>
        <w:t xml:space="preserve">his </w:t>
      </w:r>
      <w:r>
        <w:rPr>
          <w:color w:val="00FFCC"/>
        </w:rPr>
        <w:t xml:space="preserve">side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Boxer </w:t>
      </w:r>
      <w:r>
        <w:rPr>
          <w:color w:val="000000"/>
        </w:rPr>
        <w:t xml:space="preserve">! '' she </w:t>
      </w:r>
      <w:r>
        <w:rPr>
          <w:color w:val="CC3399"/>
        </w:rPr>
        <w:t xml:space="preserve">cried </w:t>
      </w:r>
      <w:r>
        <w:rPr>
          <w:color w:val="000000"/>
        </w:rPr>
        <w:t xml:space="preserve">, `` how </w:t>
      </w:r>
      <w:r>
        <w:rPr>
          <w:color w:val="CC3399"/>
        </w:rPr>
        <w:t xml:space="preserve">are </w:t>
      </w:r>
      <w:r>
        <w:rPr>
          <w:color w:val="000000"/>
        </w:rPr>
        <w:t xml:space="preserve">you 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It </w:t>
      </w:r>
      <w:r>
        <w:rPr>
          <w:color w:val="CC3399"/>
        </w:rPr>
        <w:t xml:space="preserve">is </w:t>
      </w:r>
      <w:r>
        <w:rPr>
          <w:color w:val="000000"/>
        </w:rPr>
        <w:t xml:space="preserve">my </w:t>
      </w:r>
      <w:r>
        <w:rPr>
          <w:color w:val="00FFCC"/>
        </w:rPr>
        <w:t xml:space="preserve">lung </w:t>
      </w:r>
      <w:r>
        <w:rPr>
          <w:color w:val="000000"/>
        </w:rPr>
        <w:t xml:space="preserve">, '' </w:t>
      </w:r>
      <w:r>
        <w:rPr>
          <w:color w:val="CC3399"/>
        </w:rPr>
        <w:t xml:space="preserve">said </w:t>
      </w:r>
      <w:r>
        <w:rPr>
          <w:color w:val="00FFCC"/>
        </w:rPr>
        <w:t xml:space="preserve">Boxer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weak </w:t>
      </w:r>
      <w:r>
        <w:rPr>
          <w:color w:val="00FFCC"/>
        </w:rPr>
        <w:t xml:space="preserve">voice </w:t>
      </w:r>
      <w:r>
        <w:rPr>
          <w:color w:val="000000"/>
        </w:rPr>
        <w:t xml:space="preserve">. `` It </w:t>
      </w:r>
      <w:r>
        <w:rPr>
          <w:color w:val="CC3399"/>
        </w:rPr>
        <w:t xml:space="preserve">does </w:t>
      </w:r>
      <w:r>
        <w:rPr>
          <w:color w:val="00787F"/>
        </w:rPr>
        <w:t xml:space="preserve">not </w:t>
      </w:r>
      <w:r>
        <w:rPr>
          <w:color w:val="CC3399"/>
        </w:rPr>
        <w:t xml:space="preserve">matter </w:t>
      </w:r>
      <w:r>
        <w:rPr>
          <w:color w:val="000000"/>
        </w:rPr>
        <w:t xml:space="preserve">. I </w:t>
      </w:r>
      <w:r>
        <w:rPr>
          <w:color w:val="CC3399"/>
        </w:rPr>
        <w:t xml:space="preserve">think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you </w:t>
      </w:r>
      <w:r>
        <w:rPr>
          <w:color w:val="003E3E"/>
        </w:rPr>
        <w:t xml:space="preserve">will </w:t>
      </w:r>
      <w:r>
        <w:rPr>
          <w:color w:val="CC3399"/>
        </w:rPr>
        <w:t xml:space="preserve">be </w:t>
      </w: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finish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FF6600"/>
        </w:rPr>
        <w:t xml:space="preserve">without </w:t>
      </w:r>
      <w:r>
        <w:rPr>
          <w:color w:val="000000"/>
        </w:rPr>
        <w:t xml:space="preserve">me . There </w:t>
      </w:r>
      <w:r>
        <w:rPr>
          <w:color w:val="CC3399"/>
        </w:rPr>
        <w:t xml:space="preserve">is </w:t>
      </w:r>
      <w:r>
        <w:rPr>
          <w:color w:val="000000"/>
        </w:rPr>
        <w:t xml:space="preserve">a </w:t>
      </w:r>
      <w:r>
        <w:rPr>
          <w:color w:val="00787F"/>
        </w:rPr>
        <w:t xml:space="preserve">pretty </w:t>
      </w:r>
      <w:r>
        <w:rPr>
          <w:color w:val="33CCFF"/>
        </w:rPr>
        <w:t xml:space="preserve">good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store </w:t>
      </w:r>
      <w:r>
        <w:rPr>
          <w:color w:val="FF6600"/>
        </w:rPr>
        <w:t xml:space="preserve">of </w:t>
      </w:r>
      <w:r>
        <w:rPr>
          <w:color w:val="00FFCC"/>
        </w:rPr>
        <w:t xml:space="preserve">stone </w:t>
      </w:r>
      <w:r>
        <w:rPr>
          <w:color w:val="CC3399"/>
        </w:rPr>
        <w:t xml:space="preserve">accumulated </w:t>
      </w:r>
      <w:r>
        <w:rPr>
          <w:color w:val="000000"/>
        </w:rPr>
        <w:t xml:space="preserve">. I </w:t>
      </w:r>
      <w:r>
        <w:rPr>
          <w:color w:val="CC3399"/>
        </w:rPr>
        <w:t xml:space="preserve">had </w:t>
      </w:r>
      <w:r>
        <w:rPr>
          <w:color w:val="00787F"/>
        </w:rPr>
        <w:t xml:space="preserve">only </w:t>
      </w:r>
      <w:r>
        <w:rPr>
          <w:color w:val="000000"/>
        </w:rPr>
        <w:t xml:space="preserve">another </w:t>
      </w:r>
      <w:r>
        <w:rPr>
          <w:color w:val="00FFCC"/>
        </w:rPr>
        <w:t xml:space="preserve">month </w:t>
      </w:r>
      <w:r>
        <w:rPr>
          <w:color w:val="000000"/>
        </w:rPr>
        <w:t xml:space="preserve">to </w:t>
      </w:r>
      <w:r>
        <w:rPr>
          <w:color w:val="CC3399"/>
        </w:rPr>
        <w:t xml:space="preserve">go </w:t>
      </w:r>
      <w:r>
        <w:rPr>
          <w:color w:val="FF6600"/>
        </w:rPr>
        <w:t xml:space="preserve">in </w:t>
      </w:r>
      <w:r>
        <w:rPr>
          <w:color w:val="000000"/>
        </w:rPr>
        <w:t xml:space="preserve">any </w:t>
      </w:r>
      <w:r>
        <w:rPr>
          <w:color w:val="00FFCC"/>
        </w:rPr>
        <w:t xml:space="preserve">case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tell </w:t>
      </w:r>
      <w:r>
        <w:rPr>
          <w:color w:val="000000"/>
        </w:rPr>
        <w:t xml:space="preserve">you the </w:t>
      </w:r>
      <w:r>
        <w:rPr>
          <w:color w:val="00FFCC"/>
        </w:rPr>
        <w:t xml:space="preserve">truth </w:t>
      </w:r>
      <w:r>
        <w:rPr>
          <w:color w:val="000000"/>
        </w:rPr>
        <w:t xml:space="preserve">, I </w:t>
      </w:r>
      <w:r>
        <w:rPr>
          <w:color w:val="CC3399"/>
        </w:rPr>
        <w:t xml:space="preserve">had been looking </w:t>
      </w:r>
      <w:r>
        <w:rPr>
          <w:color w:val="00787F"/>
        </w:rPr>
        <w:t xml:space="preserve">forward </w:t>
      </w:r>
      <w:r>
        <w:rPr>
          <w:color w:val="000000"/>
        </w:rPr>
        <w:t xml:space="preserve">to my </w:t>
      </w:r>
      <w:r>
        <w:rPr>
          <w:color w:val="00FFCC"/>
        </w:rPr>
        <w:t xml:space="preserve">retirement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787F"/>
        </w:rPr>
        <w:lastRenderedPageBreak/>
        <w:t xml:space="preserve">perhaps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is growing </w:t>
      </w:r>
      <w:r>
        <w:rPr>
          <w:color w:val="33CCFF"/>
        </w:rPr>
        <w:t xml:space="preserve">old </w:t>
      </w:r>
      <w:r>
        <w:rPr>
          <w:color w:val="00787F"/>
        </w:rPr>
        <w:t xml:space="preserve">too </w:t>
      </w:r>
      <w:r>
        <w:rPr>
          <w:color w:val="000000"/>
        </w:rPr>
        <w:t xml:space="preserve">, they </w:t>
      </w:r>
      <w:r>
        <w:rPr>
          <w:color w:val="003E3E"/>
        </w:rPr>
        <w:t xml:space="preserve">will </w:t>
      </w:r>
      <w:r>
        <w:rPr>
          <w:color w:val="CC3399"/>
        </w:rPr>
        <w:t xml:space="preserve">let </w:t>
      </w:r>
      <w:r>
        <w:rPr>
          <w:color w:val="000000"/>
        </w:rPr>
        <w:t xml:space="preserve">him </w:t>
      </w:r>
      <w:r>
        <w:rPr>
          <w:color w:val="CC3399"/>
        </w:rPr>
        <w:t xml:space="preserve">retire </w:t>
      </w:r>
      <w:r>
        <w:rPr>
          <w:color w:val="FF6600"/>
        </w:rPr>
        <w:t>a</w:t>
      </w:r>
      <w:r>
        <w:rPr>
          <w:color w:val="FF6600"/>
        </w:rPr>
        <w:t xml:space="preserve">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same </w:t>
      </w:r>
      <w:r>
        <w:rPr>
          <w:color w:val="00FFCC"/>
        </w:rPr>
        <w:t xml:space="preserve">time </w:t>
      </w:r>
      <w:r>
        <w:rPr>
          <w:color w:val="FF0066"/>
        </w:rPr>
        <w:t xml:space="preserve">and </w:t>
      </w:r>
      <w:r>
        <w:rPr>
          <w:color w:val="CC3399"/>
        </w:rPr>
        <w:t xml:space="preserve">be </w:t>
      </w:r>
      <w:r>
        <w:rPr>
          <w:color w:val="000000"/>
        </w:rPr>
        <w:t xml:space="preserve">a </w:t>
      </w:r>
      <w:r>
        <w:rPr>
          <w:color w:val="00FFCC"/>
        </w:rPr>
        <w:t xml:space="preserve">companion </w:t>
      </w:r>
      <w:r>
        <w:rPr>
          <w:color w:val="000000"/>
        </w:rPr>
        <w:t xml:space="preserve">to me 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We </w:t>
      </w:r>
      <w:r>
        <w:rPr>
          <w:color w:val="003E3E"/>
        </w:rPr>
        <w:t xml:space="preserve">must </w:t>
      </w:r>
      <w:r>
        <w:rPr>
          <w:color w:val="CC3399"/>
        </w:rPr>
        <w:t xml:space="preserve">get </w:t>
      </w:r>
      <w:r>
        <w:rPr>
          <w:color w:val="00FFCC"/>
        </w:rPr>
        <w:t xml:space="preserve">help </w:t>
      </w:r>
      <w:r>
        <w:rPr>
          <w:color w:val="FF6600"/>
        </w:rPr>
        <w:t xml:space="preserve">at </w:t>
      </w:r>
      <w:r>
        <w:rPr>
          <w:color w:val="00787F"/>
        </w:rPr>
        <w:t xml:space="preserve">once </w:t>
      </w:r>
      <w:r>
        <w:rPr>
          <w:color w:val="000000"/>
        </w:rPr>
        <w:t xml:space="preserve">, '' </w:t>
      </w:r>
      <w:r>
        <w:rPr>
          <w:color w:val="CC3399"/>
        </w:rPr>
        <w:t xml:space="preserve">said </w:t>
      </w:r>
      <w:r>
        <w:rPr>
          <w:color w:val="00FFCC"/>
        </w:rPr>
        <w:t xml:space="preserve">Clover </w:t>
      </w:r>
      <w:r>
        <w:rPr>
          <w:color w:val="000000"/>
        </w:rPr>
        <w:t xml:space="preserve">. `` </w:t>
      </w:r>
      <w:r>
        <w:rPr>
          <w:color w:val="00FFCC"/>
        </w:rPr>
        <w:t xml:space="preserve">Run </w:t>
      </w:r>
      <w:r>
        <w:rPr>
          <w:color w:val="000000"/>
        </w:rPr>
        <w:t xml:space="preserve">, </w:t>
      </w:r>
      <w:r>
        <w:rPr>
          <w:color w:val="00FFCC"/>
        </w:rPr>
        <w:t xml:space="preserve">somebody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tell </w:t>
      </w:r>
      <w:r>
        <w:rPr>
          <w:color w:val="00FFCC"/>
        </w:rPr>
        <w:t xml:space="preserve">Squealer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what </w:t>
      </w:r>
      <w:r>
        <w:rPr>
          <w:color w:val="CC3399"/>
        </w:rPr>
        <w:t xml:space="preserve">has happened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All 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00787F"/>
        </w:rPr>
        <w:t xml:space="preserve">immediately </w:t>
      </w:r>
      <w:r>
        <w:rPr>
          <w:color w:val="CC3399"/>
        </w:rPr>
        <w:t xml:space="preserve">raced </w:t>
      </w:r>
      <w:r>
        <w:rPr>
          <w:color w:val="00787F"/>
        </w:rPr>
        <w:t xml:space="preserve">back </w:t>
      </w:r>
      <w:r>
        <w:rPr>
          <w:color w:val="000000"/>
        </w:rPr>
        <w:t xml:space="preserve">to 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to </w:t>
      </w:r>
      <w:r>
        <w:rPr>
          <w:color w:val="CC3399"/>
        </w:rPr>
        <w:t xml:space="preserve">give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Squealer </w:t>
      </w:r>
      <w:r>
        <w:rPr>
          <w:color w:val="000000"/>
        </w:rPr>
        <w:t xml:space="preserve">the </w:t>
      </w:r>
      <w:r>
        <w:rPr>
          <w:color w:val="00FFCC"/>
        </w:rPr>
        <w:t xml:space="preserve">news </w:t>
      </w:r>
      <w:r>
        <w:rPr>
          <w:color w:val="000000"/>
        </w:rPr>
        <w:t xml:space="preserve">. </w:t>
      </w:r>
      <w:r>
        <w:rPr>
          <w:color w:val="00787F"/>
        </w:rPr>
        <w:t xml:space="preserve">Only </w:t>
      </w:r>
      <w:r>
        <w:rPr>
          <w:color w:val="00FFCC"/>
        </w:rPr>
        <w:t xml:space="preserve">Clover </w:t>
      </w:r>
      <w:r>
        <w:rPr>
          <w:color w:val="CC3399"/>
        </w:rPr>
        <w:t xml:space="preserve">remained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Benjamin </w:t>
      </w:r>
      <w:r>
        <w:rPr>
          <w:color w:val="000000"/>
        </w:rPr>
        <w:t xml:space="preserve">who </w:t>
      </w:r>
      <w:r>
        <w:rPr>
          <w:color w:val="CC3399"/>
        </w:rPr>
        <w:t xml:space="preserve">lay </w:t>
      </w:r>
      <w:r>
        <w:rPr>
          <w:color w:val="00787F"/>
        </w:rPr>
        <w:t xml:space="preserve">down </w:t>
      </w:r>
      <w:r>
        <w:rPr>
          <w:color w:val="FF6600"/>
        </w:rPr>
        <w:t xml:space="preserve">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side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, </w:t>
      </w:r>
      <w:r>
        <w:rPr>
          <w:color w:val="FF6600"/>
        </w:rPr>
        <w:t xml:space="preserve">without </w:t>
      </w:r>
      <w:r>
        <w:rPr>
          <w:color w:val="00FFCC"/>
        </w:rPr>
        <w:t xml:space="preserve">speaking </w:t>
      </w:r>
      <w:r>
        <w:rPr>
          <w:color w:val="000000"/>
        </w:rPr>
        <w:t xml:space="preserve">, </w:t>
      </w:r>
      <w:r>
        <w:rPr>
          <w:color w:val="CC3399"/>
        </w:rPr>
        <w:t xml:space="preserve">kept </w:t>
      </w:r>
      <w:r>
        <w:rPr>
          <w:color w:val="000000"/>
        </w:rPr>
        <w:t xml:space="preserve">the </w:t>
      </w:r>
      <w:r>
        <w:rPr>
          <w:color w:val="00FFCC"/>
        </w:rPr>
        <w:t xml:space="preserve">flies </w:t>
      </w:r>
      <w:r>
        <w:rPr>
          <w:color w:val="FF6600"/>
        </w:rPr>
        <w:t xml:space="preserve">off </w:t>
      </w:r>
      <w:r>
        <w:rPr>
          <w:color w:val="000000"/>
        </w:rPr>
        <w:t xml:space="preserve">him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33CCFF"/>
        </w:rPr>
        <w:t xml:space="preserve">long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tail </w:t>
      </w:r>
      <w:r>
        <w:rPr>
          <w:color w:val="000000"/>
        </w:rPr>
        <w:t xml:space="preserve">. </w:t>
      </w:r>
      <w:r>
        <w:rPr>
          <w:color w:val="FF6600"/>
        </w:rPr>
        <w:t xml:space="preserve">After about </w:t>
      </w:r>
      <w:r>
        <w:rPr>
          <w:color w:val="000000"/>
        </w:rPr>
        <w:t xml:space="preserve">a </w:t>
      </w:r>
      <w:r>
        <w:rPr>
          <w:color w:val="00FFCC"/>
        </w:rPr>
        <w:t xml:space="preserve">quarter </w:t>
      </w:r>
      <w:r>
        <w:rPr>
          <w:color w:val="FF6600"/>
        </w:rPr>
        <w:t xml:space="preserve">of </w:t>
      </w:r>
      <w:r>
        <w:rPr>
          <w:color w:val="000000"/>
        </w:rPr>
        <w:t xml:space="preserve">an </w:t>
      </w:r>
      <w:r>
        <w:rPr>
          <w:color w:val="00FFCC"/>
        </w:rPr>
        <w:t xml:space="preserve">hour Squealer </w:t>
      </w:r>
      <w:r>
        <w:rPr>
          <w:color w:val="CC3399"/>
        </w:rPr>
        <w:t xml:space="preserve">appeared </w:t>
      </w:r>
      <w:r>
        <w:rPr>
          <w:color w:val="000000"/>
        </w:rPr>
        <w:t xml:space="preserve">, </w:t>
      </w:r>
      <w:r>
        <w:rPr>
          <w:color w:val="33CCFF"/>
        </w:rPr>
        <w:t xml:space="preserve">full </w:t>
      </w:r>
      <w:r>
        <w:rPr>
          <w:color w:val="FF6600"/>
        </w:rPr>
        <w:t xml:space="preserve">of </w:t>
      </w:r>
      <w:r>
        <w:rPr>
          <w:color w:val="00FFCC"/>
        </w:rPr>
        <w:t xml:space="preserve">sympathy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FFCC"/>
        </w:rPr>
        <w:t xml:space="preserve">concern </w:t>
      </w:r>
      <w:r>
        <w:rPr>
          <w:color w:val="000000"/>
        </w:rPr>
        <w:t xml:space="preserve">. He </w:t>
      </w:r>
      <w:r>
        <w:rPr>
          <w:color w:val="CC3399"/>
        </w:rPr>
        <w:t xml:space="preserve">said </w:t>
      </w:r>
      <w:r>
        <w:rPr>
          <w:color w:val="FF6600"/>
        </w:rPr>
        <w:t xml:space="preserve">that </w:t>
      </w:r>
      <w:r>
        <w:rPr>
          <w:color w:val="00FFCC"/>
        </w:rPr>
        <w:t xml:space="preserve">Comrade Napoleon </w:t>
      </w:r>
      <w:r>
        <w:rPr>
          <w:color w:val="CC3399"/>
        </w:rPr>
        <w:t>had lea</w:t>
      </w:r>
      <w:r>
        <w:rPr>
          <w:color w:val="CC3399"/>
        </w:rPr>
        <w:t xml:space="preserve">rned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00787F"/>
        </w:rPr>
        <w:t xml:space="preserve">very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deepest </w:t>
      </w:r>
      <w:r>
        <w:rPr>
          <w:color w:val="00FFCC"/>
        </w:rPr>
        <w:t xml:space="preserve">distress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00FFCC"/>
        </w:rPr>
        <w:t xml:space="preserve">misfortune </w:t>
      </w:r>
      <w:r>
        <w:rPr>
          <w:color w:val="000000"/>
        </w:rPr>
        <w:t xml:space="preserve">to 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787F"/>
        </w:rPr>
        <w:t xml:space="preserve">most </w:t>
      </w:r>
      <w:r>
        <w:rPr>
          <w:color w:val="33CCFF"/>
        </w:rPr>
        <w:t xml:space="preserve">loyal </w:t>
      </w:r>
      <w:r>
        <w:rPr>
          <w:color w:val="00FFCC"/>
        </w:rPr>
        <w:t xml:space="preserve">workers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was </w:t>
      </w:r>
      <w:r>
        <w:rPr>
          <w:color w:val="00787F"/>
        </w:rPr>
        <w:t xml:space="preserve">already </w:t>
      </w:r>
      <w:r>
        <w:rPr>
          <w:color w:val="CC3399"/>
        </w:rPr>
        <w:t xml:space="preserve">making </w:t>
      </w:r>
      <w:r>
        <w:rPr>
          <w:color w:val="00FFCC"/>
        </w:rPr>
        <w:t xml:space="preserve">arrangements </w:t>
      </w:r>
      <w:r>
        <w:rPr>
          <w:color w:val="000000"/>
        </w:rPr>
        <w:t xml:space="preserve">to </w:t>
      </w:r>
      <w:r>
        <w:rPr>
          <w:color w:val="CC3399"/>
        </w:rPr>
        <w:t xml:space="preserve">send </w:t>
      </w:r>
      <w:r>
        <w:rPr>
          <w:color w:val="00FFCC"/>
        </w:rPr>
        <w:t xml:space="preserve">Boxer </w:t>
      </w:r>
      <w:r>
        <w:rPr>
          <w:color w:val="000000"/>
        </w:rPr>
        <w:t xml:space="preserve">to </w:t>
      </w:r>
      <w:r>
        <w:rPr>
          <w:color w:val="CC3399"/>
        </w:rPr>
        <w:t xml:space="preserve">be treated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hospital </w:t>
      </w:r>
      <w:r>
        <w:rPr>
          <w:color w:val="FF6600"/>
        </w:rPr>
        <w:t xml:space="preserve">at </w:t>
      </w:r>
      <w:r>
        <w:rPr>
          <w:color w:val="00FFCC"/>
        </w:rPr>
        <w:t xml:space="preserve">Willingdon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felt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uneasy </w:t>
      </w:r>
      <w:r>
        <w:rPr>
          <w:color w:val="FF6600"/>
        </w:rPr>
        <w:t xml:space="preserve">at </w:t>
      </w:r>
      <w:r>
        <w:rPr>
          <w:color w:val="000000"/>
        </w:rPr>
        <w:t xml:space="preserve">this .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Except for </w:t>
      </w:r>
      <w:r>
        <w:rPr>
          <w:color w:val="00FFCC"/>
        </w:rPr>
        <w:t xml:space="preserve">Mollie </w:t>
      </w:r>
      <w:r>
        <w:rPr>
          <w:color w:val="FF0066"/>
        </w:rPr>
        <w:t xml:space="preserve">and </w:t>
      </w:r>
      <w:r>
        <w:rPr>
          <w:color w:val="00FFCC"/>
        </w:rPr>
        <w:t xml:space="preserve">Snowball </w:t>
      </w:r>
      <w:r>
        <w:rPr>
          <w:color w:val="000000"/>
        </w:rPr>
        <w:t xml:space="preserve">, no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 </w:t>
      </w:r>
      <w:r>
        <w:rPr>
          <w:color w:val="CC3399"/>
        </w:rPr>
        <w:t xml:space="preserve">had </w:t>
      </w:r>
      <w:r>
        <w:rPr>
          <w:color w:val="00787F"/>
        </w:rPr>
        <w:t xml:space="preserve">ever </w:t>
      </w:r>
      <w:r>
        <w:rPr>
          <w:color w:val="CC3399"/>
        </w:rPr>
        <w:t xml:space="preserve">left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they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FF6600"/>
        </w:rPr>
        <w:t xml:space="preserve">like </w:t>
      </w:r>
      <w:r>
        <w:rPr>
          <w:color w:val="000000"/>
        </w:rPr>
        <w:t xml:space="preserve">to </w:t>
      </w:r>
      <w:r>
        <w:rPr>
          <w:color w:val="CC3399"/>
        </w:rPr>
        <w:t xml:space="preserve">think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33CCFF"/>
        </w:rPr>
        <w:t xml:space="preserve">sick </w:t>
      </w:r>
      <w:r>
        <w:rPr>
          <w:color w:val="00FFCC"/>
        </w:rPr>
        <w:t xml:space="preserve">comrade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hands </w:t>
      </w:r>
      <w:r>
        <w:rPr>
          <w:color w:val="FF6600"/>
        </w:rPr>
        <w:t xml:space="preserve">of </w:t>
      </w:r>
      <w:r>
        <w:rPr>
          <w:color w:val="00FFCC"/>
        </w:rPr>
        <w:t xml:space="preserve">human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beings </w:t>
      </w:r>
      <w:r>
        <w:rPr>
          <w:color w:val="000000"/>
        </w:rPr>
        <w:t xml:space="preserve">. </w:t>
      </w:r>
      <w:r>
        <w:rPr>
          <w:color w:val="00787F"/>
        </w:rPr>
        <w:t xml:space="preserve">However </w:t>
      </w:r>
      <w:r>
        <w:rPr>
          <w:color w:val="000000"/>
        </w:rPr>
        <w:t xml:space="preserve">, </w:t>
      </w:r>
      <w:r>
        <w:rPr>
          <w:color w:val="00FFCC"/>
        </w:rPr>
        <w:t xml:space="preserve">Squealer </w:t>
      </w:r>
      <w:r>
        <w:rPr>
          <w:color w:val="00787F"/>
        </w:rPr>
        <w:t xml:space="preserve">easily </w:t>
      </w:r>
      <w:r>
        <w:rPr>
          <w:color w:val="CC3399"/>
        </w:rPr>
        <w:t xml:space="preserve">convinced </w:t>
      </w:r>
      <w:r>
        <w:rPr>
          <w:color w:val="000000"/>
        </w:rPr>
        <w:t xml:space="preserve">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33CCFF"/>
        </w:rPr>
        <w:t xml:space="preserve">veterinary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surgeon </w:t>
      </w:r>
      <w:r>
        <w:rPr>
          <w:color w:val="FF6600"/>
        </w:rPr>
        <w:t xml:space="preserve">in </w:t>
      </w:r>
      <w:r>
        <w:rPr>
          <w:color w:val="00FFCC"/>
        </w:rPr>
        <w:t xml:space="preserve">Willingdon </w:t>
      </w:r>
      <w:r>
        <w:rPr>
          <w:color w:val="003E3E"/>
        </w:rPr>
        <w:t xml:space="preserve">could </w:t>
      </w:r>
      <w:r>
        <w:rPr>
          <w:color w:val="CC3399"/>
        </w:rPr>
        <w:t xml:space="preserve">treat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>ca</w:t>
      </w:r>
      <w:r>
        <w:rPr>
          <w:color w:val="00FFCC"/>
        </w:rPr>
        <w:t xml:space="preserve">se </w:t>
      </w:r>
      <w:r>
        <w:rPr>
          <w:color w:val="00787F"/>
        </w:rPr>
        <w:t xml:space="preserve">more satisfactorily </w:t>
      </w:r>
      <w:r>
        <w:rPr>
          <w:color w:val="FF6600"/>
        </w:rPr>
        <w:t xml:space="preserve">than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could </w:t>
      </w:r>
      <w:r>
        <w:rPr>
          <w:color w:val="CC3399"/>
        </w:rPr>
        <w:t xml:space="preserve">be done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FF6600"/>
        </w:rPr>
        <w:t xml:space="preserve">about </w:t>
      </w:r>
      <w:r>
        <w:rPr>
          <w:color w:val="000000"/>
        </w:rPr>
        <w:t xml:space="preserve">half an </w:t>
      </w:r>
      <w:r>
        <w:rPr>
          <w:color w:val="00FFCC"/>
        </w:rPr>
        <w:t xml:space="preserve">hour </w:t>
      </w:r>
      <w:r>
        <w:rPr>
          <w:color w:val="00787F"/>
        </w:rPr>
        <w:t xml:space="preserve">later </w:t>
      </w:r>
      <w:r>
        <w:rPr>
          <w:color w:val="000000"/>
        </w:rPr>
        <w:t xml:space="preserve">, when </w:t>
      </w:r>
      <w:r>
        <w:rPr>
          <w:color w:val="00FFCC"/>
        </w:rPr>
        <w:t xml:space="preserve">Boxer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somewhat </w:t>
      </w:r>
      <w:r>
        <w:rPr>
          <w:color w:val="33CCFF"/>
        </w:rPr>
        <w:t xml:space="preserve">recovered </w:t>
      </w:r>
      <w:r>
        <w:rPr>
          <w:color w:val="000000"/>
        </w:rPr>
        <w:t xml:space="preserve">, he </w:t>
      </w:r>
      <w:r>
        <w:rPr>
          <w:color w:val="CC3399"/>
        </w:rPr>
        <w:t xml:space="preserve">was </w:t>
      </w:r>
      <w:r>
        <w:rPr>
          <w:color w:val="FF6600"/>
        </w:rPr>
        <w:t xml:space="preserve">with </w:t>
      </w:r>
      <w:r>
        <w:rPr>
          <w:color w:val="00FFCC"/>
        </w:rPr>
        <w:t xml:space="preserve">difficulty </w:t>
      </w:r>
      <w:r>
        <w:rPr>
          <w:color w:val="CC3399"/>
        </w:rPr>
        <w:t xml:space="preserve">got </w:t>
      </w:r>
      <w:r>
        <w:rPr>
          <w:color w:val="FF6600"/>
        </w:rPr>
        <w:t xml:space="preserve">on </w:t>
      </w:r>
      <w:r>
        <w:rPr>
          <w:color w:val="000000"/>
        </w:rPr>
        <w:t xml:space="preserve">to his </w:t>
      </w:r>
      <w:r>
        <w:rPr>
          <w:color w:val="00FFCC"/>
        </w:rPr>
        <w:t xml:space="preserve">feet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managed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limp </w:t>
      </w:r>
      <w:r>
        <w:rPr>
          <w:color w:val="00787F"/>
        </w:rPr>
        <w:t xml:space="preserve">back </w:t>
      </w:r>
      <w:r>
        <w:rPr>
          <w:color w:val="000000"/>
        </w:rPr>
        <w:t xml:space="preserve">to his </w:t>
      </w:r>
      <w:r>
        <w:rPr>
          <w:color w:val="00FFCC"/>
        </w:rPr>
        <w:t xml:space="preserve">stall </w:t>
      </w:r>
      <w:r>
        <w:rPr>
          <w:color w:val="000000"/>
        </w:rPr>
        <w:t xml:space="preserve">, where </w:t>
      </w:r>
      <w:r>
        <w:rPr>
          <w:color w:val="00FFCC"/>
        </w:rPr>
        <w:t xml:space="preserve">Clover </w:t>
      </w:r>
      <w:r>
        <w:rPr>
          <w:color w:val="FF0066"/>
        </w:rPr>
        <w:t xml:space="preserve">and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had prepared </w:t>
      </w:r>
      <w:r>
        <w:rPr>
          <w:color w:val="000000"/>
        </w:rPr>
        <w:t xml:space="preserve">a </w:t>
      </w:r>
      <w:r>
        <w:rPr>
          <w:color w:val="33CCFF"/>
        </w:rPr>
        <w:t xml:space="preserve">good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bed </w:t>
      </w:r>
      <w:r>
        <w:rPr>
          <w:color w:val="FF6600"/>
        </w:rPr>
        <w:t xml:space="preserve">of </w:t>
      </w:r>
      <w:r>
        <w:rPr>
          <w:color w:val="00FFCC"/>
        </w:rPr>
        <w:t xml:space="preserve">straw </w:t>
      </w:r>
      <w:r>
        <w:rPr>
          <w:color w:val="FF6600"/>
        </w:rPr>
        <w:t xml:space="preserve">for </w:t>
      </w:r>
      <w:r>
        <w:rPr>
          <w:color w:val="000000"/>
        </w:rPr>
        <w:t xml:space="preserve">him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33CCFF"/>
        </w:rPr>
        <w:t xml:space="preserve">next </w:t>
      </w:r>
      <w:r>
        <w:rPr>
          <w:color w:val="000000"/>
        </w:rPr>
        <w:t xml:space="preserve">two </w:t>
      </w:r>
      <w:r>
        <w:rPr>
          <w:color w:val="00FFCC"/>
        </w:rPr>
        <w:t xml:space="preserve">days Boxer </w:t>
      </w:r>
      <w:r>
        <w:rPr>
          <w:color w:val="CC3399"/>
        </w:rPr>
        <w:t xml:space="preserve">remained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stall </w:t>
      </w:r>
      <w:r>
        <w:rPr>
          <w:color w:val="000000"/>
        </w:rPr>
        <w:t xml:space="preserve">. The </w:t>
      </w:r>
      <w:r>
        <w:rPr>
          <w:color w:val="00FFCC"/>
        </w:rPr>
        <w:t xml:space="preserve">pigs </w:t>
      </w:r>
      <w:r>
        <w:rPr>
          <w:color w:val="CC3399"/>
        </w:rPr>
        <w:t xml:space="preserve">had sent </w:t>
      </w:r>
      <w:r>
        <w:rPr>
          <w:color w:val="000000"/>
        </w:rPr>
        <w:t xml:space="preserve">out 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large </w:t>
      </w:r>
      <w:r>
        <w:rPr>
          <w:color w:val="00FFCC"/>
        </w:rPr>
        <w:t xml:space="preserve">bottle </w:t>
      </w:r>
      <w:r>
        <w:rPr>
          <w:color w:val="FF6600"/>
        </w:rPr>
        <w:t xml:space="preserve">of </w:t>
      </w:r>
      <w:r>
        <w:rPr>
          <w:color w:val="00FFCC"/>
        </w:rPr>
        <w:t xml:space="preserve">pink medicine </w:t>
      </w:r>
      <w:r>
        <w:rPr>
          <w:color w:val="000000"/>
        </w:rPr>
        <w:t xml:space="preserve">which they </w:t>
      </w:r>
      <w:r>
        <w:rPr>
          <w:color w:val="CC3399"/>
        </w:rPr>
        <w:t xml:space="preserve">had found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medicine chest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bathroom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Clover </w:t>
      </w:r>
      <w:r>
        <w:rPr>
          <w:color w:val="CC3399"/>
        </w:rPr>
        <w:t xml:space="preserve">administered </w:t>
      </w:r>
      <w:r>
        <w:rPr>
          <w:color w:val="000000"/>
        </w:rPr>
        <w:t xml:space="preserve">it to </w:t>
      </w:r>
      <w:r>
        <w:rPr>
          <w:color w:val="00FFCC"/>
        </w:rPr>
        <w:t xml:space="preserve">Boxer </w:t>
      </w:r>
      <w:r>
        <w:rPr>
          <w:color w:val="00787F"/>
        </w:rPr>
        <w:t xml:space="preserve">twice </w:t>
      </w:r>
      <w:r>
        <w:rPr>
          <w:color w:val="000000"/>
        </w:rPr>
        <w:t xml:space="preserve">a </w:t>
      </w:r>
      <w:r>
        <w:rPr>
          <w:color w:val="00FFCC"/>
        </w:rPr>
        <w:t xml:space="preserve">day </w:t>
      </w:r>
      <w:r>
        <w:rPr>
          <w:color w:val="FF6600"/>
        </w:rPr>
        <w:t xml:space="preserve">after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meals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evenings </w:t>
      </w:r>
      <w:r>
        <w:rPr>
          <w:color w:val="000000"/>
        </w:rPr>
        <w:t xml:space="preserve">she </w:t>
      </w:r>
      <w:r>
        <w:rPr>
          <w:color w:val="CC3399"/>
        </w:rPr>
        <w:t xml:space="preserve">lay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stall </w:t>
      </w:r>
      <w:r>
        <w:rPr>
          <w:color w:val="FF0066"/>
        </w:rPr>
        <w:t xml:space="preserve">and </w:t>
      </w:r>
      <w:r>
        <w:rPr>
          <w:color w:val="CC3399"/>
        </w:rPr>
        <w:t xml:space="preserve">talked </w:t>
      </w:r>
      <w:r>
        <w:rPr>
          <w:color w:val="000000"/>
        </w:rPr>
        <w:t xml:space="preserve">to him , </w:t>
      </w:r>
      <w:r>
        <w:rPr>
          <w:color w:val="FF6600"/>
        </w:rPr>
        <w:t xml:space="preserve">while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Benjamin </w:t>
      </w:r>
      <w:r>
        <w:rPr>
          <w:color w:val="CC3399"/>
        </w:rPr>
        <w:t xml:space="preserve">kept </w:t>
      </w:r>
      <w:r>
        <w:rPr>
          <w:color w:val="000000"/>
        </w:rPr>
        <w:t xml:space="preserve">the </w:t>
      </w:r>
      <w:r>
        <w:rPr>
          <w:color w:val="00FFCC"/>
        </w:rPr>
        <w:t xml:space="preserve">flies </w:t>
      </w:r>
      <w:r>
        <w:rPr>
          <w:color w:val="FF6600"/>
        </w:rPr>
        <w:t xml:space="preserve">off </w:t>
      </w:r>
      <w:r>
        <w:rPr>
          <w:color w:val="000000"/>
        </w:rPr>
        <w:t xml:space="preserve">him . </w:t>
      </w:r>
      <w:r>
        <w:rPr>
          <w:color w:val="00FFCC"/>
        </w:rPr>
        <w:t xml:space="preserve">Boxer </w:t>
      </w:r>
      <w:r>
        <w:rPr>
          <w:color w:val="CC3399"/>
        </w:rPr>
        <w:t xml:space="preserve">professed </w:t>
      </w:r>
      <w:r>
        <w:rPr>
          <w:color w:val="00787F"/>
        </w:rPr>
        <w:t xml:space="preserve">not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33CCFF"/>
        </w:rPr>
        <w:t xml:space="preserve">sorry </w:t>
      </w:r>
      <w:r>
        <w:rPr>
          <w:color w:val="FF6600"/>
        </w:rPr>
        <w:t xml:space="preserve">for </w:t>
      </w:r>
      <w:r>
        <w:rPr>
          <w:color w:val="000000"/>
        </w:rPr>
        <w:t xml:space="preserve">what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happened </w:t>
      </w:r>
      <w:r>
        <w:rPr>
          <w:color w:val="000000"/>
        </w:rPr>
        <w:t xml:space="preserve">. </w:t>
      </w:r>
      <w:r>
        <w:rPr>
          <w:color w:val="FF6600"/>
        </w:rPr>
        <w:t xml:space="preserve">If </w:t>
      </w:r>
      <w:r>
        <w:rPr>
          <w:color w:val="000000"/>
        </w:rPr>
        <w:t xml:space="preserve">he </w:t>
      </w:r>
      <w:r>
        <w:rPr>
          <w:color w:val="CC3399"/>
        </w:rPr>
        <w:t xml:space="preserve">made </w:t>
      </w:r>
      <w:r>
        <w:rPr>
          <w:color w:val="000000"/>
        </w:rPr>
        <w:t xml:space="preserve">a </w:t>
      </w:r>
      <w:r>
        <w:rPr>
          <w:color w:val="33CCFF"/>
        </w:rPr>
        <w:t xml:space="preserve">good </w:t>
      </w:r>
      <w:r>
        <w:rPr>
          <w:color w:val="00FFCC"/>
        </w:rPr>
        <w:t xml:space="preserve">recovery </w:t>
      </w:r>
      <w:r>
        <w:rPr>
          <w:color w:val="000000"/>
        </w:rPr>
        <w:t xml:space="preserve">, he </w:t>
      </w:r>
      <w:r>
        <w:rPr>
          <w:color w:val="003E3E"/>
        </w:rPr>
        <w:t xml:space="preserve">might </w:t>
      </w:r>
      <w:r>
        <w:rPr>
          <w:color w:val="CC3399"/>
        </w:rPr>
        <w:t xml:space="preserve">expect </w:t>
      </w:r>
      <w:r>
        <w:rPr>
          <w:color w:val="000000"/>
        </w:rPr>
        <w:t xml:space="preserve">to </w:t>
      </w:r>
      <w:r>
        <w:rPr>
          <w:color w:val="CC3399"/>
        </w:rPr>
        <w:t xml:space="preserve">live </w:t>
      </w:r>
      <w:r>
        <w:rPr>
          <w:color w:val="000000"/>
        </w:rPr>
        <w:t xml:space="preserve">another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three </w:t>
      </w:r>
      <w:r>
        <w:rPr>
          <w:color w:val="00FFCC"/>
        </w:rPr>
        <w:t xml:space="preserve">years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he </w:t>
      </w:r>
      <w:r>
        <w:rPr>
          <w:color w:val="CC3399"/>
        </w:rPr>
        <w:t xml:space="preserve">looked </w:t>
      </w:r>
      <w:r>
        <w:rPr>
          <w:color w:val="00787F"/>
        </w:rPr>
        <w:t xml:space="preserve">forward </w:t>
      </w:r>
      <w:r>
        <w:rPr>
          <w:color w:val="000000"/>
        </w:rPr>
        <w:t xml:space="preserve">to the </w:t>
      </w:r>
      <w:r>
        <w:rPr>
          <w:color w:val="33CCFF"/>
        </w:rPr>
        <w:t xml:space="preserve">peaceful </w:t>
      </w:r>
      <w:r>
        <w:rPr>
          <w:color w:val="00FFCC"/>
        </w:rPr>
        <w:t xml:space="preserve">days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003E3E"/>
        </w:rPr>
        <w:t xml:space="preserve">would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spend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corner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big </w:t>
      </w:r>
      <w:r>
        <w:rPr>
          <w:color w:val="00FFCC"/>
        </w:rPr>
        <w:t xml:space="preserve">pasture </w:t>
      </w:r>
      <w:r>
        <w:rPr>
          <w:color w:val="000000"/>
        </w:rPr>
        <w:t xml:space="preserve">. It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000000"/>
        </w:rPr>
        <w:t xml:space="preserve">the </w:t>
      </w:r>
      <w:r>
        <w:rPr>
          <w:color w:val="33CCFF"/>
        </w:rPr>
        <w:t xml:space="preserve">first </w:t>
      </w:r>
      <w:r>
        <w:rPr>
          <w:color w:val="00FFCC"/>
        </w:rPr>
        <w:t xml:space="preserve">time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had </w:t>
      </w:r>
      <w:r>
        <w:rPr>
          <w:color w:val="00FFCC"/>
        </w:rPr>
        <w:t xml:space="preserve">leisure </w:t>
      </w:r>
      <w:r>
        <w:rPr>
          <w:color w:val="000000"/>
        </w:rPr>
        <w:t xml:space="preserve">to </w:t>
      </w:r>
      <w:r>
        <w:rPr>
          <w:color w:val="CC3399"/>
        </w:rPr>
        <w:t xml:space="preserve">study </w:t>
      </w:r>
      <w:r>
        <w:rPr>
          <w:color w:val="FF0066"/>
        </w:rPr>
        <w:t xml:space="preserve">and </w:t>
      </w:r>
      <w:r>
        <w:rPr>
          <w:color w:val="CC3399"/>
        </w:rPr>
        <w:t xml:space="preserve">improve </w:t>
      </w:r>
      <w:r>
        <w:rPr>
          <w:color w:val="000000"/>
        </w:rPr>
        <w:t xml:space="preserve">his </w:t>
      </w:r>
      <w:r>
        <w:rPr>
          <w:color w:val="00FFCC"/>
        </w:rPr>
        <w:t xml:space="preserve">mind </w:t>
      </w:r>
      <w:r>
        <w:rPr>
          <w:color w:val="000000"/>
        </w:rPr>
        <w:t xml:space="preserve">. He </w:t>
      </w:r>
      <w:r>
        <w:rPr>
          <w:color w:val="CC3399"/>
        </w:rPr>
        <w:t xml:space="preserve">intended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devote </w:t>
      </w:r>
      <w:r>
        <w:rPr>
          <w:color w:val="000000"/>
        </w:rPr>
        <w:t xml:space="preserve">the </w:t>
      </w:r>
      <w:r>
        <w:rPr>
          <w:color w:val="00FFCC"/>
        </w:rPr>
        <w:t xml:space="preserve">rest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00FFCC"/>
        </w:rPr>
        <w:t xml:space="preserve">life </w:t>
      </w:r>
      <w:r>
        <w:rPr>
          <w:color w:val="000000"/>
        </w:rPr>
        <w:t xml:space="preserve">to </w:t>
      </w:r>
      <w:r>
        <w:rPr>
          <w:color w:val="CC3399"/>
        </w:rPr>
        <w:t xml:space="preserve">learning </w:t>
      </w:r>
      <w:r>
        <w:rPr>
          <w:color w:val="000000"/>
        </w:rPr>
        <w:t xml:space="preserve">the </w:t>
      </w:r>
      <w:r>
        <w:rPr>
          <w:color w:val="CC3399"/>
        </w:rPr>
        <w:t xml:space="preserve">remaining </w:t>
      </w:r>
      <w:r>
        <w:rPr>
          <w:color w:val="33CCFF"/>
        </w:rPr>
        <w:t xml:space="preserve">twenty-two </w:t>
      </w:r>
      <w:r>
        <w:rPr>
          <w:color w:val="00FFCC"/>
        </w:rPr>
        <w:t xml:space="preserve">letters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alphabet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However </w:t>
      </w:r>
      <w:r>
        <w:rPr>
          <w:color w:val="000000"/>
        </w:rPr>
        <w:t xml:space="preserve">, </w:t>
      </w:r>
      <w:r>
        <w:rPr>
          <w:color w:val="00FFCC"/>
        </w:rPr>
        <w:t xml:space="preserve">Benjamin </w:t>
      </w:r>
      <w:r>
        <w:rPr>
          <w:color w:val="FF0066"/>
        </w:rPr>
        <w:t xml:space="preserve">and </w:t>
      </w:r>
      <w:r>
        <w:rPr>
          <w:color w:val="00FFCC"/>
        </w:rPr>
        <w:t xml:space="preserve">Clover </w:t>
      </w:r>
      <w:r>
        <w:rPr>
          <w:color w:val="003E3E"/>
        </w:rPr>
        <w:t xml:space="preserve">could </w:t>
      </w:r>
      <w:r>
        <w:rPr>
          <w:color w:val="00787F"/>
        </w:rPr>
        <w:t xml:space="preserve">only </w:t>
      </w:r>
      <w:r>
        <w:rPr>
          <w:color w:val="CC3399"/>
        </w:rPr>
        <w:t xml:space="preserve">be </w:t>
      </w:r>
      <w:r>
        <w:rPr>
          <w:color w:val="FF6600"/>
        </w:rPr>
        <w:t xml:space="preserve">with </w:t>
      </w:r>
      <w:r>
        <w:rPr>
          <w:color w:val="00FFCC"/>
        </w:rPr>
        <w:t xml:space="preserve">Boxer </w:t>
      </w:r>
      <w:r>
        <w:rPr>
          <w:color w:val="FF6600"/>
        </w:rPr>
        <w:t xml:space="preserve">after </w:t>
      </w:r>
      <w:r>
        <w:rPr>
          <w:color w:val="CC3399"/>
        </w:rPr>
        <w:t xml:space="preserve">working </w:t>
      </w:r>
      <w:r>
        <w:rPr>
          <w:color w:val="00FFCC"/>
        </w:rPr>
        <w:t xml:space="preserve">hours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middle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day </w:t>
      </w:r>
      <w:r>
        <w:rPr>
          <w:color w:val="000000"/>
        </w:rPr>
        <w:t xml:space="preserve">when the </w:t>
      </w:r>
      <w:r>
        <w:rPr>
          <w:color w:val="00FFCC"/>
        </w:rPr>
        <w:t xml:space="preserve">van </w:t>
      </w:r>
      <w:r>
        <w:rPr>
          <w:color w:val="CC3399"/>
        </w:rPr>
        <w:t xml:space="preserve">came </w:t>
      </w:r>
      <w:r>
        <w:rPr>
          <w:color w:val="000000"/>
        </w:rPr>
        <w:t xml:space="preserve">to </w:t>
      </w:r>
      <w:r>
        <w:rPr>
          <w:color w:val="CC3399"/>
        </w:rPr>
        <w:t xml:space="preserve">take </w:t>
      </w:r>
      <w:r>
        <w:rPr>
          <w:color w:val="000000"/>
        </w:rPr>
        <w:t xml:space="preserve">him </w:t>
      </w:r>
      <w:r>
        <w:rPr>
          <w:color w:val="00787F"/>
        </w:rPr>
        <w:t xml:space="preserve">away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0000"/>
        </w:rPr>
        <w:t xml:space="preserve">all </w:t>
      </w:r>
      <w:r>
        <w:rPr>
          <w:color w:val="FF6600"/>
        </w:rPr>
        <w:t xml:space="preserve">at </w:t>
      </w:r>
      <w:r>
        <w:rPr>
          <w:color w:val="00FFCC"/>
        </w:rPr>
        <w:t xml:space="preserve">work </w:t>
      </w:r>
      <w:r>
        <w:rPr>
          <w:color w:val="CC3399"/>
        </w:rPr>
        <w:t xml:space="preserve">weeding </w:t>
      </w:r>
      <w:r>
        <w:rPr>
          <w:color w:val="00FFCC"/>
        </w:rPr>
        <w:t xml:space="preserve">turnips </w:t>
      </w:r>
      <w:r>
        <w:rPr>
          <w:color w:val="FF6600"/>
        </w:rPr>
        <w:t xml:space="preserve">under </w:t>
      </w:r>
      <w:r>
        <w:rPr>
          <w:color w:val="000000"/>
        </w:rPr>
        <w:t xml:space="preserve">the </w:t>
      </w:r>
      <w:r>
        <w:rPr>
          <w:color w:val="00FFCC"/>
        </w:rPr>
        <w:t xml:space="preserve">supervision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>pi</w:t>
      </w:r>
      <w:r>
        <w:rPr>
          <w:color w:val="00FFCC"/>
        </w:rPr>
        <w:t xml:space="preserve">g </w:t>
      </w:r>
      <w:r>
        <w:rPr>
          <w:color w:val="000000"/>
        </w:rPr>
        <w:t xml:space="preserve">, when they </w:t>
      </w:r>
      <w:r>
        <w:rPr>
          <w:color w:val="CC3399"/>
        </w:rPr>
        <w:t xml:space="preserve">were astonished </w:t>
      </w:r>
      <w:r>
        <w:rPr>
          <w:color w:val="000000"/>
        </w:rPr>
        <w:t xml:space="preserve">to </w:t>
      </w:r>
      <w:r>
        <w:rPr>
          <w:color w:val="CC3399"/>
        </w:rPr>
        <w:t xml:space="preserve">see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come galloping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direction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buildings </w:t>
      </w:r>
      <w:r>
        <w:rPr>
          <w:color w:val="000000"/>
        </w:rPr>
        <w:t xml:space="preserve">, </w:t>
      </w:r>
      <w:r>
        <w:rPr>
          <w:color w:val="CC3399"/>
        </w:rPr>
        <w:t xml:space="preserve">braying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top </w:t>
      </w:r>
      <w:r>
        <w:rPr>
          <w:color w:val="FF6600"/>
        </w:rPr>
        <w:t xml:space="preserve">of </w:t>
      </w:r>
      <w:r>
        <w:rPr>
          <w:color w:val="000000"/>
        </w:rPr>
        <w:t xml:space="preserve">his </w:t>
      </w:r>
      <w:r>
        <w:rPr>
          <w:color w:val="00FFCC"/>
        </w:rPr>
        <w:t xml:space="preserve">voice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first </w:t>
      </w:r>
      <w:r>
        <w:rPr>
          <w:color w:val="00FFCC"/>
        </w:rPr>
        <w:t xml:space="preserve">time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787F"/>
        </w:rPr>
        <w:t xml:space="preserve">ever </w:t>
      </w:r>
      <w:r>
        <w:rPr>
          <w:color w:val="CC3399"/>
        </w:rPr>
        <w:t xml:space="preserve">seen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excited </w:t>
      </w:r>
      <w:r>
        <w:rPr>
          <w:color w:val="000000"/>
        </w:rPr>
        <w:t xml:space="preserve">-- </w:t>
      </w:r>
      <w:r>
        <w:rPr>
          <w:color w:val="00787F"/>
        </w:rPr>
        <w:t xml:space="preserve">indeed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first </w:t>
      </w:r>
      <w:r>
        <w:rPr>
          <w:color w:val="00FFCC"/>
        </w:rPr>
        <w:t xml:space="preserve">time </w:t>
      </w:r>
      <w:r>
        <w:rPr>
          <w:color w:val="FF6600"/>
        </w:rPr>
        <w:t xml:space="preserve">that </w:t>
      </w:r>
      <w:r>
        <w:rPr>
          <w:color w:val="00FFCC"/>
        </w:rPr>
        <w:t xml:space="preserve">anyone </w:t>
      </w:r>
      <w:r>
        <w:rPr>
          <w:color w:val="CC3399"/>
        </w:rPr>
        <w:t xml:space="preserve">had </w:t>
      </w:r>
      <w:r>
        <w:rPr>
          <w:color w:val="00787F"/>
        </w:rPr>
        <w:t xml:space="preserve">ever </w:t>
      </w:r>
      <w:r>
        <w:rPr>
          <w:color w:val="CC3399"/>
        </w:rPr>
        <w:t xml:space="preserve">seen </w:t>
      </w:r>
      <w:r>
        <w:rPr>
          <w:color w:val="000000"/>
        </w:rPr>
        <w:t xml:space="preserve">him </w:t>
      </w:r>
      <w:r>
        <w:rPr>
          <w:color w:val="CC3399"/>
        </w:rPr>
        <w:t xml:space="preserve">gallop </w:t>
      </w:r>
      <w:r>
        <w:rPr>
          <w:color w:val="000000"/>
        </w:rPr>
        <w:t xml:space="preserve">. `` </w:t>
      </w:r>
      <w:r>
        <w:rPr>
          <w:color w:val="00FFCC"/>
        </w:rPr>
        <w:t xml:space="preserve">Quick </w:t>
      </w:r>
      <w:r>
        <w:rPr>
          <w:color w:val="000000"/>
        </w:rPr>
        <w:t xml:space="preserve">, </w:t>
      </w:r>
      <w:r>
        <w:rPr>
          <w:color w:val="00FFCC"/>
        </w:rPr>
        <w:t xml:space="preserve">quick </w:t>
      </w:r>
      <w:r>
        <w:rPr>
          <w:color w:val="000000"/>
        </w:rPr>
        <w:t xml:space="preserve">! '' 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shouted </w:t>
      </w:r>
      <w:r>
        <w:rPr>
          <w:color w:val="000000"/>
        </w:rPr>
        <w:t xml:space="preserve">. `` </w:t>
      </w:r>
      <w:r>
        <w:rPr>
          <w:color w:val="00FFCC"/>
        </w:rPr>
        <w:t xml:space="preserve">Come </w:t>
      </w:r>
      <w:r>
        <w:rPr>
          <w:color w:val="FF6600"/>
        </w:rPr>
        <w:t xml:space="preserve">at </w:t>
      </w:r>
      <w:r>
        <w:rPr>
          <w:color w:val="00787F"/>
        </w:rPr>
        <w:t xml:space="preserve">once </w:t>
      </w:r>
      <w:r>
        <w:rPr>
          <w:color w:val="000000"/>
        </w:rPr>
        <w:t xml:space="preserve">! They </w:t>
      </w:r>
      <w:r>
        <w:rPr>
          <w:color w:val="CC3399"/>
        </w:rPr>
        <w:t xml:space="preserve">'re taking </w:t>
      </w:r>
      <w:r>
        <w:rPr>
          <w:color w:val="00FFCC"/>
        </w:rPr>
        <w:t xml:space="preserve">Boxer </w:t>
      </w:r>
      <w:r>
        <w:rPr>
          <w:color w:val="00787F"/>
        </w:rPr>
        <w:t xml:space="preserve">away </w:t>
      </w:r>
      <w:r>
        <w:rPr>
          <w:color w:val="000000"/>
        </w:rPr>
        <w:t xml:space="preserve">! '' </w:t>
      </w:r>
      <w:r>
        <w:rPr>
          <w:color w:val="FF6600"/>
        </w:rPr>
        <w:t xml:space="preserve">Without </w:t>
      </w:r>
      <w:r>
        <w:rPr>
          <w:color w:val="CC3399"/>
        </w:rPr>
        <w:t xml:space="preserve">waiting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orders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pig </w:t>
      </w:r>
      <w:r>
        <w:rPr>
          <w:color w:val="000000"/>
        </w:rPr>
        <w:t xml:space="preserve">,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broke </w:t>
      </w:r>
      <w:r>
        <w:rPr>
          <w:color w:val="000000"/>
        </w:rPr>
        <w:t xml:space="preserve">off </w:t>
      </w:r>
      <w:r>
        <w:rPr>
          <w:color w:val="00FFCC"/>
        </w:rPr>
        <w:t xml:space="preserve">work </w:t>
      </w:r>
      <w:r>
        <w:rPr>
          <w:color w:val="FF0066"/>
        </w:rPr>
        <w:t xml:space="preserve">and </w:t>
      </w:r>
      <w:r>
        <w:rPr>
          <w:color w:val="CC3399"/>
        </w:rPr>
        <w:t xml:space="preserve">raced </w:t>
      </w:r>
      <w:r>
        <w:rPr>
          <w:color w:val="00787F"/>
        </w:rPr>
        <w:t xml:space="preserve">back </w:t>
      </w:r>
      <w:r>
        <w:rPr>
          <w:color w:val="000000"/>
        </w:rPr>
        <w:t xml:space="preserve">to the </w:t>
      </w:r>
      <w:r>
        <w:rPr>
          <w:color w:val="00FFCC"/>
        </w:rPr>
        <w:t xml:space="preserve">farm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buildings </w:t>
      </w:r>
      <w:r>
        <w:rPr>
          <w:color w:val="000000"/>
        </w:rPr>
        <w:t xml:space="preserve">. </w:t>
      </w:r>
      <w:r>
        <w:rPr>
          <w:color w:val="33CCFF"/>
        </w:rPr>
        <w:t xml:space="preserve">Sure </w:t>
      </w:r>
      <w:r>
        <w:rPr>
          <w:color w:val="00787F"/>
        </w:rPr>
        <w:t xml:space="preserve">enough </w:t>
      </w:r>
      <w:r>
        <w:rPr>
          <w:color w:val="000000"/>
        </w:rPr>
        <w:t xml:space="preserve">, there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large closed </w:t>
      </w:r>
      <w:r>
        <w:rPr>
          <w:color w:val="00FFCC"/>
        </w:rPr>
        <w:t xml:space="preserve">van </w:t>
      </w:r>
      <w:r>
        <w:rPr>
          <w:color w:val="000000"/>
        </w:rPr>
        <w:t xml:space="preserve">, </w:t>
      </w:r>
      <w:r>
        <w:rPr>
          <w:color w:val="CC3399"/>
        </w:rPr>
        <w:t xml:space="preserve">drawn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two </w:t>
      </w:r>
      <w:r>
        <w:rPr>
          <w:color w:val="00FFCC"/>
        </w:rPr>
        <w:t xml:space="preserve">horses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CC3399"/>
        </w:rPr>
        <w:t xml:space="preserve">lettering </w:t>
      </w:r>
      <w:r>
        <w:rPr>
          <w:color w:val="FF6600"/>
        </w:rPr>
        <w:t xml:space="preserve">on </w:t>
      </w:r>
      <w:r>
        <w:rPr>
          <w:color w:val="000000"/>
        </w:rPr>
        <w:t xml:space="preserve">its </w:t>
      </w:r>
      <w:r>
        <w:rPr>
          <w:color w:val="00FFCC"/>
        </w:rPr>
        <w:t xml:space="preserve">side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33CCFF"/>
        </w:rPr>
        <w:t xml:space="preserve">sly-looking </w:t>
      </w:r>
      <w:r>
        <w:rPr>
          <w:color w:val="00FFCC"/>
        </w:rPr>
        <w:t xml:space="preserve">man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low-crowned </w:t>
      </w:r>
      <w:r>
        <w:rPr>
          <w:color w:val="00FFCC"/>
        </w:rPr>
        <w:t xml:space="preserve">bowler hat </w:t>
      </w:r>
      <w:r>
        <w:rPr>
          <w:color w:val="CC3399"/>
        </w:rPr>
        <w:t xml:space="preserve">sitting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driver </w:t>
      </w:r>
      <w:r>
        <w:rPr>
          <w:color w:val="000000"/>
        </w:rPr>
        <w:t xml:space="preserve">'s </w:t>
      </w:r>
      <w:r>
        <w:rPr>
          <w:color w:val="00FFCC"/>
        </w:rPr>
        <w:t xml:space="preserve">seat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stall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empty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crowded </w:t>
      </w:r>
      <w:r>
        <w:rPr>
          <w:color w:val="000000"/>
        </w:rPr>
        <w:t xml:space="preserve">round the </w:t>
      </w:r>
      <w:r>
        <w:rPr>
          <w:color w:val="00FFCC"/>
        </w:rPr>
        <w:t xml:space="preserve">van </w:t>
      </w:r>
      <w:r>
        <w:rPr>
          <w:color w:val="000000"/>
        </w:rPr>
        <w:t xml:space="preserve">. `` </w:t>
      </w:r>
      <w:r>
        <w:rPr>
          <w:color w:val="00FFCC"/>
        </w:rPr>
        <w:t xml:space="preserve">Good-bye </w:t>
      </w:r>
      <w:r>
        <w:rPr>
          <w:color w:val="000000"/>
        </w:rPr>
        <w:t xml:space="preserve">, </w:t>
      </w:r>
      <w:r>
        <w:rPr>
          <w:color w:val="00FFCC"/>
        </w:rPr>
        <w:t xml:space="preserve">Boxer </w:t>
      </w:r>
      <w:r>
        <w:rPr>
          <w:color w:val="000000"/>
        </w:rPr>
        <w:t xml:space="preserve">! '' they </w:t>
      </w:r>
      <w:r>
        <w:rPr>
          <w:color w:val="CC3399"/>
        </w:rPr>
        <w:t xml:space="preserve">chorused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good-bye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Fools </w:t>
      </w:r>
      <w:r>
        <w:rPr>
          <w:color w:val="000000"/>
        </w:rPr>
        <w:t xml:space="preserve">! </w:t>
      </w:r>
      <w:r>
        <w:rPr>
          <w:color w:val="00FFCC"/>
        </w:rPr>
        <w:t xml:space="preserve">Fools </w:t>
      </w:r>
      <w:r>
        <w:rPr>
          <w:color w:val="000000"/>
        </w:rPr>
        <w:t xml:space="preserve">! '' </w:t>
      </w:r>
      <w:r>
        <w:rPr>
          <w:color w:val="CC3399"/>
        </w:rPr>
        <w:t xml:space="preserve">shouted </w:t>
      </w:r>
      <w:r>
        <w:rPr>
          <w:color w:val="00FFCC"/>
        </w:rPr>
        <w:t xml:space="preserve">Benjamin </w:t>
      </w:r>
      <w:r>
        <w:rPr>
          <w:color w:val="000000"/>
        </w:rPr>
        <w:t xml:space="preserve">, </w:t>
      </w:r>
      <w:r>
        <w:rPr>
          <w:color w:val="CC3399"/>
        </w:rPr>
        <w:t xml:space="preserve">prancing round </w:t>
      </w:r>
      <w:r>
        <w:rPr>
          <w:color w:val="000000"/>
        </w:rPr>
        <w:t xml:space="preserve">them </w:t>
      </w:r>
      <w:r>
        <w:rPr>
          <w:color w:val="FF0066"/>
        </w:rPr>
        <w:t xml:space="preserve">and </w:t>
      </w:r>
      <w:r>
        <w:rPr>
          <w:color w:val="CC3399"/>
        </w:rPr>
        <w:t xml:space="preserve">stamping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earth </w:t>
      </w:r>
      <w:r>
        <w:rPr>
          <w:color w:val="FF6600"/>
        </w:rPr>
        <w:t xml:space="preserve">with </w:t>
      </w:r>
      <w:r>
        <w:rPr>
          <w:color w:val="000000"/>
        </w:rPr>
        <w:t xml:space="preserve">his </w:t>
      </w:r>
      <w:r>
        <w:rPr>
          <w:color w:val="33CCFF"/>
        </w:rPr>
        <w:t xml:space="preserve">small </w:t>
      </w:r>
      <w:r>
        <w:rPr>
          <w:color w:val="00FFCC"/>
        </w:rPr>
        <w:t xml:space="preserve">hoofs </w:t>
      </w:r>
      <w:r>
        <w:rPr>
          <w:color w:val="000000"/>
        </w:rPr>
        <w:t xml:space="preserve">. `` </w:t>
      </w:r>
      <w:r>
        <w:rPr>
          <w:color w:val="00FFCC"/>
        </w:rPr>
        <w:t xml:space="preserve">Fools </w:t>
      </w:r>
      <w:r>
        <w:rPr>
          <w:color w:val="000000"/>
        </w:rPr>
        <w:t xml:space="preserve">! </w:t>
      </w:r>
      <w:r>
        <w:rPr>
          <w:color w:val="00FFCC"/>
        </w:rPr>
        <w:t xml:space="preserve">Do </w:t>
      </w:r>
      <w:r>
        <w:rPr>
          <w:color w:val="000000"/>
        </w:rPr>
        <w:t xml:space="preserve">you </w:t>
      </w:r>
      <w:r>
        <w:rPr>
          <w:color w:val="00787F"/>
        </w:rPr>
        <w:t xml:space="preserve">not </w:t>
      </w:r>
      <w:r>
        <w:rPr>
          <w:color w:val="CC3399"/>
        </w:rPr>
        <w:t xml:space="preserve">see </w:t>
      </w:r>
      <w:r>
        <w:rPr>
          <w:color w:val="000000"/>
        </w:rPr>
        <w:t xml:space="preserve">what </w:t>
      </w:r>
      <w:r>
        <w:rPr>
          <w:color w:val="CC3399"/>
        </w:rPr>
        <w:t xml:space="preserve">is written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side </w:t>
      </w:r>
      <w:r>
        <w:rPr>
          <w:color w:val="FF6600"/>
        </w:rPr>
        <w:t xml:space="preserve">of </w:t>
      </w:r>
      <w:r>
        <w:rPr>
          <w:color w:val="000000"/>
        </w:rPr>
        <w:t xml:space="preserve">that </w:t>
      </w:r>
      <w:r>
        <w:rPr>
          <w:color w:val="00FFCC"/>
        </w:rPr>
        <w:t xml:space="preserve">van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That </w:t>
      </w:r>
      <w:r>
        <w:rPr>
          <w:color w:val="CC3399"/>
        </w:rPr>
        <w:t xml:space="preserve">gave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pause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hush </w:t>
      </w:r>
      <w:r>
        <w:rPr>
          <w:color w:val="000000"/>
        </w:rPr>
        <w:t xml:space="preserve">. </w:t>
      </w:r>
      <w:r>
        <w:rPr>
          <w:color w:val="00FFCC"/>
        </w:rPr>
        <w:t xml:space="preserve">Muriel </w:t>
      </w:r>
      <w:r>
        <w:rPr>
          <w:color w:val="CC3399"/>
        </w:rPr>
        <w:t xml:space="preserve">began </w:t>
      </w:r>
      <w:r>
        <w:rPr>
          <w:color w:val="000000"/>
        </w:rPr>
        <w:t xml:space="preserve">to </w:t>
      </w:r>
      <w:r>
        <w:rPr>
          <w:color w:val="CC3399"/>
        </w:rPr>
        <w:t xml:space="preserve">spell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out </w:t>
      </w:r>
      <w:r>
        <w:rPr>
          <w:color w:val="000000"/>
        </w:rPr>
        <w:t xml:space="preserve">the </w:t>
      </w:r>
      <w:r>
        <w:rPr>
          <w:color w:val="00FFCC"/>
        </w:rPr>
        <w:t xml:space="preserve">words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pushed </w:t>
      </w:r>
      <w:r>
        <w:rPr>
          <w:color w:val="000000"/>
        </w:rPr>
        <w:t xml:space="preserve">her </w:t>
      </w:r>
      <w:r>
        <w:rPr>
          <w:color w:val="00FFCC"/>
        </w:rPr>
        <w:t xml:space="preserve">aside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midst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33CCFF"/>
        </w:rPr>
        <w:t xml:space="preserve">deadly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silence </w:t>
      </w:r>
      <w:r>
        <w:rPr>
          <w:color w:val="000000"/>
        </w:rPr>
        <w:t xml:space="preserve">he </w:t>
      </w:r>
      <w:r>
        <w:rPr>
          <w:color w:val="CC3399"/>
        </w:rPr>
        <w:t xml:space="preserve">read </w:t>
      </w:r>
      <w:r>
        <w:rPr>
          <w:color w:val="000000"/>
        </w:rPr>
        <w:t xml:space="preserve">: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'Alfred </w:t>
      </w:r>
      <w:r>
        <w:rPr>
          <w:color w:val="00FFCC"/>
        </w:rPr>
        <w:t xml:space="preserve">Simmonds </w:t>
      </w:r>
      <w:r>
        <w:rPr>
          <w:color w:val="000000"/>
        </w:rPr>
        <w:t xml:space="preserve">, </w:t>
      </w:r>
      <w:r>
        <w:rPr>
          <w:color w:val="00FFCC"/>
        </w:rPr>
        <w:t xml:space="preserve">Horse Slaughterer </w:t>
      </w:r>
      <w:r>
        <w:rPr>
          <w:color w:val="FF0066"/>
        </w:rPr>
        <w:t xml:space="preserve">and </w:t>
      </w:r>
      <w:r>
        <w:rPr>
          <w:color w:val="00FFCC"/>
        </w:rPr>
        <w:t xml:space="preserve">Glue Boiler </w:t>
      </w:r>
      <w:r>
        <w:rPr>
          <w:color w:val="000000"/>
        </w:rPr>
        <w:t xml:space="preserve">, </w:t>
      </w:r>
      <w:r>
        <w:rPr>
          <w:color w:val="00FFCC"/>
        </w:rPr>
        <w:t xml:space="preserve">Willingdon </w:t>
      </w:r>
      <w:r>
        <w:rPr>
          <w:color w:val="000000"/>
        </w:rPr>
        <w:t xml:space="preserve">. </w:t>
      </w:r>
      <w:r>
        <w:rPr>
          <w:color w:val="00FFCC"/>
        </w:rPr>
        <w:t xml:space="preserve">Dealer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FFCC"/>
        </w:rPr>
        <w:t xml:space="preserve">Hides </w:t>
      </w:r>
      <w:r>
        <w:rPr>
          <w:color w:val="FF0066"/>
        </w:rPr>
        <w:t xml:space="preserve">and </w:t>
      </w:r>
      <w:r>
        <w:rPr>
          <w:color w:val="00FFCC"/>
        </w:rPr>
        <w:t xml:space="preserve">Bone-Meal </w:t>
      </w:r>
      <w:r>
        <w:rPr>
          <w:color w:val="000000"/>
        </w:rPr>
        <w:t xml:space="preserve">. </w:t>
      </w:r>
      <w:r>
        <w:rPr>
          <w:color w:val="00FFCC"/>
        </w:rPr>
        <w:t xml:space="preserve">Kennels Supplied </w:t>
      </w:r>
      <w:r>
        <w:rPr>
          <w:color w:val="000000"/>
        </w:rPr>
        <w:t>. '</w:t>
      </w:r>
      <w:r>
        <w:rPr>
          <w:color w:val="000000"/>
        </w:rPr>
        <w:t xml:space="preserve"> </w:t>
      </w:r>
      <w:r>
        <w:rPr>
          <w:color w:val="CC3399"/>
        </w:rPr>
        <w:t xml:space="preserve">Do </w:t>
      </w:r>
      <w:r>
        <w:rPr>
          <w:color w:val="000000"/>
        </w:rPr>
        <w:t xml:space="preserve">you </w:t>
      </w:r>
      <w:r>
        <w:rPr>
          <w:color w:val="00787F"/>
        </w:rPr>
        <w:t xml:space="preserve">not </w:t>
      </w:r>
      <w:r>
        <w:rPr>
          <w:color w:val="CC3399"/>
        </w:rPr>
        <w:t xml:space="preserve">understand </w:t>
      </w:r>
      <w:r>
        <w:rPr>
          <w:color w:val="000000"/>
        </w:rPr>
        <w:t xml:space="preserve">what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means </w:t>
      </w:r>
      <w:r>
        <w:rPr>
          <w:color w:val="000000"/>
        </w:rPr>
        <w:t xml:space="preserve">? They </w:t>
      </w:r>
      <w:r>
        <w:rPr>
          <w:color w:val="CC3399"/>
        </w:rPr>
        <w:t xml:space="preserve">are taking </w:t>
      </w:r>
      <w:r>
        <w:rPr>
          <w:color w:val="00FFCC"/>
        </w:rPr>
        <w:t xml:space="preserve">Boxer </w:t>
      </w:r>
      <w:r>
        <w:rPr>
          <w:color w:val="000000"/>
        </w:rPr>
        <w:t xml:space="preserve">to the </w:t>
      </w:r>
      <w:r>
        <w:rPr>
          <w:color w:val="00FFCC"/>
        </w:rPr>
        <w:t xml:space="preserve">knacker </w:t>
      </w:r>
      <w:r>
        <w:rPr>
          <w:color w:val="000000"/>
        </w:rPr>
        <w:t xml:space="preserve">'s 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00FFCC"/>
        </w:rPr>
        <w:t xml:space="preserve">cry </w:t>
      </w:r>
      <w:r>
        <w:rPr>
          <w:color w:val="FF6600"/>
        </w:rPr>
        <w:t xml:space="preserve">of </w:t>
      </w:r>
      <w:r>
        <w:rPr>
          <w:color w:val="00FFCC"/>
        </w:rPr>
        <w:t xml:space="preserve">horror burst </w:t>
      </w:r>
      <w:r>
        <w:rPr>
          <w:color w:val="FF6600"/>
        </w:rPr>
        <w:t xml:space="preserve">from </w:t>
      </w:r>
      <w:r>
        <w:rPr>
          <w:color w:val="000000"/>
        </w:rPr>
        <w:t xml:space="preserve">all 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. </w:t>
      </w:r>
      <w:r>
        <w:rPr>
          <w:color w:val="FF6600"/>
        </w:rPr>
        <w:t xml:space="preserve">At </w:t>
      </w:r>
      <w:r>
        <w:rPr>
          <w:color w:val="000000"/>
        </w:rPr>
        <w:t xml:space="preserve">this </w:t>
      </w:r>
      <w:r>
        <w:rPr>
          <w:color w:val="00FFCC"/>
        </w:rPr>
        <w:t xml:space="preserve">moment </w:t>
      </w:r>
      <w:r>
        <w:rPr>
          <w:color w:val="000000"/>
        </w:rPr>
        <w:t xml:space="preserve">the </w:t>
      </w:r>
      <w:r>
        <w:rPr>
          <w:color w:val="00FFCC"/>
        </w:rPr>
        <w:t xml:space="preserve">man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box </w:t>
      </w:r>
      <w:r>
        <w:rPr>
          <w:color w:val="CC3399"/>
        </w:rPr>
        <w:t xml:space="preserve">whipped </w:t>
      </w:r>
      <w:r>
        <w:rPr>
          <w:color w:val="000000"/>
        </w:rPr>
        <w:t xml:space="preserve">up his </w:t>
      </w:r>
      <w:r>
        <w:rPr>
          <w:color w:val="00FFCC"/>
        </w:rPr>
        <w:t xml:space="preserve">horses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van </w:t>
      </w:r>
      <w:r>
        <w:rPr>
          <w:color w:val="CC3399"/>
        </w:rPr>
        <w:t xml:space="preserve">moved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FF6600"/>
        </w:rPr>
        <w:t xml:space="preserve">at </w:t>
      </w:r>
      <w:r>
        <w:rPr>
          <w:color w:val="000000"/>
        </w:rPr>
        <w:t xml:space="preserve">a </w:t>
      </w:r>
      <w:r>
        <w:rPr>
          <w:color w:val="00FFCC"/>
        </w:rPr>
        <w:t xml:space="preserve">smart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trot </w:t>
      </w:r>
      <w:r>
        <w:rPr>
          <w:color w:val="000000"/>
        </w:rPr>
        <w:t xml:space="preserve">. All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followed </w:t>
      </w:r>
      <w:r>
        <w:rPr>
          <w:color w:val="000000"/>
        </w:rPr>
        <w:t xml:space="preserve">, </w:t>
      </w:r>
      <w:r>
        <w:rPr>
          <w:color w:val="CC3399"/>
        </w:rPr>
        <w:t xml:space="preserve">crying </w:t>
      </w:r>
      <w:r>
        <w:rPr>
          <w:color w:val="000000"/>
        </w:rPr>
        <w:t xml:space="preserve">out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tops </w:t>
      </w:r>
      <w:r>
        <w:rPr>
          <w:color w:val="FF6600"/>
        </w:rPr>
        <w:t xml:space="preserve">of </w:t>
      </w:r>
      <w:r>
        <w:rPr>
          <w:color w:val="000000"/>
        </w:rPr>
        <w:t xml:space="preserve">their </w:t>
      </w:r>
      <w:r>
        <w:rPr>
          <w:color w:val="00FFCC"/>
        </w:rPr>
        <w:t xml:space="preserve">voices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Clover forced </w:t>
      </w:r>
      <w:r>
        <w:rPr>
          <w:color w:val="000000"/>
        </w:rPr>
        <w:t xml:space="preserve">her </w:t>
      </w:r>
      <w:r>
        <w:rPr>
          <w:color w:val="00FFCC"/>
        </w:rPr>
        <w:t xml:space="preserve">way </w:t>
      </w:r>
      <w:r>
        <w:rPr>
          <w:color w:val="000000"/>
        </w:rPr>
        <w:t xml:space="preserve">to the </w:t>
      </w:r>
      <w:r>
        <w:rPr>
          <w:color w:val="00FFCC"/>
        </w:rPr>
        <w:t xml:space="preserve">front </w:t>
      </w:r>
      <w:r>
        <w:rPr>
          <w:color w:val="000000"/>
        </w:rPr>
        <w:t xml:space="preserve">. The </w:t>
      </w:r>
      <w:r>
        <w:rPr>
          <w:color w:val="00FFCC"/>
        </w:rPr>
        <w:t xml:space="preserve">van </w:t>
      </w:r>
      <w:r>
        <w:rPr>
          <w:color w:val="CC3399"/>
        </w:rPr>
        <w:t xml:space="preserve">began </w:t>
      </w:r>
      <w:r>
        <w:rPr>
          <w:color w:val="000000"/>
        </w:rPr>
        <w:t xml:space="preserve">to </w:t>
      </w:r>
      <w:r>
        <w:rPr>
          <w:color w:val="CC3399"/>
        </w:rPr>
        <w:t xml:space="preserve">gather </w:t>
      </w:r>
      <w:r>
        <w:rPr>
          <w:color w:val="00FFCC"/>
        </w:rPr>
        <w:t xml:space="preserve">speed </w:t>
      </w:r>
      <w:r>
        <w:rPr>
          <w:color w:val="000000"/>
        </w:rPr>
        <w:t xml:space="preserve">. </w:t>
      </w:r>
      <w:r>
        <w:rPr>
          <w:color w:val="CC3399"/>
        </w:rPr>
        <w:t xml:space="preserve">Clover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tried </w:t>
      </w:r>
      <w:r>
        <w:rPr>
          <w:color w:val="000000"/>
        </w:rPr>
        <w:t xml:space="preserve">to </w:t>
      </w:r>
      <w:r>
        <w:rPr>
          <w:color w:val="CC3399"/>
        </w:rPr>
        <w:t xml:space="preserve">stir </w:t>
      </w:r>
      <w:r>
        <w:rPr>
          <w:color w:val="000000"/>
        </w:rPr>
        <w:t xml:space="preserve">her </w:t>
      </w:r>
      <w:r>
        <w:rPr>
          <w:color w:val="00787F"/>
        </w:rPr>
        <w:t xml:space="preserve">stout </w:t>
      </w:r>
      <w:r>
        <w:rPr>
          <w:color w:val="CC3399"/>
        </w:rPr>
        <w:t xml:space="preserve">limbs </w:t>
      </w:r>
      <w:r>
        <w:rPr>
          <w:color w:val="000000"/>
        </w:rPr>
        <w:t xml:space="preserve">to a </w:t>
      </w:r>
      <w:r>
        <w:rPr>
          <w:color w:val="00FFCC"/>
        </w:rPr>
        <w:t xml:space="preserve">gallop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achieved </w:t>
      </w:r>
      <w:r>
        <w:rPr>
          <w:color w:val="000000"/>
        </w:rPr>
        <w:t xml:space="preserve">a </w:t>
      </w:r>
      <w:r>
        <w:rPr>
          <w:color w:val="00FFCC"/>
        </w:rPr>
        <w:t xml:space="preserve">canter </w:t>
      </w:r>
      <w:r>
        <w:rPr>
          <w:color w:val="000000"/>
        </w:rPr>
        <w:t xml:space="preserve">. `` </w:t>
      </w:r>
      <w:r>
        <w:rPr>
          <w:color w:val="33CCFF"/>
        </w:rPr>
        <w:t xml:space="preserve">Boxer </w:t>
      </w:r>
      <w:r>
        <w:rPr>
          <w:color w:val="000000"/>
        </w:rPr>
        <w:t xml:space="preserve">! ''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she </w:t>
      </w:r>
      <w:r>
        <w:rPr>
          <w:color w:val="CC3399"/>
        </w:rPr>
        <w:t xml:space="preserve">cried </w:t>
      </w:r>
      <w:r>
        <w:rPr>
          <w:color w:val="000000"/>
        </w:rPr>
        <w:t xml:space="preserve">. `` </w:t>
      </w:r>
      <w:r>
        <w:rPr>
          <w:color w:val="00FFCC"/>
        </w:rPr>
        <w:t xml:space="preserve">Boxer </w:t>
      </w:r>
      <w:r>
        <w:rPr>
          <w:color w:val="000000"/>
        </w:rPr>
        <w:t xml:space="preserve">! </w:t>
      </w:r>
      <w:r>
        <w:rPr>
          <w:color w:val="00FFCC"/>
        </w:rPr>
        <w:t xml:space="preserve">Boxer </w:t>
      </w:r>
      <w:r>
        <w:rPr>
          <w:color w:val="000000"/>
        </w:rPr>
        <w:t xml:space="preserve">! </w:t>
      </w:r>
      <w:r>
        <w:rPr>
          <w:color w:val="00FFCC"/>
        </w:rPr>
        <w:t>Boxe</w:t>
      </w:r>
      <w:r>
        <w:rPr>
          <w:color w:val="00FFCC"/>
        </w:rPr>
        <w:t xml:space="preserve">r </w:t>
      </w:r>
      <w:r>
        <w:rPr>
          <w:color w:val="000000"/>
        </w:rPr>
        <w:t xml:space="preserve">! '' </w:t>
      </w:r>
      <w:r>
        <w:rPr>
          <w:color w:val="FF0066"/>
        </w:rPr>
        <w:t xml:space="preserve">And </w:t>
      </w:r>
      <w:r>
        <w:rPr>
          <w:color w:val="00787F"/>
        </w:rPr>
        <w:t xml:space="preserve">just </w:t>
      </w:r>
      <w:r>
        <w:rPr>
          <w:color w:val="FF6600"/>
        </w:rPr>
        <w:t xml:space="preserve">at </w:t>
      </w:r>
      <w:r>
        <w:rPr>
          <w:color w:val="000000"/>
        </w:rPr>
        <w:t xml:space="preserve">this </w:t>
      </w:r>
      <w:r>
        <w:rPr>
          <w:color w:val="00FFCC"/>
        </w:rPr>
        <w:t xml:space="preserve">moment </w:t>
      </w:r>
      <w:r>
        <w:rPr>
          <w:color w:val="000000"/>
        </w:rPr>
        <w:t xml:space="preserve">, </w:t>
      </w:r>
      <w:r>
        <w:rPr>
          <w:color w:val="FF6600"/>
        </w:rPr>
        <w:t xml:space="preserve">as though </w:t>
      </w:r>
      <w:r>
        <w:rPr>
          <w:color w:val="000000"/>
        </w:rPr>
        <w:t xml:space="preserve">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heard </w:t>
      </w:r>
      <w:r>
        <w:rPr>
          <w:color w:val="000000"/>
        </w:rPr>
        <w:t xml:space="preserve">the </w:t>
      </w:r>
      <w:r>
        <w:rPr>
          <w:color w:val="00FFCC"/>
        </w:rPr>
        <w:t xml:space="preserve">uproar </w:t>
      </w:r>
      <w:r>
        <w:rPr>
          <w:color w:val="FF6600"/>
        </w:rPr>
        <w:t xml:space="preserve">outside </w:t>
      </w:r>
      <w:r>
        <w:rPr>
          <w:color w:val="000000"/>
        </w:rPr>
        <w:t xml:space="preserve">,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face </w:t>
      </w:r>
      <w:r>
        <w:rPr>
          <w:color w:val="000000"/>
        </w:rPr>
        <w:t xml:space="preserve">, </w:t>
      </w:r>
      <w:r>
        <w:rPr>
          <w:color w:val="FF6600"/>
        </w:rPr>
        <w:t xml:space="preserve">with </w:t>
      </w:r>
      <w:r>
        <w:rPr>
          <w:color w:val="000000"/>
        </w:rPr>
        <w:t xml:space="preserve">the </w:t>
      </w:r>
      <w:r>
        <w:rPr>
          <w:color w:val="33CCFF"/>
        </w:rPr>
        <w:t xml:space="preserve">white </w:t>
      </w:r>
      <w:r>
        <w:rPr>
          <w:color w:val="00FFCC"/>
        </w:rPr>
        <w:t xml:space="preserve">stripe </w:t>
      </w:r>
      <w:r>
        <w:rPr>
          <w:color w:val="000000"/>
        </w:rPr>
        <w:t xml:space="preserve">down his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nose </w:t>
      </w:r>
      <w:r>
        <w:rPr>
          <w:color w:val="000000"/>
        </w:rPr>
        <w:t xml:space="preserve">, </w:t>
      </w:r>
      <w:r>
        <w:rPr>
          <w:color w:val="CC3399"/>
        </w:rPr>
        <w:t xml:space="preserve">appeared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small </w:t>
      </w:r>
      <w:r>
        <w:rPr>
          <w:color w:val="00FFCC"/>
        </w:rPr>
        <w:t xml:space="preserve">window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back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van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Boxer </w:t>
      </w:r>
      <w:r>
        <w:rPr>
          <w:color w:val="000000"/>
        </w:rPr>
        <w:t xml:space="preserve">! '' </w:t>
      </w:r>
      <w:r>
        <w:rPr>
          <w:color w:val="CC3399"/>
        </w:rPr>
        <w:t xml:space="preserve">cried </w:t>
      </w:r>
      <w:r>
        <w:rPr>
          <w:color w:val="00FFCC"/>
        </w:rPr>
        <w:t xml:space="preserve">Clover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terrible </w:t>
      </w:r>
      <w:r>
        <w:rPr>
          <w:color w:val="00FFCC"/>
        </w:rPr>
        <w:t xml:space="preserve">voice </w:t>
      </w:r>
      <w:r>
        <w:rPr>
          <w:color w:val="000000"/>
        </w:rPr>
        <w:t xml:space="preserve">. `` </w:t>
      </w:r>
      <w:r>
        <w:rPr>
          <w:color w:val="00FFCC"/>
        </w:rPr>
        <w:t xml:space="preserve">Boxer </w:t>
      </w:r>
      <w:r>
        <w:rPr>
          <w:color w:val="000000"/>
        </w:rPr>
        <w:t xml:space="preserve">! </w:t>
      </w:r>
      <w:r>
        <w:rPr>
          <w:color w:val="CC3399"/>
        </w:rPr>
        <w:t xml:space="preserve">Get </w:t>
      </w:r>
      <w:r>
        <w:rPr>
          <w:color w:val="000000"/>
        </w:rPr>
        <w:t xml:space="preserve">out ! </w:t>
      </w:r>
      <w:r>
        <w:rPr>
          <w:color w:val="CC3399"/>
        </w:rPr>
        <w:t xml:space="preserve">Get </w:t>
      </w:r>
      <w:r>
        <w:rPr>
          <w:color w:val="000000"/>
        </w:rPr>
        <w:t xml:space="preserve">out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quickly </w:t>
      </w:r>
      <w:r>
        <w:rPr>
          <w:color w:val="000000"/>
        </w:rPr>
        <w:t xml:space="preserve">! They </w:t>
      </w:r>
      <w:r>
        <w:rPr>
          <w:color w:val="CC3399"/>
        </w:rPr>
        <w:t xml:space="preserve">'re taking </w:t>
      </w:r>
      <w:r>
        <w:rPr>
          <w:color w:val="000000"/>
        </w:rPr>
        <w:t xml:space="preserve">you to your </w:t>
      </w:r>
      <w:r>
        <w:rPr>
          <w:color w:val="00FFCC"/>
        </w:rPr>
        <w:t xml:space="preserve">death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All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took </w:t>
      </w:r>
      <w:r>
        <w:rPr>
          <w:color w:val="000000"/>
        </w:rPr>
        <w:t xml:space="preserve">up the </w:t>
      </w:r>
      <w:r>
        <w:rPr>
          <w:color w:val="00FFCC"/>
        </w:rPr>
        <w:t xml:space="preserve">cry </w:t>
      </w:r>
      <w:r>
        <w:rPr>
          <w:color w:val="FF6600"/>
        </w:rPr>
        <w:t xml:space="preserve">of </w:t>
      </w:r>
      <w:r>
        <w:rPr>
          <w:color w:val="000000"/>
        </w:rPr>
        <w:t xml:space="preserve">`` </w:t>
      </w:r>
      <w:r>
        <w:rPr>
          <w:color w:val="00FFCC"/>
        </w:rPr>
        <w:t xml:space="preserve">Get </w:t>
      </w:r>
      <w:r>
        <w:rPr>
          <w:color w:val="000000"/>
        </w:rPr>
        <w:t xml:space="preserve">out , </w:t>
      </w:r>
      <w:r>
        <w:rPr>
          <w:color w:val="00FFCC"/>
        </w:rPr>
        <w:t xml:space="preserve">Boxer </w:t>
      </w:r>
      <w:r>
        <w:rPr>
          <w:color w:val="000000"/>
        </w:rPr>
        <w:t xml:space="preserve">, </w:t>
      </w:r>
      <w:r>
        <w:rPr>
          <w:color w:val="CC3399"/>
        </w:rPr>
        <w:t xml:space="preserve">get </w:t>
      </w:r>
      <w:r>
        <w:rPr>
          <w:color w:val="000000"/>
        </w:rPr>
        <w:t xml:space="preserve">out ! ''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van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787F"/>
        </w:rPr>
        <w:t xml:space="preserve">already </w:t>
      </w:r>
      <w:r>
        <w:rPr>
          <w:color w:val="CC3399"/>
        </w:rPr>
        <w:t xml:space="preserve">gathering </w:t>
      </w:r>
      <w:r>
        <w:rPr>
          <w:color w:val="00FFCC"/>
        </w:rPr>
        <w:t xml:space="preserve">speed </w:t>
      </w:r>
      <w:r>
        <w:rPr>
          <w:color w:val="FF0066"/>
        </w:rPr>
        <w:t xml:space="preserve">and </w:t>
      </w:r>
      <w:r>
        <w:rPr>
          <w:color w:val="CC3399"/>
        </w:rPr>
        <w:t xml:space="preserve">drawing </w:t>
      </w:r>
      <w:r>
        <w:rPr>
          <w:color w:val="00787F"/>
        </w:rPr>
        <w:t xml:space="preserve">away </w:t>
      </w:r>
      <w:r>
        <w:rPr>
          <w:color w:val="FF6600"/>
        </w:rPr>
        <w:t xml:space="preserve">from </w:t>
      </w:r>
      <w:r>
        <w:rPr>
          <w:color w:val="000000"/>
        </w:rPr>
        <w:t xml:space="preserve">them . It </w:t>
      </w:r>
      <w:r>
        <w:rPr>
          <w:color w:val="CC3399"/>
        </w:rPr>
        <w:t xml:space="preserve">was </w:t>
      </w:r>
      <w:r>
        <w:rPr>
          <w:color w:val="33CCFF"/>
        </w:rPr>
        <w:t xml:space="preserve">uncertain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whether </w:t>
      </w:r>
      <w:r>
        <w:rPr>
          <w:color w:val="00FFCC"/>
        </w:rPr>
        <w:t xml:space="preserve">Boxer </w:t>
      </w:r>
      <w:r>
        <w:rPr>
          <w:color w:val="CC3399"/>
        </w:rPr>
        <w:t xml:space="preserve">had understood </w:t>
      </w:r>
      <w:r>
        <w:rPr>
          <w:color w:val="000000"/>
        </w:rPr>
        <w:t xml:space="preserve">what </w:t>
      </w:r>
      <w:r>
        <w:rPr>
          <w:color w:val="00FFCC"/>
        </w:rPr>
        <w:t xml:space="preserve">Clover </w:t>
      </w:r>
      <w:r>
        <w:rPr>
          <w:color w:val="CC3399"/>
        </w:rPr>
        <w:t xml:space="preserve">had said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  <w:r>
        <w:rPr>
          <w:color w:val="00787F"/>
        </w:rPr>
        <w:t xml:space="preserve">later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face </w:t>
      </w:r>
      <w:r>
        <w:rPr>
          <w:color w:val="CC3399"/>
        </w:rPr>
        <w:t xml:space="preserve">disappeared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window </w:t>
      </w:r>
      <w:r>
        <w:rPr>
          <w:color w:val="FF0066"/>
        </w:rPr>
        <w:t xml:space="preserve">and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00FFCC"/>
        </w:rPr>
        <w:t xml:space="preserve">sound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33CCFF"/>
        </w:rPr>
        <w:t xml:space="preserve">tremendous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drumming </w:t>
      </w:r>
      <w:r>
        <w:rPr>
          <w:color w:val="FF6600"/>
        </w:rPr>
        <w:t xml:space="preserve">of </w:t>
      </w:r>
      <w:r>
        <w:rPr>
          <w:color w:val="00FFCC"/>
        </w:rPr>
        <w:t xml:space="preserve">hoofs </w:t>
      </w:r>
      <w:r>
        <w:rPr>
          <w:color w:val="FF6600"/>
        </w:rPr>
        <w:t xml:space="preserve">inside </w:t>
      </w:r>
      <w:r>
        <w:rPr>
          <w:color w:val="000000"/>
        </w:rPr>
        <w:t xml:space="preserve">the </w:t>
      </w:r>
      <w:r>
        <w:rPr>
          <w:color w:val="00FFCC"/>
        </w:rPr>
        <w:t xml:space="preserve">van </w:t>
      </w:r>
      <w:r>
        <w:rPr>
          <w:color w:val="000000"/>
        </w:rPr>
        <w:t xml:space="preserve">. He </w:t>
      </w:r>
      <w:r>
        <w:rPr>
          <w:color w:val="CC3399"/>
        </w:rPr>
        <w:t xml:space="preserve">was trying </w:t>
      </w:r>
      <w:r>
        <w:rPr>
          <w:color w:val="000000"/>
        </w:rPr>
        <w:t xml:space="preserve">to </w:t>
      </w:r>
      <w:r>
        <w:rPr>
          <w:color w:val="CC3399"/>
        </w:rPr>
        <w:t xml:space="preserve">kick </w:t>
      </w:r>
      <w:r>
        <w:rPr>
          <w:color w:val="000000"/>
        </w:rPr>
        <w:t xml:space="preserve">his </w:t>
      </w:r>
      <w:r>
        <w:rPr>
          <w:color w:val="00FFCC"/>
        </w:rPr>
        <w:t xml:space="preserve">way </w:t>
      </w:r>
      <w:r>
        <w:rPr>
          <w:color w:val="FF6600"/>
        </w:rPr>
        <w:t xml:space="preserve">out </w:t>
      </w:r>
      <w:r>
        <w:rPr>
          <w:color w:val="000000"/>
        </w:rPr>
        <w:t xml:space="preserve">.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time </w:t>
      </w:r>
      <w:r>
        <w:rPr>
          <w:color w:val="CC3399"/>
        </w:rPr>
        <w:t xml:space="preserve">had been </w:t>
      </w:r>
      <w:r>
        <w:rPr>
          <w:color w:val="000000"/>
        </w:rPr>
        <w:t xml:space="preserve">when a </w:t>
      </w:r>
      <w:r>
        <w:rPr>
          <w:color w:val="33CCFF"/>
        </w:rPr>
        <w:t xml:space="preserve">few </w:t>
      </w:r>
      <w:r>
        <w:rPr>
          <w:color w:val="00FFCC"/>
        </w:rPr>
        <w:t xml:space="preserve">kicks </w:t>
      </w:r>
      <w:r>
        <w:rPr>
          <w:color w:val="FF6600"/>
        </w:rPr>
        <w:t xml:space="preserve">from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hoofs </w:t>
      </w:r>
      <w:r>
        <w:rPr>
          <w:color w:val="003E3E"/>
        </w:rPr>
        <w:t xml:space="preserve">would </w:t>
      </w:r>
      <w:r>
        <w:rPr>
          <w:color w:val="CC3399"/>
        </w:rPr>
        <w:t>ha</w:t>
      </w:r>
      <w:r>
        <w:rPr>
          <w:color w:val="CC3399"/>
        </w:rPr>
        <w:t xml:space="preserve">ve smashed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van </w:t>
      </w:r>
      <w:r>
        <w:rPr>
          <w:color w:val="000000"/>
        </w:rPr>
        <w:t xml:space="preserve">to </w:t>
      </w:r>
      <w:r>
        <w:rPr>
          <w:color w:val="00FFCC"/>
        </w:rPr>
        <w:t xml:space="preserve">matchwood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33CCFF"/>
        </w:rPr>
        <w:t xml:space="preserve">alas </w:t>
      </w:r>
      <w:r>
        <w:rPr>
          <w:color w:val="000000"/>
        </w:rPr>
        <w:t xml:space="preserve">! his </w:t>
      </w:r>
      <w:r>
        <w:rPr>
          <w:color w:val="00FFCC"/>
        </w:rPr>
        <w:t xml:space="preserve">strength </w:t>
      </w:r>
      <w:r>
        <w:rPr>
          <w:color w:val="CC3399"/>
        </w:rPr>
        <w:t xml:space="preserve">had left </w:t>
      </w:r>
      <w:r>
        <w:rPr>
          <w:color w:val="000000"/>
        </w:rPr>
        <w:t xml:space="preserve">him ;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moments </w:t>
      </w:r>
      <w:r>
        <w:rPr>
          <w:color w:val="000000"/>
        </w:rPr>
        <w:t xml:space="preserve">the </w:t>
      </w:r>
      <w:r>
        <w:rPr>
          <w:color w:val="00FFCC"/>
        </w:rPr>
        <w:t xml:space="preserve">sound </w:t>
      </w:r>
      <w:r>
        <w:rPr>
          <w:color w:val="FF6600"/>
        </w:rPr>
        <w:t xml:space="preserve">of </w:t>
      </w:r>
      <w:r>
        <w:rPr>
          <w:color w:val="CC3399"/>
        </w:rPr>
        <w:t xml:space="preserve">drumming </w:t>
      </w:r>
      <w:r>
        <w:rPr>
          <w:color w:val="00FFCC"/>
        </w:rPr>
        <w:t xml:space="preserve">hoofs </w:t>
      </w:r>
      <w:r>
        <w:rPr>
          <w:color w:val="CC3399"/>
        </w:rPr>
        <w:t xml:space="preserve">grew </w:t>
      </w:r>
      <w:r>
        <w:rPr>
          <w:color w:val="00FFCC"/>
        </w:rPr>
        <w:t xml:space="preserve">fainter </w:t>
      </w:r>
      <w:r>
        <w:rPr>
          <w:color w:val="FF0066"/>
        </w:rPr>
        <w:t xml:space="preserve">and </w:t>
      </w:r>
      <w:r>
        <w:rPr>
          <w:color w:val="CC3399"/>
        </w:rPr>
        <w:t xml:space="preserve">died </w:t>
      </w:r>
      <w:r>
        <w:rPr>
          <w:color w:val="00787F"/>
        </w:rPr>
        <w:t xml:space="preserve">away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desperation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began appealing </w:t>
      </w:r>
      <w:r>
        <w:rPr>
          <w:color w:val="000000"/>
        </w:rPr>
        <w:t xml:space="preserve">to the two </w:t>
      </w:r>
      <w:r>
        <w:rPr>
          <w:color w:val="00FFCC"/>
        </w:rPr>
        <w:t xml:space="preserve">horses </w:t>
      </w:r>
      <w:r>
        <w:rPr>
          <w:color w:val="000000"/>
        </w:rPr>
        <w:t xml:space="preserve">which </w:t>
      </w:r>
      <w:r>
        <w:rPr>
          <w:color w:val="CC3399"/>
        </w:rPr>
        <w:t xml:space="preserve">drew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van </w:t>
      </w:r>
      <w:r>
        <w:rPr>
          <w:color w:val="000000"/>
        </w:rPr>
        <w:t xml:space="preserve">to </w:t>
      </w:r>
      <w:r>
        <w:rPr>
          <w:color w:val="CC3399"/>
        </w:rPr>
        <w:t xml:space="preserve">stop </w:t>
      </w:r>
      <w:r>
        <w:rPr>
          <w:color w:val="000000"/>
        </w:rPr>
        <w:t xml:space="preserve">. ``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  <w:r>
        <w:rPr>
          <w:color w:val="CC3399"/>
        </w:rPr>
        <w:t xml:space="preserve">comrades </w:t>
      </w:r>
      <w:r>
        <w:rPr>
          <w:color w:val="000000"/>
        </w:rPr>
        <w:t xml:space="preserve">! '' they </w:t>
      </w:r>
      <w:r>
        <w:rPr>
          <w:color w:val="CC3399"/>
        </w:rPr>
        <w:t xml:space="preserve">shouted </w:t>
      </w:r>
      <w:r>
        <w:rPr>
          <w:color w:val="000000"/>
        </w:rPr>
        <w:t xml:space="preserve">. `` </w:t>
      </w:r>
      <w:r>
        <w:rPr>
          <w:color w:val="CC3399"/>
        </w:rPr>
        <w:t xml:space="preserve">Do </w:t>
      </w:r>
      <w:r>
        <w:rPr>
          <w:color w:val="00787F"/>
        </w:rPr>
        <w:t xml:space="preserve">n't </w:t>
      </w:r>
      <w:r>
        <w:rPr>
          <w:color w:val="CC3399"/>
        </w:rPr>
        <w:t xml:space="preserve">take </w:t>
      </w:r>
      <w:r>
        <w:rPr>
          <w:color w:val="000000"/>
        </w:rPr>
        <w:t xml:space="preserve">your </w:t>
      </w:r>
      <w:r>
        <w:rPr>
          <w:color w:val="33CCFF"/>
        </w:rPr>
        <w:t xml:space="preserve">own </w:t>
      </w: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brother </w:t>
      </w:r>
      <w:r>
        <w:rPr>
          <w:color w:val="000000"/>
        </w:rPr>
        <w:t xml:space="preserve">to his </w:t>
      </w:r>
      <w:r>
        <w:rPr>
          <w:color w:val="00FFCC"/>
        </w:rPr>
        <w:t xml:space="preserve">death </w:t>
      </w:r>
      <w:r>
        <w:rPr>
          <w:color w:val="000000"/>
        </w:rPr>
        <w:t xml:space="preserve">! ''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33CCFF"/>
        </w:rPr>
        <w:t xml:space="preserve">stupid </w:t>
      </w:r>
      <w:r>
        <w:rPr>
          <w:color w:val="00FFCC"/>
        </w:rPr>
        <w:t xml:space="preserve">brutes </w:t>
      </w:r>
      <w:r>
        <w:rPr>
          <w:color w:val="000000"/>
        </w:rPr>
        <w:t xml:space="preserve">, </w:t>
      </w:r>
      <w:r>
        <w:rPr>
          <w:color w:val="00787F"/>
        </w:rPr>
        <w:t xml:space="preserve">too </w:t>
      </w:r>
      <w:r>
        <w:rPr>
          <w:color w:val="33CCFF"/>
        </w:rPr>
        <w:t xml:space="preserve">ignorant </w:t>
      </w:r>
      <w:r>
        <w:rPr>
          <w:color w:val="000000"/>
        </w:rPr>
        <w:t xml:space="preserve">to </w:t>
      </w:r>
      <w:r>
        <w:rPr>
          <w:color w:val="CC3399"/>
        </w:rPr>
        <w:t xml:space="preserve">realise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what </w:t>
      </w:r>
      <w:r>
        <w:rPr>
          <w:color w:val="CC3399"/>
        </w:rPr>
        <w:t xml:space="preserve">was happening </w:t>
      </w:r>
      <w:r>
        <w:rPr>
          <w:color w:val="000000"/>
        </w:rPr>
        <w:t xml:space="preserve">, </w:t>
      </w:r>
      <w:r>
        <w:rPr>
          <w:color w:val="00787F"/>
        </w:rPr>
        <w:t xml:space="preserve">merely </w:t>
      </w:r>
      <w:r>
        <w:rPr>
          <w:color w:val="CC3399"/>
        </w:rPr>
        <w:t xml:space="preserve">set </w:t>
      </w:r>
      <w:r>
        <w:rPr>
          <w:color w:val="000000"/>
        </w:rPr>
        <w:t xml:space="preserve">back their </w:t>
      </w:r>
      <w:r>
        <w:rPr>
          <w:color w:val="00FFCC"/>
        </w:rPr>
        <w:t xml:space="preserve">ears </w:t>
      </w:r>
      <w:r>
        <w:rPr>
          <w:color w:val="FF0066"/>
        </w:rPr>
        <w:t xml:space="preserve">and </w:t>
      </w:r>
      <w:r>
        <w:rPr>
          <w:color w:val="CC3399"/>
        </w:rPr>
        <w:t xml:space="preserve">quickened </w:t>
      </w:r>
      <w:r>
        <w:rPr>
          <w:color w:val="000000"/>
        </w:rPr>
        <w:t xml:space="preserve">their </w:t>
      </w:r>
      <w:r>
        <w:rPr>
          <w:color w:val="00FFCC"/>
        </w:rPr>
        <w:t xml:space="preserve">pace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face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reappear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>wi</w:t>
      </w:r>
      <w:r>
        <w:rPr>
          <w:color w:val="00FFCC"/>
        </w:rPr>
        <w:t xml:space="preserve">ndow </w:t>
      </w:r>
      <w:r>
        <w:rPr>
          <w:color w:val="000000"/>
        </w:rPr>
        <w:t xml:space="preserve">. </w:t>
      </w:r>
      <w:r>
        <w:rPr>
          <w:color w:val="00FFCC"/>
        </w:rPr>
        <w:t xml:space="preserve">Too </w:t>
      </w:r>
      <w:r>
        <w:rPr>
          <w:color w:val="00787F"/>
        </w:rPr>
        <w:t xml:space="preserve">late </w:t>
      </w:r>
      <w:r>
        <w:rPr>
          <w:color w:val="000000"/>
        </w:rPr>
        <w:t xml:space="preserve">, </w:t>
      </w:r>
      <w:r>
        <w:rPr>
          <w:color w:val="00FFCC"/>
        </w:rPr>
        <w:t xml:space="preserve">someone thought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racing </w:t>
      </w:r>
      <w:r>
        <w:rPr>
          <w:color w:val="00787F"/>
        </w:rPr>
        <w:t xml:space="preserve">ahead </w:t>
      </w:r>
      <w:r>
        <w:rPr>
          <w:color w:val="FF0066"/>
        </w:rPr>
        <w:t xml:space="preserve">and </w:t>
      </w:r>
      <w:r>
        <w:rPr>
          <w:color w:val="CC3399"/>
        </w:rPr>
        <w:t xml:space="preserve">shutting </w:t>
      </w:r>
      <w:r>
        <w:rPr>
          <w:color w:val="000000"/>
        </w:rPr>
        <w:t xml:space="preserve">the </w:t>
      </w:r>
      <w:r>
        <w:rPr>
          <w:color w:val="33CCFF"/>
        </w:rPr>
        <w:t xml:space="preserve">five-barred </w:t>
      </w:r>
      <w:r>
        <w:rPr>
          <w:color w:val="00FFCC"/>
        </w:rPr>
        <w:t xml:space="preserve">gate </w:t>
      </w:r>
      <w:r>
        <w:rPr>
          <w:color w:val="000000"/>
        </w:rPr>
        <w:t xml:space="preserve">; </w:t>
      </w:r>
      <w:r>
        <w:rPr>
          <w:color w:val="FF0066"/>
        </w:rPr>
        <w:t xml:space="preserve">but </w:t>
      </w:r>
      <w:r>
        <w:rPr>
          <w:color w:val="FF6600"/>
        </w:rPr>
        <w:t xml:space="preserve">in </w:t>
      </w:r>
      <w:r>
        <w:rPr>
          <w:color w:val="000000"/>
        </w:rPr>
        <w:t xml:space="preserve">another </w:t>
      </w:r>
      <w:r>
        <w:rPr>
          <w:color w:val="00FFCC"/>
        </w:rPr>
        <w:t xml:space="preserve">moment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van </w:t>
      </w:r>
      <w:r>
        <w:rPr>
          <w:color w:val="CC3399"/>
        </w:rPr>
        <w:t xml:space="preserve">was </w:t>
      </w:r>
      <w:r>
        <w:rPr>
          <w:color w:val="FF6600"/>
        </w:rPr>
        <w:t xml:space="preserve">through </w:t>
      </w:r>
      <w:r>
        <w:rPr>
          <w:color w:val="000000"/>
        </w:rPr>
        <w:t xml:space="preserve">it </w:t>
      </w:r>
      <w:r>
        <w:rPr>
          <w:color w:val="FF0066"/>
        </w:rPr>
        <w:t xml:space="preserve">and </w:t>
      </w:r>
      <w:r>
        <w:rPr>
          <w:color w:val="00787F"/>
        </w:rPr>
        <w:t xml:space="preserve">rapidly </w:t>
      </w:r>
      <w:r>
        <w:rPr>
          <w:color w:val="CC3399"/>
        </w:rPr>
        <w:t xml:space="preserve">disappearing </w:t>
      </w:r>
      <w:r>
        <w:rPr>
          <w:color w:val="000000"/>
        </w:rPr>
        <w:t xml:space="preserve">down the </w:t>
      </w:r>
      <w:r>
        <w:rPr>
          <w:color w:val="00FFCC"/>
        </w:rPr>
        <w:t xml:space="preserve">road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CC3399"/>
        </w:rPr>
        <w:t xml:space="preserve">was </w:t>
      </w:r>
      <w:r>
        <w:rPr>
          <w:color w:val="00787F"/>
        </w:rPr>
        <w:t xml:space="preserve">never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seen </w:t>
      </w:r>
      <w:r>
        <w:rPr>
          <w:color w:val="00787F"/>
        </w:rPr>
        <w:t xml:space="preserve">again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Three </w:t>
      </w:r>
      <w:r>
        <w:rPr>
          <w:color w:val="00FFCC"/>
        </w:rPr>
        <w:t xml:space="preserve">days </w:t>
      </w:r>
      <w:r>
        <w:rPr>
          <w:color w:val="00787F"/>
        </w:rPr>
        <w:t xml:space="preserve">later </w:t>
      </w:r>
      <w:r>
        <w:rPr>
          <w:color w:val="000000"/>
        </w:rPr>
        <w:t xml:space="preserve">it </w:t>
      </w:r>
      <w:r>
        <w:rPr>
          <w:color w:val="CC3399"/>
        </w:rPr>
        <w:t xml:space="preserve">was announced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had </w:t>
      </w:r>
      <w:r>
        <w:rPr>
          <w:color w:val="CC3399"/>
        </w:rPr>
        <w:t xml:space="preserve">died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hospital </w:t>
      </w:r>
      <w:r>
        <w:rPr>
          <w:color w:val="FF6600"/>
        </w:rPr>
        <w:t xml:space="preserve">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Willingdon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FFCC"/>
        </w:rPr>
        <w:t xml:space="preserve">spite </w:t>
      </w:r>
      <w:r>
        <w:rPr>
          <w:color w:val="FF6600"/>
        </w:rPr>
        <w:t xml:space="preserve">of </w:t>
      </w:r>
      <w:r>
        <w:rPr>
          <w:color w:val="CC3399"/>
        </w:rPr>
        <w:t xml:space="preserve">receiving </w:t>
      </w:r>
      <w:r>
        <w:rPr>
          <w:color w:val="000000"/>
        </w:rPr>
        <w:t xml:space="preserve">every </w:t>
      </w:r>
      <w:r>
        <w:rPr>
          <w:color w:val="00FFCC"/>
        </w:rPr>
        <w:t xml:space="preserve">attention </w:t>
      </w:r>
      <w:r>
        <w:rPr>
          <w:color w:val="000000"/>
        </w:rPr>
        <w:t xml:space="preserve">a </w:t>
      </w:r>
      <w:r>
        <w:rPr>
          <w:color w:val="00FFCC"/>
        </w:rPr>
        <w:t xml:space="preserve">horse </w:t>
      </w:r>
      <w:r>
        <w:rPr>
          <w:color w:val="003E3E"/>
        </w:rPr>
        <w:t xml:space="preserve">could </w:t>
      </w:r>
      <w:r>
        <w:rPr>
          <w:color w:val="CC3399"/>
        </w:rPr>
        <w:t xml:space="preserve">have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Squealer </w:t>
      </w:r>
      <w:r>
        <w:rPr>
          <w:color w:val="CC3399"/>
        </w:rPr>
        <w:t xml:space="preserve">came </w:t>
      </w:r>
      <w:r>
        <w:rPr>
          <w:color w:val="000000"/>
        </w:rPr>
        <w:t xml:space="preserve">to </w:t>
      </w:r>
      <w:r>
        <w:rPr>
          <w:color w:val="CC3399"/>
        </w:rPr>
        <w:t xml:space="preserve">announce </w:t>
      </w:r>
      <w:r>
        <w:rPr>
          <w:color w:val="000000"/>
        </w:rPr>
        <w:t xml:space="preserve">the </w:t>
      </w:r>
      <w:r>
        <w:rPr>
          <w:color w:val="00FFCC"/>
        </w:rPr>
        <w:t xml:space="preserve">news </w:t>
      </w:r>
      <w:r>
        <w:rPr>
          <w:color w:val="000000"/>
        </w:rPr>
        <w:t xml:space="preserve">to the </w:t>
      </w:r>
      <w:r>
        <w:rPr>
          <w:color w:val="00FFCC"/>
        </w:rPr>
        <w:t xml:space="preserve">others </w:t>
      </w:r>
      <w:r>
        <w:rPr>
          <w:color w:val="000000"/>
        </w:rPr>
        <w:t xml:space="preserve">. He </w:t>
      </w:r>
      <w:r>
        <w:rPr>
          <w:color w:val="CC3399"/>
        </w:rPr>
        <w:t xml:space="preserve">had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CC3399"/>
        </w:rPr>
        <w:t xml:space="preserve">been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present </w:t>
      </w:r>
      <w:r>
        <w:rPr>
          <w:color w:val="FF6600"/>
        </w:rPr>
        <w:t xml:space="preserve">during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33CCFF"/>
        </w:rPr>
        <w:t xml:space="preserve">last </w:t>
      </w:r>
      <w:r>
        <w:rPr>
          <w:color w:val="00FFCC"/>
        </w:rPr>
        <w:t xml:space="preserve">hours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It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00787F"/>
        </w:rPr>
        <w:t xml:space="preserve">most </w:t>
      </w:r>
      <w:r>
        <w:rPr>
          <w:color w:val="33CCFF"/>
        </w:rPr>
        <w:t xml:space="preserve">affecting </w:t>
      </w:r>
      <w:r>
        <w:rPr>
          <w:color w:val="00FFCC"/>
        </w:rPr>
        <w:t xml:space="preserve">sight </w:t>
      </w:r>
      <w:r>
        <w:rPr>
          <w:color w:val="000000"/>
        </w:rPr>
        <w:t xml:space="preserve">I </w:t>
      </w:r>
      <w:r>
        <w:rPr>
          <w:color w:val="CC3399"/>
        </w:rPr>
        <w:t xml:space="preserve">have </w:t>
      </w:r>
      <w:r>
        <w:rPr>
          <w:color w:val="00787F"/>
        </w:rPr>
        <w:t>e</w:t>
      </w:r>
      <w:r>
        <w:rPr>
          <w:color w:val="00787F"/>
        </w:rPr>
        <w:t xml:space="preserve">ver </w:t>
      </w:r>
      <w:r>
        <w:rPr>
          <w:color w:val="CC3399"/>
        </w:rPr>
        <w:t xml:space="preserve">seen </w:t>
      </w:r>
      <w:r>
        <w:rPr>
          <w:color w:val="000000"/>
        </w:rPr>
        <w:t xml:space="preserve">! '' </w:t>
      </w:r>
      <w:r>
        <w:rPr>
          <w:color w:val="CC3399"/>
        </w:rPr>
        <w:t xml:space="preserve">said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, </w:t>
      </w:r>
      <w:r>
        <w:rPr>
          <w:color w:val="CC3399"/>
        </w:rPr>
        <w:t xml:space="preserve">lifting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trotter </w:t>
      </w:r>
      <w:r>
        <w:rPr>
          <w:color w:val="FF0066"/>
        </w:rPr>
        <w:t xml:space="preserve">and </w:t>
      </w:r>
      <w:r>
        <w:rPr>
          <w:color w:val="CC3399"/>
        </w:rPr>
        <w:t xml:space="preserve">wiping </w:t>
      </w:r>
      <w:r>
        <w:rPr>
          <w:color w:val="00787F"/>
        </w:rPr>
        <w:t xml:space="preserve">away </w:t>
      </w:r>
      <w:r>
        <w:rPr>
          <w:color w:val="000000"/>
        </w:rPr>
        <w:t xml:space="preserve">a </w:t>
      </w:r>
      <w:r>
        <w:rPr>
          <w:color w:val="00FFCC"/>
        </w:rPr>
        <w:t xml:space="preserve">tear </w:t>
      </w:r>
      <w:r>
        <w:rPr>
          <w:color w:val="000000"/>
        </w:rPr>
        <w:t xml:space="preserve">. `` I </w:t>
      </w:r>
      <w:r>
        <w:rPr>
          <w:color w:val="CC3399"/>
        </w:rPr>
        <w:t xml:space="preserve">was </w:t>
      </w:r>
      <w:r>
        <w:rPr>
          <w:color w:val="FF6600"/>
        </w:rPr>
        <w:t xml:space="preserve">at </w:t>
      </w:r>
      <w:r>
        <w:rPr>
          <w:color w:val="000000"/>
        </w:rPr>
        <w:t xml:space="preserve">his </w:t>
      </w:r>
      <w:r>
        <w:rPr>
          <w:color w:val="00FFCC"/>
        </w:rPr>
        <w:t xml:space="preserve">bedside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787F"/>
        </w:rPr>
        <w:t xml:space="preserve">very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last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end </w:t>
      </w:r>
      <w:r>
        <w:rPr>
          <w:color w:val="000000"/>
        </w:rPr>
        <w:t xml:space="preserve">, </w:t>
      </w:r>
      <w:r>
        <w:rPr>
          <w:color w:val="00787F"/>
        </w:rPr>
        <w:t xml:space="preserve">almost too </w:t>
      </w:r>
      <w:r>
        <w:rPr>
          <w:color w:val="33CCFF"/>
        </w:rPr>
        <w:t xml:space="preserve">weak </w:t>
      </w:r>
      <w:r>
        <w:rPr>
          <w:color w:val="000000"/>
        </w:rPr>
        <w:t xml:space="preserve">to </w:t>
      </w:r>
      <w:r>
        <w:rPr>
          <w:color w:val="CC3399"/>
        </w:rPr>
        <w:t xml:space="preserve">speak </w:t>
      </w:r>
      <w:r>
        <w:rPr>
          <w:color w:val="000000"/>
        </w:rPr>
        <w:t xml:space="preserve">, he </w:t>
      </w:r>
      <w:r>
        <w:rPr>
          <w:color w:val="CC3399"/>
        </w:rPr>
        <w:t xml:space="preserve">whispered </w:t>
      </w:r>
      <w:r>
        <w:rPr>
          <w:color w:val="FF6600"/>
        </w:rPr>
        <w:t xml:space="preserve">in </w:t>
      </w:r>
      <w:r>
        <w:rPr>
          <w:color w:val="000000"/>
        </w:rPr>
        <w:t xml:space="preserve">my </w:t>
      </w:r>
      <w:r>
        <w:rPr>
          <w:color w:val="00FFCC"/>
        </w:rPr>
        <w:t xml:space="preserve">ear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his </w:t>
      </w:r>
      <w:r>
        <w:rPr>
          <w:color w:val="33CCFF"/>
        </w:rPr>
        <w:t xml:space="preserve">sole </w:t>
      </w:r>
      <w:r>
        <w:rPr>
          <w:color w:val="00FFCC"/>
        </w:rPr>
        <w:t xml:space="preserve">sorrow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have passed </w:t>
      </w:r>
      <w:r>
        <w:rPr>
          <w:color w:val="FF6600"/>
        </w:rPr>
        <w:t xml:space="preserve">on before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finished </w:t>
      </w:r>
      <w:r>
        <w:rPr>
          <w:color w:val="000000"/>
        </w:rPr>
        <w:t xml:space="preserve">. 'Forward , </w:t>
      </w:r>
      <w:r>
        <w:rPr>
          <w:color w:val="CC3399"/>
        </w:rPr>
        <w:t xml:space="preserve">comrades </w:t>
      </w:r>
      <w:r>
        <w:rPr>
          <w:color w:val="000000"/>
        </w:rPr>
        <w:t xml:space="preserve">! ' he </w:t>
      </w:r>
      <w:r>
        <w:rPr>
          <w:color w:val="CC3399"/>
        </w:rPr>
        <w:t xml:space="preserve">whispered </w:t>
      </w:r>
      <w:r>
        <w:rPr>
          <w:color w:val="000000"/>
        </w:rPr>
        <w:t xml:space="preserve">. 'Forward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name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Rebellion </w:t>
      </w:r>
      <w:r>
        <w:rPr>
          <w:color w:val="000000"/>
        </w:rPr>
        <w:t xml:space="preserve">. </w:t>
      </w:r>
      <w:r>
        <w:rPr>
          <w:color w:val="00FFCC"/>
        </w:rPr>
        <w:t xml:space="preserve">Long </w:t>
      </w:r>
      <w:r>
        <w:rPr>
          <w:color w:val="33CCFF"/>
        </w:rPr>
        <w:t xml:space="preserve">live </w:t>
      </w:r>
      <w:r>
        <w:rPr>
          <w:color w:val="00FFCC"/>
        </w:rPr>
        <w:t xml:space="preserve">Animal Farm </w:t>
      </w:r>
      <w:r>
        <w:rPr>
          <w:color w:val="000000"/>
        </w:rPr>
        <w:t xml:space="preserve">! </w:t>
      </w:r>
      <w:r>
        <w:rPr>
          <w:color w:val="00FFCC"/>
        </w:rPr>
        <w:t xml:space="preserve">Long </w:t>
      </w:r>
      <w:r>
        <w:rPr>
          <w:color w:val="33CCFF"/>
        </w:rPr>
        <w:t xml:space="preserve">live </w:t>
      </w:r>
      <w:r>
        <w:rPr>
          <w:color w:val="00FFCC"/>
        </w:rPr>
        <w:t xml:space="preserve">Comrade Napoleon </w:t>
      </w:r>
      <w:r>
        <w:rPr>
          <w:color w:val="000000"/>
        </w:rPr>
        <w:t xml:space="preserve">!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is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always right </w:t>
      </w:r>
      <w:r>
        <w:rPr>
          <w:color w:val="000000"/>
        </w:rPr>
        <w:t xml:space="preserve">. ' Those </w:t>
      </w:r>
      <w:r>
        <w:rPr>
          <w:color w:val="CC3399"/>
        </w:rPr>
        <w:t xml:space="preserve">were </w:t>
      </w:r>
      <w:r>
        <w:rPr>
          <w:color w:val="000000"/>
        </w:rPr>
        <w:t xml:space="preserve">his </w:t>
      </w:r>
      <w:r>
        <w:rPr>
          <w:color w:val="00FFCC"/>
        </w:rPr>
        <w:t xml:space="preserve">very </w:t>
      </w:r>
      <w:r>
        <w:rPr>
          <w:color w:val="33CCFF"/>
        </w:rPr>
        <w:t xml:space="preserve">last </w:t>
      </w:r>
      <w:r>
        <w:rPr>
          <w:color w:val="00FFCC"/>
        </w:rPr>
        <w:t xml:space="preserve">words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comrades </w:t>
      </w:r>
      <w:r>
        <w:rPr>
          <w:color w:val="000000"/>
        </w:rPr>
        <w:t xml:space="preserve">.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787F"/>
        </w:rPr>
        <w:t xml:space="preserve">Here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's </w:t>
      </w:r>
      <w:r>
        <w:rPr>
          <w:color w:val="00FFCC"/>
        </w:rPr>
        <w:t xml:space="preserve">demeanour </w:t>
      </w:r>
      <w:r>
        <w:rPr>
          <w:color w:val="00787F"/>
        </w:rPr>
        <w:t>sudden</w:t>
      </w:r>
      <w:r>
        <w:rPr>
          <w:color w:val="00787F"/>
        </w:rPr>
        <w:t xml:space="preserve">ly </w:t>
      </w:r>
      <w:r>
        <w:rPr>
          <w:color w:val="CC3399"/>
        </w:rPr>
        <w:t xml:space="preserve">changed </w:t>
      </w:r>
      <w:r>
        <w:rPr>
          <w:color w:val="000000"/>
        </w:rPr>
        <w:t xml:space="preserve">. He </w:t>
      </w:r>
      <w:r>
        <w:rPr>
          <w:color w:val="CC3399"/>
        </w:rPr>
        <w:t xml:space="preserve">fell </w:t>
      </w:r>
      <w:r>
        <w:rPr>
          <w:color w:val="00FFCC"/>
        </w:rPr>
        <w:t xml:space="preserve">silent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33CCFF"/>
        </w:rPr>
        <w:t xml:space="preserve">little </w:t>
      </w:r>
      <w:r>
        <w:rPr>
          <w:color w:val="00FFCC"/>
        </w:rPr>
        <w:t xml:space="preserve">eyes </w:t>
      </w:r>
      <w:r>
        <w:rPr>
          <w:color w:val="CC3399"/>
        </w:rPr>
        <w:t xml:space="preserve">darted </w:t>
      </w:r>
      <w:r>
        <w:rPr>
          <w:color w:val="33CCFF"/>
        </w:rPr>
        <w:t xml:space="preserve">suspicious </w:t>
      </w:r>
      <w:r>
        <w:rPr>
          <w:color w:val="00FFCC"/>
        </w:rPr>
        <w:t xml:space="preserve">glances </w:t>
      </w:r>
      <w:r>
        <w:rPr>
          <w:color w:val="FF6600"/>
        </w:rPr>
        <w:t xml:space="preserve">from </w:t>
      </w:r>
      <w:r>
        <w:rPr>
          <w:color w:val="CC3399"/>
        </w:rPr>
        <w:t xml:space="preserve">side </w:t>
      </w:r>
      <w:r>
        <w:rPr>
          <w:color w:val="000000"/>
        </w:rPr>
        <w:t xml:space="preserve">to </w:t>
      </w:r>
      <w:r>
        <w:rPr>
          <w:color w:val="CC3399"/>
        </w:rPr>
        <w:t xml:space="preserve">side </w:t>
      </w:r>
      <w:r>
        <w:rPr>
          <w:color w:val="FF6600"/>
        </w:rPr>
        <w:t xml:space="preserve">before </w:t>
      </w:r>
      <w:r>
        <w:rPr>
          <w:color w:val="000000"/>
        </w:rPr>
        <w:t xml:space="preserve">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proceeded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had come </w:t>
      </w:r>
      <w:r>
        <w:rPr>
          <w:color w:val="000000"/>
        </w:rPr>
        <w:t xml:space="preserve">to his </w:t>
      </w:r>
      <w:r>
        <w:rPr>
          <w:color w:val="00FFCC"/>
        </w:rPr>
        <w:t xml:space="preserve">knowledge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a </w:t>
      </w:r>
      <w:r>
        <w:rPr>
          <w:color w:val="33CCFF"/>
        </w:rPr>
        <w:t xml:space="preserve">foolish </w:t>
      </w:r>
      <w:r>
        <w:rPr>
          <w:color w:val="FF0066"/>
        </w:rPr>
        <w:t xml:space="preserve">and </w:t>
      </w:r>
      <w:r>
        <w:rPr>
          <w:color w:val="CC3399"/>
        </w:rPr>
        <w:t xml:space="preserve">wicked </w:t>
      </w:r>
      <w:r>
        <w:rPr>
          <w:color w:val="00FFCC"/>
        </w:rPr>
        <w:t xml:space="preserve">rumour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been circulated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time </w:t>
      </w:r>
      <w:r>
        <w:rPr>
          <w:color w:val="FF6600"/>
        </w:rPr>
        <w:t xml:space="preserve">of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removal </w:t>
      </w:r>
      <w:r>
        <w:rPr>
          <w:color w:val="000000"/>
        </w:rPr>
        <w:t xml:space="preserve">. Some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noticed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van </w:t>
      </w:r>
      <w:r>
        <w:rPr>
          <w:color w:val="000000"/>
        </w:rPr>
        <w:t xml:space="preserve">which </w:t>
      </w:r>
      <w:r>
        <w:rPr>
          <w:color w:val="CC3399"/>
        </w:rPr>
        <w:t xml:space="preserve">took </w:t>
      </w:r>
      <w:r>
        <w:rPr>
          <w:color w:val="00FFCC"/>
        </w:rPr>
        <w:t xml:space="preserve">Boxer </w:t>
      </w:r>
      <w:r>
        <w:rPr>
          <w:color w:val="00787F"/>
        </w:rPr>
        <w:t xml:space="preserve">away </w:t>
      </w:r>
      <w:r>
        <w:rPr>
          <w:color w:val="CC3399"/>
        </w:rPr>
        <w:t xml:space="preserve">was marked </w:t>
      </w:r>
      <w:r>
        <w:rPr>
          <w:color w:val="000000"/>
        </w:rPr>
        <w:t xml:space="preserve">`` </w:t>
      </w:r>
      <w:r>
        <w:rPr>
          <w:color w:val="00FFCC"/>
        </w:rPr>
        <w:t xml:space="preserve">Horse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Slaughterer </w:t>
      </w:r>
      <w:r>
        <w:rPr>
          <w:color w:val="000000"/>
        </w:rPr>
        <w:t xml:space="preserve">, '' </w:t>
      </w:r>
      <w:r>
        <w:rPr>
          <w:color w:val="FF0066"/>
        </w:rPr>
        <w:t xml:space="preserve">and </w:t>
      </w:r>
      <w:r>
        <w:rPr>
          <w:color w:val="CC3399"/>
        </w:rPr>
        <w:t xml:space="preserve">had </w:t>
      </w:r>
      <w:r>
        <w:rPr>
          <w:color w:val="00787F"/>
        </w:rPr>
        <w:t xml:space="preserve">actually </w:t>
      </w:r>
      <w:r>
        <w:rPr>
          <w:color w:val="CC3399"/>
        </w:rPr>
        <w:t xml:space="preserve">jumped </w:t>
      </w:r>
      <w:r>
        <w:rPr>
          <w:color w:val="000000"/>
        </w:rPr>
        <w:t xml:space="preserve">to the </w:t>
      </w:r>
      <w:r>
        <w:rPr>
          <w:color w:val="00FFCC"/>
        </w:rPr>
        <w:t xml:space="preserve">conclusion </w:t>
      </w:r>
      <w:r>
        <w:rPr>
          <w:color w:val="FF6600"/>
        </w:rPr>
        <w:t xml:space="preserve">that </w:t>
      </w:r>
      <w:r>
        <w:rPr>
          <w:color w:val="00FFCC"/>
        </w:rPr>
        <w:t xml:space="preserve">Boxer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being sent </w:t>
      </w:r>
      <w:r>
        <w:rPr>
          <w:color w:val="000000"/>
        </w:rPr>
        <w:t xml:space="preserve">to the </w:t>
      </w:r>
      <w:r>
        <w:rPr>
          <w:color w:val="00FFCC"/>
        </w:rPr>
        <w:t xml:space="preserve">knacker </w:t>
      </w:r>
      <w:r>
        <w:rPr>
          <w:color w:val="000000"/>
        </w:rPr>
        <w:t xml:space="preserve">'s . It </w:t>
      </w:r>
      <w:r>
        <w:rPr>
          <w:color w:val="CC3399"/>
        </w:rPr>
        <w:t xml:space="preserve">was </w:t>
      </w:r>
      <w:r>
        <w:rPr>
          <w:color w:val="00787F"/>
        </w:rPr>
        <w:t xml:space="preserve">almost </w:t>
      </w:r>
      <w:r>
        <w:rPr>
          <w:color w:val="33CCFF"/>
        </w:rPr>
        <w:t xml:space="preserve">unbelievable </w:t>
      </w:r>
      <w:r>
        <w:rPr>
          <w:color w:val="000000"/>
        </w:rPr>
        <w:t xml:space="preserve">, </w:t>
      </w:r>
      <w:r>
        <w:rPr>
          <w:color w:val="CC3399"/>
        </w:rPr>
        <w:t xml:space="preserve">said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any </w:t>
      </w:r>
      <w:r>
        <w:rPr>
          <w:color w:val="00FFCC"/>
        </w:rPr>
        <w:t xml:space="preserve">animal </w:t>
      </w:r>
      <w:r>
        <w:rPr>
          <w:color w:val="003E3E"/>
        </w:rPr>
        <w:t xml:space="preserve">could </w:t>
      </w:r>
      <w:r>
        <w:rPr>
          <w:color w:val="CC3399"/>
        </w:rPr>
        <w:t xml:space="preserve">be </w:t>
      </w:r>
      <w:r>
        <w:rPr>
          <w:color w:val="00787F"/>
        </w:rPr>
        <w:t xml:space="preserve">so </w:t>
      </w:r>
      <w:r>
        <w:rPr>
          <w:color w:val="33CCFF"/>
        </w:rPr>
        <w:t xml:space="preserve">stupid </w:t>
      </w:r>
      <w:r>
        <w:rPr>
          <w:color w:val="000000"/>
        </w:rPr>
        <w:t xml:space="preserve">. </w:t>
      </w:r>
      <w:r>
        <w:rPr>
          <w:color w:val="00787F"/>
        </w:rPr>
        <w:t xml:space="preserve">Surely </w:t>
      </w:r>
      <w:r>
        <w:rPr>
          <w:color w:val="000000"/>
        </w:rPr>
        <w:t xml:space="preserve">, he </w:t>
      </w:r>
      <w:r>
        <w:rPr>
          <w:color w:val="CC3399"/>
        </w:rPr>
        <w:t xml:space="preserve">cried </w:t>
      </w:r>
      <w:r>
        <w:rPr>
          <w:color w:val="00787F"/>
        </w:rPr>
        <w:t xml:space="preserve">indignantly </w:t>
      </w:r>
      <w:r>
        <w:rPr>
          <w:color w:val="000000"/>
        </w:rPr>
        <w:t xml:space="preserve">, </w:t>
      </w:r>
      <w:r>
        <w:rPr>
          <w:color w:val="CC3399"/>
        </w:rPr>
        <w:t xml:space="preserve">whisking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tail </w:t>
      </w:r>
      <w:r>
        <w:rPr>
          <w:color w:val="FF0066"/>
        </w:rPr>
        <w:t xml:space="preserve">and </w:t>
      </w:r>
      <w:r>
        <w:rPr>
          <w:color w:val="CC3399"/>
        </w:rPr>
        <w:t xml:space="preserve">skipping </w:t>
      </w:r>
      <w:r>
        <w:rPr>
          <w:color w:val="FF6600"/>
        </w:rPr>
        <w:t xml:space="preserve">from </w:t>
      </w:r>
      <w:r>
        <w:rPr>
          <w:color w:val="CC3399"/>
        </w:rPr>
        <w:t xml:space="preserve">side </w:t>
      </w:r>
      <w:r>
        <w:rPr>
          <w:color w:val="000000"/>
        </w:rPr>
        <w:t xml:space="preserve">to </w:t>
      </w:r>
      <w:r>
        <w:rPr>
          <w:color w:val="CC3399"/>
        </w:rPr>
        <w:t xml:space="preserve">side </w:t>
      </w:r>
      <w:r>
        <w:rPr>
          <w:color w:val="000000"/>
        </w:rPr>
        <w:t xml:space="preserve">, </w:t>
      </w:r>
      <w:r>
        <w:rPr>
          <w:color w:val="00787F"/>
        </w:rPr>
        <w:t xml:space="preserve">surely </w:t>
      </w:r>
      <w:r>
        <w:rPr>
          <w:color w:val="000000"/>
        </w:rPr>
        <w:t xml:space="preserve">they </w:t>
      </w:r>
      <w:r>
        <w:rPr>
          <w:color w:val="CC3399"/>
        </w:rPr>
        <w:t xml:space="preserve">knew </w:t>
      </w:r>
      <w:r>
        <w:rPr>
          <w:color w:val="000000"/>
        </w:rPr>
        <w:t xml:space="preserve">their </w:t>
      </w:r>
      <w:r>
        <w:rPr>
          <w:color w:val="33CCFF"/>
        </w:rPr>
        <w:t xml:space="preserve">beloved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Leader </w:t>
      </w:r>
      <w:r>
        <w:rPr>
          <w:color w:val="000000"/>
        </w:rPr>
        <w:t xml:space="preserve">, </w:t>
      </w:r>
      <w:r>
        <w:rPr>
          <w:color w:val="00FFCC"/>
        </w:rPr>
        <w:t xml:space="preserve">Comrade Napoleon </w:t>
      </w:r>
      <w:r>
        <w:rPr>
          <w:color w:val="000000"/>
        </w:rPr>
        <w:t xml:space="preserve">, </w:t>
      </w:r>
      <w:r>
        <w:rPr>
          <w:color w:val="33CCFF"/>
        </w:rPr>
        <w:t xml:space="preserve">better </w:t>
      </w:r>
      <w:r>
        <w:rPr>
          <w:color w:val="FF6600"/>
        </w:rPr>
        <w:t xml:space="preserve">than </w:t>
      </w:r>
      <w:r>
        <w:rPr>
          <w:color w:val="000000"/>
        </w:rPr>
        <w:t xml:space="preserve">that ?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explanation </w:t>
      </w:r>
      <w:r>
        <w:rPr>
          <w:color w:val="CC3399"/>
        </w:rPr>
        <w:t xml:space="preserve">was </w:t>
      </w:r>
      <w:r>
        <w:rPr>
          <w:color w:val="00787F"/>
        </w:rPr>
        <w:t xml:space="preserve">really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very </w:t>
      </w:r>
      <w:r>
        <w:rPr>
          <w:color w:val="33CCFF"/>
        </w:rPr>
        <w:t xml:space="preserve">simple </w:t>
      </w:r>
      <w:r>
        <w:rPr>
          <w:color w:val="000000"/>
        </w:rPr>
        <w:t xml:space="preserve">. The </w:t>
      </w:r>
      <w:r>
        <w:rPr>
          <w:color w:val="00FFCC"/>
        </w:rPr>
        <w:t xml:space="preserve">van </w:t>
      </w:r>
      <w:r>
        <w:rPr>
          <w:color w:val="CC3399"/>
        </w:rPr>
        <w:t xml:space="preserve">had </w:t>
      </w:r>
      <w:r>
        <w:rPr>
          <w:color w:val="00787F"/>
        </w:rPr>
        <w:t>pre</w:t>
      </w:r>
      <w:r>
        <w:rPr>
          <w:color w:val="00787F"/>
        </w:rPr>
        <w:t xml:space="preserve">viously </w:t>
      </w:r>
      <w:r>
        <w:rPr>
          <w:color w:val="CC3399"/>
        </w:rPr>
        <w:t xml:space="preserve">been </w:t>
      </w:r>
      <w:r>
        <w:rPr>
          <w:color w:val="000000"/>
        </w:rPr>
        <w:t xml:space="preserve">the </w:t>
      </w:r>
      <w:r>
        <w:rPr>
          <w:color w:val="00FFCC"/>
        </w:rPr>
        <w:t xml:space="preserve">property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knacker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been bought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33CCFF"/>
        </w:rPr>
        <w:t xml:space="preserve">veterinary </w:t>
      </w:r>
      <w:r>
        <w:rPr>
          <w:color w:val="00FFCC"/>
        </w:rPr>
        <w:t xml:space="preserve">surgeon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</w:t>
      </w:r>
      <w:r>
        <w:rPr>
          <w:color w:val="00787F"/>
        </w:rPr>
        <w:t xml:space="preserve">not yet </w:t>
      </w:r>
      <w:r>
        <w:rPr>
          <w:color w:val="CC3399"/>
        </w:rPr>
        <w:t xml:space="preserve">painted </w:t>
      </w:r>
      <w:r>
        <w:rPr>
          <w:color w:val="000000"/>
        </w:rPr>
        <w:t xml:space="preserve">the </w:t>
      </w:r>
      <w:r>
        <w:rPr>
          <w:color w:val="33CCFF"/>
        </w:rPr>
        <w:t xml:space="preserve">old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name </w:t>
      </w:r>
      <w:r>
        <w:rPr>
          <w:color w:val="000000"/>
        </w:rPr>
        <w:t xml:space="preserve">out . That </w:t>
      </w:r>
      <w:r>
        <w:rPr>
          <w:color w:val="CC3399"/>
        </w:rPr>
        <w:t xml:space="preserve">was </w:t>
      </w:r>
      <w:r>
        <w:rPr>
          <w:color w:val="000000"/>
        </w:rPr>
        <w:t xml:space="preserve">how the </w:t>
      </w:r>
      <w:r>
        <w:rPr>
          <w:color w:val="00FFCC"/>
        </w:rPr>
        <w:t xml:space="preserve">mistake </w:t>
      </w:r>
      <w:r>
        <w:rPr>
          <w:color w:val="CC3399"/>
        </w:rPr>
        <w:t xml:space="preserve">had arisen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787F"/>
        </w:rPr>
        <w:t xml:space="preserve">enormously </w:t>
      </w:r>
      <w:r>
        <w:rPr>
          <w:color w:val="CC3399"/>
        </w:rPr>
        <w:t xml:space="preserve">relieved </w:t>
      </w:r>
      <w:r>
        <w:rPr>
          <w:color w:val="000000"/>
        </w:rPr>
        <w:t xml:space="preserve">to </w:t>
      </w:r>
      <w:r>
        <w:rPr>
          <w:color w:val="CC3399"/>
        </w:rPr>
        <w:t xml:space="preserve">hear </w:t>
      </w:r>
      <w:r>
        <w:rPr>
          <w:color w:val="000000"/>
        </w:rPr>
        <w:t xml:space="preserve">this .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went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0000"/>
        </w:rPr>
        <w:t xml:space="preserve">to </w:t>
      </w:r>
      <w:r>
        <w:rPr>
          <w:color w:val="CC3399"/>
        </w:rPr>
        <w:t xml:space="preserve">give </w:t>
      </w:r>
      <w:r>
        <w:rPr>
          <w:color w:val="33CCFF"/>
        </w:rPr>
        <w:t xml:space="preserve">further </w:t>
      </w:r>
      <w:r>
        <w:rPr>
          <w:color w:val="00FFCC"/>
        </w:rPr>
        <w:t xml:space="preserve">graphic details </w:t>
      </w:r>
      <w:r>
        <w:rPr>
          <w:color w:val="FF6600"/>
        </w:rPr>
        <w:t xml:space="preserve">of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death-bed </w:t>
      </w:r>
      <w:r>
        <w:rPr>
          <w:color w:val="000000"/>
        </w:rPr>
        <w:t xml:space="preserve">, the </w:t>
      </w:r>
      <w:r>
        <w:rPr>
          <w:color w:val="33CCFF"/>
        </w:rPr>
        <w:t xml:space="preserve">admirable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care </w:t>
      </w:r>
      <w:r>
        <w:rPr>
          <w:color w:val="000000"/>
        </w:rPr>
        <w:t xml:space="preserve">he </w:t>
      </w:r>
      <w:r>
        <w:rPr>
          <w:color w:val="CC3399"/>
        </w:rPr>
        <w:t xml:space="preserve">had received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expensive </w:t>
      </w:r>
      <w:r>
        <w:rPr>
          <w:color w:val="00FFCC"/>
        </w:rPr>
        <w:t xml:space="preserve">medicines </w:t>
      </w:r>
      <w:r>
        <w:rPr>
          <w:color w:val="FF6600"/>
        </w:rPr>
        <w:t xml:space="preserve">for </w:t>
      </w:r>
      <w:r>
        <w:rPr>
          <w:color w:val="000000"/>
        </w:rPr>
        <w:t xml:space="preserve">which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paid </w:t>
      </w:r>
      <w:r>
        <w:rPr>
          <w:color w:val="FF6600"/>
        </w:rPr>
        <w:t xml:space="preserve">without </w:t>
      </w:r>
      <w:r>
        <w:rPr>
          <w:color w:val="000000"/>
        </w:rPr>
        <w:t xml:space="preserve">a </w:t>
      </w:r>
      <w:r>
        <w:rPr>
          <w:color w:val="00FFCC"/>
        </w:rPr>
        <w:t xml:space="preserve">thought </w:t>
      </w:r>
      <w:r>
        <w:rPr>
          <w:color w:val="FF6600"/>
        </w:rPr>
        <w:t xml:space="preserve">as </w:t>
      </w:r>
      <w:r>
        <w:rPr>
          <w:color w:val="000000"/>
        </w:rPr>
        <w:t xml:space="preserve">to the </w:t>
      </w:r>
      <w:r>
        <w:rPr>
          <w:color w:val="00FFCC"/>
        </w:rPr>
        <w:t xml:space="preserve">cost </w:t>
      </w:r>
      <w:r>
        <w:rPr>
          <w:color w:val="000000"/>
        </w:rPr>
        <w:t xml:space="preserve">, their </w:t>
      </w:r>
      <w:r>
        <w:rPr>
          <w:color w:val="33CCFF"/>
        </w:rPr>
        <w:t xml:space="preserve">last </w:t>
      </w:r>
      <w:r>
        <w:rPr>
          <w:color w:val="00FFCC"/>
        </w:rPr>
        <w:t xml:space="preserve">doubts </w:t>
      </w:r>
      <w:r>
        <w:rPr>
          <w:color w:val="CC3399"/>
        </w:rPr>
        <w:t xml:space="preserve">disappeared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sorrow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felt </w:t>
      </w:r>
      <w:r>
        <w:rPr>
          <w:color w:val="FF6600"/>
        </w:rPr>
        <w:t xml:space="preserve">for </w:t>
      </w:r>
      <w:r>
        <w:rPr>
          <w:color w:val="000000"/>
        </w:rPr>
        <w:t>their</w:t>
      </w:r>
      <w:r>
        <w:rPr>
          <w:color w:val="000000"/>
        </w:rPr>
        <w:t xml:space="preserve"> </w:t>
      </w:r>
      <w:r>
        <w:rPr>
          <w:color w:val="00FFCC"/>
        </w:rPr>
        <w:t xml:space="preserve">comrade </w:t>
      </w:r>
      <w:r>
        <w:rPr>
          <w:color w:val="000000"/>
        </w:rPr>
        <w:t xml:space="preserve">'s </w:t>
      </w:r>
      <w:r>
        <w:rPr>
          <w:color w:val="00FFCC"/>
        </w:rPr>
        <w:t xml:space="preserve">death </w:t>
      </w:r>
      <w:r>
        <w:rPr>
          <w:color w:val="CC3399"/>
        </w:rPr>
        <w:t xml:space="preserve">was tempered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thought </w:t>
      </w:r>
      <w:r>
        <w:rPr>
          <w:color w:val="000000"/>
        </w:rPr>
        <w:t xml:space="preserve">that </w:t>
      </w:r>
      <w:r>
        <w:rPr>
          <w:color w:val="FF6600"/>
        </w:rPr>
        <w:t xml:space="preserve">at </w:t>
      </w:r>
      <w:r>
        <w:rPr>
          <w:color w:val="33CCFF"/>
        </w:rPr>
        <w:t xml:space="preserve">least </w:t>
      </w:r>
      <w:r>
        <w:rPr>
          <w:color w:val="000000"/>
        </w:rPr>
        <w:t xml:space="preserve">he </w:t>
      </w:r>
      <w:r>
        <w:rPr>
          <w:color w:val="CC3399"/>
        </w:rPr>
        <w:t xml:space="preserve">had died </w:t>
      </w:r>
      <w:r>
        <w:rPr>
          <w:color w:val="33CCFF"/>
        </w:rPr>
        <w:t xml:space="preserve">happy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lastRenderedPageBreak/>
        <w:t xml:space="preserve">Napoleon </w:t>
      </w:r>
      <w:r>
        <w:rPr>
          <w:color w:val="000000"/>
        </w:rPr>
        <w:t xml:space="preserve">himself </w:t>
      </w:r>
      <w:r>
        <w:rPr>
          <w:color w:val="CC3399"/>
        </w:rPr>
        <w:t xml:space="preserve">appeared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meeting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following </w:t>
      </w:r>
      <w:r>
        <w:rPr>
          <w:color w:val="00FFCC"/>
        </w:rPr>
        <w:t xml:space="preserve">Sunday morning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pronounced </w:t>
      </w:r>
      <w:r>
        <w:rPr>
          <w:color w:val="000000"/>
        </w:rPr>
        <w:t xml:space="preserve">a </w:t>
      </w:r>
      <w:r>
        <w:rPr>
          <w:color w:val="33CCFF"/>
        </w:rPr>
        <w:t xml:space="preserve">short </w:t>
      </w:r>
      <w:r>
        <w:rPr>
          <w:color w:val="00FFCC"/>
        </w:rPr>
        <w:t xml:space="preserve">oration </w:t>
      </w:r>
      <w:r>
        <w:rPr>
          <w:color w:val="FF6600"/>
        </w:rPr>
        <w:t xml:space="preserve">in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honour </w:t>
      </w:r>
      <w:r>
        <w:rPr>
          <w:color w:val="000000"/>
        </w:rPr>
        <w:t xml:space="preserve">. It </w:t>
      </w: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  <w:r>
        <w:rPr>
          <w:color w:val="CC3399"/>
        </w:rPr>
        <w:t xml:space="preserve">been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possible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to </w:t>
      </w:r>
      <w:r>
        <w:rPr>
          <w:color w:val="CC3399"/>
        </w:rPr>
        <w:t xml:space="preserve">bring </w:t>
      </w:r>
      <w:r>
        <w:rPr>
          <w:color w:val="000000"/>
        </w:rPr>
        <w:t xml:space="preserve">back their </w:t>
      </w:r>
      <w:r>
        <w:rPr>
          <w:color w:val="33CCFF"/>
        </w:rPr>
        <w:t xml:space="preserve">lamented </w:t>
      </w:r>
      <w:r>
        <w:rPr>
          <w:color w:val="00FFCC"/>
        </w:rPr>
        <w:t xml:space="preserve">comrade </w:t>
      </w:r>
      <w:r>
        <w:rPr>
          <w:color w:val="000000"/>
        </w:rPr>
        <w:t xml:space="preserve">'s </w:t>
      </w:r>
      <w:r>
        <w:rPr>
          <w:color w:val="00FFCC"/>
        </w:rPr>
        <w:t xml:space="preserve">remains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interment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he </w:t>
      </w:r>
      <w:r>
        <w:rPr>
          <w:color w:val="CC3399"/>
        </w:rPr>
        <w:t xml:space="preserve">had ordered </w:t>
      </w:r>
      <w:r>
        <w:rPr>
          <w:color w:val="000000"/>
        </w:rPr>
        <w:t xml:space="preserve">a </w:t>
      </w:r>
      <w:r>
        <w:rPr>
          <w:color w:val="33CCFF"/>
        </w:rPr>
        <w:t xml:space="preserve">large </w:t>
      </w:r>
      <w:r>
        <w:rPr>
          <w:color w:val="00FFCC"/>
        </w:rPr>
        <w:t xml:space="preserve">wreath </w:t>
      </w:r>
      <w:r>
        <w:rPr>
          <w:color w:val="000000"/>
        </w:rPr>
        <w:t xml:space="preserve">to </w:t>
      </w:r>
      <w:r>
        <w:rPr>
          <w:color w:val="CC3399"/>
        </w:rPr>
        <w:t xml:space="preserve">be made </w:t>
      </w:r>
      <w:r>
        <w:rPr>
          <w:color w:val="FF6600"/>
        </w:rPr>
        <w:t xml:space="preserve">from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laurels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garden </w:t>
      </w:r>
      <w:r>
        <w:rPr>
          <w:color w:val="FF0066"/>
        </w:rPr>
        <w:t xml:space="preserve">and </w:t>
      </w:r>
      <w:r>
        <w:rPr>
          <w:color w:val="CC3399"/>
        </w:rPr>
        <w:t xml:space="preserve">sent </w:t>
      </w:r>
      <w:r>
        <w:rPr>
          <w:color w:val="00787F"/>
        </w:rPr>
        <w:t xml:space="preserve">down </w:t>
      </w:r>
      <w:r>
        <w:rPr>
          <w:color w:val="000000"/>
        </w:rPr>
        <w:t xml:space="preserve">to </w:t>
      </w:r>
      <w:r>
        <w:rPr>
          <w:color w:val="CC3399"/>
        </w:rPr>
        <w:t xml:space="preserve">be placed </w:t>
      </w:r>
      <w:r>
        <w:rPr>
          <w:color w:val="FF6600"/>
        </w:rPr>
        <w:t xml:space="preserve">on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grave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days </w:t>
      </w:r>
      <w:r>
        <w:rPr>
          <w:color w:val="000000"/>
        </w:rPr>
        <w:t xml:space="preserve">' </w:t>
      </w:r>
      <w:r>
        <w:rPr>
          <w:color w:val="00FFCC"/>
        </w:rPr>
        <w:t xml:space="preserve">time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intended </w:t>
      </w:r>
      <w:r>
        <w:rPr>
          <w:color w:val="000000"/>
        </w:rPr>
        <w:t xml:space="preserve">to </w:t>
      </w:r>
      <w:r>
        <w:rPr>
          <w:color w:val="CC3399"/>
        </w:rPr>
        <w:t xml:space="preserve">hold </w:t>
      </w:r>
      <w:r>
        <w:rPr>
          <w:color w:val="000000"/>
        </w:rPr>
        <w:t xml:space="preserve">a </w:t>
      </w:r>
      <w:r>
        <w:rPr>
          <w:color w:val="33CCFF"/>
        </w:rPr>
        <w:t xml:space="preserve">memorial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banquet </w:t>
      </w:r>
      <w:r>
        <w:rPr>
          <w:color w:val="FF6600"/>
        </w:rPr>
        <w:t xml:space="preserve">in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honour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ended </w:t>
      </w:r>
      <w:r>
        <w:rPr>
          <w:color w:val="000000"/>
        </w:rPr>
        <w:t xml:space="preserve">his </w:t>
      </w:r>
      <w:r>
        <w:rPr>
          <w:color w:val="00FFCC"/>
        </w:rPr>
        <w:t xml:space="preserve">speech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reminder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Boxer </w:t>
      </w:r>
      <w:r>
        <w:rPr>
          <w:color w:val="000000"/>
        </w:rPr>
        <w:t xml:space="preserve">'s two </w:t>
      </w:r>
      <w:r>
        <w:rPr>
          <w:color w:val="33CCFF"/>
        </w:rPr>
        <w:t xml:space="preserve">favourite </w:t>
      </w:r>
      <w:r>
        <w:rPr>
          <w:color w:val="00FFCC"/>
        </w:rPr>
        <w:t xml:space="preserve">maxims </w:t>
      </w:r>
      <w:r>
        <w:rPr>
          <w:color w:val="000000"/>
        </w:rPr>
        <w:t xml:space="preserve">, `` I </w:t>
      </w:r>
      <w:r>
        <w:rPr>
          <w:color w:val="003E3E"/>
        </w:rPr>
        <w:t xml:space="preserve">will </w:t>
      </w:r>
      <w:r>
        <w:rPr>
          <w:color w:val="CC3399"/>
        </w:rPr>
        <w:t xml:space="preserve">work </w:t>
      </w:r>
      <w:r>
        <w:rPr>
          <w:color w:val="00FFCC"/>
        </w:rPr>
        <w:t xml:space="preserve">harder </w:t>
      </w:r>
      <w:r>
        <w:rPr>
          <w:color w:val="000000"/>
        </w:rPr>
        <w:t xml:space="preserve">'' </w:t>
      </w:r>
      <w:r>
        <w:rPr>
          <w:color w:val="FF0066"/>
        </w:rPr>
        <w:t xml:space="preserve">and </w:t>
      </w:r>
      <w:r>
        <w:rPr>
          <w:color w:val="000000"/>
        </w:rPr>
        <w:t xml:space="preserve">`` </w:t>
      </w:r>
      <w:r>
        <w:rPr>
          <w:color w:val="00FFCC"/>
        </w:rPr>
        <w:t xml:space="preserve">Comrade Napoleon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is </w:t>
      </w:r>
      <w:r>
        <w:rPr>
          <w:color w:val="00787F"/>
        </w:rPr>
        <w:t xml:space="preserve">always </w:t>
      </w:r>
      <w:r>
        <w:rPr>
          <w:color w:val="33CCFF"/>
        </w:rPr>
        <w:t xml:space="preserve">right </w:t>
      </w:r>
      <w:r>
        <w:rPr>
          <w:color w:val="000000"/>
        </w:rPr>
        <w:t xml:space="preserve">'' -- </w:t>
      </w:r>
      <w:r>
        <w:rPr>
          <w:color w:val="00FFCC"/>
        </w:rPr>
        <w:t xml:space="preserve">maxims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which every </w:t>
      </w:r>
      <w:r>
        <w:rPr>
          <w:color w:val="00FFCC"/>
        </w:rPr>
        <w:t xml:space="preserve">animal </w:t>
      </w:r>
      <w:r>
        <w:rPr>
          <w:color w:val="003E3E"/>
        </w:rPr>
        <w:t xml:space="preserve">would </w:t>
      </w:r>
      <w:r>
        <w:rPr>
          <w:color w:val="CC3399"/>
        </w:rPr>
        <w:t xml:space="preserve">do </w:t>
      </w:r>
      <w:r>
        <w:rPr>
          <w:color w:val="00787F"/>
        </w:rPr>
        <w:t xml:space="preserve">well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adopt </w:t>
      </w:r>
      <w:r>
        <w:rPr>
          <w:color w:val="FF6600"/>
        </w:rPr>
        <w:t xml:space="preserve">as </w:t>
      </w:r>
      <w:r>
        <w:rPr>
          <w:color w:val="000000"/>
        </w:rPr>
        <w:t xml:space="preserve">his </w:t>
      </w:r>
      <w:r>
        <w:rPr>
          <w:color w:val="33CCFF"/>
        </w:rPr>
        <w:t xml:space="preserve">own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day </w:t>
      </w:r>
      <w:r>
        <w:rPr>
          <w:color w:val="CC3399"/>
        </w:rPr>
        <w:t xml:space="preserve">appointed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banquet </w:t>
      </w:r>
      <w:r>
        <w:rPr>
          <w:color w:val="000000"/>
        </w:rPr>
        <w:t xml:space="preserve">, a </w:t>
      </w:r>
      <w:r>
        <w:rPr>
          <w:color w:val="00FFCC"/>
        </w:rPr>
        <w:t xml:space="preserve">grocer </w:t>
      </w:r>
      <w:r>
        <w:rPr>
          <w:color w:val="000000"/>
        </w:rPr>
        <w:t xml:space="preserve">'s </w:t>
      </w:r>
      <w:r>
        <w:rPr>
          <w:color w:val="00FFCC"/>
        </w:rPr>
        <w:t xml:space="preserve">van </w:t>
      </w:r>
      <w:r>
        <w:rPr>
          <w:color w:val="CC3399"/>
        </w:rPr>
        <w:t xml:space="preserve">drove </w:t>
      </w:r>
      <w:r>
        <w:rPr>
          <w:color w:val="000000"/>
        </w:rPr>
        <w:t xml:space="preserve">up </w:t>
      </w:r>
      <w:r>
        <w:rPr>
          <w:color w:val="FF6600"/>
        </w:rPr>
        <w:t xml:space="preserve">from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Willingdon </w:t>
      </w:r>
      <w:r>
        <w:rPr>
          <w:color w:val="FF0066"/>
        </w:rPr>
        <w:t xml:space="preserve">and </w:t>
      </w:r>
      <w:r>
        <w:rPr>
          <w:color w:val="CC3399"/>
        </w:rPr>
        <w:t xml:space="preserve">delivered </w:t>
      </w:r>
      <w:r>
        <w:rPr>
          <w:color w:val="000000"/>
        </w:rPr>
        <w:t xml:space="preserve">a </w:t>
      </w:r>
      <w:r>
        <w:rPr>
          <w:color w:val="33CCFF"/>
        </w:rPr>
        <w:t xml:space="preserve">large wooden </w:t>
      </w:r>
      <w:r>
        <w:rPr>
          <w:color w:val="00FFCC"/>
        </w:rPr>
        <w:t xml:space="preserve">crate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. That </w:t>
      </w:r>
      <w:r>
        <w:rPr>
          <w:color w:val="00FFCC"/>
        </w:rPr>
        <w:t xml:space="preserve">night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00FFCC"/>
        </w:rPr>
        <w:t xml:space="preserve">sound </w:t>
      </w:r>
      <w:r>
        <w:rPr>
          <w:color w:val="FF6600"/>
        </w:rPr>
        <w:t xml:space="preserve">of </w:t>
      </w:r>
      <w:r>
        <w:rPr>
          <w:color w:val="33CCFF"/>
        </w:rPr>
        <w:t xml:space="preserve">uproarious </w:t>
      </w:r>
      <w:r>
        <w:rPr>
          <w:color w:val="00FFCC"/>
        </w:rPr>
        <w:t xml:space="preserve">singing </w:t>
      </w:r>
      <w:r>
        <w:rPr>
          <w:color w:val="000000"/>
        </w:rPr>
        <w:t xml:space="preserve">, which </w:t>
      </w:r>
      <w:r>
        <w:rPr>
          <w:color w:val="CC3399"/>
        </w:rPr>
        <w:t xml:space="preserve">was followed </w:t>
      </w:r>
      <w:r>
        <w:rPr>
          <w:color w:val="FF6600"/>
        </w:rPr>
        <w:t xml:space="preserve">by </w:t>
      </w:r>
      <w:r>
        <w:rPr>
          <w:color w:val="000000"/>
        </w:rPr>
        <w:t xml:space="preserve">what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sounded </w:t>
      </w:r>
      <w:r>
        <w:rPr>
          <w:color w:val="FF6600"/>
        </w:rPr>
        <w:t xml:space="preserve">like </w:t>
      </w:r>
      <w:r>
        <w:rPr>
          <w:color w:val="000000"/>
        </w:rPr>
        <w:t xml:space="preserve">a </w:t>
      </w:r>
      <w:r>
        <w:rPr>
          <w:color w:val="33CCFF"/>
        </w:rPr>
        <w:t xml:space="preserve">violent </w:t>
      </w:r>
      <w:r>
        <w:rPr>
          <w:color w:val="00FFCC"/>
        </w:rPr>
        <w:t>qu</w:t>
      </w:r>
      <w:r>
        <w:rPr>
          <w:color w:val="00FFCC"/>
        </w:rPr>
        <w:t xml:space="preserve">arrel </w:t>
      </w:r>
      <w:r>
        <w:rPr>
          <w:color w:val="FF0066"/>
        </w:rPr>
        <w:t xml:space="preserve">and </w:t>
      </w:r>
      <w:r>
        <w:rPr>
          <w:color w:val="CC3399"/>
        </w:rPr>
        <w:t xml:space="preserve">ended </w:t>
      </w:r>
      <w:r>
        <w:rPr>
          <w:color w:val="FF6600"/>
        </w:rPr>
        <w:t xml:space="preserve">at about </w:t>
      </w:r>
      <w:r>
        <w:rPr>
          <w:color w:val="33CCFF"/>
        </w:rPr>
        <w:t xml:space="preserve">eleven </w:t>
      </w:r>
      <w:r>
        <w:rPr>
          <w:color w:val="00FFCC"/>
        </w:rPr>
        <w:t xml:space="preserve">o'clock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tremendous </w:t>
      </w:r>
      <w:r>
        <w:rPr>
          <w:color w:val="00FFCC"/>
        </w:rPr>
        <w:t xml:space="preserve">crash </w:t>
      </w:r>
      <w:r>
        <w:rPr>
          <w:color w:val="FF6600"/>
        </w:rPr>
        <w:t xml:space="preserve">of </w:t>
      </w:r>
      <w:r>
        <w:rPr>
          <w:color w:val="00FFCC"/>
        </w:rPr>
        <w:t xml:space="preserve">glass </w:t>
      </w:r>
      <w:r>
        <w:rPr>
          <w:color w:val="000000"/>
        </w:rPr>
        <w:t xml:space="preserve">. No </w:t>
      </w:r>
      <w:r>
        <w:rPr>
          <w:color w:val="00FFCC"/>
        </w:rPr>
        <w:t xml:space="preserve">one </w:t>
      </w:r>
      <w:r>
        <w:rPr>
          <w:color w:val="CC3399"/>
        </w:rPr>
        <w:t xml:space="preserve">stirred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FF6600"/>
        </w:rPr>
        <w:t xml:space="preserve">before </w:t>
      </w:r>
      <w:r>
        <w:rPr>
          <w:color w:val="00FFCC"/>
        </w:rPr>
        <w:t xml:space="preserve">noon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following </w:t>
      </w:r>
      <w:r>
        <w:rPr>
          <w:color w:val="00FFCC"/>
        </w:rPr>
        <w:t xml:space="preserve">day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word </w:t>
      </w:r>
      <w:r>
        <w:rPr>
          <w:color w:val="CC3399"/>
        </w:rPr>
        <w:t xml:space="preserve">went </w:t>
      </w:r>
      <w:r>
        <w:rPr>
          <w:color w:val="00FFCC"/>
        </w:rPr>
        <w:t xml:space="preserve">round </w:t>
      </w:r>
      <w:r>
        <w:rPr>
          <w:color w:val="FF6600"/>
        </w:rPr>
        <w:t xml:space="preserve">that from </w:t>
      </w:r>
      <w:r>
        <w:rPr>
          <w:color w:val="00787F"/>
        </w:rPr>
        <w:t xml:space="preserve">somewhere </w:t>
      </w:r>
      <w:r>
        <w:rPr>
          <w:color w:val="FF0066"/>
        </w:rPr>
        <w:t xml:space="preserve">or </w:t>
      </w:r>
      <w:r>
        <w:rPr>
          <w:color w:val="33CCFF"/>
        </w:rPr>
        <w:t xml:space="preserve">other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had acquired </w:t>
      </w:r>
      <w:r>
        <w:rPr>
          <w:color w:val="000000"/>
        </w:rPr>
        <w:t xml:space="preserve">the </w:t>
      </w:r>
      <w:r>
        <w:rPr>
          <w:color w:val="00FFCC"/>
        </w:rPr>
        <w:t xml:space="preserve">money </w:t>
      </w:r>
      <w:r>
        <w:rPr>
          <w:color w:val="000000"/>
        </w:rPr>
        <w:t xml:space="preserve">to </w:t>
      </w:r>
      <w:r>
        <w:rPr>
          <w:color w:val="CC3399"/>
        </w:rPr>
        <w:t xml:space="preserve">buy </w:t>
      </w:r>
      <w:r>
        <w:rPr>
          <w:color w:val="000000"/>
        </w:rPr>
        <w:t xml:space="preserve">themselves another </w:t>
      </w:r>
      <w:r>
        <w:rPr>
          <w:color w:val="00FFCC"/>
        </w:rPr>
        <w:t xml:space="preserve">case </w:t>
      </w:r>
      <w:r>
        <w:rPr>
          <w:color w:val="FF6600"/>
        </w:rPr>
        <w:t xml:space="preserve">of </w:t>
      </w:r>
      <w:r>
        <w:rPr>
          <w:color w:val="00FFCC"/>
        </w:rPr>
        <w:t xml:space="preserve">whisky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Chapter X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Years </w:t>
      </w:r>
      <w:r>
        <w:rPr>
          <w:color w:val="CC3399"/>
        </w:rPr>
        <w:t xml:space="preserve">passed </w:t>
      </w:r>
      <w:r>
        <w:rPr>
          <w:color w:val="000000"/>
        </w:rPr>
        <w:t xml:space="preserve">. The </w:t>
      </w:r>
      <w:r>
        <w:rPr>
          <w:color w:val="00FFCC"/>
        </w:rPr>
        <w:t xml:space="preserve">seasons </w:t>
      </w:r>
      <w:r>
        <w:rPr>
          <w:color w:val="CC3399"/>
        </w:rPr>
        <w:t xml:space="preserve">came </w:t>
      </w:r>
      <w:r>
        <w:rPr>
          <w:color w:val="FF0066"/>
        </w:rPr>
        <w:t xml:space="preserve">and </w:t>
      </w:r>
      <w:r>
        <w:rPr>
          <w:color w:val="CC3399"/>
        </w:rPr>
        <w:t xml:space="preserve">went </w:t>
      </w:r>
      <w:r>
        <w:rPr>
          <w:color w:val="000000"/>
        </w:rPr>
        <w:t xml:space="preserve">, the </w:t>
      </w:r>
      <w:r>
        <w:rPr>
          <w:color w:val="33CCFF"/>
        </w:rPr>
        <w:t xml:space="preserve">short </w:t>
      </w:r>
      <w:r>
        <w:rPr>
          <w:color w:val="00FFCC"/>
        </w:rPr>
        <w:t xml:space="preserve">animal lives </w:t>
      </w:r>
      <w:r>
        <w:rPr>
          <w:color w:val="CC3399"/>
        </w:rPr>
        <w:t xml:space="preserve">fled </w:t>
      </w:r>
      <w:r>
        <w:rPr>
          <w:color w:val="FF6600"/>
        </w:rPr>
        <w:t xml:space="preserve">by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00FFCC"/>
        </w:rPr>
        <w:t xml:space="preserve">time </w:t>
      </w:r>
      <w:r>
        <w:rPr>
          <w:color w:val="CC3399"/>
        </w:rPr>
        <w:t xml:space="preserve">came </w:t>
      </w:r>
      <w:r>
        <w:rPr>
          <w:color w:val="000000"/>
        </w:rPr>
        <w:t xml:space="preserve">when 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no </w:t>
      </w:r>
      <w:r>
        <w:rPr>
          <w:color w:val="00FFCC"/>
        </w:rPr>
        <w:t xml:space="preserve">one </w:t>
      </w:r>
      <w:r>
        <w:rPr>
          <w:color w:val="000000"/>
        </w:rPr>
        <w:t xml:space="preserve">who </w:t>
      </w:r>
      <w:r>
        <w:rPr>
          <w:color w:val="CC3399"/>
        </w:rPr>
        <w:t xml:space="preserve">remembered </w:t>
      </w:r>
      <w:r>
        <w:rPr>
          <w:color w:val="000000"/>
        </w:rPr>
        <w:t xml:space="preserve">the </w:t>
      </w:r>
      <w:r>
        <w:rPr>
          <w:color w:val="33CCFF"/>
        </w:rPr>
        <w:t xml:space="preserve">old </w:t>
      </w:r>
      <w:r>
        <w:rPr>
          <w:color w:val="00FFCC"/>
        </w:rPr>
        <w:t xml:space="preserve">days </w:t>
      </w:r>
      <w:r>
        <w:rPr>
          <w:color w:val="FF6600"/>
        </w:rPr>
        <w:t xml:space="preserve">before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Rebellion </w:t>
      </w:r>
      <w:r>
        <w:rPr>
          <w:color w:val="000000"/>
        </w:rPr>
        <w:t xml:space="preserve">, </w:t>
      </w:r>
      <w:r>
        <w:rPr>
          <w:color w:val="FF6600"/>
        </w:rPr>
        <w:t xml:space="preserve">except </w:t>
      </w:r>
      <w:r>
        <w:rPr>
          <w:color w:val="00FFCC"/>
        </w:rPr>
        <w:t xml:space="preserve">Clover </w:t>
      </w:r>
      <w:r>
        <w:rPr>
          <w:color w:val="000000"/>
        </w:rPr>
        <w:t xml:space="preserve">, </w:t>
      </w:r>
      <w:r>
        <w:rPr>
          <w:color w:val="00FFCC"/>
        </w:rPr>
        <w:t xml:space="preserve">Benjamin </w:t>
      </w:r>
      <w:r>
        <w:rPr>
          <w:color w:val="000000"/>
        </w:rPr>
        <w:t xml:space="preserve">, </w:t>
      </w:r>
      <w:r>
        <w:rPr>
          <w:color w:val="CC3399"/>
        </w:rPr>
        <w:t xml:space="preserve">Moses </w:t>
      </w:r>
      <w:r>
        <w:rPr>
          <w:color w:val="000000"/>
        </w:rPr>
        <w:t xml:space="preserve">the </w:t>
      </w:r>
      <w:r>
        <w:rPr>
          <w:color w:val="00FFCC"/>
        </w:rPr>
        <w:t xml:space="preserve">raven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00FFCC"/>
        </w:rPr>
        <w:t xml:space="preserve">number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pigs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Muriel </w:t>
      </w:r>
      <w:r>
        <w:rPr>
          <w:color w:val="CC3399"/>
        </w:rPr>
        <w:t xml:space="preserve">was </w:t>
      </w:r>
      <w:r>
        <w:rPr>
          <w:color w:val="33CCFF"/>
        </w:rPr>
        <w:t xml:space="preserve">dead </w:t>
      </w:r>
      <w:r>
        <w:rPr>
          <w:color w:val="000000"/>
        </w:rPr>
        <w:t xml:space="preserve">; </w:t>
      </w:r>
      <w:r>
        <w:rPr>
          <w:color w:val="00FFCC"/>
        </w:rPr>
        <w:t xml:space="preserve">Bluebell </w:t>
      </w:r>
      <w:r>
        <w:rPr>
          <w:color w:val="000000"/>
        </w:rPr>
        <w:t xml:space="preserve">, </w:t>
      </w:r>
      <w:r>
        <w:rPr>
          <w:color w:val="00FFCC"/>
        </w:rPr>
        <w:t xml:space="preserve">Jessie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Pincher </w:t>
      </w:r>
      <w:r>
        <w:rPr>
          <w:color w:val="CC3399"/>
        </w:rPr>
        <w:t xml:space="preserve">were </w:t>
      </w:r>
      <w:r>
        <w:rPr>
          <w:color w:val="33CCFF"/>
        </w:rPr>
        <w:t xml:space="preserve">dead </w:t>
      </w:r>
      <w:r>
        <w:rPr>
          <w:color w:val="000000"/>
        </w:rPr>
        <w:t xml:space="preserve">. </w:t>
      </w:r>
      <w:r>
        <w:rPr>
          <w:color w:val="00FFCC"/>
        </w:rPr>
        <w:t xml:space="preserve">Jones </w:t>
      </w:r>
      <w:r>
        <w:rPr>
          <w:color w:val="00787F"/>
        </w:rPr>
        <w:t xml:space="preserve">too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dead </w:t>
      </w:r>
      <w:r>
        <w:rPr>
          <w:color w:val="000000"/>
        </w:rPr>
        <w:t xml:space="preserve">-- he </w:t>
      </w:r>
      <w:r>
        <w:rPr>
          <w:color w:val="CC3399"/>
        </w:rPr>
        <w:t xml:space="preserve">had died </w:t>
      </w:r>
      <w:r>
        <w:rPr>
          <w:color w:val="FF6600"/>
        </w:rPr>
        <w:t xml:space="preserve">in </w:t>
      </w:r>
      <w:r>
        <w:rPr>
          <w:color w:val="000000"/>
        </w:rPr>
        <w:t xml:space="preserve">an </w:t>
      </w:r>
      <w:r>
        <w:rPr>
          <w:color w:val="00FFCC"/>
        </w:rPr>
        <w:t xml:space="preserve">inebriates </w:t>
      </w:r>
      <w:r>
        <w:rPr>
          <w:color w:val="000000"/>
        </w:rPr>
        <w:t xml:space="preserve">' </w:t>
      </w:r>
      <w:r>
        <w:rPr>
          <w:color w:val="00FFCC"/>
        </w:rPr>
        <w:t xml:space="preserve">home </w:t>
      </w:r>
      <w:r>
        <w:rPr>
          <w:color w:val="FF6600"/>
        </w:rPr>
        <w:t xml:space="preserve">in </w:t>
      </w:r>
      <w:r>
        <w:rPr>
          <w:color w:val="000000"/>
        </w:rPr>
        <w:t xml:space="preserve">another </w:t>
      </w:r>
      <w:r>
        <w:rPr>
          <w:color w:val="00FFCC"/>
        </w:rPr>
        <w:t xml:space="preserve">part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country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Snowball </w:t>
      </w:r>
      <w:r>
        <w:rPr>
          <w:color w:val="CC3399"/>
        </w:rPr>
        <w:t xml:space="preserve">was forgotten </w:t>
      </w:r>
      <w:r>
        <w:rPr>
          <w:color w:val="000000"/>
        </w:rPr>
        <w:t xml:space="preserve">. </w:t>
      </w:r>
      <w:r>
        <w:rPr>
          <w:color w:val="00FFCC"/>
        </w:rPr>
        <w:t xml:space="preserve">Boxer </w:t>
      </w:r>
      <w:r>
        <w:rPr>
          <w:color w:val="CC3399"/>
        </w:rPr>
        <w:t xml:space="preserve">was forgotten </w:t>
      </w:r>
      <w:r>
        <w:rPr>
          <w:color w:val="000000"/>
        </w:rPr>
        <w:t xml:space="preserve">, </w:t>
      </w:r>
      <w:r>
        <w:rPr>
          <w:color w:val="FF6600"/>
        </w:rPr>
        <w:t xml:space="preserve">except by </w:t>
      </w:r>
      <w:r>
        <w:rPr>
          <w:color w:val="000000"/>
        </w:rPr>
        <w:t xml:space="preserve">the </w:t>
      </w:r>
      <w:r>
        <w:rPr>
          <w:color w:val="33CCFF"/>
        </w:rPr>
        <w:t xml:space="preserve">few </w:t>
      </w:r>
      <w:r>
        <w:rPr>
          <w:color w:val="000000"/>
        </w:rPr>
        <w:t xml:space="preserve">who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known </w:t>
      </w:r>
      <w:r>
        <w:rPr>
          <w:color w:val="000000"/>
        </w:rPr>
        <w:t xml:space="preserve">him . </w:t>
      </w:r>
      <w:r>
        <w:rPr>
          <w:color w:val="00FFCC"/>
        </w:rPr>
        <w:t xml:space="preserve">Clover </w:t>
      </w:r>
      <w:r>
        <w:rPr>
          <w:color w:val="CC3399"/>
        </w:rPr>
        <w:t xml:space="preserve">was </w:t>
      </w:r>
      <w:r>
        <w:rPr>
          <w:color w:val="000000"/>
        </w:rPr>
        <w:t xml:space="preserve">an </w:t>
      </w:r>
      <w:r>
        <w:rPr>
          <w:color w:val="33CCFF"/>
        </w:rPr>
        <w:t xml:space="preserve">old </w:t>
      </w:r>
      <w:r>
        <w:rPr>
          <w:color w:val="00FFCC"/>
        </w:rPr>
        <w:t xml:space="preserve">stout mare </w:t>
      </w:r>
      <w:r>
        <w:rPr>
          <w:color w:val="00787F"/>
        </w:rPr>
        <w:t xml:space="preserve">now </w:t>
      </w:r>
      <w:r>
        <w:rPr>
          <w:color w:val="000000"/>
        </w:rPr>
        <w:t xml:space="preserve">, </w:t>
      </w:r>
      <w:r>
        <w:rPr>
          <w:color w:val="00FFCC"/>
        </w:rPr>
        <w:t xml:space="preserve">stiff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joints </w:t>
      </w:r>
      <w:r>
        <w:rPr>
          <w:color w:val="FF0066"/>
        </w:rPr>
        <w:t xml:space="preserve">and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00FFCC"/>
        </w:rPr>
        <w:t xml:space="preserve">tendency </w:t>
      </w:r>
      <w:r>
        <w:rPr>
          <w:color w:val="000000"/>
        </w:rPr>
        <w:t xml:space="preserve">to </w:t>
      </w:r>
      <w:r>
        <w:rPr>
          <w:color w:val="CC3399"/>
        </w:rPr>
        <w:t xml:space="preserve">rheumy </w:t>
      </w:r>
      <w:r>
        <w:rPr>
          <w:color w:val="00FFCC"/>
        </w:rPr>
        <w:t xml:space="preserve">eyes </w:t>
      </w:r>
      <w:r>
        <w:rPr>
          <w:color w:val="000000"/>
        </w:rPr>
        <w:t xml:space="preserve">. She </w:t>
      </w:r>
      <w:r>
        <w:rPr>
          <w:color w:val="CC3399"/>
        </w:rPr>
        <w:t xml:space="preserve">was </w:t>
      </w:r>
      <w:r>
        <w:rPr>
          <w:color w:val="000000"/>
        </w:rPr>
        <w:t xml:space="preserve">two </w:t>
      </w:r>
      <w:r>
        <w:rPr>
          <w:color w:val="00FFCC"/>
        </w:rPr>
        <w:t xml:space="preserve">years </w:t>
      </w:r>
      <w:r>
        <w:rPr>
          <w:color w:val="FF6600"/>
        </w:rPr>
        <w:t xml:space="preserve">past </w:t>
      </w:r>
      <w:r>
        <w:rPr>
          <w:color w:val="000000"/>
        </w:rPr>
        <w:t xml:space="preserve">the </w:t>
      </w:r>
      <w:r>
        <w:rPr>
          <w:color w:val="00FFCC"/>
        </w:rPr>
        <w:t xml:space="preserve">retiring age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FF6600"/>
        </w:rPr>
        <w:t xml:space="preserve">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fact </w:t>
      </w:r>
      <w:r>
        <w:rPr>
          <w:color w:val="000000"/>
        </w:rPr>
        <w:t xml:space="preserve">no </w:t>
      </w:r>
      <w:r>
        <w:rPr>
          <w:color w:val="00FFCC"/>
        </w:rPr>
        <w:t xml:space="preserve">animal </w:t>
      </w:r>
      <w:r>
        <w:rPr>
          <w:color w:val="CC3399"/>
        </w:rPr>
        <w:t xml:space="preserve">had </w:t>
      </w:r>
      <w:r>
        <w:rPr>
          <w:color w:val="00787F"/>
        </w:rPr>
        <w:t xml:space="preserve">ever actually </w:t>
      </w:r>
      <w:r>
        <w:rPr>
          <w:color w:val="CC3399"/>
        </w:rPr>
        <w:t xml:space="preserve">retired </w:t>
      </w:r>
      <w:r>
        <w:rPr>
          <w:color w:val="000000"/>
        </w:rPr>
        <w:t xml:space="preserve">. The </w:t>
      </w:r>
      <w:r>
        <w:rPr>
          <w:color w:val="00FFCC"/>
        </w:rPr>
        <w:t xml:space="preserve">talk </w:t>
      </w:r>
      <w:r>
        <w:rPr>
          <w:color w:val="FF6600"/>
        </w:rPr>
        <w:t xml:space="preserve">of </w:t>
      </w:r>
      <w:r>
        <w:rPr>
          <w:color w:val="CC3399"/>
        </w:rPr>
        <w:t xml:space="preserve">setting </w:t>
      </w:r>
      <w:r>
        <w:rPr>
          <w:color w:val="000000"/>
        </w:rPr>
        <w:t xml:space="preserve">aside 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corner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pasture </w:t>
      </w:r>
      <w:r>
        <w:rPr>
          <w:color w:val="FF6600"/>
        </w:rPr>
        <w:t xml:space="preserve">for </w:t>
      </w:r>
      <w:r>
        <w:rPr>
          <w:color w:val="33CCFF"/>
        </w:rPr>
        <w:t xml:space="preserve">superannuated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</w:t>
      </w:r>
      <w:r>
        <w:rPr>
          <w:color w:val="33CCFF"/>
        </w:rPr>
        <w:t xml:space="preserve">long </w:t>
      </w:r>
      <w:r>
        <w:rPr>
          <w:color w:val="FF6600"/>
        </w:rPr>
        <w:t xml:space="preserve">since </w:t>
      </w:r>
      <w:r>
        <w:rPr>
          <w:color w:val="CC3399"/>
        </w:rPr>
        <w:t xml:space="preserve">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dropped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was </w:t>
      </w:r>
      <w:r>
        <w:rPr>
          <w:color w:val="00787F"/>
        </w:rPr>
        <w:t xml:space="preserve">now </w:t>
      </w:r>
      <w:r>
        <w:rPr>
          <w:color w:val="000000"/>
        </w:rPr>
        <w:t xml:space="preserve">a </w:t>
      </w:r>
      <w:r>
        <w:rPr>
          <w:color w:val="00FFCC"/>
        </w:rPr>
        <w:t xml:space="preserve">mature boar </w:t>
      </w:r>
      <w:r>
        <w:rPr>
          <w:color w:val="FF6600"/>
        </w:rPr>
        <w:t xml:space="preserve">of </w:t>
      </w:r>
      <w:r>
        <w:rPr>
          <w:color w:val="33CCFF"/>
        </w:rPr>
        <w:t xml:space="preserve">twenty-four </w:t>
      </w:r>
      <w:r>
        <w:rPr>
          <w:color w:val="00FFCC"/>
        </w:rPr>
        <w:t xml:space="preserve">stone </w:t>
      </w:r>
      <w:r>
        <w:rPr>
          <w:color w:val="000000"/>
        </w:rPr>
        <w:t xml:space="preserve">.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so </w:t>
      </w:r>
      <w:r>
        <w:rPr>
          <w:color w:val="33CCFF"/>
        </w:rPr>
        <w:t xml:space="preserve">fat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003E3E"/>
        </w:rPr>
        <w:t xml:space="preserve">could </w:t>
      </w:r>
      <w:r>
        <w:rPr>
          <w:color w:val="FF6600"/>
        </w:rPr>
        <w:t xml:space="preserve">with </w:t>
      </w:r>
      <w:r>
        <w:rPr>
          <w:color w:val="00FFCC"/>
        </w:rPr>
        <w:t xml:space="preserve">difficulty </w:t>
      </w:r>
      <w:r>
        <w:rPr>
          <w:color w:val="CC3399"/>
        </w:rPr>
        <w:t xml:space="preserve">see </w:t>
      </w:r>
      <w:r>
        <w:rPr>
          <w:color w:val="FF6600"/>
        </w:rPr>
        <w:t xml:space="preserve">out of </w:t>
      </w:r>
      <w:r>
        <w:rPr>
          <w:color w:val="000000"/>
        </w:rPr>
        <w:t xml:space="preserve">his </w:t>
      </w:r>
      <w:r>
        <w:rPr>
          <w:color w:val="00FFCC"/>
        </w:rPr>
        <w:t xml:space="preserve">eyes </w:t>
      </w:r>
      <w:r>
        <w:rPr>
          <w:color w:val="000000"/>
        </w:rPr>
        <w:t xml:space="preserve">. </w:t>
      </w:r>
      <w:r>
        <w:rPr>
          <w:color w:val="00787F"/>
        </w:rPr>
        <w:t xml:space="preserve">Only </w:t>
      </w:r>
      <w:r>
        <w:rPr>
          <w:color w:val="33CCFF"/>
        </w:rPr>
        <w:t xml:space="preserve">old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Benjamin </w:t>
      </w:r>
      <w:r>
        <w:rPr>
          <w:color w:val="CC3399"/>
        </w:rPr>
        <w:t xml:space="preserve">was </w:t>
      </w:r>
      <w:r>
        <w:rPr>
          <w:color w:val="00787F"/>
        </w:rPr>
        <w:t xml:space="preserve">much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FF6600"/>
        </w:rPr>
        <w:t xml:space="preserve">as </w:t>
      </w:r>
      <w:r>
        <w:rPr>
          <w:color w:val="00787F"/>
        </w:rPr>
        <w:t xml:space="preserve">ever </w:t>
      </w:r>
      <w:r>
        <w:rPr>
          <w:color w:val="000000"/>
        </w:rPr>
        <w:t xml:space="preserve">, </w:t>
      </w:r>
      <w:r>
        <w:rPr>
          <w:color w:val="FF6600"/>
        </w:rPr>
        <w:t xml:space="preserve">except for </w:t>
      </w:r>
      <w:r>
        <w:rPr>
          <w:color w:val="CC3399"/>
        </w:rPr>
        <w:t xml:space="preserve">being </w:t>
      </w:r>
      <w:r>
        <w:rPr>
          <w:color w:val="000000"/>
        </w:rPr>
        <w:t xml:space="preserve">a </w:t>
      </w:r>
      <w:r>
        <w:rPr>
          <w:color w:val="33CCFF"/>
        </w:rPr>
        <w:t xml:space="preserve">little </w:t>
      </w:r>
      <w:r>
        <w:rPr>
          <w:color w:val="00FFCC"/>
        </w:rPr>
        <w:t>gre</w:t>
      </w:r>
      <w:r>
        <w:rPr>
          <w:color w:val="00FFCC"/>
        </w:rPr>
        <w:t xml:space="preserve">yer </w:t>
      </w:r>
      <w:r>
        <w:rPr>
          <w:color w:val="FF6600"/>
        </w:rPr>
        <w:t xml:space="preserve">about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muzzle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, </w:t>
      </w:r>
      <w:r>
        <w:rPr>
          <w:color w:val="FF6600"/>
        </w:rPr>
        <w:t xml:space="preserve">since </w:t>
      </w:r>
      <w:r>
        <w:rPr>
          <w:color w:val="00FFCC"/>
        </w:rPr>
        <w:t xml:space="preserve">Boxer </w:t>
      </w:r>
      <w:r>
        <w:rPr>
          <w:color w:val="000000"/>
        </w:rPr>
        <w:t xml:space="preserve">'s </w:t>
      </w:r>
      <w:r>
        <w:rPr>
          <w:color w:val="00FFCC"/>
        </w:rPr>
        <w:t xml:space="preserve">death </w:t>
      </w:r>
      <w:r>
        <w:rPr>
          <w:color w:val="000000"/>
        </w:rPr>
        <w:t xml:space="preserve">, </w:t>
      </w:r>
      <w:r>
        <w:rPr>
          <w:color w:val="33CCFF"/>
        </w:rPr>
        <w:t xml:space="preserve">more morose </w:t>
      </w:r>
      <w:r>
        <w:rPr>
          <w:color w:val="FF0066"/>
        </w:rPr>
        <w:t xml:space="preserve">and </w:t>
      </w:r>
      <w:r>
        <w:rPr>
          <w:color w:val="00FFCC"/>
        </w:rPr>
        <w:t xml:space="preserve">taciturn </w:t>
      </w:r>
      <w:r>
        <w:rPr>
          <w:color w:val="FF6600"/>
        </w:rPr>
        <w:t xml:space="preserve">than </w:t>
      </w:r>
      <w:r>
        <w:rPr>
          <w:color w:val="00787F"/>
        </w:rPr>
        <w:t xml:space="preserve">ever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There </w:t>
      </w:r>
      <w:r>
        <w:rPr>
          <w:color w:val="CC3399"/>
        </w:rPr>
        <w:t xml:space="preserve">were </w:t>
      </w:r>
      <w:r>
        <w:rPr>
          <w:color w:val="33CCFF"/>
        </w:rPr>
        <w:t xml:space="preserve">many more </w:t>
      </w:r>
      <w:r>
        <w:rPr>
          <w:color w:val="00FFCC"/>
        </w:rPr>
        <w:t xml:space="preserve">creatures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787F"/>
        </w:rPr>
        <w:t xml:space="preserve">now </w:t>
      </w:r>
      <w:r>
        <w:rPr>
          <w:color w:val="000000"/>
        </w:rPr>
        <w:t xml:space="preserve">, </w:t>
      </w:r>
      <w:r>
        <w:rPr>
          <w:color w:val="FF6600"/>
        </w:rPr>
        <w:t xml:space="preserve">though </w:t>
      </w:r>
      <w:r>
        <w:rPr>
          <w:color w:val="000000"/>
        </w:rPr>
        <w:t xml:space="preserve">the </w:t>
      </w:r>
      <w:r>
        <w:rPr>
          <w:color w:val="00FFCC"/>
        </w:rPr>
        <w:t xml:space="preserve">increase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not so </w:t>
      </w:r>
      <w:r>
        <w:rPr>
          <w:color w:val="33CCFF"/>
        </w:rPr>
        <w:t xml:space="preserve">great </w:t>
      </w:r>
      <w:r>
        <w:rPr>
          <w:color w:val="FF6600"/>
        </w:rPr>
        <w:t xml:space="preserve">as </w:t>
      </w:r>
      <w:r>
        <w:rPr>
          <w:color w:val="CC3399"/>
        </w:rPr>
        <w:t xml:space="preserve">had been expected </w:t>
      </w:r>
      <w:r>
        <w:rPr>
          <w:color w:val="FF6600"/>
        </w:rPr>
        <w:t xml:space="preserve">in </w:t>
      </w:r>
      <w:r>
        <w:rPr>
          <w:color w:val="33CCFF"/>
        </w:rPr>
        <w:t xml:space="preserve">earlier </w:t>
      </w:r>
      <w:r>
        <w:rPr>
          <w:color w:val="00FFCC"/>
        </w:rPr>
        <w:t xml:space="preserve">years </w:t>
      </w:r>
      <w:r>
        <w:rPr>
          <w:color w:val="000000"/>
        </w:rPr>
        <w:t xml:space="preserve">. </w:t>
      </w:r>
      <w:r>
        <w:rPr>
          <w:color w:val="33CCFF"/>
        </w:rPr>
        <w:t xml:space="preserve">Many </w:t>
      </w:r>
      <w:r>
        <w:rPr>
          <w:color w:val="00FFCC"/>
        </w:rPr>
        <w:t xml:space="preserve">animals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born </w:t>
      </w:r>
      <w:r>
        <w:rPr>
          <w:color w:val="000000"/>
        </w:rPr>
        <w:t xml:space="preserve">to whom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CC3399"/>
        </w:rPr>
        <w:t xml:space="preserve">was </w:t>
      </w:r>
      <w:r>
        <w:rPr>
          <w:color w:val="00787F"/>
        </w:rPr>
        <w:t xml:space="preserve">only </w:t>
      </w:r>
      <w:r>
        <w:rPr>
          <w:color w:val="000000"/>
        </w:rPr>
        <w:t xml:space="preserve">a </w:t>
      </w:r>
      <w:r>
        <w:rPr>
          <w:color w:val="33CCFF"/>
        </w:rPr>
        <w:t xml:space="preserve">dim </w:t>
      </w:r>
      <w:r>
        <w:rPr>
          <w:color w:val="00FFCC"/>
        </w:rPr>
        <w:t xml:space="preserve">tradition </w:t>
      </w:r>
      <w:r>
        <w:rPr>
          <w:color w:val="000000"/>
        </w:rPr>
        <w:t xml:space="preserve">, </w:t>
      </w:r>
      <w:r>
        <w:rPr>
          <w:color w:val="CC3399"/>
        </w:rPr>
        <w:t xml:space="preserve">passed </w:t>
      </w:r>
      <w:r>
        <w:rPr>
          <w:color w:val="FF6600"/>
        </w:rPr>
        <w:t xml:space="preserve">on by </w:t>
      </w:r>
      <w:r>
        <w:rPr>
          <w:color w:val="00FFCC"/>
        </w:rPr>
        <w:t xml:space="preserve">word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mouth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others </w:t>
      </w:r>
      <w:r>
        <w:rPr>
          <w:color w:val="CC3399"/>
        </w:rPr>
        <w:t xml:space="preserve">had been bought </w:t>
      </w:r>
      <w:r>
        <w:rPr>
          <w:color w:val="000000"/>
        </w:rPr>
        <w:t xml:space="preserve">who </w:t>
      </w:r>
      <w:r>
        <w:rPr>
          <w:color w:val="CC3399"/>
        </w:rPr>
        <w:t xml:space="preserve">had </w:t>
      </w:r>
      <w:r>
        <w:rPr>
          <w:color w:val="00787F"/>
        </w:rPr>
        <w:t xml:space="preserve">never </w:t>
      </w:r>
      <w:r>
        <w:rPr>
          <w:color w:val="CC3399"/>
        </w:rPr>
        <w:t xml:space="preserve">heard </w:t>
      </w:r>
      <w:r>
        <w:rPr>
          <w:color w:val="00FFCC"/>
        </w:rPr>
        <w:t xml:space="preserve">mention </w:t>
      </w:r>
      <w:r>
        <w:rPr>
          <w:color w:val="FF6600"/>
        </w:rPr>
        <w:t xml:space="preserve">of </w:t>
      </w:r>
      <w:r>
        <w:rPr>
          <w:color w:val="33CCFF"/>
        </w:rPr>
        <w:t xml:space="preserve">such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thing </w:t>
      </w:r>
      <w:r>
        <w:rPr>
          <w:color w:val="FF6600"/>
        </w:rPr>
        <w:t xml:space="preserve">before </w:t>
      </w:r>
      <w:r>
        <w:rPr>
          <w:color w:val="000000"/>
        </w:rPr>
        <w:t xml:space="preserve">their </w:t>
      </w:r>
      <w:r>
        <w:rPr>
          <w:color w:val="00FFCC"/>
        </w:rPr>
        <w:t xml:space="preserve">arrival </w:t>
      </w:r>
      <w:r>
        <w:rPr>
          <w:color w:val="000000"/>
        </w:rPr>
        <w:t xml:space="preserve">. The </w:t>
      </w:r>
      <w:r>
        <w:rPr>
          <w:color w:val="00FFCC"/>
        </w:rPr>
        <w:t xml:space="preserve">farm </w:t>
      </w:r>
      <w:r>
        <w:rPr>
          <w:color w:val="CC3399"/>
        </w:rPr>
        <w:t xml:space="preserve">possessed </w:t>
      </w:r>
      <w:r>
        <w:rPr>
          <w:color w:val="000000"/>
        </w:rPr>
        <w:t xml:space="preserve">three </w:t>
      </w:r>
      <w:r>
        <w:rPr>
          <w:color w:val="00FFCC"/>
        </w:rPr>
        <w:t xml:space="preserve">horses </w:t>
      </w:r>
      <w:r>
        <w:rPr>
          <w:color w:val="00787F"/>
        </w:rPr>
        <w:t xml:space="preserve">now </w:t>
      </w:r>
      <w:r>
        <w:rPr>
          <w:color w:val="FF6600"/>
        </w:rPr>
        <w:t xml:space="preserve">besides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Clover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</w:t>
      </w:r>
      <w:r>
        <w:rPr>
          <w:color w:val="33CCFF"/>
        </w:rPr>
        <w:t xml:space="preserve">fine upstanding </w:t>
      </w:r>
      <w:r>
        <w:rPr>
          <w:color w:val="00FFCC"/>
        </w:rPr>
        <w:t xml:space="preserve">beasts </w:t>
      </w:r>
      <w:r>
        <w:rPr>
          <w:color w:val="000000"/>
        </w:rPr>
        <w:t xml:space="preserve">, </w:t>
      </w:r>
      <w:r>
        <w:rPr>
          <w:color w:val="33CCFF"/>
        </w:rPr>
        <w:t>w</w:t>
      </w:r>
      <w:r>
        <w:rPr>
          <w:color w:val="33CCFF"/>
        </w:rPr>
        <w:t xml:space="preserve">illing </w:t>
      </w:r>
      <w:r>
        <w:rPr>
          <w:color w:val="00FFCC"/>
        </w:rPr>
        <w:t xml:space="preserve">workers </w:t>
      </w:r>
      <w:r>
        <w:rPr>
          <w:color w:val="FF0066"/>
        </w:rPr>
        <w:t xml:space="preserve">and </w:t>
      </w:r>
      <w:r>
        <w:rPr>
          <w:color w:val="33CCFF"/>
        </w:rPr>
        <w:t xml:space="preserve">good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comrades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787F"/>
        </w:rPr>
        <w:t xml:space="preserve">very </w:t>
      </w:r>
      <w:r>
        <w:rPr>
          <w:color w:val="33CCFF"/>
        </w:rPr>
        <w:t xml:space="preserve">stupid </w:t>
      </w:r>
      <w:r>
        <w:rPr>
          <w:color w:val="000000"/>
        </w:rPr>
        <w:t xml:space="preserve">. </w:t>
      </w:r>
      <w:r>
        <w:rPr>
          <w:color w:val="00FFCC"/>
        </w:rPr>
        <w:t xml:space="preserve">None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proved </w:t>
      </w: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learn </w:t>
      </w:r>
      <w:r>
        <w:rPr>
          <w:color w:val="000000"/>
        </w:rPr>
        <w:t xml:space="preserve">the </w:t>
      </w:r>
      <w:r>
        <w:rPr>
          <w:color w:val="00FFCC"/>
        </w:rPr>
        <w:t xml:space="preserve">alphabet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beyond </w:t>
      </w:r>
      <w:r>
        <w:rPr>
          <w:color w:val="000000"/>
        </w:rPr>
        <w:t xml:space="preserve">the </w:t>
      </w:r>
      <w:r>
        <w:rPr>
          <w:color w:val="00FFCC"/>
        </w:rPr>
        <w:t xml:space="preserve">letter B </w:t>
      </w:r>
      <w:r>
        <w:rPr>
          <w:color w:val="000000"/>
        </w:rPr>
        <w:t xml:space="preserve">. They </w:t>
      </w:r>
      <w:r>
        <w:rPr>
          <w:color w:val="CC3399"/>
        </w:rPr>
        <w:t xml:space="preserve">accepted </w:t>
      </w:r>
      <w:r>
        <w:rPr>
          <w:color w:val="00FFCC"/>
        </w:rPr>
        <w:t xml:space="preserve">everything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told </w:t>
      </w:r>
      <w:r>
        <w:rPr>
          <w:color w:val="FF6600"/>
        </w:rPr>
        <w:t xml:space="preserve">about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principles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Animalism </w:t>
      </w:r>
      <w:r>
        <w:rPr>
          <w:color w:val="000000"/>
        </w:rPr>
        <w:t xml:space="preserve">, </w:t>
      </w:r>
      <w:r>
        <w:rPr>
          <w:color w:val="00787F"/>
        </w:rPr>
        <w:t xml:space="preserve">especially </w:t>
      </w:r>
      <w:r>
        <w:rPr>
          <w:color w:val="FF6600"/>
        </w:rPr>
        <w:t xml:space="preserve">from </w:t>
      </w:r>
      <w:r>
        <w:rPr>
          <w:color w:val="00FFCC"/>
        </w:rPr>
        <w:t xml:space="preserve">Clover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whom they </w:t>
      </w:r>
      <w:r>
        <w:rPr>
          <w:color w:val="CC3399"/>
        </w:rPr>
        <w:t xml:space="preserve">had </w:t>
      </w:r>
      <w:r>
        <w:rPr>
          <w:color w:val="000000"/>
        </w:rPr>
        <w:t xml:space="preserve">an </w:t>
      </w:r>
      <w:r>
        <w:rPr>
          <w:color w:val="00787F"/>
        </w:rPr>
        <w:t xml:space="preserve">almost </w:t>
      </w:r>
      <w:r>
        <w:rPr>
          <w:color w:val="33CCFF"/>
        </w:rPr>
        <w:t xml:space="preserve">filial </w:t>
      </w:r>
      <w:r>
        <w:rPr>
          <w:color w:val="00FFCC"/>
        </w:rPr>
        <w:t xml:space="preserve">respect </w:t>
      </w:r>
      <w:r>
        <w:rPr>
          <w:color w:val="000000"/>
        </w:rPr>
        <w:t xml:space="preserve">; </w:t>
      </w:r>
      <w:r>
        <w:rPr>
          <w:color w:val="FF0066"/>
        </w:rPr>
        <w:t xml:space="preserve">but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33CCFF"/>
        </w:rPr>
        <w:t xml:space="preserve">doubtful </w:t>
      </w:r>
      <w:r>
        <w:rPr>
          <w:color w:val="FF6600"/>
        </w:rPr>
        <w:t xml:space="preserve">whether </w:t>
      </w:r>
      <w:r>
        <w:rPr>
          <w:color w:val="000000"/>
        </w:rPr>
        <w:t xml:space="preserve">they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understood </w:t>
      </w:r>
      <w:r>
        <w:rPr>
          <w:color w:val="00787F"/>
        </w:rPr>
        <w:t xml:space="preserve">very much </w:t>
      </w:r>
      <w:r>
        <w:rPr>
          <w:color w:val="FF6600"/>
        </w:rPr>
        <w:t xml:space="preserve">of </w:t>
      </w:r>
      <w:r>
        <w:rPr>
          <w:color w:val="000000"/>
        </w:rPr>
        <w:t xml:space="preserve">it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was </w:t>
      </w:r>
      <w:r>
        <w:rPr>
          <w:color w:val="00787F"/>
        </w:rPr>
        <w:t xml:space="preserve">more </w:t>
      </w:r>
      <w:r>
        <w:rPr>
          <w:color w:val="33CCFF"/>
        </w:rPr>
        <w:t xml:space="preserve">prosperous </w:t>
      </w:r>
      <w:r>
        <w:rPr>
          <w:color w:val="00787F"/>
        </w:rPr>
        <w:t xml:space="preserve">now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33CCFF"/>
        </w:rPr>
        <w:t xml:space="preserve">better </w:t>
      </w:r>
      <w:r>
        <w:rPr>
          <w:color w:val="CC3399"/>
        </w:rPr>
        <w:t xml:space="preserve">organised </w:t>
      </w:r>
      <w:r>
        <w:rPr>
          <w:color w:val="000000"/>
        </w:rPr>
        <w:t xml:space="preserve">: it </w:t>
      </w:r>
      <w:r>
        <w:rPr>
          <w:color w:val="CC3399"/>
        </w:rPr>
        <w:t xml:space="preserve">had </w:t>
      </w:r>
      <w:r>
        <w:rPr>
          <w:color w:val="00787F"/>
        </w:rPr>
        <w:t xml:space="preserve">even </w:t>
      </w:r>
      <w:r>
        <w:rPr>
          <w:color w:val="CC3399"/>
        </w:rPr>
        <w:t xml:space="preserve">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enlarged </w:t>
      </w:r>
      <w:r>
        <w:rPr>
          <w:color w:val="FF6600"/>
        </w:rPr>
        <w:t xml:space="preserve">by </w:t>
      </w:r>
      <w:r>
        <w:rPr>
          <w:color w:val="000000"/>
        </w:rPr>
        <w:t xml:space="preserve">two </w:t>
      </w:r>
      <w:r>
        <w:rPr>
          <w:color w:val="00FFCC"/>
        </w:rPr>
        <w:t xml:space="preserve">fields </w:t>
      </w:r>
      <w:r>
        <w:rPr>
          <w:color w:val="000000"/>
        </w:rPr>
        <w:t xml:space="preserve">which </w:t>
      </w:r>
      <w:r>
        <w:rPr>
          <w:color w:val="CC3399"/>
        </w:rPr>
        <w:t xml:space="preserve">had been bought </w:t>
      </w:r>
      <w:r>
        <w:rPr>
          <w:color w:val="FF6600"/>
        </w:rPr>
        <w:t xml:space="preserve">from </w:t>
      </w:r>
      <w:r>
        <w:rPr>
          <w:color w:val="00FFCC"/>
        </w:rPr>
        <w:t xml:space="preserve">Mr. Pilkington </w:t>
      </w:r>
      <w:r>
        <w:rPr>
          <w:color w:val="000000"/>
        </w:rPr>
        <w:t xml:space="preserve">. The </w:t>
      </w:r>
    </w:p>
    <w:p w:rsidR="00D83EF7" w:rsidRDefault="00CA4524" w:rsidP="00CA4524">
      <w:pPr>
        <w:spacing w:after="0"/>
      </w:pPr>
      <w:r>
        <w:rPr>
          <w:color w:val="00FFCC"/>
        </w:rPr>
        <w:t>wi</w:t>
      </w:r>
      <w:r>
        <w:rPr>
          <w:color w:val="00FFCC"/>
        </w:rPr>
        <w:t xml:space="preserve">ndmill </w:t>
      </w:r>
      <w:r>
        <w:rPr>
          <w:color w:val="CC3399"/>
        </w:rPr>
        <w:t xml:space="preserve">had been </w:t>
      </w:r>
      <w:r>
        <w:rPr>
          <w:color w:val="00787F"/>
        </w:rPr>
        <w:t xml:space="preserve">successfully </w:t>
      </w:r>
      <w:r>
        <w:rPr>
          <w:color w:val="CC3399"/>
        </w:rPr>
        <w:t xml:space="preserve">completed </w:t>
      </w:r>
      <w:r>
        <w:rPr>
          <w:color w:val="FF6600"/>
        </w:rPr>
        <w:t xml:space="preserve">at </w:t>
      </w:r>
      <w:r>
        <w:rPr>
          <w:color w:val="33CCFF"/>
        </w:rPr>
        <w:t xml:space="preserve">last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possessed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threshing </w:t>
      </w:r>
      <w:r>
        <w:rPr>
          <w:color w:val="00FFCC"/>
        </w:rPr>
        <w:t xml:space="preserve">machine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33CCFF"/>
        </w:rPr>
        <w:t xml:space="preserve">hay </w:t>
      </w:r>
      <w:r>
        <w:rPr>
          <w:color w:val="00FFCC"/>
        </w:rPr>
        <w:t xml:space="preserve">elevator </w:t>
      </w:r>
      <w:r>
        <w:rPr>
          <w:color w:val="FF6600"/>
        </w:rPr>
        <w:t xml:space="preserve">of </w:t>
      </w:r>
      <w:r>
        <w:rPr>
          <w:color w:val="000000"/>
        </w:rPr>
        <w:t xml:space="preserve">its </w:t>
      </w:r>
      <w:r>
        <w:rPr>
          <w:color w:val="33CCFF"/>
        </w:rPr>
        <w:t xml:space="preserve">own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33CCFF"/>
        </w:rPr>
        <w:t xml:space="preserve">various new </w:t>
      </w:r>
      <w:r>
        <w:rPr>
          <w:color w:val="00FFCC"/>
        </w:rPr>
        <w:t xml:space="preserve">buildings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been added </w:t>
      </w:r>
      <w:r>
        <w:rPr>
          <w:color w:val="000000"/>
        </w:rPr>
        <w:t xml:space="preserve">to it . </w:t>
      </w:r>
      <w:r>
        <w:rPr>
          <w:color w:val="00FFCC"/>
        </w:rPr>
        <w:t xml:space="preserve">Whymper </w:t>
      </w:r>
      <w:r>
        <w:rPr>
          <w:color w:val="CC3399"/>
        </w:rPr>
        <w:t xml:space="preserve">had bought </w:t>
      </w:r>
      <w:r>
        <w:rPr>
          <w:color w:val="000000"/>
        </w:rPr>
        <w:t xml:space="preserve">himself a </w:t>
      </w:r>
      <w:r>
        <w:rPr>
          <w:color w:val="00FFCC"/>
        </w:rPr>
        <w:t xml:space="preserve">dogcart </w:t>
      </w:r>
      <w:r>
        <w:rPr>
          <w:color w:val="000000"/>
        </w:rPr>
        <w:t xml:space="preserve">. 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however </w:t>
      </w:r>
      <w:r>
        <w:rPr>
          <w:color w:val="000000"/>
        </w:rPr>
        <w:t xml:space="preserve">, </w:t>
      </w: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  <w:r>
        <w:rPr>
          <w:color w:val="FF6600"/>
        </w:rPr>
        <w:t xml:space="preserve">after </w:t>
      </w:r>
      <w:r>
        <w:rPr>
          <w:color w:val="000000"/>
        </w:rPr>
        <w:t xml:space="preserve">all </w:t>
      </w:r>
      <w:r>
        <w:rPr>
          <w:color w:val="CC3399"/>
        </w:rPr>
        <w:t xml:space="preserve">been used </w:t>
      </w:r>
      <w:r>
        <w:rPr>
          <w:color w:val="FF6600"/>
        </w:rPr>
        <w:t xml:space="preserve">for </w:t>
      </w:r>
      <w:r>
        <w:rPr>
          <w:color w:val="CC3399"/>
        </w:rPr>
        <w:t xml:space="preserve">generating </w:t>
      </w:r>
      <w:r>
        <w:rPr>
          <w:color w:val="33CCFF"/>
        </w:rPr>
        <w:t xml:space="preserve">electrical </w:t>
      </w:r>
      <w:r>
        <w:rPr>
          <w:color w:val="00FFCC"/>
        </w:rPr>
        <w:t xml:space="preserve">power </w:t>
      </w:r>
      <w:r>
        <w:rPr>
          <w:color w:val="000000"/>
        </w:rPr>
        <w:t xml:space="preserve">. It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used </w:t>
      </w:r>
      <w:r>
        <w:rPr>
          <w:color w:val="FF6600"/>
        </w:rPr>
        <w:t xml:space="preserve">for </w:t>
      </w:r>
      <w:r>
        <w:rPr>
          <w:color w:val="CC3399"/>
        </w:rPr>
        <w:t xml:space="preserve">milling </w:t>
      </w:r>
      <w:r>
        <w:rPr>
          <w:color w:val="00FFCC"/>
        </w:rPr>
        <w:t xml:space="preserve">corn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brought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handsome </w:t>
      </w:r>
      <w:r>
        <w:rPr>
          <w:color w:val="00FFCC"/>
        </w:rPr>
        <w:t xml:space="preserve">money profit </w:t>
      </w:r>
      <w:r>
        <w:rPr>
          <w:color w:val="000000"/>
        </w:rPr>
        <w:t xml:space="preserve">.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33CCFF"/>
        </w:rPr>
        <w:t xml:space="preserve">hard </w:t>
      </w:r>
      <w:r>
        <w:rPr>
          <w:color w:val="FF6600"/>
        </w:rPr>
        <w:t xml:space="preserve">at </w:t>
      </w:r>
      <w:r>
        <w:rPr>
          <w:color w:val="00FFCC"/>
        </w:rPr>
        <w:t xml:space="preserve">work building </w:t>
      </w:r>
      <w:r>
        <w:rPr>
          <w:color w:val="00787F"/>
        </w:rPr>
        <w:t xml:space="preserve">yet </w:t>
      </w:r>
      <w:r>
        <w:rPr>
          <w:color w:val="000000"/>
        </w:rPr>
        <w:t xml:space="preserve">another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; when that one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finished </w:t>
      </w:r>
      <w:r>
        <w:rPr>
          <w:color w:val="000000"/>
        </w:rPr>
        <w:t xml:space="preserve">, </w:t>
      </w:r>
      <w:r>
        <w:rPr>
          <w:color w:val="FF6600"/>
        </w:rPr>
        <w:t xml:space="preserve">so </w:t>
      </w:r>
      <w:r>
        <w:rPr>
          <w:color w:val="000000"/>
        </w:rPr>
        <w:t xml:space="preserve">it </w:t>
      </w:r>
      <w:r>
        <w:rPr>
          <w:color w:val="CC3399"/>
        </w:rPr>
        <w:t xml:space="preserve">was said </w:t>
      </w:r>
      <w:r>
        <w:rPr>
          <w:color w:val="000000"/>
        </w:rPr>
        <w:t xml:space="preserve">, the </w:t>
      </w:r>
      <w:r>
        <w:rPr>
          <w:color w:val="00FFCC"/>
        </w:rPr>
        <w:t xml:space="preserve">dynamos </w:t>
      </w:r>
      <w:r>
        <w:rPr>
          <w:color w:val="003E3E"/>
        </w:rPr>
        <w:t xml:space="preserve">would </w:t>
      </w:r>
      <w:r>
        <w:rPr>
          <w:color w:val="CC3399"/>
        </w:rPr>
        <w:t>be inst</w:t>
      </w:r>
      <w:r>
        <w:rPr>
          <w:color w:val="CC3399"/>
        </w:rPr>
        <w:t xml:space="preserve">alled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the </w:t>
      </w:r>
      <w:r>
        <w:rPr>
          <w:color w:val="00FFCC"/>
        </w:rPr>
        <w:t xml:space="preserve">luxuries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0000"/>
        </w:rPr>
        <w:t xml:space="preserve">which </w:t>
      </w:r>
      <w:r>
        <w:rPr>
          <w:color w:val="00FFCC"/>
        </w:rPr>
        <w:t xml:space="preserve">Snowball </w:t>
      </w:r>
      <w:r>
        <w:rPr>
          <w:color w:val="CC3399"/>
        </w:rPr>
        <w:t xml:space="preserve">had </w:t>
      </w:r>
      <w:r>
        <w:rPr>
          <w:color w:val="00787F"/>
        </w:rPr>
        <w:t xml:space="preserve">once </w:t>
      </w:r>
      <w:r>
        <w:rPr>
          <w:color w:val="CC3399"/>
        </w:rPr>
        <w:t xml:space="preserve">taught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to </w:t>
      </w:r>
      <w:r>
        <w:rPr>
          <w:color w:val="CC3399"/>
        </w:rPr>
        <w:t xml:space="preserve">dream </w:t>
      </w:r>
      <w:r>
        <w:rPr>
          <w:color w:val="000000"/>
        </w:rPr>
        <w:t xml:space="preserve">, the </w:t>
      </w:r>
      <w:r>
        <w:rPr>
          <w:color w:val="00FFCC"/>
        </w:rPr>
        <w:t xml:space="preserve">stalls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electric </w:t>
      </w:r>
      <w:r>
        <w:rPr>
          <w:color w:val="00FFCC"/>
        </w:rPr>
        <w:t xml:space="preserve">light </w:t>
      </w:r>
      <w:r>
        <w:rPr>
          <w:color w:val="FF0066"/>
        </w:rPr>
        <w:t xml:space="preserve">and </w:t>
      </w:r>
      <w:r>
        <w:rPr>
          <w:color w:val="33CCFF"/>
        </w:rPr>
        <w:t xml:space="preserve">hot </w:t>
      </w:r>
      <w:r>
        <w:rPr>
          <w:color w:val="FF0066"/>
        </w:rPr>
        <w:t xml:space="preserve">and </w:t>
      </w:r>
      <w:r>
        <w:rPr>
          <w:color w:val="33CCFF"/>
        </w:rPr>
        <w:t xml:space="preserve">cold </w:t>
      </w:r>
      <w:r>
        <w:rPr>
          <w:color w:val="00FFCC"/>
        </w:rPr>
        <w:t xml:space="preserve">water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three-day </w:t>
      </w:r>
      <w:r>
        <w:rPr>
          <w:color w:val="00FFCC"/>
        </w:rPr>
        <w:t xml:space="preserve">week </w:t>
      </w:r>
      <w:r>
        <w:rPr>
          <w:color w:val="000000"/>
        </w:rPr>
        <w:t xml:space="preserve">, </w:t>
      </w:r>
      <w:r>
        <w:rPr>
          <w:color w:val="CC3399"/>
        </w:rPr>
        <w:t xml:space="preserve">were </w:t>
      </w:r>
      <w:r>
        <w:rPr>
          <w:color w:val="000000"/>
        </w:rPr>
        <w:t xml:space="preserve">no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longer </w:t>
      </w:r>
      <w:r>
        <w:rPr>
          <w:color w:val="CC3399"/>
        </w:rPr>
        <w:t xml:space="preserve">talked </w:t>
      </w:r>
      <w:r>
        <w:rPr>
          <w:color w:val="00787F"/>
        </w:rPr>
        <w:t xml:space="preserve">about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had denounced </w:t>
      </w:r>
      <w:r>
        <w:rPr>
          <w:color w:val="33CCFF"/>
        </w:rPr>
        <w:t xml:space="preserve">such </w:t>
      </w:r>
      <w:r>
        <w:rPr>
          <w:color w:val="00FFCC"/>
        </w:rPr>
        <w:t xml:space="preserve">ideas </w:t>
      </w:r>
      <w:r>
        <w:rPr>
          <w:color w:val="FF6600"/>
        </w:rPr>
        <w:t xml:space="preserve">as </w:t>
      </w:r>
      <w:r>
        <w:rPr>
          <w:color w:val="33CCFF"/>
        </w:rPr>
        <w:t xml:space="preserve">contrary </w:t>
      </w:r>
      <w:r>
        <w:rPr>
          <w:color w:val="000000"/>
        </w:rPr>
        <w:t xml:space="preserve">to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spirit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Animalism </w:t>
      </w:r>
      <w:r>
        <w:rPr>
          <w:color w:val="000000"/>
        </w:rPr>
        <w:t xml:space="preserve">. The </w:t>
      </w:r>
      <w:r>
        <w:rPr>
          <w:color w:val="33CCFF"/>
        </w:rPr>
        <w:t xml:space="preserve">truest </w:t>
      </w:r>
      <w:r>
        <w:rPr>
          <w:color w:val="00FFCC"/>
        </w:rPr>
        <w:t xml:space="preserve">happiness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CC3399"/>
        </w:rPr>
        <w:t xml:space="preserve">lay </w:t>
      </w:r>
      <w:r>
        <w:rPr>
          <w:color w:val="FF6600"/>
        </w:rPr>
        <w:t xml:space="preserve">in </w:t>
      </w:r>
      <w:r>
        <w:rPr>
          <w:color w:val="CC3399"/>
        </w:rPr>
        <w:t xml:space="preserve">working </w:t>
      </w:r>
      <w:r>
        <w:rPr>
          <w:color w:val="33CCFF"/>
        </w:rPr>
        <w:t xml:space="preserve">hard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living </w:t>
      </w:r>
      <w:r>
        <w:rPr>
          <w:color w:val="00787F"/>
        </w:rPr>
        <w:t xml:space="preserve">frugally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Somehow </w:t>
      </w:r>
      <w:r>
        <w:rPr>
          <w:color w:val="000000"/>
        </w:rPr>
        <w:t xml:space="preserve">it </w:t>
      </w:r>
      <w:r>
        <w:rPr>
          <w:color w:val="CC3399"/>
        </w:rPr>
        <w:t xml:space="preserve">seemed </w:t>
      </w:r>
      <w:r>
        <w:rPr>
          <w:color w:val="FF6600"/>
        </w:rPr>
        <w:t xml:space="preserve">as though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had grown </w:t>
      </w:r>
      <w:r>
        <w:rPr>
          <w:color w:val="00787F"/>
        </w:rPr>
        <w:t xml:space="preserve">richer </w:t>
      </w:r>
      <w:r>
        <w:rPr>
          <w:color w:val="FF6600"/>
        </w:rPr>
        <w:t xml:space="preserve">without </w:t>
      </w:r>
      <w:r>
        <w:rPr>
          <w:color w:val="CC3399"/>
        </w:rPr>
        <w:t xml:space="preserve">making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000000"/>
        </w:rPr>
        <w:t xml:space="preserve">themselves any </w:t>
      </w:r>
      <w:r>
        <w:rPr>
          <w:color w:val="33CCFF"/>
        </w:rPr>
        <w:t xml:space="preserve">richer-except </w:t>
      </w:r>
      <w:r>
        <w:rPr>
          <w:color w:val="000000"/>
        </w:rPr>
        <w:t xml:space="preserve">, </w:t>
      </w:r>
      <w:r>
        <w:rPr>
          <w:color w:val="FF6600"/>
        </w:rPr>
        <w:t xml:space="preserve">of </w:t>
      </w:r>
      <w:r>
        <w:rPr>
          <w:color w:val="00FFCC"/>
        </w:rPr>
        <w:t xml:space="preserve">course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dogs </w:t>
      </w:r>
      <w:r>
        <w:rPr>
          <w:color w:val="000000"/>
        </w:rPr>
        <w:t xml:space="preserve">. </w:t>
      </w:r>
      <w:r>
        <w:rPr>
          <w:color w:val="00787F"/>
        </w:rPr>
        <w:t xml:space="preserve">Perhaps </w:t>
      </w:r>
      <w:r>
        <w:rPr>
          <w:color w:val="000000"/>
        </w:rPr>
        <w:t xml:space="preserve">this </w:t>
      </w:r>
      <w:r>
        <w:rPr>
          <w:color w:val="CC3399"/>
        </w:rPr>
        <w:t xml:space="preserve">was </w:t>
      </w:r>
      <w:r>
        <w:rPr>
          <w:color w:val="00787F"/>
        </w:rPr>
        <w:t xml:space="preserve">partly </w:t>
      </w:r>
      <w:r>
        <w:rPr>
          <w:color w:val="FF6600"/>
        </w:rPr>
        <w:t xml:space="preserve">because </w:t>
      </w: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00787F"/>
        </w:rPr>
        <w:t xml:space="preserve">so </w:t>
      </w:r>
      <w:r>
        <w:rPr>
          <w:color w:val="33CCFF"/>
        </w:rPr>
        <w:t xml:space="preserve">many </w:t>
      </w:r>
      <w:r>
        <w:rPr>
          <w:color w:val="00FFCC"/>
        </w:rPr>
        <w:t xml:space="preserve">pigs </w:t>
      </w:r>
      <w:r>
        <w:rPr>
          <w:color w:val="FF0066"/>
        </w:rPr>
        <w:t xml:space="preserve">and </w:t>
      </w:r>
      <w:r>
        <w:rPr>
          <w:color w:val="00787F"/>
        </w:rPr>
        <w:t xml:space="preserve">so </w:t>
      </w:r>
      <w:r>
        <w:rPr>
          <w:color w:val="33CCFF"/>
        </w:rPr>
        <w:t xml:space="preserve">many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dogs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FF6600"/>
        </w:rPr>
        <w:t xml:space="preserve">that </w:t>
      </w:r>
      <w:r>
        <w:rPr>
          <w:color w:val="000000"/>
        </w:rPr>
        <w:t xml:space="preserve">these </w:t>
      </w:r>
      <w:r>
        <w:rPr>
          <w:color w:val="00FFCC"/>
        </w:rPr>
        <w:t xml:space="preserve">creatures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00FFCC"/>
        </w:rPr>
        <w:t xml:space="preserve">work </w:t>
      </w:r>
      <w:r>
        <w:rPr>
          <w:color w:val="000000"/>
        </w:rPr>
        <w:t xml:space="preserve">,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their </w:t>
      </w:r>
      <w:r>
        <w:rPr>
          <w:color w:val="00FFCC"/>
        </w:rPr>
        <w:t xml:space="preserve">fashion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FFCC"/>
        </w:rPr>
        <w:t xml:space="preserve">Squealer </w:t>
      </w:r>
      <w:r>
        <w:rPr>
          <w:color w:val="CC3399"/>
        </w:rPr>
        <w:t xml:space="preserve">was </w:t>
      </w:r>
      <w:r>
        <w:rPr>
          <w:color w:val="00787F"/>
        </w:rPr>
        <w:t xml:space="preserve">never </w:t>
      </w:r>
      <w:r>
        <w:rPr>
          <w:color w:val="CC3399"/>
        </w:rPr>
        <w:t xml:space="preserve">tired </w:t>
      </w:r>
      <w:r>
        <w:rPr>
          <w:color w:val="FF6600"/>
        </w:rPr>
        <w:t xml:space="preserve">of </w:t>
      </w:r>
      <w:r>
        <w:rPr>
          <w:color w:val="CC3399"/>
        </w:rPr>
        <w:t xml:space="preserve">explaining </w:t>
      </w:r>
      <w:r>
        <w:rPr>
          <w:color w:val="000000"/>
        </w:rPr>
        <w:t xml:space="preserve">, </w:t>
      </w:r>
      <w:r>
        <w:rPr>
          <w:color w:val="33CCFF"/>
        </w:rPr>
        <w:t xml:space="preserve">endless </w:t>
      </w:r>
      <w:r>
        <w:rPr>
          <w:color w:val="00FFCC"/>
        </w:rPr>
        <w:t xml:space="preserve">work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supervision </w:t>
      </w:r>
      <w:r>
        <w:rPr>
          <w:color w:val="FF0066"/>
        </w:rPr>
        <w:t xml:space="preserve">and </w:t>
      </w:r>
      <w:r>
        <w:rPr>
          <w:color w:val="00FFCC"/>
        </w:rPr>
        <w:t xml:space="preserve">organisation </w:t>
      </w:r>
      <w:r>
        <w:rPr>
          <w:color w:val="FF6600"/>
        </w:rPr>
        <w:t xml:space="preserve">of </w:t>
      </w:r>
      <w:r>
        <w:rPr>
          <w:color w:val="000000"/>
        </w:rPr>
        <w:t>t</w:t>
      </w:r>
      <w:r>
        <w:rPr>
          <w:color w:val="000000"/>
        </w:rPr>
        <w:t xml:space="preserve">he </w:t>
      </w:r>
      <w:r>
        <w:rPr>
          <w:color w:val="00FFCC"/>
        </w:rPr>
        <w:t xml:space="preserve">farm </w:t>
      </w:r>
      <w:r>
        <w:rPr>
          <w:color w:val="000000"/>
        </w:rPr>
        <w:t xml:space="preserve">. </w:t>
      </w:r>
      <w:r>
        <w:rPr>
          <w:color w:val="33CCFF"/>
        </w:rPr>
        <w:t xml:space="preserve">Much </w:t>
      </w:r>
      <w:r>
        <w:rPr>
          <w:color w:val="FF6600"/>
        </w:rPr>
        <w:t xml:space="preserve">of </w:t>
      </w:r>
      <w:r>
        <w:rPr>
          <w:color w:val="000000"/>
        </w:rPr>
        <w:t xml:space="preserve">this </w:t>
      </w:r>
      <w:r>
        <w:rPr>
          <w:color w:val="00FFCC"/>
        </w:rPr>
        <w:t xml:space="preserve">work </w:t>
      </w:r>
      <w:r>
        <w:rPr>
          <w:color w:val="CC3399"/>
        </w:rPr>
        <w:t xml:space="preserve">was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kind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00787F"/>
        </w:rPr>
        <w:t xml:space="preserve">too </w:t>
      </w:r>
      <w:r>
        <w:rPr>
          <w:color w:val="33CCFF"/>
        </w:rPr>
        <w:t xml:space="preserve">ignorant </w:t>
      </w:r>
      <w:r>
        <w:rPr>
          <w:color w:val="000000"/>
        </w:rPr>
        <w:t xml:space="preserve">to </w:t>
      </w:r>
      <w:r>
        <w:rPr>
          <w:color w:val="CC3399"/>
        </w:rPr>
        <w:t xml:space="preserve">understand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FFCC"/>
        </w:rPr>
        <w:t xml:space="preserve">example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Squealer </w:t>
      </w:r>
      <w:r>
        <w:rPr>
          <w:color w:val="CC3399"/>
        </w:rPr>
        <w:t xml:space="preserve">told </w:t>
      </w:r>
      <w:r>
        <w:rPr>
          <w:color w:val="000000"/>
        </w:rPr>
        <w:t xml:space="preserve">them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had </w:t>
      </w:r>
      <w:r>
        <w:rPr>
          <w:color w:val="000000"/>
        </w:rPr>
        <w:t xml:space="preserve">to </w:t>
      </w:r>
      <w:r>
        <w:rPr>
          <w:color w:val="CC3399"/>
        </w:rPr>
        <w:t xml:space="preserve">expend </w:t>
      </w:r>
      <w:r>
        <w:rPr>
          <w:color w:val="33CCFF"/>
        </w:rPr>
        <w:t xml:space="preserve">enormous </w:t>
      </w:r>
      <w:r>
        <w:rPr>
          <w:color w:val="00FFCC"/>
        </w:rPr>
        <w:t xml:space="preserve">labours </w:t>
      </w:r>
      <w:r>
        <w:rPr>
          <w:color w:val="000000"/>
        </w:rPr>
        <w:t xml:space="preserve">every </w:t>
      </w:r>
      <w:r>
        <w:rPr>
          <w:color w:val="00FFCC"/>
        </w:rPr>
        <w:t xml:space="preserve">day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upon </w:t>
      </w:r>
      <w:r>
        <w:rPr>
          <w:color w:val="33CCFF"/>
        </w:rPr>
        <w:t xml:space="preserve">mysterious </w:t>
      </w:r>
      <w:r>
        <w:rPr>
          <w:color w:val="00FFCC"/>
        </w:rPr>
        <w:t xml:space="preserve">things </w:t>
      </w:r>
      <w:r>
        <w:rPr>
          <w:color w:val="CC3399"/>
        </w:rPr>
        <w:t xml:space="preserve">called </w:t>
      </w:r>
      <w:r>
        <w:rPr>
          <w:color w:val="000000"/>
        </w:rPr>
        <w:t xml:space="preserve">`` </w:t>
      </w:r>
      <w:r>
        <w:rPr>
          <w:color w:val="00FFCC"/>
        </w:rPr>
        <w:t xml:space="preserve">files </w:t>
      </w:r>
      <w:r>
        <w:rPr>
          <w:color w:val="000000"/>
        </w:rPr>
        <w:t xml:space="preserve">, '' `` </w:t>
      </w:r>
      <w:r>
        <w:rPr>
          <w:color w:val="00FFCC"/>
        </w:rPr>
        <w:t xml:space="preserve">reports </w:t>
      </w:r>
      <w:r>
        <w:rPr>
          <w:color w:val="000000"/>
        </w:rPr>
        <w:t xml:space="preserve">, '' `` </w:t>
      </w:r>
      <w:r>
        <w:rPr>
          <w:color w:val="00FFCC"/>
        </w:rPr>
        <w:t xml:space="preserve">minutes </w:t>
      </w:r>
      <w:r>
        <w:rPr>
          <w:color w:val="000000"/>
        </w:rPr>
        <w:t xml:space="preserve">, ''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memoranda </w:t>
      </w:r>
      <w:r>
        <w:rPr>
          <w:color w:val="000000"/>
        </w:rPr>
        <w:t xml:space="preserve">'' . These </w:t>
      </w:r>
      <w:r>
        <w:rPr>
          <w:color w:val="CC3399"/>
        </w:rPr>
        <w:t xml:space="preserve">were </w:t>
      </w:r>
      <w:r>
        <w:rPr>
          <w:color w:val="33CCFF"/>
        </w:rPr>
        <w:t xml:space="preserve">large </w:t>
      </w:r>
      <w:r>
        <w:rPr>
          <w:color w:val="00FFCC"/>
        </w:rPr>
        <w:t xml:space="preserve">sheets </w:t>
      </w:r>
      <w:r>
        <w:rPr>
          <w:color w:val="FF6600"/>
        </w:rPr>
        <w:t xml:space="preserve">of </w:t>
      </w:r>
      <w:r>
        <w:rPr>
          <w:color w:val="00FFCC"/>
        </w:rPr>
        <w:t xml:space="preserve">paper </w:t>
      </w:r>
      <w:r>
        <w:rPr>
          <w:color w:val="000000"/>
        </w:rPr>
        <w:t xml:space="preserve">which </w:t>
      </w:r>
      <w:r>
        <w:rPr>
          <w:color w:val="CC3399"/>
        </w:rPr>
        <w:t xml:space="preserve">had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00787F"/>
        </w:rPr>
        <w:t xml:space="preserve">closely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covered </w:t>
      </w:r>
      <w:r>
        <w:rPr>
          <w:color w:val="FF6600"/>
        </w:rPr>
        <w:t xml:space="preserve">with </w:t>
      </w:r>
      <w:r>
        <w:rPr>
          <w:color w:val="00FFCC"/>
        </w:rPr>
        <w:t xml:space="preserve">writing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as </w:t>
      </w:r>
      <w:r>
        <w:rPr>
          <w:color w:val="00787F"/>
        </w:rPr>
        <w:t xml:space="preserve">soon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so </w:t>
      </w:r>
      <w:r>
        <w:rPr>
          <w:color w:val="CC3399"/>
        </w:rPr>
        <w:t xml:space="preserve">covered </w:t>
      </w:r>
      <w:r>
        <w:rPr>
          <w:color w:val="000000"/>
        </w:rPr>
        <w:t xml:space="preserve">, they </w:t>
      </w:r>
      <w:r>
        <w:rPr>
          <w:color w:val="CC3399"/>
        </w:rPr>
        <w:t xml:space="preserve">were </w:t>
      </w:r>
      <w:r>
        <w:rPr>
          <w:color w:val="00FFCC"/>
        </w:rPr>
        <w:t xml:space="preserve">burnt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furnace </w:t>
      </w:r>
      <w:r>
        <w:rPr>
          <w:color w:val="000000"/>
        </w:rPr>
        <w:t xml:space="preserve">. This </w:t>
      </w:r>
      <w:r>
        <w:rPr>
          <w:color w:val="CC3399"/>
        </w:rPr>
        <w:t xml:space="preserve">was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highest </w:t>
      </w:r>
      <w:r>
        <w:rPr>
          <w:color w:val="00FFCC"/>
        </w:rPr>
        <w:t xml:space="preserve">importance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welfare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00FFCC"/>
        </w:rPr>
        <w:t>S</w:t>
      </w:r>
      <w:r>
        <w:rPr>
          <w:color w:val="00FFCC"/>
        </w:rPr>
        <w:t xml:space="preserve">quealer </w:t>
      </w:r>
      <w:r>
        <w:rPr>
          <w:color w:val="CC3399"/>
        </w:rPr>
        <w:t xml:space="preserve">said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787F"/>
        </w:rPr>
        <w:t xml:space="preserve">still </w:t>
      </w:r>
      <w:r>
        <w:rPr>
          <w:color w:val="000000"/>
        </w:rPr>
        <w:t xml:space="preserve">, neither </w:t>
      </w:r>
      <w:r>
        <w:rPr>
          <w:color w:val="00FFCC"/>
        </w:rPr>
        <w:t xml:space="preserve">pigs </w:t>
      </w:r>
      <w:r>
        <w:rPr>
          <w:color w:val="FF0066"/>
        </w:rPr>
        <w:t xml:space="preserve">nor </w:t>
      </w:r>
      <w:r>
        <w:rPr>
          <w:color w:val="00FFCC"/>
        </w:rPr>
        <w:t xml:space="preserve">dogs </w:t>
      </w:r>
      <w:r>
        <w:rPr>
          <w:color w:val="CC3399"/>
        </w:rPr>
        <w:t xml:space="preserve">produced </w:t>
      </w:r>
      <w:r>
        <w:rPr>
          <w:color w:val="000000"/>
        </w:rPr>
        <w:t xml:space="preserve">any </w:t>
      </w:r>
      <w:r>
        <w:rPr>
          <w:color w:val="00FFCC"/>
        </w:rPr>
        <w:t xml:space="preserve">food </w:t>
      </w:r>
      <w:r>
        <w:rPr>
          <w:color w:val="FF6600"/>
        </w:rPr>
        <w:t xml:space="preserve">by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FFCC"/>
        </w:rPr>
        <w:t xml:space="preserve">labour </w:t>
      </w:r>
      <w:r>
        <w:rPr>
          <w:color w:val="000000"/>
        </w:rPr>
        <w:t xml:space="preserve">; </w:t>
      </w:r>
      <w:r>
        <w:rPr>
          <w:color w:val="FF0066"/>
        </w:rPr>
        <w:t xml:space="preserve">and </w:t>
      </w:r>
      <w:r>
        <w:rPr>
          <w:color w:val="000000"/>
        </w:rPr>
        <w:t xml:space="preserve">there </w:t>
      </w:r>
      <w:r>
        <w:rPr>
          <w:color w:val="CC3399"/>
        </w:rPr>
        <w:t xml:space="preserve">were </w:t>
      </w:r>
      <w:r>
        <w:rPr>
          <w:color w:val="00787F"/>
        </w:rPr>
        <w:t xml:space="preserve">very </w:t>
      </w:r>
      <w:r>
        <w:rPr>
          <w:color w:val="33CCFF"/>
        </w:rPr>
        <w:t xml:space="preserve">many </w:t>
      </w:r>
      <w:r>
        <w:rPr>
          <w:color w:val="FF6600"/>
        </w:rPr>
        <w:t xml:space="preserve">of </w:t>
      </w:r>
      <w:r>
        <w:rPr>
          <w:color w:val="000000"/>
        </w:rPr>
        <w:t xml:space="preserve">them , </w:t>
      </w:r>
      <w:r>
        <w:rPr>
          <w:color w:val="FF0066"/>
        </w:rPr>
        <w:t xml:space="preserve">and </w:t>
      </w:r>
      <w:r>
        <w:rPr>
          <w:color w:val="000000"/>
        </w:rPr>
        <w:t xml:space="preserve">their </w:t>
      </w:r>
      <w:r>
        <w:rPr>
          <w:color w:val="00FFCC"/>
        </w:rPr>
        <w:t xml:space="preserve">appetites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</w:t>
      </w:r>
      <w:r>
        <w:rPr>
          <w:color w:val="00787F"/>
        </w:rPr>
        <w:t xml:space="preserve">always </w:t>
      </w:r>
      <w:r>
        <w:rPr>
          <w:color w:val="33CCFF"/>
        </w:rPr>
        <w:t xml:space="preserve">good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lastRenderedPageBreak/>
        <w:t xml:space="preserve">As for </w:t>
      </w:r>
      <w:r>
        <w:rPr>
          <w:color w:val="000000"/>
        </w:rPr>
        <w:t xml:space="preserve">the </w:t>
      </w:r>
      <w:r>
        <w:rPr>
          <w:color w:val="00FFCC"/>
        </w:rPr>
        <w:t xml:space="preserve">others </w:t>
      </w:r>
      <w:r>
        <w:rPr>
          <w:color w:val="000000"/>
        </w:rPr>
        <w:t xml:space="preserve">, their </w:t>
      </w:r>
      <w:r>
        <w:rPr>
          <w:color w:val="00FFCC"/>
        </w:rPr>
        <w:t xml:space="preserve">life </w:t>
      </w:r>
      <w:r>
        <w:rPr>
          <w:color w:val="000000"/>
        </w:rPr>
        <w:t xml:space="preserve">, </w:t>
      </w:r>
      <w:r>
        <w:rPr>
          <w:color w:val="00787F"/>
        </w:rPr>
        <w:t xml:space="preserve">so far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knew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FF6600"/>
        </w:rPr>
        <w:t xml:space="preserve">as </w:t>
      </w:r>
      <w:r>
        <w:rPr>
          <w:color w:val="000000"/>
        </w:rPr>
        <w:t xml:space="preserve">it </w:t>
      </w:r>
      <w:r>
        <w:rPr>
          <w:color w:val="CC3399"/>
        </w:rPr>
        <w:t xml:space="preserve">had </w:t>
      </w:r>
      <w:r>
        <w:rPr>
          <w:color w:val="00787F"/>
        </w:rPr>
        <w:t xml:space="preserve">always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been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generally </w:t>
      </w:r>
      <w:r>
        <w:rPr>
          <w:color w:val="33CCFF"/>
        </w:rPr>
        <w:t xml:space="preserve">hungry </w:t>
      </w:r>
      <w:r>
        <w:rPr>
          <w:color w:val="000000"/>
        </w:rPr>
        <w:t xml:space="preserve">, they </w:t>
      </w:r>
      <w:r>
        <w:rPr>
          <w:color w:val="CC3399"/>
        </w:rPr>
        <w:t xml:space="preserve">slept </w:t>
      </w:r>
      <w:r>
        <w:rPr>
          <w:color w:val="FF6600"/>
        </w:rPr>
        <w:t xml:space="preserve">on </w:t>
      </w:r>
      <w:r>
        <w:rPr>
          <w:color w:val="00FFCC"/>
        </w:rPr>
        <w:t xml:space="preserve">straw </w:t>
      </w:r>
      <w:r>
        <w:rPr>
          <w:color w:val="000000"/>
        </w:rPr>
        <w:t xml:space="preserve">, they </w:t>
      </w:r>
      <w:r>
        <w:rPr>
          <w:color w:val="CC3399"/>
        </w:rPr>
        <w:t xml:space="preserve">drank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pool </w:t>
      </w:r>
      <w:r>
        <w:rPr>
          <w:color w:val="000000"/>
        </w:rPr>
        <w:t xml:space="preserve">, they </w:t>
      </w:r>
      <w:r>
        <w:rPr>
          <w:color w:val="CC3399"/>
        </w:rPr>
        <w:t xml:space="preserve">laboured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fields </w:t>
      </w:r>
      <w:r>
        <w:rPr>
          <w:color w:val="000000"/>
        </w:rPr>
        <w:t xml:space="preserve">; </w:t>
      </w:r>
      <w:r>
        <w:rPr>
          <w:color w:val="FF6600"/>
        </w:rPr>
        <w:t xml:space="preserve">in </w:t>
      </w:r>
      <w:r>
        <w:rPr>
          <w:color w:val="00FFCC"/>
        </w:rPr>
        <w:t xml:space="preserve">winter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troubled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cold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FFCC"/>
        </w:rPr>
        <w:t xml:space="preserve">summer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flies </w:t>
      </w:r>
      <w:r>
        <w:rPr>
          <w:color w:val="000000"/>
        </w:rPr>
        <w:t xml:space="preserve">. </w:t>
      </w:r>
      <w:r>
        <w:rPr>
          <w:color w:val="00787F"/>
        </w:rPr>
        <w:t xml:space="preserve">Sometimes </w:t>
      </w:r>
      <w:r>
        <w:rPr>
          <w:color w:val="000000"/>
        </w:rPr>
        <w:t xml:space="preserve">the </w:t>
      </w:r>
      <w:r>
        <w:rPr>
          <w:color w:val="33CCFF"/>
        </w:rPr>
        <w:t xml:space="preserve">older </w:t>
      </w:r>
      <w:r>
        <w:rPr>
          <w:color w:val="00FFCC"/>
        </w:rPr>
        <w:t xml:space="preserve">ones </w:t>
      </w:r>
      <w:r>
        <w:rPr>
          <w:color w:val="FF6600"/>
        </w:rPr>
        <w:t xml:space="preserve">among </w:t>
      </w:r>
      <w:r>
        <w:rPr>
          <w:color w:val="000000"/>
        </w:rPr>
        <w:t xml:space="preserve">them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racked </w:t>
      </w:r>
      <w:r>
        <w:rPr>
          <w:color w:val="000000"/>
        </w:rPr>
        <w:t xml:space="preserve">their </w:t>
      </w:r>
      <w:r>
        <w:rPr>
          <w:color w:val="00FFCC"/>
        </w:rPr>
        <w:t xml:space="preserve">dim memories </w:t>
      </w:r>
      <w:r>
        <w:rPr>
          <w:color w:val="FF0066"/>
        </w:rPr>
        <w:t xml:space="preserve">and </w:t>
      </w:r>
      <w:r>
        <w:rPr>
          <w:color w:val="CC3399"/>
        </w:rPr>
        <w:t xml:space="preserve">tried </w:t>
      </w:r>
      <w:r>
        <w:rPr>
          <w:color w:val="000000"/>
        </w:rPr>
        <w:t xml:space="preserve">to </w:t>
      </w:r>
      <w:r>
        <w:rPr>
          <w:color w:val="CC3399"/>
        </w:rPr>
        <w:t>det</w:t>
      </w:r>
      <w:r>
        <w:rPr>
          <w:color w:val="CC3399"/>
        </w:rPr>
        <w:t xml:space="preserve">ermine </w:t>
      </w:r>
      <w:r>
        <w:rPr>
          <w:color w:val="FF6600"/>
        </w:rPr>
        <w:t xml:space="preserve">whether in </w:t>
      </w:r>
      <w:r>
        <w:rPr>
          <w:color w:val="000000"/>
        </w:rPr>
        <w:t xml:space="preserve">the </w:t>
      </w:r>
      <w:r>
        <w:rPr>
          <w:color w:val="33CCFF"/>
        </w:rPr>
        <w:t xml:space="preserve">early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days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Rebellion </w:t>
      </w:r>
      <w:r>
        <w:rPr>
          <w:color w:val="000000"/>
        </w:rPr>
        <w:t xml:space="preserve">, when </w:t>
      </w:r>
      <w:r>
        <w:rPr>
          <w:color w:val="00FFCC"/>
        </w:rPr>
        <w:t xml:space="preserve">Jones </w:t>
      </w:r>
      <w:r>
        <w:rPr>
          <w:color w:val="000000"/>
        </w:rPr>
        <w:t xml:space="preserve">'s </w:t>
      </w:r>
      <w:r>
        <w:rPr>
          <w:color w:val="00FFCC"/>
        </w:rPr>
        <w:t xml:space="preserve">expulsion </w:t>
      </w:r>
      <w:r>
        <w:rPr>
          <w:color w:val="CC3399"/>
        </w:rPr>
        <w:t xml:space="preserve">was </w:t>
      </w:r>
      <w:r>
        <w:rPr>
          <w:color w:val="00787F"/>
        </w:rPr>
        <w:t xml:space="preserve">still </w:t>
      </w:r>
      <w:r>
        <w:rPr>
          <w:color w:val="33CCFF"/>
        </w:rPr>
        <w:t xml:space="preserve">recent </w:t>
      </w:r>
      <w:r>
        <w:rPr>
          <w:color w:val="000000"/>
        </w:rPr>
        <w:t xml:space="preserve">, </w:t>
      </w:r>
      <w:r>
        <w:rPr>
          <w:color w:val="00FFCC"/>
        </w:rPr>
        <w:t xml:space="preserve">things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been </w:t>
      </w:r>
      <w:r>
        <w:rPr>
          <w:color w:val="00787F"/>
        </w:rPr>
        <w:t xml:space="preserve">better </w:t>
      </w:r>
      <w:r>
        <w:rPr>
          <w:color w:val="FF0066"/>
        </w:rPr>
        <w:t xml:space="preserve">or </w:t>
      </w:r>
      <w:r>
        <w:rPr>
          <w:color w:val="33CCFF"/>
        </w:rPr>
        <w:t xml:space="preserve">worse </w:t>
      </w:r>
      <w:r>
        <w:rPr>
          <w:color w:val="FF6600"/>
        </w:rPr>
        <w:t xml:space="preserve">than </w:t>
      </w:r>
      <w:r>
        <w:rPr>
          <w:color w:val="00787F"/>
        </w:rPr>
        <w:t xml:space="preserve">now </w:t>
      </w:r>
      <w:r>
        <w:rPr>
          <w:color w:val="000000"/>
        </w:rPr>
        <w:t xml:space="preserve">. They </w:t>
      </w: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CC3399"/>
        </w:rPr>
        <w:t xml:space="preserve">remember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was </w:t>
      </w:r>
      <w:r>
        <w:rPr>
          <w:color w:val="00FFCC"/>
        </w:rPr>
        <w:t xml:space="preserve">nothing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with </w:t>
      </w:r>
      <w:r>
        <w:rPr>
          <w:color w:val="000000"/>
        </w:rPr>
        <w:t xml:space="preserve">which they </w:t>
      </w:r>
      <w:r>
        <w:rPr>
          <w:color w:val="003E3E"/>
        </w:rPr>
        <w:t xml:space="preserve">could </w:t>
      </w:r>
      <w:r>
        <w:rPr>
          <w:color w:val="CC3399"/>
        </w:rPr>
        <w:t xml:space="preserve">compare </w:t>
      </w:r>
      <w:r>
        <w:rPr>
          <w:color w:val="000000"/>
        </w:rPr>
        <w:t xml:space="preserve">their </w:t>
      </w:r>
      <w:r>
        <w:rPr>
          <w:color w:val="33CCFF"/>
        </w:rPr>
        <w:t xml:space="preserve">present </w:t>
      </w:r>
      <w:r>
        <w:rPr>
          <w:color w:val="00FFCC"/>
        </w:rPr>
        <w:t xml:space="preserve">lives </w:t>
      </w:r>
      <w:r>
        <w:rPr>
          <w:color w:val="000000"/>
        </w:rPr>
        <w:t xml:space="preserve">: they </w:t>
      </w:r>
      <w:r>
        <w:rPr>
          <w:color w:val="CC3399"/>
        </w:rPr>
        <w:t xml:space="preserve">had </w:t>
      </w:r>
      <w:r>
        <w:rPr>
          <w:color w:val="00FFCC"/>
        </w:rPr>
        <w:t xml:space="preserve">nothing </w:t>
      </w:r>
      <w:r>
        <w:rPr>
          <w:color w:val="000000"/>
        </w:rPr>
        <w:t xml:space="preserve">to </w:t>
      </w:r>
      <w:r>
        <w:rPr>
          <w:color w:val="CC3399"/>
        </w:rPr>
        <w:t xml:space="preserve">go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upon except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's </w:t>
      </w:r>
      <w:r>
        <w:rPr>
          <w:color w:val="00FFCC"/>
        </w:rPr>
        <w:t xml:space="preserve">lists </w:t>
      </w:r>
      <w:r>
        <w:rPr>
          <w:color w:val="FF6600"/>
        </w:rPr>
        <w:t xml:space="preserve">of </w:t>
      </w:r>
      <w:r>
        <w:rPr>
          <w:color w:val="00FFCC"/>
        </w:rPr>
        <w:t xml:space="preserve">figures </w:t>
      </w:r>
      <w:r>
        <w:rPr>
          <w:color w:val="000000"/>
        </w:rPr>
        <w:t xml:space="preserve">, which </w:t>
      </w:r>
      <w:r>
        <w:rPr>
          <w:color w:val="00787F"/>
        </w:rPr>
        <w:t xml:space="preserve">invariably </w:t>
      </w:r>
      <w:r>
        <w:rPr>
          <w:color w:val="CC3399"/>
        </w:rPr>
        <w:t xml:space="preserve">demonstrated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that </w:t>
      </w:r>
      <w:r>
        <w:rPr>
          <w:color w:val="00FFCC"/>
        </w:rPr>
        <w:t xml:space="preserve">everything </w:t>
      </w:r>
      <w:r>
        <w:rPr>
          <w:color w:val="CC3399"/>
        </w:rPr>
        <w:t xml:space="preserve">was getting </w:t>
      </w:r>
      <w:r>
        <w:rPr>
          <w:color w:val="00787F"/>
        </w:rPr>
        <w:t xml:space="preserve">better </w:t>
      </w:r>
      <w:r>
        <w:rPr>
          <w:color w:val="FF0066"/>
        </w:rPr>
        <w:t xml:space="preserve">and </w:t>
      </w:r>
      <w:r>
        <w:rPr>
          <w:color w:val="00787F"/>
        </w:rPr>
        <w:t xml:space="preserve">better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found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problem insoluble </w:t>
      </w:r>
      <w:r>
        <w:rPr>
          <w:color w:val="000000"/>
        </w:rPr>
        <w:t xml:space="preserve">; </w:t>
      </w:r>
      <w:r>
        <w:rPr>
          <w:color w:val="FF6600"/>
        </w:rPr>
        <w:t xml:space="preserve">in </w:t>
      </w:r>
      <w:r>
        <w:rPr>
          <w:color w:val="000000"/>
        </w:rPr>
        <w:t xml:space="preserve">any </w:t>
      </w:r>
      <w:r>
        <w:rPr>
          <w:color w:val="00FFCC"/>
        </w:rPr>
        <w:t xml:space="preserve">case </w:t>
      </w:r>
      <w:r>
        <w:rPr>
          <w:color w:val="000000"/>
        </w:rPr>
        <w:t xml:space="preserve">, they </w:t>
      </w:r>
      <w:r>
        <w:rPr>
          <w:color w:val="CC3399"/>
        </w:rPr>
        <w:t xml:space="preserve">had </w:t>
      </w:r>
      <w:r>
        <w:rPr>
          <w:color w:val="33CCFF"/>
        </w:rPr>
        <w:t xml:space="preserve">little </w:t>
      </w:r>
      <w:r>
        <w:rPr>
          <w:color w:val="00FFCC"/>
        </w:rPr>
        <w:t xml:space="preserve">time </w:t>
      </w:r>
      <w:r>
        <w:rPr>
          <w:color w:val="FF6600"/>
        </w:rPr>
        <w:t xml:space="preserve">for </w:t>
      </w:r>
      <w:r>
        <w:rPr>
          <w:color w:val="CC3399"/>
        </w:rPr>
        <w:t xml:space="preserve">speculating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such </w:t>
      </w:r>
      <w:r>
        <w:rPr>
          <w:color w:val="00FFCC"/>
        </w:rPr>
        <w:t xml:space="preserve">things </w:t>
      </w:r>
      <w:r>
        <w:rPr>
          <w:color w:val="00787F"/>
        </w:rPr>
        <w:t xml:space="preserve">now </w:t>
      </w:r>
      <w:r>
        <w:rPr>
          <w:color w:val="000000"/>
        </w:rPr>
        <w:t xml:space="preserve">. </w:t>
      </w:r>
      <w:r>
        <w:rPr>
          <w:color w:val="00787F"/>
        </w:rPr>
        <w:t xml:space="preserve">Only </w:t>
      </w:r>
      <w:r>
        <w:rPr>
          <w:color w:val="33CCFF"/>
        </w:rPr>
        <w:t xml:space="preserve">old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professed </w:t>
      </w:r>
      <w:r>
        <w:rPr>
          <w:color w:val="000000"/>
        </w:rPr>
        <w:t xml:space="preserve">to </w:t>
      </w:r>
      <w:r>
        <w:rPr>
          <w:color w:val="CC3399"/>
        </w:rPr>
        <w:t xml:space="preserve">remember </w:t>
      </w:r>
      <w:r>
        <w:rPr>
          <w:color w:val="000000"/>
        </w:rPr>
        <w:t xml:space="preserve">every </w:t>
      </w:r>
      <w:r>
        <w:rPr>
          <w:color w:val="00FFCC"/>
        </w:rPr>
        <w:t xml:space="preserve">detail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33CCFF"/>
        </w:rPr>
        <w:t xml:space="preserve">long </w:t>
      </w:r>
      <w:r>
        <w:rPr>
          <w:color w:val="00FFCC"/>
        </w:rPr>
        <w:t xml:space="preserve">life </w:t>
      </w:r>
      <w:r>
        <w:rPr>
          <w:color w:val="FF0066"/>
        </w:rPr>
        <w:t xml:space="preserve">and </w:t>
      </w:r>
      <w:r>
        <w:rPr>
          <w:color w:val="000000"/>
        </w:rPr>
        <w:t xml:space="preserve">to </w:t>
      </w:r>
      <w:r>
        <w:rPr>
          <w:color w:val="CC3399"/>
        </w:rPr>
        <w:t xml:space="preserve">know </w:t>
      </w:r>
      <w:r>
        <w:rPr>
          <w:color w:val="FF6600"/>
        </w:rPr>
        <w:t xml:space="preserve">that </w:t>
      </w:r>
      <w:r>
        <w:rPr>
          <w:color w:val="00FFCC"/>
        </w:rPr>
        <w:t xml:space="preserve">things </w:t>
      </w:r>
      <w:r>
        <w:rPr>
          <w:color w:val="00787F"/>
        </w:rPr>
        <w:t xml:space="preserve">never </w:t>
      </w:r>
      <w:r>
        <w:rPr>
          <w:color w:val="CC3399"/>
        </w:rPr>
        <w:t xml:space="preserve">had been </w:t>
      </w:r>
      <w:r>
        <w:rPr>
          <w:color w:val="000000"/>
        </w:rPr>
        <w:t xml:space="preserve">, </w:t>
      </w:r>
      <w:r>
        <w:rPr>
          <w:color w:val="FF0066"/>
        </w:rPr>
        <w:t xml:space="preserve">nor </w:t>
      </w:r>
      <w:r>
        <w:rPr>
          <w:color w:val="00787F"/>
        </w:rPr>
        <w:t xml:space="preserve">ever </w:t>
      </w:r>
      <w:r>
        <w:rPr>
          <w:color w:val="003E3E"/>
        </w:rPr>
        <w:t xml:space="preserve">could </w:t>
      </w:r>
      <w:r>
        <w:rPr>
          <w:color w:val="CC3399"/>
        </w:rPr>
        <w:t xml:space="preserve">be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much </w:t>
      </w:r>
      <w:r>
        <w:rPr>
          <w:color w:val="00787F"/>
        </w:rPr>
        <w:t xml:space="preserve">better </w:t>
      </w:r>
      <w:r>
        <w:rPr>
          <w:color w:val="FF0066"/>
        </w:rPr>
        <w:t xml:space="preserve">or </w:t>
      </w:r>
      <w:r>
        <w:rPr>
          <w:color w:val="33CCFF"/>
        </w:rPr>
        <w:t xml:space="preserve">much worse </w:t>
      </w:r>
      <w:r>
        <w:rPr>
          <w:color w:val="000000"/>
        </w:rPr>
        <w:t xml:space="preserve">-- </w:t>
      </w:r>
      <w:r>
        <w:rPr>
          <w:color w:val="00FFCC"/>
        </w:rPr>
        <w:t xml:space="preserve">hunger </w:t>
      </w:r>
      <w:r>
        <w:rPr>
          <w:color w:val="000000"/>
        </w:rPr>
        <w:t xml:space="preserve">, </w:t>
      </w:r>
      <w:r>
        <w:rPr>
          <w:color w:val="00FFCC"/>
        </w:rPr>
        <w:t xml:space="preserve">hardship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FFCC"/>
        </w:rPr>
        <w:t xml:space="preserve">disappointment </w:t>
      </w:r>
      <w:r>
        <w:rPr>
          <w:color w:val="CC3399"/>
        </w:rPr>
        <w:t xml:space="preserve">being </w:t>
      </w:r>
      <w:r>
        <w:rPr>
          <w:color w:val="000000"/>
        </w:rPr>
        <w:t xml:space="preserve">, </w:t>
      </w:r>
      <w:r>
        <w:rPr>
          <w:color w:val="00787F"/>
        </w:rPr>
        <w:t xml:space="preserve">so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the </w:t>
      </w:r>
      <w:r>
        <w:rPr>
          <w:color w:val="33CCFF"/>
        </w:rPr>
        <w:t xml:space="preserve">unalterable </w:t>
      </w:r>
      <w:r>
        <w:rPr>
          <w:color w:val="00FFCC"/>
        </w:rPr>
        <w:t xml:space="preserve">law </w:t>
      </w:r>
      <w:r>
        <w:rPr>
          <w:color w:val="FF6600"/>
        </w:rPr>
        <w:t xml:space="preserve">of </w:t>
      </w:r>
      <w:r>
        <w:rPr>
          <w:color w:val="00FFCC"/>
        </w:rPr>
        <w:t xml:space="preserve">life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yet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787F"/>
        </w:rPr>
        <w:t xml:space="preserve">never </w:t>
      </w:r>
      <w:r>
        <w:rPr>
          <w:color w:val="CC3399"/>
        </w:rPr>
        <w:t xml:space="preserve">gave </w:t>
      </w:r>
      <w:r>
        <w:rPr>
          <w:color w:val="000000"/>
        </w:rPr>
        <w:t xml:space="preserve">up </w:t>
      </w:r>
      <w:r>
        <w:rPr>
          <w:color w:val="00FFCC"/>
        </w:rPr>
        <w:t xml:space="preserve">hope </w:t>
      </w:r>
      <w:r>
        <w:rPr>
          <w:color w:val="000000"/>
        </w:rPr>
        <w:t xml:space="preserve">. </w:t>
      </w:r>
      <w:r>
        <w:rPr>
          <w:color w:val="33CCFF"/>
        </w:rPr>
        <w:t xml:space="preserve">More </w:t>
      </w:r>
      <w:r>
        <w:rPr>
          <w:color w:val="000000"/>
        </w:rPr>
        <w:t xml:space="preserve">, they </w:t>
      </w:r>
      <w:r>
        <w:rPr>
          <w:color w:val="00787F"/>
        </w:rPr>
        <w:t xml:space="preserve">never </w:t>
      </w:r>
      <w:r>
        <w:rPr>
          <w:color w:val="CC3399"/>
        </w:rPr>
        <w:t xml:space="preserve">lost </w:t>
      </w:r>
      <w:r>
        <w:rPr>
          <w:color w:val="000000"/>
        </w:rPr>
        <w:t xml:space="preserve">, </w:t>
      </w:r>
      <w:r>
        <w:rPr>
          <w:color w:val="00787F"/>
        </w:rPr>
        <w:t xml:space="preserve">even </w:t>
      </w:r>
      <w:r>
        <w:rPr>
          <w:color w:val="FF6600"/>
        </w:rPr>
        <w:t xml:space="preserve">for </w:t>
      </w:r>
      <w:r>
        <w:rPr>
          <w:color w:val="000000"/>
        </w:rPr>
        <w:t xml:space="preserve">an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instant </w:t>
      </w:r>
      <w:r>
        <w:rPr>
          <w:color w:val="000000"/>
        </w:rPr>
        <w:t xml:space="preserve">, their </w:t>
      </w:r>
      <w:r>
        <w:rPr>
          <w:color w:val="00FFCC"/>
        </w:rPr>
        <w:t xml:space="preserve">sense </w:t>
      </w:r>
      <w:r>
        <w:rPr>
          <w:color w:val="FF6600"/>
        </w:rPr>
        <w:t xml:space="preserve">of </w:t>
      </w:r>
      <w:r>
        <w:rPr>
          <w:color w:val="00FFCC"/>
        </w:rPr>
        <w:t xml:space="preserve">honour </w:t>
      </w:r>
      <w:r>
        <w:rPr>
          <w:color w:val="FF0066"/>
        </w:rPr>
        <w:t xml:space="preserve">and </w:t>
      </w:r>
      <w:r>
        <w:rPr>
          <w:color w:val="00FFCC"/>
        </w:rPr>
        <w:t xml:space="preserve">privilege </w:t>
      </w:r>
      <w:r>
        <w:rPr>
          <w:color w:val="FF6600"/>
        </w:rPr>
        <w:t xml:space="preserve">in </w:t>
      </w:r>
      <w:r>
        <w:rPr>
          <w:color w:val="CC3399"/>
        </w:rPr>
        <w:t xml:space="preserve">being </w:t>
      </w:r>
      <w:r>
        <w:rPr>
          <w:color w:val="00FFCC"/>
        </w:rPr>
        <w:t xml:space="preserve">members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still </w:t>
      </w:r>
      <w:r>
        <w:rPr>
          <w:color w:val="000000"/>
        </w:rPr>
        <w:t xml:space="preserve">the </w:t>
      </w:r>
      <w:r>
        <w:rPr>
          <w:color w:val="33CCFF"/>
        </w:rPr>
        <w:t xml:space="preserve">only </w:t>
      </w:r>
      <w:r>
        <w:rPr>
          <w:color w:val="00FFCC"/>
        </w:rPr>
        <w:t xml:space="preserve">farm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county </w:t>
      </w:r>
      <w:r>
        <w:rPr>
          <w:color w:val="000000"/>
        </w:rPr>
        <w:t xml:space="preserve">-- </w:t>
      </w:r>
      <w:r>
        <w:rPr>
          <w:color w:val="FF6600"/>
        </w:rPr>
        <w:t xml:space="preserve">in </w:t>
      </w:r>
      <w:r>
        <w:rPr>
          <w:color w:val="000000"/>
        </w:rPr>
        <w:t xml:space="preserve">all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England </w:t>
      </w:r>
      <w:r>
        <w:rPr>
          <w:color w:val="000000"/>
        </w:rPr>
        <w:t xml:space="preserve">! -- </w:t>
      </w:r>
      <w:r>
        <w:rPr>
          <w:color w:val="CC3399"/>
        </w:rPr>
        <w:t xml:space="preserve">owned </w:t>
      </w:r>
      <w:r>
        <w:rPr>
          <w:color w:val="FF0066"/>
        </w:rPr>
        <w:t xml:space="preserve">and </w:t>
      </w:r>
      <w:r>
        <w:rPr>
          <w:color w:val="CC3399"/>
        </w:rPr>
        <w:t xml:space="preserve">operated </w:t>
      </w:r>
      <w:r>
        <w:rPr>
          <w:color w:val="FF6600"/>
        </w:rPr>
        <w:t xml:space="preserve">by </w:t>
      </w:r>
      <w:r>
        <w:rPr>
          <w:color w:val="00FFCC"/>
        </w:rPr>
        <w:t xml:space="preserve">animals </w:t>
      </w:r>
      <w:r>
        <w:rPr>
          <w:color w:val="000000"/>
        </w:rPr>
        <w:t xml:space="preserve">. </w:t>
      </w:r>
      <w:r>
        <w:rPr>
          <w:color w:val="00787F"/>
        </w:rPr>
        <w:t xml:space="preserve">Not </w:t>
      </w:r>
      <w:r>
        <w:rPr>
          <w:color w:val="000000"/>
        </w:rPr>
        <w:t xml:space="preserve">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, </w:t>
      </w:r>
      <w:r>
        <w:rPr>
          <w:color w:val="00787F"/>
        </w:rPr>
        <w:t xml:space="preserve">not even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youngest </w:t>
      </w:r>
      <w:r>
        <w:rPr>
          <w:color w:val="000000"/>
        </w:rPr>
        <w:t xml:space="preserve">, </w:t>
      </w:r>
      <w:r>
        <w:rPr>
          <w:color w:val="00787F"/>
        </w:rPr>
        <w:t xml:space="preserve">not even </w:t>
      </w:r>
      <w:r>
        <w:rPr>
          <w:color w:val="000000"/>
        </w:rPr>
        <w:t xml:space="preserve">the </w:t>
      </w:r>
      <w:r>
        <w:rPr>
          <w:color w:val="00FFCC"/>
        </w:rPr>
        <w:t xml:space="preserve">newcomers </w:t>
      </w:r>
      <w:r>
        <w:rPr>
          <w:color w:val="000000"/>
        </w:rPr>
        <w:t xml:space="preserve">who </w:t>
      </w:r>
      <w:r>
        <w:rPr>
          <w:color w:val="CC3399"/>
        </w:rPr>
        <w:t xml:space="preserve">had been brought </w:t>
      </w:r>
      <w:r>
        <w:rPr>
          <w:color w:val="FF6600"/>
        </w:rPr>
        <w:t xml:space="preserve">from </w:t>
      </w:r>
      <w:r>
        <w:rPr>
          <w:color w:val="00FFCC"/>
        </w:rPr>
        <w:t xml:space="preserve">farms </w:t>
      </w:r>
      <w:r>
        <w:rPr>
          <w:color w:val="000000"/>
        </w:rPr>
        <w:t xml:space="preserve">ten </w:t>
      </w:r>
      <w:r>
        <w:rPr>
          <w:color w:val="FF0066"/>
        </w:rPr>
        <w:t xml:space="preserve">or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twenty miles </w:t>
      </w:r>
      <w:r>
        <w:rPr>
          <w:color w:val="00787F"/>
        </w:rPr>
        <w:t xml:space="preserve">away </w:t>
      </w:r>
      <w:r>
        <w:rPr>
          <w:color w:val="000000"/>
        </w:rPr>
        <w:t xml:space="preserve">, </w:t>
      </w:r>
      <w:r>
        <w:rPr>
          <w:color w:val="00787F"/>
        </w:rPr>
        <w:t xml:space="preserve">ever </w:t>
      </w:r>
      <w:r>
        <w:rPr>
          <w:color w:val="CC3399"/>
        </w:rPr>
        <w:t xml:space="preserve">ceased </w:t>
      </w:r>
      <w:r>
        <w:rPr>
          <w:color w:val="000000"/>
        </w:rPr>
        <w:t xml:space="preserve">to </w:t>
      </w:r>
      <w:r>
        <w:rPr>
          <w:color w:val="CC3399"/>
        </w:rPr>
        <w:t xml:space="preserve">marvel </w:t>
      </w:r>
      <w:r>
        <w:rPr>
          <w:color w:val="FF6600"/>
        </w:rPr>
        <w:t xml:space="preserve">at </w:t>
      </w:r>
      <w:r>
        <w:rPr>
          <w:color w:val="000000"/>
        </w:rPr>
        <w:t xml:space="preserve">that .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they </w:t>
      </w:r>
      <w:r>
        <w:rPr>
          <w:color w:val="CC3399"/>
        </w:rPr>
        <w:t xml:space="preserve">heard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gun booming </w:t>
      </w:r>
      <w:r>
        <w:rPr>
          <w:color w:val="FF0066"/>
        </w:rPr>
        <w:t xml:space="preserve">and </w:t>
      </w:r>
      <w:r>
        <w:rPr>
          <w:color w:val="CC3399"/>
        </w:rPr>
        <w:t xml:space="preserve">saw </w:t>
      </w:r>
      <w:r>
        <w:rPr>
          <w:color w:val="000000"/>
        </w:rPr>
        <w:t xml:space="preserve">the </w:t>
      </w:r>
      <w:r>
        <w:rPr>
          <w:color w:val="33CCFF"/>
        </w:rPr>
        <w:t xml:space="preserve">green </w:t>
      </w:r>
      <w:r>
        <w:rPr>
          <w:color w:val="00FFCC"/>
        </w:rPr>
        <w:t xml:space="preserve">flag fluttering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masthead </w:t>
      </w:r>
      <w:r>
        <w:rPr>
          <w:color w:val="000000"/>
        </w:rPr>
        <w:t xml:space="preserve">, their </w:t>
      </w:r>
    </w:p>
    <w:p w:rsidR="00D83EF7" w:rsidRDefault="00CA4524" w:rsidP="00CA4524">
      <w:pPr>
        <w:spacing w:after="0"/>
      </w:pPr>
      <w:r>
        <w:rPr>
          <w:color w:val="00FFCC"/>
        </w:rPr>
        <w:t>he</w:t>
      </w:r>
      <w:r>
        <w:rPr>
          <w:color w:val="00FFCC"/>
        </w:rPr>
        <w:t xml:space="preserve">arts </w:t>
      </w:r>
      <w:r>
        <w:rPr>
          <w:color w:val="CC3399"/>
        </w:rPr>
        <w:t xml:space="preserve">swelled </w:t>
      </w:r>
      <w:r>
        <w:rPr>
          <w:color w:val="FF6600"/>
        </w:rPr>
        <w:t xml:space="preserve">with </w:t>
      </w:r>
      <w:r>
        <w:rPr>
          <w:color w:val="33CCFF"/>
        </w:rPr>
        <w:t xml:space="preserve">imperishable </w:t>
      </w:r>
      <w:r>
        <w:rPr>
          <w:color w:val="00FFCC"/>
        </w:rPr>
        <w:t xml:space="preserve">pride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talk </w:t>
      </w:r>
      <w:r>
        <w:rPr>
          <w:color w:val="CC3399"/>
        </w:rPr>
        <w:t xml:space="preserve">turned </w:t>
      </w:r>
      <w:r>
        <w:rPr>
          <w:color w:val="00787F"/>
        </w:rPr>
        <w:t xml:space="preserve">always </w:t>
      </w:r>
      <w:r>
        <w:rPr>
          <w:color w:val="00FFCC"/>
        </w:rPr>
        <w:t xml:space="preserve">towards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old </w:t>
      </w:r>
      <w:r>
        <w:rPr>
          <w:color w:val="00FFCC"/>
        </w:rPr>
        <w:t xml:space="preserve">heroic days </w:t>
      </w:r>
      <w:r>
        <w:rPr>
          <w:color w:val="000000"/>
        </w:rPr>
        <w:t xml:space="preserve">, the </w:t>
      </w:r>
      <w:r>
        <w:rPr>
          <w:color w:val="00FFCC"/>
        </w:rPr>
        <w:t xml:space="preserve">expulsion </w:t>
      </w:r>
      <w:r>
        <w:rPr>
          <w:color w:val="FF6600"/>
        </w:rPr>
        <w:t xml:space="preserve">of </w:t>
      </w:r>
      <w:r>
        <w:rPr>
          <w:color w:val="00FFCC"/>
        </w:rPr>
        <w:t xml:space="preserve">Jones </w:t>
      </w:r>
      <w:r>
        <w:rPr>
          <w:color w:val="000000"/>
        </w:rPr>
        <w:t xml:space="preserve">, the </w:t>
      </w:r>
      <w:r>
        <w:rPr>
          <w:color w:val="00FFCC"/>
        </w:rPr>
        <w:t xml:space="preserve">writing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Seven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Commandments </w:t>
      </w:r>
      <w:r>
        <w:rPr>
          <w:color w:val="000000"/>
        </w:rPr>
        <w:t xml:space="preserve">, the </w:t>
      </w:r>
      <w:r>
        <w:rPr>
          <w:color w:val="33CCFF"/>
        </w:rPr>
        <w:t xml:space="preserve">great </w:t>
      </w:r>
      <w:r>
        <w:rPr>
          <w:color w:val="00FFCC"/>
        </w:rPr>
        <w:t xml:space="preserve">battles </w:t>
      </w:r>
      <w:r>
        <w:rPr>
          <w:color w:val="FF6600"/>
        </w:rPr>
        <w:t xml:space="preserve">in </w:t>
      </w:r>
      <w:r>
        <w:rPr>
          <w:color w:val="000000"/>
        </w:rPr>
        <w:t xml:space="preserve">which the </w:t>
      </w:r>
      <w:r>
        <w:rPr>
          <w:color w:val="00FFCC"/>
        </w:rPr>
        <w:t xml:space="preserve">human invaders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defeated </w:t>
      </w:r>
      <w:r>
        <w:rPr>
          <w:color w:val="000000"/>
        </w:rPr>
        <w:t xml:space="preserve">. </w:t>
      </w:r>
      <w:r>
        <w:rPr>
          <w:color w:val="00FFCC"/>
        </w:rPr>
        <w:t xml:space="preserve">None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old </w:t>
      </w:r>
      <w:r>
        <w:rPr>
          <w:color w:val="00FFCC"/>
        </w:rPr>
        <w:t xml:space="preserve">dreams </w:t>
      </w:r>
      <w:r>
        <w:rPr>
          <w:color w:val="CC3399"/>
        </w:rPr>
        <w:t xml:space="preserve">had been abandoned </w:t>
      </w:r>
      <w:r>
        <w:rPr>
          <w:color w:val="000000"/>
        </w:rPr>
        <w:t xml:space="preserve">. The </w:t>
      </w:r>
      <w:r>
        <w:rPr>
          <w:color w:val="00FFCC"/>
        </w:rPr>
        <w:t xml:space="preserve">Republic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000000"/>
        </w:rPr>
        <w:t xml:space="preserve">which </w:t>
      </w:r>
      <w:r>
        <w:rPr>
          <w:color w:val="00FFCC"/>
        </w:rPr>
        <w:t xml:space="preserve">Major </w:t>
      </w:r>
      <w:r>
        <w:rPr>
          <w:color w:val="CC3399"/>
        </w:rPr>
        <w:t xml:space="preserve">had foretold </w:t>
      </w:r>
      <w:r>
        <w:rPr>
          <w:color w:val="000000"/>
        </w:rPr>
        <w:t xml:space="preserve">, when the </w:t>
      </w:r>
      <w:r>
        <w:rPr>
          <w:color w:val="33CCFF"/>
        </w:rPr>
        <w:t xml:space="preserve">green </w:t>
      </w:r>
      <w:r>
        <w:rPr>
          <w:color w:val="00FFCC"/>
        </w:rPr>
        <w:t xml:space="preserve">fields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3E3E"/>
        </w:rPr>
        <w:t xml:space="preserve">should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 </w:t>
      </w:r>
      <w:r>
        <w:rPr>
          <w:color w:val="33CCFF"/>
        </w:rPr>
        <w:t xml:space="preserve">untrodden </w:t>
      </w:r>
      <w:r>
        <w:rPr>
          <w:color w:val="FF6600"/>
        </w:rPr>
        <w:t xml:space="preserve">by </w:t>
      </w:r>
      <w:r>
        <w:rPr>
          <w:color w:val="33CCFF"/>
        </w:rPr>
        <w:t xml:space="preserve">human </w:t>
      </w:r>
      <w:r>
        <w:rPr>
          <w:color w:val="00FFCC"/>
        </w:rPr>
        <w:t xml:space="preserve">feet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787F"/>
        </w:rPr>
        <w:t xml:space="preserve">still </w:t>
      </w:r>
      <w:r>
        <w:rPr>
          <w:color w:val="CC3399"/>
        </w:rPr>
        <w:t xml:space="preserve">believed </w:t>
      </w:r>
      <w:r>
        <w:rPr>
          <w:color w:val="FF6600"/>
        </w:rPr>
        <w:t xml:space="preserve">in </w:t>
      </w:r>
      <w:r>
        <w:rPr>
          <w:color w:val="000000"/>
        </w:rPr>
        <w:t xml:space="preserve">. Some </w:t>
      </w:r>
      <w:r>
        <w:rPr>
          <w:color w:val="00FFCC"/>
        </w:rPr>
        <w:t xml:space="preserve">day </w:t>
      </w:r>
      <w:r>
        <w:rPr>
          <w:color w:val="000000"/>
        </w:rPr>
        <w:t xml:space="preserve">it </w:t>
      </w:r>
      <w:r>
        <w:rPr>
          <w:color w:val="CC3399"/>
        </w:rPr>
        <w:t xml:space="preserve">was coming </w:t>
      </w:r>
      <w:r>
        <w:rPr>
          <w:color w:val="000000"/>
        </w:rPr>
        <w:t xml:space="preserve">: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003E3E"/>
        </w:rPr>
        <w:t xml:space="preserve">might </w:t>
      </w:r>
      <w:r>
        <w:rPr>
          <w:color w:val="00787F"/>
        </w:rPr>
        <w:t xml:space="preserve">not </w:t>
      </w:r>
      <w:r>
        <w:rPr>
          <w:color w:val="CC3399"/>
        </w:rPr>
        <w:t xml:space="preserve">be </w:t>
      </w:r>
      <w:r>
        <w:rPr>
          <w:color w:val="00787F"/>
        </w:rPr>
        <w:t xml:space="preserve">soon </w:t>
      </w:r>
      <w:r>
        <w:rPr>
          <w:color w:val="000000"/>
        </w:rPr>
        <w:t xml:space="preserve">, it </w:t>
      </w:r>
      <w:r>
        <w:rPr>
          <w:color w:val="003E3E"/>
        </w:rPr>
        <w:t xml:space="preserve">might </w:t>
      </w:r>
      <w:r>
        <w:rPr>
          <w:color w:val="00787F"/>
        </w:rPr>
        <w:t xml:space="preserve">not </w:t>
      </w:r>
      <w:r>
        <w:rPr>
          <w:color w:val="CC3399"/>
        </w:rPr>
        <w:t xml:space="preserve">be </w:t>
      </w:r>
      <w:r>
        <w:rPr>
          <w:color w:val="FF6600"/>
        </w:rPr>
        <w:t xml:space="preserve">with in </w:t>
      </w:r>
      <w:r>
        <w:rPr>
          <w:color w:val="000000"/>
        </w:rPr>
        <w:t xml:space="preserve">the </w:t>
      </w:r>
      <w:r>
        <w:rPr>
          <w:color w:val="00FFCC"/>
        </w:rPr>
        <w:t>lifetime</w:t>
      </w:r>
      <w:r>
        <w:rPr>
          <w:color w:val="00FFCC"/>
        </w:rPr>
        <w:t xml:space="preserve"> </w:t>
      </w:r>
      <w:r>
        <w:rPr>
          <w:color w:val="FF6600"/>
        </w:rPr>
        <w:t xml:space="preserve">of </w:t>
      </w:r>
      <w:r>
        <w:rPr>
          <w:color w:val="000000"/>
        </w:rPr>
        <w:t xml:space="preserve">any </w:t>
      </w:r>
      <w:r>
        <w:rPr>
          <w:color w:val="00FFCC"/>
        </w:rPr>
        <w:t xml:space="preserve">animal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now </w:t>
      </w:r>
      <w:r>
        <w:rPr>
          <w:color w:val="00FFCC"/>
        </w:rPr>
        <w:t xml:space="preserve">living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787F"/>
        </w:rPr>
        <w:t xml:space="preserve">still </w:t>
      </w:r>
      <w:r>
        <w:rPr>
          <w:color w:val="000000"/>
        </w:rPr>
        <w:t xml:space="preserve">it </w:t>
      </w:r>
      <w:r>
        <w:rPr>
          <w:color w:val="CC3399"/>
        </w:rPr>
        <w:t xml:space="preserve">was coming </w:t>
      </w:r>
      <w:r>
        <w:rPr>
          <w:color w:val="000000"/>
        </w:rPr>
        <w:t xml:space="preserve">. </w:t>
      </w:r>
      <w:r>
        <w:rPr>
          <w:color w:val="00787F"/>
        </w:rPr>
        <w:t xml:space="preserve">Even </w:t>
      </w:r>
      <w:r>
        <w:rPr>
          <w:color w:val="000000"/>
        </w:rPr>
        <w:t xml:space="preserve">the </w:t>
      </w:r>
      <w:r>
        <w:rPr>
          <w:color w:val="00FFCC"/>
        </w:rPr>
        <w:t xml:space="preserve">tune </w:t>
      </w:r>
      <w:r>
        <w:rPr>
          <w:color w:val="FF6600"/>
        </w:rPr>
        <w:t xml:space="preserve">of </w:t>
      </w:r>
      <w:r>
        <w:rPr>
          <w:color w:val="00FFCC"/>
        </w:rPr>
        <w:t xml:space="preserve">'Beasts </w:t>
      </w:r>
      <w:r>
        <w:rPr>
          <w:color w:val="FF6600"/>
        </w:rPr>
        <w:t xml:space="preserve">of </w:t>
      </w:r>
      <w:r>
        <w:rPr>
          <w:color w:val="00FFCC"/>
        </w:rPr>
        <w:t xml:space="preserve">England </w:t>
      </w:r>
      <w:r>
        <w:rPr>
          <w:color w:val="000000"/>
        </w:rPr>
        <w:t xml:space="preserve">'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00787F"/>
        </w:rPr>
        <w:t xml:space="preserve">perhaps </w:t>
      </w:r>
      <w:r>
        <w:rPr>
          <w:color w:val="CC3399"/>
        </w:rPr>
        <w:t xml:space="preserve">hummed </w:t>
      </w:r>
      <w:r>
        <w:rPr>
          <w:color w:val="00787F"/>
        </w:rPr>
        <w:t xml:space="preserve">secretly here </w:t>
      </w:r>
      <w:r>
        <w:rPr>
          <w:color w:val="FF0066"/>
        </w:rPr>
        <w:t xml:space="preserve">and </w:t>
      </w:r>
      <w:r>
        <w:rPr>
          <w:color w:val="00787F"/>
        </w:rPr>
        <w:t xml:space="preserve">there </w:t>
      </w:r>
      <w:r>
        <w:rPr>
          <w:color w:val="000000"/>
        </w:rPr>
        <w:t xml:space="preserve">: </w:t>
      </w:r>
      <w:r>
        <w:rPr>
          <w:color w:val="FF6600"/>
        </w:rPr>
        <w:t xml:space="preserve">at </w:t>
      </w:r>
      <w:r>
        <w:rPr>
          <w:color w:val="000000"/>
        </w:rPr>
        <w:t xml:space="preserve">any </w:t>
      </w:r>
      <w:r>
        <w:rPr>
          <w:color w:val="00FFCC"/>
        </w:rPr>
        <w:t xml:space="preserve">rate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fact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that every </w:t>
      </w:r>
      <w:r>
        <w:rPr>
          <w:color w:val="00FFCC"/>
        </w:rPr>
        <w:t xml:space="preserve">animal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knew </w:t>
      </w:r>
      <w:r>
        <w:rPr>
          <w:color w:val="000000"/>
        </w:rPr>
        <w:t xml:space="preserve">it , </w:t>
      </w:r>
      <w:r>
        <w:rPr>
          <w:color w:val="FF6600"/>
        </w:rPr>
        <w:t xml:space="preserve">though </w:t>
      </w:r>
      <w:r>
        <w:rPr>
          <w:color w:val="000000"/>
        </w:rPr>
        <w:t xml:space="preserve">no </w:t>
      </w:r>
      <w:r>
        <w:rPr>
          <w:color w:val="00FFCC"/>
        </w:rPr>
        <w:t xml:space="preserve">one </w:t>
      </w:r>
      <w:r>
        <w:rPr>
          <w:color w:val="003E3E"/>
        </w:rPr>
        <w:t xml:space="preserve">would </w:t>
      </w:r>
      <w:r>
        <w:rPr>
          <w:color w:val="CC3399"/>
        </w:rPr>
        <w:t xml:space="preserve">have dared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sing </w:t>
      </w:r>
      <w:r>
        <w:rPr>
          <w:color w:val="000000"/>
        </w:rPr>
        <w:t xml:space="preserve">it </w:t>
      </w:r>
      <w:r>
        <w:rPr>
          <w:color w:val="33CCFF"/>
        </w:rPr>
        <w:t xml:space="preserve">aloud </w:t>
      </w:r>
      <w:r>
        <w:rPr>
          <w:color w:val="000000"/>
        </w:rPr>
        <w:t xml:space="preserve">. It </w:t>
      </w:r>
      <w:r>
        <w:rPr>
          <w:color w:val="003E3E"/>
        </w:rPr>
        <w:t xml:space="preserve">might </w:t>
      </w:r>
      <w:r>
        <w:rPr>
          <w:color w:val="CC3399"/>
        </w:rPr>
        <w:t xml:space="preserve">be </w:t>
      </w:r>
      <w:r>
        <w:rPr>
          <w:color w:val="FF6600"/>
        </w:rPr>
        <w:t xml:space="preserve">that </w:t>
      </w:r>
      <w:r>
        <w:rPr>
          <w:color w:val="000000"/>
        </w:rPr>
        <w:t xml:space="preserve">their </w:t>
      </w:r>
      <w:r>
        <w:rPr>
          <w:color w:val="00FFCC"/>
        </w:rPr>
        <w:t xml:space="preserve">lives </w:t>
      </w:r>
      <w:r>
        <w:rPr>
          <w:color w:val="CC3399"/>
        </w:rPr>
        <w:t xml:space="preserve">were </w:t>
      </w:r>
      <w:r>
        <w:rPr>
          <w:color w:val="33CCFF"/>
        </w:rPr>
        <w:t xml:space="preserve">hard </w:t>
      </w:r>
      <w:r>
        <w:rPr>
          <w:color w:val="FF0066"/>
        </w:rPr>
        <w:t xml:space="preserve">and </w:t>
      </w:r>
      <w:r>
        <w:rPr>
          <w:color w:val="FF6600"/>
        </w:rPr>
        <w:t xml:space="preserve">that </w:t>
      </w:r>
      <w:r>
        <w:rPr>
          <w:color w:val="00787F"/>
        </w:rPr>
        <w:t xml:space="preserve">not </w:t>
      </w:r>
      <w:r>
        <w:rPr>
          <w:color w:val="000000"/>
        </w:rPr>
        <w:t xml:space="preserve">all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their </w:t>
      </w:r>
      <w:r>
        <w:rPr>
          <w:color w:val="00FFCC"/>
        </w:rPr>
        <w:t xml:space="preserve">hopes </w:t>
      </w:r>
      <w:r>
        <w:rPr>
          <w:color w:val="CC3399"/>
        </w:rPr>
        <w:t xml:space="preserve">had been fulfilled </w:t>
      </w:r>
      <w:r>
        <w:rPr>
          <w:color w:val="000000"/>
        </w:rPr>
        <w:t xml:space="preserve">; </w:t>
      </w:r>
      <w:r>
        <w:rPr>
          <w:color w:val="FF0066"/>
        </w:rPr>
        <w:t xml:space="preserve">but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33CCFF"/>
        </w:rPr>
        <w:t xml:space="preserve">conscious </w:t>
      </w:r>
      <w:r>
        <w:rPr>
          <w:color w:val="FF6600"/>
        </w:rPr>
        <w:t xml:space="preserve">that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00787F"/>
        </w:rPr>
        <w:t xml:space="preserve">not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as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000000"/>
        </w:rPr>
        <w:t xml:space="preserve">. </w:t>
      </w:r>
      <w:r>
        <w:rPr>
          <w:color w:val="FF6600"/>
        </w:rPr>
        <w:t xml:space="preserve">If </w:t>
      </w:r>
      <w:r>
        <w:rPr>
          <w:color w:val="000000"/>
        </w:rPr>
        <w:t xml:space="preserve">they </w:t>
      </w:r>
      <w:r>
        <w:rPr>
          <w:color w:val="CC3399"/>
        </w:rPr>
        <w:t xml:space="preserve">went </w:t>
      </w:r>
      <w:r>
        <w:rPr>
          <w:color w:val="33CCFF"/>
        </w:rPr>
        <w:t xml:space="preserve">hungry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FF6600"/>
        </w:rPr>
        <w:t xml:space="preserve">from </w:t>
      </w:r>
      <w:r>
        <w:rPr>
          <w:color w:val="CC3399"/>
        </w:rPr>
        <w:t xml:space="preserve">feeding </w:t>
      </w:r>
      <w:r>
        <w:rPr>
          <w:color w:val="33CCFF"/>
        </w:rPr>
        <w:t xml:space="preserve">tyrannical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000000"/>
        </w:rPr>
        <w:t xml:space="preserve">; </w:t>
      </w:r>
      <w:r>
        <w:rPr>
          <w:color w:val="FF6600"/>
        </w:rPr>
        <w:t xml:space="preserve">if </w:t>
      </w:r>
      <w:r>
        <w:rPr>
          <w:color w:val="000000"/>
        </w:rPr>
        <w:t xml:space="preserve">they </w:t>
      </w:r>
      <w:r>
        <w:rPr>
          <w:color w:val="CC3399"/>
        </w:rPr>
        <w:t xml:space="preserve">worked </w:t>
      </w:r>
      <w:r>
        <w:rPr>
          <w:color w:val="33CCFF"/>
        </w:rPr>
        <w:t xml:space="preserve">hard </w:t>
      </w:r>
      <w:r>
        <w:rPr>
          <w:color w:val="000000"/>
        </w:rPr>
        <w:t xml:space="preserve">, </w:t>
      </w:r>
      <w:r>
        <w:rPr>
          <w:color w:val="FF6600"/>
        </w:rPr>
        <w:t xml:space="preserve">at </w:t>
      </w:r>
      <w:r>
        <w:rPr>
          <w:color w:val="33CCFF"/>
        </w:rPr>
        <w:t xml:space="preserve">least </w:t>
      </w:r>
      <w:r>
        <w:rPr>
          <w:color w:val="000000"/>
        </w:rPr>
        <w:t xml:space="preserve">they </w:t>
      </w:r>
      <w:r>
        <w:rPr>
          <w:color w:val="CC3399"/>
        </w:rPr>
        <w:t xml:space="preserve">worked </w:t>
      </w:r>
      <w:r>
        <w:rPr>
          <w:color w:val="FF6600"/>
        </w:rPr>
        <w:t xml:space="preserve">for </w:t>
      </w:r>
      <w:r>
        <w:rPr>
          <w:color w:val="000000"/>
        </w:rPr>
        <w:t xml:space="preserve">themselves 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No </w:t>
      </w:r>
      <w:r>
        <w:rPr>
          <w:color w:val="00FFCC"/>
        </w:rPr>
        <w:t xml:space="preserve">creature </w:t>
      </w:r>
      <w:r>
        <w:rPr>
          <w:color w:val="FF6600"/>
        </w:rPr>
        <w:t xml:space="preserve">among </w:t>
      </w:r>
      <w:r>
        <w:rPr>
          <w:color w:val="000000"/>
        </w:rPr>
        <w:t xml:space="preserve">them </w:t>
      </w:r>
      <w:r>
        <w:rPr>
          <w:color w:val="CC3399"/>
        </w:rPr>
        <w:t xml:space="preserve">went </w:t>
      </w:r>
      <w:r>
        <w:rPr>
          <w:color w:val="FF6600"/>
        </w:rPr>
        <w:t xml:space="preserve">upon </w:t>
      </w:r>
      <w:r>
        <w:rPr>
          <w:color w:val="000000"/>
        </w:rPr>
        <w:t xml:space="preserve">two </w:t>
      </w:r>
      <w:r>
        <w:rPr>
          <w:color w:val="00FFCC"/>
        </w:rPr>
        <w:t xml:space="preserve">legs </w:t>
      </w:r>
      <w:r>
        <w:rPr>
          <w:color w:val="000000"/>
        </w:rPr>
        <w:t xml:space="preserve">. No </w:t>
      </w:r>
      <w:r>
        <w:rPr>
          <w:color w:val="00FFCC"/>
        </w:rPr>
        <w:t xml:space="preserve">creature </w:t>
      </w:r>
      <w:r>
        <w:rPr>
          <w:color w:val="CC3399"/>
        </w:rPr>
        <w:t xml:space="preserve">called </w:t>
      </w:r>
      <w:r>
        <w:rPr>
          <w:color w:val="000000"/>
        </w:rPr>
        <w:t xml:space="preserve">any </w:t>
      </w:r>
      <w:r>
        <w:rPr>
          <w:color w:val="33CCFF"/>
        </w:rPr>
        <w:t xml:space="preserve">other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creature </w:t>
      </w:r>
      <w:r>
        <w:rPr>
          <w:color w:val="000000"/>
        </w:rPr>
        <w:t xml:space="preserve">`` </w:t>
      </w:r>
      <w:r>
        <w:rPr>
          <w:color w:val="00FFCC"/>
        </w:rPr>
        <w:t xml:space="preserve">Master </w:t>
      </w:r>
      <w:r>
        <w:rPr>
          <w:color w:val="000000"/>
        </w:rPr>
        <w:t xml:space="preserve">. '' All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  <w:r>
        <w:rPr>
          <w:color w:val="33CCFF"/>
        </w:rPr>
        <w:t xml:space="preserve">equal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One </w:t>
      </w:r>
      <w:r>
        <w:rPr>
          <w:color w:val="00FFCC"/>
        </w:rPr>
        <w:t xml:space="preserve">day </w:t>
      </w:r>
      <w:r>
        <w:rPr>
          <w:color w:val="FF6600"/>
        </w:rPr>
        <w:t xml:space="preserve">in </w:t>
      </w:r>
      <w:r>
        <w:rPr>
          <w:color w:val="33CCFF"/>
        </w:rPr>
        <w:t xml:space="preserve">early </w:t>
      </w:r>
      <w:r>
        <w:rPr>
          <w:color w:val="00FFCC"/>
        </w:rPr>
        <w:t xml:space="preserve">summer Squealer </w:t>
      </w:r>
      <w:r>
        <w:rPr>
          <w:color w:val="CC3399"/>
        </w:rPr>
        <w:t xml:space="preserve">ordered </w:t>
      </w: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000000"/>
        </w:rPr>
        <w:t xml:space="preserve">to </w:t>
      </w:r>
      <w:r>
        <w:rPr>
          <w:color w:val="CC3399"/>
        </w:rPr>
        <w:t xml:space="preserve">follow </w:t>
      </w:r>
      <w:r>
        <w:rPr>
          <w:color w:val="000000"/>
        </w:rPr>
        <w:t xml:space="preserve">him , </w:t>
      </w:r>
      <w:r>
        <w:rPr>
          <w:color w:val="FF0066"/>
        </w:rPr>
        <w:t xml:space="preserve">and </w:t>
      </w:r>
      <w:r>
        <w:rPr>
          <w:color w:val="CC3399"/>
        </w:rPr>
        <w:t xml:space="preserve">led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out </w:t>
      </w:r>
      <w:r>
        <w:rPr>
          <w:color w:val="000000"/>
        </w:rPr>
        <w:t xml:space="preserve">to a </w:t>
      </w:r>
      <w:r>
        <w:rPr>
          <w:color w:val="00FFCC"/>
        </w:rPr>
        <w:t xml:space="preserve">piece </w:t>
      </w:r>
      <w:r>
        <w:rPr>
          <w:color w:val="FF6600"/>
        </w:rPr>
        <w:t xml:space="preserve">of </w:t>
      </w:r>
      <w:r>
        <w:rPr>
          <w:color w:val="00FFCC"/>
        </w:rPr>
        <w:t xml:space="preserve">waste ground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end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which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become </w:t>
      </w:r>
      <w:r>
        <w:rPr>
          <w:color w:val="33CCFF"/>
        </w:rPr>
        <w:t xml:space="preserve">overgrown </w:t>
      </w:r>
      <w:r>
        <w:rPr>
          <w:color w:val="FF6600"/>
        </w:rPr>
        <w:t xml:space="preserve">with </w:t>
      </w:r>
      <w:r>
        <w:rPr>
          <w:color w:val="33CCFF"/>
        </w:rPr>
        <w:t xml:space="preserve">birch </w:t>
      </w:r>
      <w:r>
        <w:rPr>
          <w:color w:val="00FFCC"/>
        </w:rPr>
        <w:t xml:space="preserve">saplings </w:t>
      </w:r>
      <w:r>
        <w:rPr>
          <w:color w:val="000000"/>
        </w:rPr>
        <w:t xml:space="preserve">. The </w:t>
      </w:r>
      <w:r>
        <w:rPr>
          <w:color w:val="33CCFF"/>
        </w:rPr>
        <w:t xml:space="preserve">sheep </w:t>
      </w:r>
      <w:r>
        <w:rPr>
          <w:color w:val="00FFCC"/>
        </w:rPr>
        <w:t xml:space="preserve">spent </w:t>
      </w:r>
      <w:r>
        <w:rPr>
          <w:color w:val="000000"/>
        </w:rPr>
        <w:t xml:space="preserve">the </w:t>
      </w:r>
      <w:r>
        <w:rPr>
          <w:color w:val="33CCFF"/>
        </w:rPr>
        <w:t xml:space="preserve">whole </w:t>
      </w:r>
      <w:r>
        <w:rPr>
          <w:color w:val="00FFCC"/>
        </w:rPr>
        <w:t xml:space="preserve">day </w:t>
      </w:r>
    </w:p>
    <w:p w:rsidR="00D83EF7" w:rsidRDefault="00CA4524" w:rsidP="00CA4524">
      <w:pPr>
        <w:spacing w:after="0"/>
      </w:pPr>
      <w:r>
        <w:rPr>
          <w:color w:val="00787F"/>
        </w:rPr>
        <w:lastRenderedPageBreak/>
        <w:t xml:space="preserve">there </w:t>
      </w:r>
      <w:r>
        <w:rPr>
          <w:color w:val="CC3399"/>
        </w:rPr>
        <w:t xml:space="preserve">browsing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leaves </w:t>
      </w:r>
      <w:r>
        <w:rPr>
          <w:color w:val="FF6600"/>
        </w:rPr>
        <w:t xml:space="preserve">under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's </w:t>
      </w:r>
      <w:r>
        <w:rPr>
          <w:color w:val="00FFCC"/>
        </w:rPr>
        <w:t xml:space="preserve">supervision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evening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returned </w:t>
      </w:r>
      <w:r>
        <w:rPr>
          <w:color w:val="000000"/>
        </w:rPr>
        <w:t xml:space="preserve">to 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himself , </w:t>
      </w:r>
      <w:r>
        <w:rPr>
          <w:color w:val="FF0066"/>
        </w:rPr>
        <w:t xml:space="preserve">but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33CCFF"/>
        </w:rPr>
        <w:t xml:space="preserve">warm </w:t>
      </w:r>
      <w:r>
        <w:rPr>
          <w:color w:val="00FFCC"/>
        </w:rPr>
        <w:t xml:space="preserve">weather </w:t>
      </w:r>
      <w:r>
        <w:rPr>
          <w:color w:val="000000"/>
        </w:rPr>
        <w:t xml:space="preserve">, </w:t>
      </w:r>
      <w:r>
        <w:rPr>
          <w:color w:val="CC3399"/>
        </w:rPr>
        <w:t xml:space="preserve">told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000000"/>
        </w:rPr>
        <w:t xml:space="preserve">to </w:t>
      </w:r>
      <w:r>
        <w:rPr>
          <w:color w:val="CC3399"/>
        </w:rPr>
        <w:t xml:space="preserve">stay </w:t>
      </w:r>
      <w:r>
        <w:rPr>
          <w:color w:val="000000"/>
        </w:rPr>
        <w:t xml:space="preserve">where they </w:t>
      </w:r>
      <w:r>
        <w:rPr>
          <w:color w:val="CC3399"/>
        </w:rPr>
        <w:t xml:space="preserve">were </w:t>
      </w:r>
      <w:r>
        <w:rPr>
          <w:color w:val="000000"/>
        </w:rPr>
        <w:t xml:space="preserve">. It </w:t>
      </w:r>
      <w:r>
        <w:rPr>
          <w:color w:val="CC3399"/>
        </w:rPr>
        <w:t xml:space="preserve">ended </w:t>
      </w:r>
      <w:r>
        <w:rPr>
          <w:color w:val="FF6600"/>
        </w:rPr>
        <w:t xml:space="preserve">by </w:t>
      </w:r>
      <w:r>
        <w:rPr>
          <w:color w:val="000000"/>
        </w:rPr>
        <w:t xml:space="preserve">their </w:t>
      </w:r>
      <w:r>
        <w:rPr>
          <w:color w:val="00FFCC"/>
        </w:rPr>
        <w:t xml:space="preserve">remaining </w:t>
      </w:r>
      <w:r>
        <w:rPr>
          <w:color w:val="00787F"/>
        </w:rPr>
        <w:t xml:space="preserve">there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whole </w:t>
      </w:r>
      <w:r>
        <w:rPr>
          <w:color w:val="00FFCC"/>
        </w:rPr>
        <w:t xml:space="preserve">week </w:t>
      </w:r>
      <w:r>
        <w:rPr>
          <w:color w:val="000000"/>
        </w:rPr>
        <w:t xml:space="preserve">, </w:t>
      </w:r>
      <w:r>
        <w:rPr>
          <w:color w:val="FF6600"/>
        </w:rPr>
        <w:t xml:space="preserve">during </w:t>
      </w:r>
      <w:r>
        <w:rPr>
          <w:color w:val="000000"/>
        </w:rPr>
        <w:t xml:space="preserve">which </w:t>
      </w:r>
      <w:r>
        <w:rPr>
          <w:color w:val="00FFCC"/>
        </w:rPr>
        <w:t xml:space="preserve">time </w:t>
      </w:r>
      <w:r>
        <w:rPr>
          <w:color w:val="000000"/>
        </w:rPr>
        <w:t xml:space="preserve">the </w:t>
      </w:r>
      <w:r>
        <w:rPr>
          <w:color w:val="33CCFF"/>
        </w:rPr>
        <w:t xml:space="preserve">other </w:t>
      </w:r>
      <w:r>
        <w:rPr>
          <w:color w:val="00FFCC"/>
        </w:rPr>
        <w:t xml:space="preserve">animals </w:t>
      </w:r>
      <w:r>
        <w:rPr>
          <w:color w:val="CC3399"/>
        </w:rPr>
        <w:t xml:space="preserve">saw </w:t>
      </w:r>
      <w:r>
        <w:rPr>
          <w:color w:val="00FFCC"/>
        </w:rPr>
        <w:t xml:space="preserve">nothing </w:t>
      </w:r>
      <w:r>
        <w:rPr>
          <w:color w:val="FF6600"/>
        </w:rPr>
        <w:t xml:space="preserve">of </w:t>
      </w:r>
      <w:r>
        <w:rPr>
          <w:color w:val="000000"/>
        </w:rPr>
        <w:t xml:space="preserve">them 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Squealer </w:t>
      </w:r>
      <w:r>
        <w:rPr>
          <w:color w:val="CC3399"/>
        </w:rPr>
        <w:t xml:space="preserve">was </w:t>
      </w:r>
      <w:r>
        <w:rPr>
          <w:color w:val="FF6600"/>
        </w:rPr>
        <w:t xml:space="preserve">with </w:t>
      </w:r>
      <w:r>
        <w:rPr>
          <w:color w:val="000000"/>
        </w:rPr>
        <w:t xml:space="preserve">them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33CCFF"/>
        </w:rPr>
        <w:t xml:space="preserve">greater </w:t>
      </w:r>
      <w:r>
        <w:rPr>
          <w:color w:val="00FFCC"/>
        </w:rPr>
        <w:t xml:space="preserve">part </w:t>
      </w:r>
      <w:r>
        <w:rPr>
          <w:color w:val="FF6600"/>
        </w:rPr>
        <w:t xml:space="preserve">of </w:t>
      </w:r>
      <w:r>
        <w:rPr>
          <w:color w:val="000000"/>
        </w:rPr>
        <w:t xml:space="preserve">every </w:t>
      </w:r>
      <w:r>
        <w:rPr>
          <w:color w:val="00FFCC"/>
        </w:rPr>
        <w:t xml:space="preserve">day </w:t>
      </w:r>
      <w:r>
        <w:rPr>
          <w:color w:val="000000"/>
        </w:rPr>
        <w:t xml:space="preserve">. He </w:t>
      </w:r>
      <w:r>
        <w:rPr>
          <w:color w:val="CC3399"/>
        </w:rPr>
        <w:t xml:space="preserve">was </w:t>
      </w:r>
      <w:r>
        <w:rPr>
          <w:color w:val="000000"/>
        </w:rPr>
        <w:t>, he</w:t>
      </w:r>
      <w:r>
        <w:rPr>
          <w:color w:val="000000"/>
        </w:rPr>
        <w:t xml:space="preserve">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teaching </w:t>
      </w:r>
      <w:r>
        <w:rPr>
          <w:color w:val="000000"/>
        </w:rPr>
        <w:t xml:space="preserve">them to </w:t>
      </w:r>
      <w:r>
        <w:rPr>
          <w:color w:val="CC3399"/>
        </w:rPr>
        <w:t xml:space="preserve">sing </w:t>
      </w:r>
      <w:r>
        <w:rPr>
          <w:color w:val="000000"/>
        </w:rPr>
        <w:t xml:space="preserve">a </w:t>
      </w:r>
      <w:r>
        <w:rPr>
          <w:color w:val="33CCFF"/>
        </w:rPr>
        <w:t xml:space="preserve">new </w:t>
      </w:r>
      <w:r>
        <w:rPr>
          <w:color w:val="00FFCC"/>
        </w:rPr>
        <w:t xml:space="preserve">song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0000"/>
        </w:rPr>
        <w:t xml:space="preserve">which </w:t>
      </w:r>
      <w:r>
        <w:rPr>
          <w:color w:val="00FFCC"/>
        </w:rPr>
        <w:t xml:space="preserve">privacy </w:t>
      </w:r>
      <w:r>
        <w:rPr>
          <w:color w:val="CC3399"/>
        </w:rPr>
        <w:t xml:space="preserve">was needed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787F"/>
        </w:rPr>
        <w:t xml:space="preserve">just </w:t>
      </w:r>
      <w:r>
        <w:rPr>
          <w:color w:val="FF6600"/>
        </w:rPr>
        <w:t xml:space="preserve">after </w:t>
      </w: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  <w:r>
        <w:rPr>
          <w:color w:val="CC3399"/>
        </w:rPr>
        <w:t xml:space="preserve">had returned </w:t>
      </w:r>
      <w:r>
        <w:rPr>
          <w:color w:val="000000"/>
        </w:rPr>
        <w:t xml:space="preserve">, </w:t>
      </w:r>
      <w:r>
        <w:rPr>
          <w:color w:val="FF6600"/>
        </w:rPr>
        <w:t xml:space="preserve">on </w:t>
      </w:r>
      <w:r>
        <w:rPr>
          <w:color w:val="000000"/>
        </w:rPr>
        <w:t xml:space="preserve">a </w:t>
      </w:r>
      <w:r>
        <w:rPr>
          <w:color w:val="33CCFF"/>
        </w:rPr>
        <w:t xml:space="preserve">pleasant </w:t>
      </w:r>
      <w:r>
        <w:rPr>
          <w:color w:val="00FFCC"/>
        </w:rPr>
        <w:t xml:space="preserve">evening </w:t>
      </w:r>
      <w:r>
        <w:rPr>
          <w:color w:val="000000"/>
        </w:rPr>
        <w:t xml:space="preserve">when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had finished </w:t>
      </w:r>
      <w:r>
        <w:rPr>
          <w:color w:val="00FFCC"/>
        </w:rPr>
        <w:t xml:space="preserve">work </w:t>
      </w:r>
      <w:r>
        <w:rPr>
          <w:color w:val="FF0066"/>
        </w:rPr>
        <w:t xml:space="preserve">and </w:t>
      </w:r>
      <w:r>
        <w:rPr>
          <w:color w:val="CC3399"/>
        </w:rPr>
        <w:t xml:space="preserve">were making </w:t>
      </w:r>
      <w:r>
        <w:rPr>
          <w:color w:val="000000"/>
        </w:rPr>
        <w:t xml:space="preserve">their </w:t>
      </w:r>
      <w:r>
        <w:rPr>
          <w:color w:val="00FFCC"/>
        </w:rPr>
        <w:t xml:space="preserve">way </w:t>
      </w:r>
      <w:r>
        <w:rPr>
          <w:color w:val="00787F"/>
        </w:rPr>
        <w:t xml:space="preserve">back </w:t>
      </w:r>
      <w:r>
        <w:rPr>
          <w:color w:val="000000"/>
        </w:rPr>
        <w:t xml:space="preserve">to the </w:t>
      </w:r>
      <w:r>
        <w:rPr>
          <w:color w:val="00FFCC"/>
        </w:rPr>
        <w:t xml:space="preserve">farm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buildings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33CCFF"/>
        </w:rPr>
        <w:t xml:space="preserve">terrified </w:t>
      </w:r>
      <w:r>
        <w:rPr>
          <w:color w:val="00FFCC"/>
        </w:rPr>
        <w:t xml:space="preserve">neighing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horse </w:t>
      </w:r>
      <w:r>
        <w:rPr>
          <w:color w:val="CC3399"/>
        </w:rPr>
        <w:t xml:space="preserve">sounded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Startled </w:t>
      </w:r>
      <w:r>
        <w:rPr>
          <w:color w:val="000000"/>
        </w:rPr>
        <w:t xml:space="preserve">,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stopped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tracks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  <w:r>
        <w:rPr>
          <w:color w:val="00FFCC"/>
        </w:rPr>
        <w:t xml:space="preserve">Clover </w:t>
      </w:r>
      <w:r>
        <w:rPr>
          <w:color w:val="000000"/>
        </w:rPr>
        <w:t xml:space="preserve">'s </w:t>
      </w:r>
      <w:r>
        <w:rPr>
          <w:color w:val="00FFCC"/>
        </w:rPr>
        <w:t xml:space="preserve">voice </w:t>
      </w:r>
      <w:r>
        <w:rPr>
          <w:color w:val="000000"/>
        </w:rPr>
        <w:t xml:space="preserve">. She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neighed again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all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broke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  <w:r>
        <w:rPr>
          <w:color w:val="00FFCC"/>
        </w:rPr>
        <w:t xml:space="preserve">gallop </w:t>
      </w:r>
      <w:r>
        <w:rPr>
          <w:color w:val="FF0066"/>
        </w:rPr>
        <w:t xml:space="preserve">and </w:t>
      </w:r>
      <w:r>
        <w:rPr>
          <w:color w:val="CC3399"/>
        </w:rPr>
        <w:t xml:space="preserve">rushed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yard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  <w:r>
        <w:rPr>
          <w:color w:val="000000"/>
        </w:rPr>
        <w:t xml:space="preserve">they </w:t>
      </w:r>
      <w:r>
        <w:rPr>
          <w:color w:val="CC3399"/>
        </w:rPr>
        <w:t xml:space="preserve">saw </w:t>
      </w:r>
      <w:r>
        <w:rPr>
          <w:color w:val="000000"/>
        </w:rPr>
        <w:t xml:space="preserve">what </w:t>
      </w:r>
      <w:r>
        <w:rPr>
          <w:color w:val="00FFCC"/>
        </w:rPr>
        <w:t xml:space="preserve">Clover </w:t>
      </w:r>
      <w:r>
        <w:rPr>
          <w:color w:val="CC3399"/>
        </w:rPr>
        <w:t xml:space="preserve">had seen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pig </w:t>
      </w:r>
      <w:r>
        <w:rPr>
          <w:color w:val="CC3399"/>
        </w:rPr>
        <w:t xml:space="preserve">walking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00FFCC"/>
        </w:rPr>
        <w:t xml:space="preserve">hind legs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Yes , it </w:t>
      </w:r>
      <w:r>
        <w:rPr>
          <w:color w:val="CC3399"/>
        </w:rPr>
        <w:t xml:space="preserve">was </w:t>
      </w:r>
      <w:r>
        <w:rPr>
          <w:color w:val="00FFCC"/>
        </w:rPr>
        <w:t xml:space="preserve">Squealer </w:t>
      </w:r>
      <w:r>
        <w:rPr>
          <w:color w:val="000000"/>
        </w:rPr>
        <w:t xml:space="preserve">. A </w:t>
      </w:r>
      <w:r>
        <w:rPr>
          <w:color w:val="33CCFF"/>
        </w:rPr>
        <w:t xml:space="preserve">little </w:t>
      </w:r>
      <w:r>
        <w:rPr>
          <w:color w:val="00787F"/>
        </w:rPr>
        <w:t xml:space="preserve">awkwardly </w:t>
      </w:r>
      <w:r>
        <w:rPr>
          <w:color w:val="000000"/>
        </w:rPr>
        <w:t xml:space="preserve">, </w:t>
      </w:r>
      <w:r>
        <w:rPr>
          <w:color w:val="FF6600"/>
        </w:rPr>
        <w:t xml:space="preserve">as though </w:t>
      </w:r>
      <w:r>
        <w:rPr>
          <w:color w:val="00787F"/>
        </w:rPr>
        <w:t xml:space="preserve">not quite </w:t>
      </w:r>
      <w:r>
        <w:rPr>
          <w:color w:val="CC3399"/>
        </w:rPr>
        <w:t xml:space="preserve">used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supporting </w:t>
      </w:r>
      <w:r>
        <w:rPr>
          <w:color w:val="000000"/>
        </w:rPr>
        <w:t xml:space="preserve">his </w:t>
      </w:r>
      <w:r>
        <w:rPr>
          <w:color w:val="33CCFF"/>
        </w:rPr>
        <w:t xml:space="preserve">considerable </w:t>
      </w:r>
      <w:r>
        <w:rPr>
          <w:color w:val="00FFCC"/>
        </w:rPr>
        <w:t xml:space="preserve">bulk </w:t>
      </w:r>
      <w:r>
        <w:rPr>
          <w:color w:val="FF6600"/>
        </w:rPr>
        <w:t xml:space="preserve">in </w:t>
      </w:r>
      <w:r>
        <w:rPr>
          <w:color w:val="000000"/>
        </w:rPr>
        <w:t xml:space="preserve">that </w:t>
      </w:r>
      <w:r>
        <w:rPr>
          <w:color w:val="00FFCC"/>
        </w:rPr>
        <w:t xml:space="preserve">position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FF6600"/>
        </w:rPr>
        <w:t xml:space="preserve">with </w:t>
      </w:r>
      <w:r>
        <w:rPr>
          <w:color w:val="33CCFF"/>
        </w:rPr>
        <w:t xml:space="preserve">perfect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balance </w:t>
      </w:r>
      <w:r>
        <w:rPr>
          <w:color w:val="000000"/>
        </w:rPr>
        <w:t xml:space="preserve">, he </w:t>
      </w:r>
      <w:r>
        <w:rPr>
          <w:color w:val="CC3399"/>
        </w:rPr>
        <w:t xml:space="preserve">was strolling </w:t>
      </w:r>
      <w:r>
        <w:rPr>
          <w:color w:val="FF6600"/>
        </w:rPr>
        <w:t xml:space="preserve">across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  <w:r>
        <w:rPr>
          <w:color w:val="00787F"/>
        </w:rPr>
        <w:t xml:space="preserve">later </w:t>
      </w:r>
      <w:r>
        <w:rPr>
          <w:color w:val="000000"/>
        </w:rPr>
        <w:t xml:space="preserve">, </w:t>
      </w:r>
      <w:r>
        <w:rPr>
          <w:color w:val="FF6600"/>
        </w:rPr>
        <w:t xml:space="preserve">out from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door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CC3399"/>
        </w:rPr>
        <w:t xml:space="preserve">came </w:t>
      </w:r>
      <w:r>
        <w:rPr>
          <w:color w:val="000000"/>
        </w:rPr>
        <w:t xml:space="preserve">a </w:t>
      </w:r>
      <w:r>
        <w:rPr>
          <w:color w:val="33CCFF"/>
        </w:rPr>
        <w:t xml:space="preserve">long </w:t>
      </w:r>
      <w:r>
        <w:rPr>
          <w:color w:val="00FFCC"/>
        </w:rPr>
        <w:t xml:space="preserve">file </w:t>
      </w:r>
      <w:r>
        <w:rPr>
          <w:color w:val="FF6600"/>
        </w:rPr>
        <w:t xml:space="preserve">of </w:t>
      </w:r>
      <w:r>
        <w:rPr>
          <w:color w:val="00FFCC"/>
        </w:rPr>
        <w:t xml:space="preserve">pigs </w:t>
      </w:r>
      <w:r>
        <w:rPr>
          <w:color w:val="000000"/>
        </w:rPr>
        <w:t xml:space="preserve">, all </w:t>
      </w:r>
      <w:r>
        <w:rPr>
          <w:color w:val="CC3399"/>
        </w:rPr>
        <w:t xml:space="preserve">walking </w:t>
      </w:r>
      <w:r>
        <w:rPr>
          <w:color w:val="FF6600"/>
        </w:rPr>
        <w:t xml:space="preserve">on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hind legs </w:t>
      </w:r>
      <w:r>
        <w:rPr>
          <w:color w:val="000000"/>
        </w:rPr>
        <w:t xml:space="preserve">. Some </w:t>
      </w:r>
      <w:r>
        <w:rPr>
          <w:color w:val="CC3399"/>
        </w:rPr>
        <w:t xml:space="preserve">did </w:t>
      </w:r>
      <w:r>
        <w:rPr>
          <w:color w:val="000000"/>
        </w:rPr>
        <w:t xml:space="preserve">it </w:t>
      </w:r>
      <w:r>
        <w:rPr>
          <w:color w:val="33CCFF"/>
        </w:rPr>
        <w:t xml:space="preserve">better </w:t>
      </w:r>
      <w:r>
        <w:rPr>
          <w:color w:val="FF6600"/>
        </w:rPr>
        <w:t xml:space="preserve">than </w:t>
      </w:r>
      <w:r>
        <w:rPr>
          <w:color w:val="00FFCC"/>
        </w:rPr>
        <w:t xml:space="preserve">others </w:t>
      </w:r>
      <w:r>
        <w:rPr>
          <w:color w:val="000000"/>
        </w:rPr>
        <w:t xml:space="preserve">, one </w:t>
      </w:r>
      <w:r>
        <w:rPr>
          <w:color w:val="FF0066"/>
        </w:rPr>
        <w:t xml:space="preserve">or </w:t>
      </w:r>
      <w:r>
        <w:rPr>
          <w:color w:val="000000"/>
        </w:rPr>
        <w:t xml:space="preserve">two </w:t>
      </w:r>
      <w:r>
        <w:rPr>
          <w:color w:val="CC3399"/>
        </w:rPr>
        <w:t xml:space="preserve">were </w:t>
      </w:r>
      <w:r>
        <w:rPr>
          <w:color w:val="00787F"/>
        </w:rPr>
        <w:t xml:space="preserve">even </w:t>
      </w:r>
      <w:r>
        <w:rPr>
          <w:color w:val="000000"/>
        </w:rPr>
        <w:t xml:space="preserve">a </w:t>
      </w:r>
      <w:r>
        <w:rPr>
          <w:color w:val="00FFCC"/>
        </w:rPr>
        <w:t xml:space="preserve">trifle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unsteady </w:t>
      </w:r>
      <w:r>
        <w:rPr>
          <w:color w:val="FF0066"/>
        </w:rPr>
        <w:t xml:space="preserve">and </w:t>
      </w:r>
      <w:r>
        <w:rPr>
          <w:color w:val="CC3399"/>
        </w:rPr>
        <w:t xml:space="preserve">looked </w:t>
      </w:r>
      <w:r>
        <w:rPr>
          <w:color w:val="FF6600"/>
        </w:rPr>
        <w:t xml:space="preserve">as though </w:t>
      </w:r>
      <w:r>
        <w:rPr>
          <w:color w:val="000000"/>
        </w:rPr>
        <w:t xml:space="preserve">they </w:t>
      </w:r>
      <w:r>
        <w:rPr>
          <w:color w:val="003E3E"/>
        </w:rPr>
        <w:t xml:space="preserve">would </w:t>
      </w:r>
      <w:r>
        <w:rPr>
          <w:color w:val="CC3399"/>
        </w:rPr>
        <w:t xml:space="preserve">have liked </w:t>
      </w:r>
      <w:r>
        <w:rPr>
          <w:color w:val="000000"/>
        </w:rPr>
        <w:t xml:space="preserve">the </w:t>
      </w:r>
      <w:r>
        <w:rPr>
          <w:color w:val="00FFCC"/>
        </w:rPr>
        <w:t xml:space="preserve">support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stick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every one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made </w:t>
      </w:r>
      <w:r>
        <w:rPr>
          <w:color w:val="000000"/>
        </w:rPr>
        <w:t xml:space="preserve">his </w:t>
      </w:r>
      <w:r>
        <w:rPr>
          <w:color w:val="00FFCC"/>
        </w:rPr>
        <w:t xml:space="preserve">way </w:t>
      </w:r>
      <w:r>
        <w:rPr>
          <w:color w:val="00787F"/>
        </w:rPr>
        <w:t xml:space="preserve">right </w:t>
      </w:r>
      <w:r>
        <w:rPr>
          <w:color w:val="CC3399"/>
        </w:rPr>
        <w:t xml:space="preserve">round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successfully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00787F"/>
        </w:rPr>
        <w:t xml:space="preserve">finally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tremendous </w:t>
      </w:r>
      <w:r>
        <w:rPr>
          <w:color w:val="00FFCC"/>
        </w:rPr>
        <w:t xml:space="preserve">baying </w:t>
      </w:r>
      <w:r>
        <w:rPr>
          <w:color w:val="FF6600"/>
        </w:rPr>
        <w:t xml:space="preserve">of </w:t>
      </w:r>
      <w:r>
        <w:rPr>
          <w:color w:val="00FFCC"/>
        </w:rPr>
        <w:t xml:space="preserve">dogs </w:t>
      </w:r>
      <w:r>
        <w:rPr>
          <w:color w:val="FF0066"/>
        </w:rPr>
        <w:t xml:space="preserve">and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shrill </w:t>
      </w:r>
      <w:r>
        <w:rPr>
          <w:color w:val="CC3399"/>
        </w:rPr>
        <w:t xml:space="preserve">crowing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33CCFF"/>
        </w:rPr>
        <w:t xml:space="preserve">black </w:t>
      </w:r>
      <w:r>
        <w:rPr>
          <w:color w:val="00FFCC"/>
        </w:rPr>
        <w:t xml:space="preserve">cockerel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out </w:t>
      </w:r>
      <w:r>
        <w:rPr>
          <w:color w:val="CC3399"/>
        </w:rPr>
        <w:t xml:space="preserve">came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himself 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majestically </w:t>
      </w:r>
      <w:r>
        <w:rPr>
          <w:color w:val="33CCFF"/>
        </w:rPr>
        <w:t xml:space="preserve">upright </w:t>
      </w:r>
      <w:r>
        <w:rPr>
          <w:color w:val="000000"/>
        </w:rPr>
        <w:t xml:space="preserve">, </w:t>
      </w:r>
      <w:r>
        <w:rPr>
          <w:color w:val="CC3399"/>
        </w:rPr>
        <w:t xml:space="preserve">casting </w:t>
      </w:r>
      <w:r>
        <w:rPr>
          <w:color w:val="33CCFF"/>
        </w:rPr>
        <w:t xml:space="preserve">haughty </w:t>
      </w:r>
      <w:r>
        <w:rPr>
          <w:color w:val="00FFCC"/>
        </w:rPr>
        <w:t xml:space="preserve">glances </w:t>
      </w:r>
      <w:r>
        <w:rPr>
          <w:color w:val="FF6600"/>
        </w:rPr>
        <w:t xml:space="preserve">from </w:t>
      </w:r>
      <w:r>
        <w:rPr>
          <w:color w:val="CC3399"/>
        </w:rPr>
        <w:t xml:space="preserve">side </w:t>
      </w:r>
      <w:r>
        <w:rPr>
          <w:color w:val="000000"/>
        </w:rPr>
        <w:t xml:space="preserve">to </w:t>
      </w:r>
      <w:r>
        <w:rPr>
          <w:color w:val="CC3399"/>
        </w:rPr>
        <w:t xml:space="preserve">side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with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his </w:t>
      </w:r>
      <w:r>
        <w:rPr>
          <w:color w:val="00FFCC"/>
        </w:rPr>
        <w:t xml:space="preserve">dogs </w:t>
      </w:r>
      <w:r>
        <w:rPr>
          <w:color w:val="CC3399"/>
        </w:rPr>
        <w:t xml:space="preserve">gambolling </w:t>
      </w:r>
      <w:r>
        <w:rPr>
          <w:color w:val="00FFCC"/>
        </w:rPr>
        <w:t xml:space="preserve">round </w:t>
      </w:r>
      <w:r>
        <w:rPr>
          <w:color w:val="000000"/>
        </w:rPr>
        <w:t xml:space="preserve">him 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carried </w:t>
      </w:r>
      <w:r>
        <w:rPr>
          <w:color w:val="000000"/>
        </w:rPr>
        <w:t xml:space="preserve">a </w:t>
      </w:r>
      <w:r>
        <w:rPr>
          <w:color w:val="00FFCC"/>
        </w:rPr>
        <w:t xml:space="preserve">whip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trotter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deadly </w:t>
      </w:r>
      <w:r>
        <w:rPr>
          <w:color w:val="00FFCC"/>
        </w:rPr>
        <w:t xml:space="preserve">silence </w:t>
      </w:r>
      <w:r>
        <w:rPr>
          <w:color w:val="000000"/>
        </w:rPr>
        <w:t xml:space="preserve">. </w:t>
      </w:r>
      <w:r>
        <w:rPr>
          <w:color w:val="00FFCC"/>
        </w:rPr>
        <w:t xml:space="preserve">Amazed </w:t>
      </w:r>
      <w:r>
        <w:rPr>
          <w:color w:val="000000"/>
        </w:rPr>
        <w:t xml:space="preserve">, </w:t>
      </w:r>
      <w:r>
        <w:rPr>
          <w:color w:val="CC3399"/>
        </w:rPr>
        <w:t xml:space="preserve">terrified </w:t>
      </w:r>
      <w:r>
        <w:rPr>
          <w:color w:val="000000"/>
        </w:rPr>
        <w:t xml:space="preserve">, </w:t>
      </w:r>
      <w:r>
        <w:rPr>
          <w:color w:val="CC3399"/>
        </w:rPr>
        <w:t xml:space="preserve">huddling </w:t>
      </w:r>
      <w:r>
        <w:rPr>
          <w:color w:val="00787F"/>
        </w:rPr>
        <w:t xml:space="preserve">together </w:t>
      </w:r>
      <w:r>
        <w:rPr>
          <w:color w:val="000000"/>
        </w:rPr>
        <w:t xml:space="preserve">, 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animals </w:t>
      </w:r>
      <w:r>
        <w:rPr>
          <w:color w:val="CC3399"/>
        </w:rPr>
        <w:t xml:space="preserve">watched </w:t>
      </w:r>
      <w:r>
        <w:rPr>
          <w:color w:val="000000"/>
        </w:rPr>
        <w:t xml:space="preserve">the </w:t>
      </w:r>
      <w:r>
        <w:rPr>
          <w:color w:val="33CCFF"/>
        </w:rPr>
        <w:t xml:space="preserve">long </w:t>
      </w:r>
      <w:r>
        <w:rPr>
          <w:color w:val="00FFCC"/>
        </w:rPr>
        <w:t xml:space="preserve">line </w:t>
      </w:r>
      <w:r>
        <w:rPr>
          <w:color w:val="FF6600"/>
        </w:rPr>
        <w:t xml:space="preserve">of </w:t>
      </w:r>
      <w:r>
        <w:rPr>
          <w:color w:val="00FFCC"/>
        </w:rPr>
        <w:t xml:space="preserve">pigs </w:t>
      </w:r>
      <w:r>
        <w:rPr>
          <w:color w:val="CC3399"/>
        </w:rPr>
        <w:t xml:space="preserve">march </w:t>
      </w:r>
      <w:r>
        <w:rPr>
          <w:color w:val="00787F"/>
        </w:rPr>
        <w:t xml:space="preserve">slowly </w:t>
      </w:r>
      <w:r>
        <w:rPr>
          <w:color w:val="CC3399"/>
        </w:rPr>
        <w:t xml:space="preserve">round </w:t>
      </w:r>
      <w:r>
        <w:rPr>
          <w:color w:val="000000"/>
        </w:rPr>
        <w:t xml:space="preserve">the </w:t>
      </w:r>
      <w:r>
        <w:rPr>
          <w:color w:val="00FFCC"/>
        </w:rPr>
        <w:t xml:space="preserve">yard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as though </w:t>
      </w:r>
      <w:r>
        <w:rPr>
          <w:color w:val="000000"/>
        </w:rPr>
        <w:t xml:space="preserve">the </w:t>
      </w:r>
      <w:r>
        <w:rPr>
          <w:color w:val="00FFCC"/>
        </w:rPr>
        <w:t xml:space="preserve">world </w:t>
      </w:r>
      <w:r>
        <w:rPr>
          <w:color w:val="CC3399"/>
        </w:rPr>
        <w:t xml:space="preserve">had turned </w:t>
      </w:r>
      <w:r>
        <w:rPr>
          <w:color w:val="33CCFF"/>
        </w:rPr>
        <w:t xml:space="preserve">upside-down </w:t>
      </w:r>
      <w:r>
        <w:rPr>
          <w:color w:val="000000"/>
        </w:rPr>
        <w:t xml:space="preserve">. </w:t>
      </w:r>
      <w:r>
        <w:rPr>
          <w:color w:val="00787F"/>
        </w:rPr>
        <w:t xml:space="preserve">Then </w:t>
      </w:r>
      <w:r>
        <w:rPr>
          <w:color w:val="000000"/>
        </w:rPr>
        <w:t xml:space="preserve">there </w:t>
      </w:r>
      <w:r>
        <w:rPr>
          <w:color w:val="CC3399"/>
        </w:rPr>
        <w:t xml:space="preserve">came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  <w:r>
        <w:rPr>
          <w:color w:val="000000"/>
        </w:rPr>
        <w:t xml:space="preserve">when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first </w:t>
      </w:r>
      <w:r>
        <w:rPr>
          <w:color w:val="00FFCC"/>
        </w:rPr>
        <w:t xml:space="preserve">shock </w:t>
      </w:r>
      <w:r>
        <w:rPr>
          <w:color w:val="CC3399"/>
        </w:rPr>
        <w:t xml:space="preserve">had worn </w:t>
      </w:r>
      <w:r>
        <w:rPr>
          <w:color w:val="000000"/>
        </w:rPr>
        <w:t xml:space="preserve">off </w:t>
      </w:r>
      <w:r>
        <w:rPr>
          <w:color w:val="FF0066"/>
        </w:rPr>
        <w:t xml:space="preserve">and </w:t>
      </w:r>
      <w:r>
        <w:rPr>
          <w:color w:val="000000"/>
        </w:rPr>
        <w:t xml:space="preserve">when , </w:t>
      </w:r>
      <w:r>
        <w:rPr>
          <w:color w:val="FF6600"/>
        </w:rPr>
        <w:t xml:space="preserve">in </w:t>
      </w:r>
      <w:r>
        <w:rPr>
          <w:color w:val="00FFCC"/>
        </w:rPr>
        <w:t xml:space="preserve">spite </w:t>
      </w:r>
      <w:r>
        <w:rPr>
          <w:color w:val="FF6600"/>
        </w:rPr>
        <w:t xml:space="preserve">of </w:t>
      </w:r>
      <w:r>
        <w:rPr>
          <w:color w:val="33CCFF"/>
        </w:rPr>
        <w:t xml:space="preserve">everything-in </w:t>
      </w:r>
      <w:r>
        <w:rPr>
          <w:color w:val="00FFCC"/>
        </w:rPr>
        <w:t xml:space="preserve">spite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their </w:t>
      </w:r>
      <w:r>
        <w:rPr>
          <w:color w:val="00FFCC"/>
        </w:rPr>
        <w:t xml:space="preserve">terror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dogs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habit </w:t>
      </w:r>
      <w:r>
        <w:rPr>
          <w:color w:val="000000"/>
        </w:rPr>
        <w:t xml:space="preserve">, </w:t>
      </w:r>
      <w:r>
        <w:rPr>
          <w:color w:val="CC3399"/>
        </w:rPr>
        <w:t xml:space="preserve">developed </w:t>
      </w:r>
      <w:r>
        <w:rPr>
          <w:color w:val="FF6600"/>
        </w:rPr>
        <w:t xml:space="preserve">through </w:t>
      </w:r>
      <w:r>
        <w:rPr>
          <w:color w:val="33CCFF"/>
        </w:rPr>
        <w:t xml:space="preserve">long </w:t>
      </w:r>
      <w:r>
        <w:rPr>
          <w:color w:val="00FFCC"/>
        </w:rPr>
        <w:t xml:space="preserve">years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of </w:t>
      </w:r>
      <w:r>
        <w:rPr>
          <w:color w:val="00787F"/>
        </w:rPr>
        <w:t xml:space="preserve">never </w:t>
      </w:r>
      <w:r>
        <w:rPr>
          <w:color w:val="CC3399"/>
        </w:rPr>
        <w:t xml:space="preserve">complaining </w:t>
      </w:r>
      <w:r>
        <w:rPr>
          <w:color w:val="000000"/>
        </w:rPr>
        <w:t xml:space="preserve">, </w:t>
      </w:r>
      <w:r>
        <w:rPr>
          <w:color w:val="00787F"/>
        </w:rPr>
        <w:t xml:space="preserve">never </w:t>
      </w:r>
      <w:r>
        <w:rPr>
          <w:color w:val="CC3399"/>
        </w:rPr>
        <w:t xml:space="preserve">criticising </w:t>
      </w:r>
      <w:r>
        <w:rPr>
          <w:color w:val="000000"/>
        </w:rPr>
        <w:t xml:space="preserve">, no </w:t>
      </w:r>
      <w:r>
        <w:rPr>
          <w:color w:val="00FFCC"/>
        </w:rPr>
        <w:t xml:space="preserve">matter </w:t>
      </w:r>
      <w:r>
        <w:rPr>
          <w:color w:val="000000"/>
        </w:rPr>
        <w:t>what</w:t>
      </w:r>
      <w:r>
        <w:rPr>
          <w:color w:val="000000"/>
        </w:rPr>
        <w:t xml:space="preserve"> </w:t>
      </w:r>
      <w:r>
        <w:rPr>
          <w:color w:val="CC3399"/>
        </w:rPr>
        <w:t xml:space="preserve">happened </w:t>
      </w:r>
      <w:r>
        <w:rPr>
          <w:color w:val="000000"/>
        </w:rPr>
        <w:t xml:space="preserve">-- they </w:t>
      </w:r>
    </w:p>
    <w:p w:rsidR="00D83EF7" w:rsidRDefault="00CA4524" w:rsidP="00CA4524">
      <w:pPr>
        <w:spacing w:after="0"/>
      </w:pPr>
      <w:r>
        <w:rPr>
          <w:color w:val="003E3E"/>
        </w:rPr>
        <w:t xml:space="preserve">might </w:t>
      </w:r>
      <w:r>
        <w:rPr>
          <w:color w:val="CC3399"/>
        </w:rPr>
        <w:t xml:space="preserve">have uttered </w:t>
      </w:r>
      <w:r>
        <w:rPr>
          <w:color w:val="000000"/>
        </w:rPr>
        <w:t xml:space="preserve">some </w:t>
      </w:r>
      <w:r>
        <w:rPr>
          <w:color w:val="00FFCC"/>
        </w:rPr>
        <w:t xml:space="preserve">word </w:t>
      </w:r>
      <w:r>
        <w:rPr>
          <w:color w:val="FF6600"/>
        </w:rPr>
        <w:t xml:space="preserve">of </w:t>
      </w:r>
      <w:r>
        <w:rPr>
          <w:color w:val="00FFCC"/>
        </w:rPr>
        <w:t xml:space="preserve">protest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787F"/>
        </w:rPr>
        <w:t xml:space="preserve">just </w:t>
      </w:r>
      <w:r>
        <w:rPr>
          <w:color w:val="FF6600"/>
        </w:rPr>
        <w:t xml:space="preserve">at </w:t>
      </w:r>
      <w:r>
        <w:rPr>
          <w:color w:val="000000"/>
        </w:rPr>
        <w:t xml:space="preserve">that </w:t>
      </w:r>
      <w:r>
        <w:rPr>
          <w:color w:val="00FFCC"/>
        </w:rPr>
        <w:t xml:space="preserve">moment </w:t>
      </w:r>
      <w:r>
        <w:rPr>
          <w:color w:val="000000"/>
        </w:rPr>
        <w:t xml:space="preserve">,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though at </w:t>
      </w:r>
      <w:r>
        <w:rPr>
          <w:color w:val="000000"/>
        </w:rPr>
        <w:t xml:space="preserve">a </w:t>
      </w:r>
      <w:r>
        <w:rPr>
          <w:color w:val="00FFCC"/>
        </w:rPr>
        <w:t xml:space="preserve">signal </w:t>
      </w:r>
      <w:r>
        <w:rPr>
          <w:color w:val="000000"/>
        </w:rPr>
        <w:t xml:space="preserve">, all the </w:t>
      </w:r>
      <w:r>
        <w:rPr>
          <w:color w:val="33CCFF"/>
        </w:rPr>
        <w:t xml:space="preserve">sheep </w:t>
      </w:r>
      <w:r>
        <w:rPr>
          <w:color w:val="00FFCC"/>
        </w:rPr>
        <w:t xml:space="preserve">burst </w:t>
      </w:r>
      <w:r>
        <w:rPr>
          <w:color w:val="000000"/>
        </w:rPr>
        <w:t xml:space="preserve">out </w:t>
      </w:r>
      <w:r>
        <w:rPr>
          <w:color w:val="FF6600"/>
        </w:rPr>
        <w:t xml:space="preserve">into </w:t>
      </w:r>
      <w:r>
        <w:rPr>
          <w:color w:val="000000"/>
        </w:rPr>
        <w:t xml:space="preserve">a </w:t>
      </w:r>
      <w:r>
        <w:rPr>
          <w:color w:val="33CCFF"/>
        </w:rPr>
        <w:t xml:space="preserve">tremendous </w:t>
      </w:r>
      <w:r>
        <w:rPr>
          <w:color w:val="00FFCC"/>
        </w:rPr>
        <w:t xml:space="preserve">bleating </w:t>
      </w:r>
      <w:r>
        <w:rPr>
          <w:color w:val="FF6600"/>
        </w:rPr>
        <w:t xml:space="preserve">of </w:t>
      </w:r>
      <w:r>
        <w:rPr>
          <w:color w:val="000000"/>
        </w:rPr>
        <w:t xml:space="preserve">--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Four </w:t>
      </w:r>
      <w:r>
        <w:rPr>
          <w:color w:val="00FFCC"/>
        </w:rPr>
        <w:t xml:space="preserve">legs </w:t>
      </w:r>
      <w:r>
        <w:rPr>
          <w:color w:val="33CCFF"/>
        </w:rPr>
        <w:t xml:space="preserve">good </w:t>
      </w:r>
      <w:r>
        <w:rPr>
          <w:color w:val="000000"/>
        </w:rPr>
        <w:t xml:space="preserve">, two </w:t>
      </w:r>
      <w:r>
        <w:rPr>
          <w:color w:val="00FFCC"/>
        </w:rPr>
        <w:t xml:space="preserve">legs </w:t>
      </w:r>
      <w:r>
        <w:rPr>
          <w:color w:val="00787F"/>
        </w:rPr>
        <w:t xml:space="preserve">BETTER </w:t>
      </w:r>
      <w:r>
        <w:rPr>
          <w:color w:val="000000"/>
        </w:rPr>
        <w:t xml:space="preserve">! Four </w:t>
      </w:r>
      <w:r>
        <w:rPr>
          <w:color w:val="00FFCC"/>
        </w:rPr>
        <w:t xml:space="preserve">legs </w:t>
      </w:r>
      <w:r>
        <w:rPr>
          <w:color w:val="33CCFF"/>
        </w:rPr>
        <w:t xml:space="preserve">good </w:t>
      </w:r>
      <w:r>
        <w:rPr>
          <w:color w:val="000000"/>
        </w:rPr>
        <w:t xml:space="preserve">, two </w:t>
      </w:r>
      <w:r>
        <w:rPr>
          <w:color w:val="00FFCC"/>
        </w:rPr>
        <w:t xml:space="preserve">legs </w:t>
      </w:r>
      <w:r>
        <w:rPr>
          <w:color w:val="00787F"/>
        </w:rPr>
        <w:t xml:space="preserve">BETTER </w:t>
      </w:r>
      <w:r>
        <w:rPr>
          <w:color w:val="000000"/>
        </w:rPr>
        <w:t xml:space="preserve">! Four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legs </w:t>
      </w:r>
      <w:r>
        <w:rPr>
          <w:color w:val="33CCFF"/>
        </w:rPr>
        <w:t xml:space="preserve">good </w:t>
      </w:r>
      <w:r>
        <w:rPr>
          <w:color w:val="000000"/>
        </w:rPr>
        <w:t xml:space="preserve">, two </w:t>
      </w:r>
      <w:r>
        <w:rPr>
          <w:color w:val="00FFCC"/>
        </w:rPr>
        <w:t xml:space="preserve">legs </w:t>
      </w:r>
      <w:r>
        <w:rPr>
          <w:color w:val="00787F"/>
        </w:rPr>
        <w:t xml:space="preserve">BETTER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went </w:t>
      </w:r>
      <w:r>
        <w:rPr>
          <w:color w:val="FF6600"/>
        </w:rPr>
        <w:t xml:space="preserve">on for </w:t>
      </w:r>
      <w:r>
        <w:rPr>
          <w:color w:val="000000"/>
        </w:rPr>
        <w:t xml:space="preserve">five </w:t>
      </w:r>
      <w:r>
        <w:rPr>
          <w:color w:val="00FFCC"/>
        </w:rPr>
        <w:t xml:space="preserve">minutes </w:t>
      </w:r>
      <w:r>
        <w:rPr>
          <w:color w:val="FF6600"/>
        </w:rPr>
        <w:t xml:space="preserve">without </w:t>
      </w:r>
      <w:r>
        <w:rPr>
          <w:color w:val="CC3399"/>
        </w:rPr>
        <w:t xml:space="preserve">stopping </w:t>
      </w:r>
      <w:r>
        <w:rPr>
          <w:color w:val="000000"/>
        </w:rPr>
        <w:t xml:space="preserve">. </w:t>
      </w:r>
      <w:r>
        <w:rPr>
          <w:color w:val="FF0066"/>
        </w:rPr>
        <w:t xml:space="preserve">And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time </w:t>
      </w:r>
      <w:r>
        <w:rPr>
          <w:color w:val="000000"/>
        </w:rPr>
        <w:t xml:space="preserve">the </w:t>
      </w:r>
      <w:r>
        <w:rPr>
          <w:color w:val="00FFCC"/>
        </w:rPr>
        <w:t xml:space="preserve">sheep </w:t>
      </w:r>
    </w:p>
    <w:p w:rsidR="00D83EF7" w:rsidRDefault="00CA4524" w:rsidP="00CA4524">
      <w:pPr>
        <w:spacing w:after="0"/>
      </w:pPr>
      <w:r>
        <w:rPr>
          <w:color w:val="CC3399"/>
        </w:rPr>
        <w:lastRenderedPageBreak/>
        <w:t xml:space="preserve">had quieted </w:t>
      </w:r>
      <w:r>
        <w:rPr>
          <w:color w:val="00787F"/>
        </w:rPr>
        <w:t xml:space="preserve">down </w:t>
      </w:r>
      <w:r>
        <w:rPr>
          <w:color w:val="000000"/>
        </w:rPr>
        <w:t xml:space="preserve">, the </w:t>
      </w:r>
      <w:r>
        <w:rPr>
          <w:color w:val="00FFCC"/>
        </w:rPr>
        <w:t xml:space="preserve">chance </w:t>
      </w:r>
      <w:r>
        <w:rPr>
          <w:color w:val="000000"/>
        </w:rPr>
        <w:t xml:space="preserve">to </w:t>
      </w:r>
      <w:r>
        <w:rPr>
          <w:color w:val="CC3399"/>
        </w:rPr>
        <w:t xml:space="preserve">utter </w:t>
      </w:r>
      <w:r>
        <w:rPr>
          <w:color w:val="000000"/>
        </w:rPr>
        <w:t xml:space="preserve">any </w:t>
      </w:r>
      <w:r>
        <w:rPr>
          <w:color w:val="00FFCC"/>
        </w:rPr>
        <w:t xml:space="preserve">protest </w:t>
      </w:r>
      <w:r>
        <w:rPr>
          <w:color w:val="CC3399"/>
        </w:rPr>
        <w:t xml:space="preserve">had passed </w:t>
      </w:r>
      <w:r>
        <w:rPr>
          <w:color w:val="000000"/>
        </w:rPr>
        <w:t xml:space="preserve">,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marched </w:t>
      </w:r>
      <w:r>
        <w:rPr>
          <w:color w:val="00787F"/>
        </w:rPr>
        <w:t xml:space="preserve">back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Benjamin </w:t>
      </w:r>
      <w:r>
        <w:rPr>
          <w:color w:val="CC3399"/>
        </w:rPr>
        <w:t xml:space="preserve">felt </w:t>
      </w:r>
      <w:r>
        <w:rPr>
          <w:color w:val="000000"/>
        </w:rPr>
        <w:t xml:space="preserve">a </w:t>
      </w:r>
      <w:r>
        <w:rPr>
          <w:color w:val="33CCFF"/>
        </w:rPr>
        <w:t xml:space="preserve">nose </w:t>
      </w:r>
      <w:r>
        <w:rPr>
          <w:color w:val="00FFCC"/>
        </w:rPr>
        <w:t xml:space="preserve">nuzzling </w:t>
      </w:r>
      <w:r>
        <w:rPr>
          <w:color w:val="FF6600"/>
        </w:rPr>
        <w:t xml:space="preserve">at </w:t>
      </w:r>
      <w:r>
        <w:rPr>
          <w:color w:val="000000"/>
        </w:rPr>
        <w:t xml:space="preserve">his </w:t>
      </w:r>
      <w:r>
        <w:rPr>
          <w:color w:val="00FFCC"/>
        </w:rPr>
        <w:t xml:space="preserve">shoulder </w:t>
      </w:r>
      <w:r>
        <w:rPr>
          <w:color w:val="000000"/>
        </w:rPr>
        <w:t xml:space="preserve">. He </w:t>
      </w:r>
      <w:r>
        <w:rPr>
          <w:color w:val="CC3399"/>
        </w:rPr>
        <w:t xml:space="preserve">looked </w:t>
      </w:r>
      <w:r>
        <w:rPr>
          <w:color w:val="00FFCC"/>
        </w:rPr>
        <w:t xml:space="preserve">round </w:t>
      </w:r>
      <w:r>
        <w:rPr>
          <w:color w:val="000000"/>
        </w:rPr>
        <w:t xml:space="preserve">. It </w:t>
      </w:r>
      <w:r>
        <w:rPr>
          <w:color w:val="CC3399"/>
        </w:rPr>
        <w:t xml:space="preserve">was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Clover </w:t>
      </w:r>
      <w:r>
        <w:rPr>
          <w:color w:val="000000"/>
        </w:rPr>
        <w:t xml:space="preserve">. Her </w:t>
      </w:r>
      <w:r>
        <w:rPr>
          <w:color w:val="33CCFF"/>
        </w:rPr>
        <w:t xml:space="preserve">old </w:t>
      </w:r>
      <w:r>
        <w:rPr>
          <w:color w:val="00FFCC"/>
        </w:rPr>
        <w:t xml:space="preserve">eyes </w:t>
      </w:r>
      <w:r>
        <w:rPr>
          <w:color w:val="CC3399"/>
        </w:rPr>
        <w:t xml:space="preserve">looked </w:t>
      </w:r>
      <w:r>
        <w:rPr>
          <w:color w:val="00FFCC"/>
        </w:rPr>
        <w:t xml:space="preserve">dimmer </w:t>
      </w:r>
      <w:r>
        <w:rPr>
          <w:color w:val="FF6600"/>
        </w:rPr>
        <w:t xml:space="preserve">than </w:t>
      </w:r>
      <w:r>
        <w:rPr>
          <w:color w:val="00787F"/>
        </w:rPr>
        <w:t xml:space="preserve">ever </w:t>
      </w:r>
      <w:r>
        <w:rPr>
          <w:color w:val="000000"/>
        </w:rPr>
        <w:t xml:space="preserve">. </w:t>
      </w:r>
      <w:r>
        <w:rPr>
          <w:color w:val="FF6600"/>
        </w:rPr>
        <w:t xml:space="preserve">Without </w:t>
      </w:r>
      <w:r>
        <w:rPr>
          <w:color w:val="CC3399"/>
        </w:rPr>
        <w:t xml:space="preserve">saying </w:t>
      </w:r>
      <w:r>
        <w:rPr>
          <w:color w:val="00FFCC"/>
        </w:rPr>
        <w:t xml:space="preserve">anything </w:t>
      </w:r>
      <w:r>
        <w:rPr>
          <w:color w:val="000000"/>
        </w:rPr>
        <w:t xml:space="preserve">, she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tugged </w:t>
      </w:r>
      <w:r>
        <w:rPr>
          <w:color w:val="00787F"/>
        </w:rPr>
        <w:t xml:space="preserve">gently </w:t>
      </w:r>
      <w:r>
        <w:rPr>
          <w:color w:val="FF6600"/>
        </w:rPr>
        <w:t xml:space="preserve">at </w:t>
      </w:r>
      <w:r>
        <w:rPr>
          <w:color w:val="000000"/>
        </w:rPr>
        <w:t xml:space="preserve">his </w:t>
      </w:r>
      <w:r>
        <w:rPr>
          <w:color w:val="00FFCC"/>
        </w:rPr>
        <w:t xml:space="preserve">mane </w:t>
      </w:r>
      <w:r>
        <w:rPr>
          <w:color w:val="FF0066"/>
        </w:rPr>
        <w:t xml:space="preserve">and </w:t>
      </w:r>
      <w:r>
        <w:rPr>
          <w:color w:val="CC3399"/>
        </w:rPr>
        <w:t xml:space="preserve">led </w:t>
      </w:r>
      <w:r>
        <w:rPr>
          <w:color w:val="000000"/>
        </w:rPr>
        <w:t xml:space="preserve">him </w:t>
      </w:r>
      <w:r>
        <w:rPr>
          <w:color w:val="00FFCC"/>
        </w:rPr>
        <w:t xml:space="preserve">round </w:t>
      </w:r>
      <w:r>
        <w:rPr>
          <w:color w:val="000000"/>
        </w:rPr>
        <w:t xml:space="preserve">to the </w:t>
      </w:r>
      <w:r>
        <w:rPr>
          <w:color w:val="00FFCC"/>
        </w:rPr>
        <w:t xml:space="preserve">end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big </w:t>
      </w:r>
      <w:r>
        <w:rPr>
          <w:color w:val="00FFCC"/>
        </w:rPr>
        <w:t xml:space="preserve">barn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where the </w:t>
      </w:r>
      <w:r>
        <w:rPr>
          <w:color w:val="00FFCC"/>
        </w:rPr>
        <w:t xml:space="preserve">Seven Commandments </w:t>
      </w:r>
      <w:r>
        <w:rPr>
          <w:color w:val="CC3399"/>
        </w:rPr>
        <w:t xml:space="preserve">were written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00FFCC"/>
        </w:rPr>
        <w:t xml:space="preserve">minute </w:t>
      </w:r>
      <w:r>
        <w:rPr>
          <w:color w:val="FF0066"/>
        </w:rPr>
        <w:t xml:space="preserve">or </w:t>
      </w:r>
      <w:r>
        <w:rPr>
          <w:color w:val="000000"/>
        </w:rPr>
        <w:t xml:space="preserve">two they </w:t>
      </w:r>
      <w:r>
        <w:rPr>
          <w:color w:val="CC3399"/>
        </w:rPr>
        <w:t xml:space="preserve">stood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gazing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33CCFF"/>
        </w:rPr>
        <w:t xml:space="preserve">tatted </w:t>
      </w:r>
      <w:r>
        <w:rPr>
          <w:color w:val="00FFCC"/>
        </w:rPr>
        <w:t xml:space="preserve">wall </w:t>
      </w:r>
      <w:r>
        <w:rPr>
          <w:color w:val="FF6600"/>
        </w:rPr>
        <w:t xml:space="preserve">with </w:t>
      </w:r>
      <w:r>
        <w:rPr>
          <w:color w:val="000000"/>
        </w:rPr>
        <w:t xml:space="preserve">its </w:t>
      </w:r>
      <w:r>
        <w:rPr>
          <w:color w:val="33CCFF"/>
        </w:rPr>
        <w:t xml:space="preserve">white </w:t>
      </w:r>
      <w:r>
        <w:rPr>
          <w:color w:val="00FFCC"/>
        </w:rPr>
        <w:t xml:space="preserve">lettering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My </w:t>
      </w:r>
      <w:r>
        <w:rPr>
          <w:color w:val="00FFCC"/>
        </w:rPr>
        <w:t xml:space="preserve">sight </w:t>
      </w:r>
      <w:r>
        <w:rPr>
          <w:color w:val="CC3399"/>
        </w:rPr>
        <w:t xml:space="preserve">is failing </w:t>
      </w:r>
      <w:r>
        <w:rPr>
          <w:color w:val="000000"/>
        </w:rPr>
        <w:t xml:space="preserve">, '' she </w:t>
      </w:r>
      <w:r>
        <w:rPr>
          <w:color w:val="CC3399"/>
        </w:rPr>
        <w:t xml:space="preserve">said </w:t>
      </w:r>
      <w:r>
        <w:rPr>
          <w:color w:val="00787F"/>
        </w:rPr>
        <w:t xml:space="preserve">finally </w:t>
      </w:r>
      <w:r>
        <w:rPr>
          <w:color w:val="000000"/>
        </w:rPr>
        <w:t xml:space="preserve">. `` </w:t>
      </w:r>
      <w:r>
        <w:rPr>
          <w:color w:val="00787F"/>
        </w:rPr>
        <w:t xml:space="preserve">Even </w:t>
      </w:r>
      <w:r>
        <w:rPr>
          <w:color w:val="000000"/>
        </w:rPr>
        <w:t xml:space="preserve">when I </w:t>
      </w:r>
      <w:r>
        <w:rPr>
          <w:color w:val="CC3399"/>
        </w:rPr>
        <w:t xml:space="preserve">was </w:t>
      </w:r>
      <w:r>
        <w:rPr>
          <w:color w:val="33CCFF"/>
        </w:rPr>
        <w:t xml:space="preserve">young </w:t>
      </w:r>
      <w:r>
        <w:rPr>
          <w:color w:val="000000"/>
        </w:rPr>
        <w:t xml:space="preserve">I </w:t>
      </w:r>
      <w:r>
        <w:rPr>
          <w:color w:val="003E3E"/>
        </w:rPr>
        <w:t xml:space="preserve">could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not </w:t>
      </w:r>
      <w:r>
        <w:rPr>
          <w:color w:val="CC3399"/>
        </w:rPr>
        <w:t xml:space="preserve">have read </w:t>
      </w:r>
      <w:r>
        <w:rPr>
          <w:color w:val="000000"/>
        </w:rPr>
        <w:t xml:space="preserve">what </w:t>
      </w:r>
      <w:r>
        <w:rPr>
          <w:color w:val="CC3399"/>
        </w:rPr>
        <w:t xml:space="preserve">was written </w:t>
      </w:r>
      <w:r>
        <w:rPr>
          <w:color w:val="00787F"/>
        </w:rPr>
        <w:t xml:space="preserve">there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000000"/>
        </w:rPr>
        <w:t xml:space="preserve">it </w:t>
      </w:r>
      <w:r>
        <w:rPr>
          <w:color w:val="CC3399"/>
        </w:rPr>
        <w:t xml:space="preserve">appears </w:t>
      </w:r>
      <w:r>
        <w:rPr>
          <w:color w:val="000000"/>
        </w:rPr>
        <w:t xml:space="preserve">to me that that </w:t>
      </w:r>
      <w:r>
        <w:rPr>
          <w:color w:val="00FFCC"/>
        </w:rPr>
        <w:t xml:space="preserve">wall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looks </w:t>
      </w:r>
      <w:r>
        <w:rPr>
          <w:color w:val="33CCFF"/>
        </w:rPr>
        <w:t xml:space="preserve">different </w:t>
      </w:r>
      <w:r>
        <w:rPr>
          <w:color w:val="000000"/>
        </w:rPr>
        <w:t xml:space="preserve">. </w:t>
      </w:r>
      <w:r>
        <w:rPr>
          <w:color w:val="CC3399"/>
        </w:rPr>
        <w:t xml:space="preserve">Are </w:t>
      </w:r>
      <w:r>
        <w:rPr>
          <w:color w:val="000000"/>
        </w:rPr>
        <w:t xml:space="preserve">the </w:t>
      </w:r>
      <w:r>
        <w:rPr>
          <w:color w:val="00FFCC"/>
        </w:rPr>
        <w:t>Se</w:t>
      </w:r>
      <w:r>
        <w:rPr>
          <w:color w:val="00FFCC"/>
        </w:rPr>
        <w:t xml:space="preserve">ven Commandments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FF6600"/>
        </w:rPr>
        <w:t xml:space="preserve">as </w:t>
      </w:r>
      <w:r>
        <w:rPr>
          <w:color w:val="000000"/>
        </w:rPr>
        <w:t xml:space="preserve">they </w:t>
      </w:r>
      <w:r>
        <w:rPr>
          <w:color w:val="CC3399"/>
        </w:rPr>
        <w:t xml:space="preserve">used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Benjamin </w:t>
      </w:r>
      <w:r>
        <w:rPr>
          <w:color w:val="000000"/>
        </w:rPr>
        <w:t xml:space="preserve">?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For </w:t>
      </w:r>
      <w:r>
        <w:rPr>
          <w:color w:val="00787F"/>
        </w:rPr>
        <w:t xml:space="preserve">once </w:t>
      </w:r>
      <w:r>
        <w:rPr>
          <w:color w:val="00FFCC"/>
        </w:rPr>
        <w:t xml:space="preserve">Benjamin </w:t>
      </w:r>
      <w:r>
        <w:rPr>
          <w:color w:val="CC3399"/>
        </w:rPr>
        <w:t xml:space="preserve">consented </w:t>
      </w:r>
      <w:r>
        <w:rPr>
          <w:color w:val="000000"/>
        </w:rPr>
        <w:t xml:space="preserve">to </w:t>
      </w:r>
      <w:r>
        <w:rPr>
          <w:color w:val="CC3399"/>
        </w:rPr>
        <w:t xml:space="preserve">break </w:t>
      </w:r>
      <w:r>
        <w:rPr>
          <w:color w:val="000000"/>
        </w:rPr>
        <w:t xml:space="preserve">his </w:t>
      </w:r>
      <w:r>
        <w:rPr>
          <w:color w:val="00FFCC"/>
        </w:rPr>
        <w:t xml:space="preserve">rule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he </w:t>
      </w:r>
      <w:r>
        <w:rPr>
          <w:color w:val="CC3399"/>
        </w:rPr>
        <w:t xml:space="preserve">read </w:t>
      </w:r>
      <w:r>
        <w:rPr>
          <w:color w:val="000000"/>
        </w:rPr>
        <w:t xml:space="preserve">out to her what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written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wall </w:t>
      </w:r>
      <w:r>
        <w:rPr>
          <w:color w:val="000000"/>
        </w:rPr>
        <w:t xml:space="preserve">. There </w:t>
      </w:r>
      <w:r>
        <w:rPr>
          <w:color w:val="CC3399"/>
        </w:rPr>
        <w:t xml:space="preserve">was </w:t>
      </w:r>
      <w:r>
        <w:rPr>
          <w:color w:val="00FFCC"/>
        </w:rPr>
        <w:t xml:space="preserve">nothing </w:t>
      </w:r>
      <w:r>
        <w:rPr>
          <w:color w:val="00787F"/>
        </w:rPr>
        <w:t xml:space="preserve">there now </w:t>
      </w:r>
      <w:r>
        <w:rPr>
          <w:color w:val="FF6600"/>
        </w:rPr>
        <w:t xml:space="preserve">except </w:t>
      </w:r>
      <w:r>
        <w:rPr>
          <w:color w:val="000000"/>
        </w:rPr>
        <w:t xml:space="preserve">a </w:t>
      </w:r>
      <w:r>
        <w:rPr>
          <w:color w:val="33CCFF"/>
        </w:rPr>
        <w:t xml:space="preserve">single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Commandment </w:t>
      </w:r>
      <w:r>
        <w:rPr>
          <w:color w:val="000000"/>
        </w:rPr>
        <w:t xml:space="preserve">. It </w:t>
      </w:r>
      <w:r>
        <w:rPr>
          <w:color w:val="CC3399"/>
        </w:rPr>
        <w:t xml:space="preserve">ran </w:t>
      </w:r>
      <w:r>
        <w:rPr>
          <w:color w:val="000000"/>
        </w:rPr>
        <w:t xml:space="preserve">: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ALL </w:t>
      </w:r>
      <w:r>
        <w:rPr>
          <w:color w:val="00FFCC"/>
        </w:rPr>
        <w:t xml:space="preserve">ANIMALS ARE </w:t>
      </w:r>
      <w:r>
        <w:rPr>
          <w:color w:val="00FFCC"/>
        </w:rPr>
        <w:t xml:space="preserve">EQUAL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BUT SOME ANIMALS ARE MORE EQUAL THAN </w:t>
      </w:r>
      <w:r>
        <w:rPr>
          <w:color w:val="CC3399"/>
        </w:rPr>
        <w:t xml:space="preserve">OTHERS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After that </w:t>
      </w:r>
      <w:r>
        <w:rPr>
          <w:color w:val="000000"/>
        </w:rPr>
        <w:t xml:space="preserve">it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seem </w:t>
      </w:r>
      <w:r>
        <w:rPr>
          <w:color w:val="33CCFF"/>
        </w:rPr>
        <w:t xml:space="preserve">strange </w:t>
      </w:r>
      <w:r>
        <w:rPr>
          <w:color w:val="000000"/>
        </w:rPr>
        <w:t xml:space="preserve">when </w:t>
      </w:r>
      <w:r>
        <w:rPr>
          <w:color w:val="33CCFF"/>
        </w:rPr>
        <w:t xml:space="preserve">next </w:t>
      </w:r>
      <w:r>
        <w:rPr>
          <w:color w:val="00FFCC"/>
        </w:rPr>
        <w:t xml:space="preserve">day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who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supervising </w:t>
      </w:r>
      <w:r>
        <w:rPr>
          <w:color w:val="000000"/>
        </w:rPr>
        <w:t xml:space="preserve">the </w:t>
      </w:r>
      <w:r>
        <w:rPr>
          <w:color w:val="00FFCC"/>
        </w:rPr>
        <w:t xml:space="preserve">work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all </w:t>
      </w:r>
      <w:r>
        <w:rPr>
          <w:color w:val="CC3399"/>
        </w:rPr>
        <w:t xml:space="preserve">carried </w:t>
      </w:r>
      <w:r>
        <w:rPr>
          <w:color w:val="00FFCC"/>
        </w:rPr>
        <w:t xml:space="preserve">whips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trotters </w:t>
      </w:r>
      <w:r>
        <w:rPr>
          <w:color w:val="000000"/>
        </w:rPr>
        <w:t xml:space="preserve">. It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seem </w:t>
      </w:r>
      <w:r>
        <w:rPr>
          <w:color w:val="33CCFF"/>
        </w:rPr>
        <w:t xml:space="preserve">strange </w:t>
      </w:r>
      <w:r>
        <w:rPr>
          <w:color w:val="000000"/>
        </w:rPr>
        <w:t xml:space="preserve">to </w:t>
      </w:r>
      <w:r>
        <w:rPr>
          <w:color w:val="CC3399"/>
        </w:rPr>
        <w:t xml:space="preserve">learn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CC3399"/>
        </w:rPr>
        <w:t xml:space="preserve">had bought </w:t>
      </w:r>
      <w:r>
        <w:rPr>
          <w:color w:val="000000"/>
        </w:rPr>
        <w:t>thems</w:t>
      </w:r>
      <w:r>
        <w:rPr>
          <w:color w:val="000000"/>
        </w:rPr>
        <w:t xml:space="preserve">elves 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wireless </w:t>
      </w:r>
      <w:r>
        <w:rPr>
          <w:color w:val="CC3399"/>
        </w:rPr>
        <w:t xml:space="preserve">set </w:t>
      </w:r>
      <w:r>
        <w:rPr>
          <w:color w:val="000000"/>
        </w:rPr>
        <w:t xml:space="preserve">, </w:t>
      </w:r>
      <w:r>
        <w:rPr>
          <w:color w:val="CC3399"/>
        </w:rPr>
        <w:t xml:space="preserve">were arranging </w:t>
      </w:r>
      <w:r>
        <w:rPr>
          <w:color w:val="000000"/>
        </w:rPr>
        <w:t xml:space="preserve">to </w:t>
      </w:r>
      <w:r>
        <w:rPr>
          <w:color w:val="CC3399"/>
        </w:rPr>
        <w:t xml:space="preserve">install </w:t>
      </w:r>
      <w:r>
        <w:rPr>
          <w:color w:val="000000"/>
        </w:rPr>
        <w:t xml:space="preserve">a </w:t>
      </w:r>
      <w:r>
        <w:rPr>
          <w:color w:val="00FFCC"/>
        </w:rPr>
        <w:t xml:space="preserve">telephone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had taken </w:t>
      </w:r>
      <w:r>
        <w:rPr>
          <w:color w:val="000000"/>
        </w:rPr>
        <w:t xml:space="preserve">out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subscriptions </w:t>
      </w:r>
      <w:r>
        <w:rPr>
          <w:color w:val="000000"/>
        </w:rPr>
        <w:t xml:space="preserve">to </w:t>
      </w:r>
      <w:r>
        <w:rPr>
          <w:color w:val="CC3399"/>
        </w:rPr>
        <w:t xml:space="preserve">'John </w:t>
      </w:r>
      <w:r>
        <w:rPr>
          <w:color w:val="00FFCC"/>
        </w:rPr>
        <w:t xml:space="preserve">Bull </w:t>
      </w:r>
      <w:r>
        <w:rPr>
          <w:color w:val="000000"/>
        </w:rPr>
        <w:t xml:space="preserve">' , </w:t>
      </w:r>
      <w:r>
        <w:rPr>
          <w:color w:val="00FFCC"/>
        </w:rPr>
        <w:t xml:space="preserve">'Tit-Bits </w:t>
      </w:r>
      <w:r>
        <w:rPr>
          <w:color w:val="000000"/>
        </w:rPr>
        <w:t xml:space="preserve">' 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787F"/>
        </w:rPr>
        <w:t xml:space="preserve">'Daily </w:t>
      </w:r>
      <w:r>
        <w:rPr>
          <w:color w:val="00FFCC"/>
        </w:rPr>
        <w:t xml:space="preserve">Mirror </w:t>
      </w:r>
      <w:r>
        <w:rPr>
          <w:color w:val="000000"/>
        </w:rPr>
        <w:t xml:space="preserve">' . It </w:t>
      </w:r>
      <w:r>
        <w:rPr>
          <w:color w:val="CC3399"/>
        </w:rPr>
        <w:t xml:space="preserve">did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not </w:t>
      </w:r>
      <w:r>
        <w:rPr>
          <w:color w:val="CC3399"/>
        </w:rPr>
        <w:t xml:space="preserve">seem </w:t>
      </w:r>
      <w:r>
        <w:rPr>
          <w:color w:val="33CCFF"/>
        </w:rPr>
        <w:t xml:space="preserve">strange </w:t>
      </w:r>
      <w:r>
        <w:rPr>
          <w:color w:val="000000"/>
        </w:rPr>
        <w:t xml:space="preserve">when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was seen strolling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garden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00FFCC"/>
        </w:rPr>
        <w:t xml:space="preserve">pipe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mouth </w:t>
      </w:r>
      <w:r>
        <w:rPr>
          <w:color w:val="000000"/>
        </w:rPr>
        <w:t xml:space="preserve">-- no , </w:t>
      </w:r>
      <w:r>
        <w:rPr>
          <w:color w:val="00787F"/>
        </w:rPr>
        <w:t xml:space="preserve">not even </w:t>
      </w:r>
      <w:r>
        <w:rPr>
          <w:color w:val="000000"/>
        </w:rPr>
        <w:t xml:space="preserve">when the </w:t>
      </w:r>
      <w:r>
        <w:rPr>
          <w:color w:val="00FFCC"/>
        </w:rPr>
        <w:t xml:space="preserve">pigs </w:t>
      </w:r>
      <w:r>
        <w:rPr>
          <w:color w:val="CC3399"/>
        </w:rPr>
        <w:t xml:space="preserve">took </w:t>
      </w:r>
      <w:r>
        <w:rPr>
          <w:color w:val="00FFCC"/>
        </w:rPr>
        <w:t xml:space="preserve">Mr. Jones </w:t>
      </w:r>
      <w:r>
        <w:rPr>
          <w:color w:val="000000"/>
        </w:rPr>
        <w:t xml:space="preserve">'s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clothes </w:t>
      </w:r>
      <w:r>
        <w:rPr>
          <w:color w:val="FF6600"/>
        </w:rPr>
        <w:t xml:space="preserve">out of </w:t>
      </w:r>
      <w:r>
        <w:rPr>
          <w:color w:val="000000"/>
        </w:rPr>
        <w:t xml:space="preserve">the </w:t>
      </w:r>
      <w:r>
        <w:rPr>
          <w:color w:val="00FFCC"/>
        </w:rPr>
        <w:t xml:space="preserve">wardrobes </w:t>
      </w:r>
      <w:r>
        <w:rPr>
          <w:color w:val="FF0066"/>
        </w:rPr>
        <w:t xml:space="preserve">and </w:t>
      </w:r>
      <w:r>
        <w:rPr>
          <w:color w:val="CC3399"/>
        </w:rPr>
        <w:t xml:space="preserve">put </w:t>
      </w:r>
      <w:r>
        <w:rPr>
          <w:color w:val="000000"/>
        </w:rPr>
        <w:t xml:space="preserve">them </w:t>
      </w:r>
      <w:r>
        <w:rPr>
          <w:color w:val="FF6600"/>
        </w:rPr>
        <w:t xml:space="preserve">on </w:t>
      </w:r>
      <w:r>
        <w:rPr>
          <w:color w:val="000000"/>
        </w:rPr>
        <w:t xml:space="preserve">,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himself </w:t>
      </w:r>
      <w:r>
        <w:rPr>
          <w:color w:val="CC3399"/>
        </w:rPr>
        <w:t xml:space="preserve">appearing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black </w:t>
      </w:r>
      <w:r>
        <w:rPr>
          <w:color w:val="00FFCC"/>
        </w:rPr>
        <w:t xml:space="preserve">coat </w:t>
      </w:r>
      <w:r>
        <w:rPr>
          <w:color w:val="000000"/>
        </w:rPr>
        <w:t xml:space="preserve">, </w:t>
      </w:r>
      <w:r>
        <w:rPr>
          <w:color w:val="00FFCC"/>
        </w:rPr>
        <w:t xml:space="preserve">ratcatcher breeches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33CCFF"/>
        </w:rPr>
        <w:t xml:space="preserve">leather </w:t>
      </w:r>
      <w:r>
        <w:rPr>
          <w:color w:val="00FFCC"/>
        </w:rPr>
        <w:t xml:space="preserve">leggings </w:t>
      </w:r>
      <w:r>
        <w:rPr>
          <w:color w:val="000000"/>
        </w:rPr>
        <w:t xml:space="preserve">, </w:t>
      </w:r>
      <w:r>
        <w:rPr>
          <w:color w:val="FF6600"/>
        </w:rPr>
        <w:t xml:space="preserve">while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favourite </w:t>
      </w:r>
      <w:r>
        <w:rPr>
          <w:color w:val="00FFCC"/>
        </w:rPr>
        <w:t xml:space="preserve">sow </w:t>
      </w:r>
      <w:r>
        <w:rPr>
          <w:color w:val="CC3399"/>
        </w:rPr>
        <w:t xml:space="preserve">appeared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33CCFF"/>
        </w:rPr>
        <w:t xml:space="preserve">watered </w:t>
      </w:r>
      <w:r>
        <w:rPr>
          <w:color w:val="00FFCC"/>
        </w:rPr>
        <w:t>silk dres</w:t>
      </w:r>
      <w:r>
        <w:rPr>
          <w:color w:val="00FFCC"/>
        </w:rPr>
        <w:t xml:space="preserve">s </w:t>
      </w:r>
      <w:r>
        <w:rPr>
          <w:color w:val="000000"/>
        </w:rPr>
        <w:t xml:space="preserve">which </w:t>
      </w:r>
      <w:r>
        <w:rPr>
          <w:color w:val="00FFCC"/>
        </w:rPr>
        <w:t xml:space="preserve">Mrs. Jones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used </w:t>
      </w:r>
      <w:r>
        <w:rPr>
          <w:color w:val="000000"/>
        </w:rPr>
        <w:t xml:space="preserve">to </w:t>
      </w:r>
      <w:r>
        <w:rPr>
          <w:color w:val="CC3399"/>
        </w:rPr>
        <w:t xml:space="preserve">wearing </w:t>
      </w:r>
      <w:r>
        <w:rPr>
          <w:color w:val="FF6600"/>
        </w:rPr>
        <w:t xml:space="preserve">on </w:t>
      </w:r>
      <w:r>
        <w:rPr>
          <w:color w:val="00FFCC"/>
        </w:rPr>
        <w:t xml:space="preserve">Sundays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00FFCC"/>
        </w:rPr>
        <w:t xml:space="preserve">week </w:t>
      </w:r>
      <w:r>
        <w:rPr>
          <w:color w:val="00787F"/>
        </w:rPr>
        <w:t xml:space="preserve">later </w:t>
      </w:r>
      <w:r>
        <w:rPr>
          <w:color w:val="000000"/>
        </w:rPr>
        <w:t xml:space="preserve">,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afternoon </w:t>
      </w:r>
      <w:r>
        <w:rPr>
          <w:color w:val="000000"/>
        </w:rPr>
        <w:t xml:space="preserve">, a </w:t>
      </w:r>
      <w:r>
        <w:rPr>
          <w:color w:val="00FFCC"/>
        </w:rPr>
        <w:t xml:space="preserve">number </w:t>
      </w:r>
      <w:r>
        <w:rPr>
          <w:color w:val="FF6600"/>
        </w:rPr>
        <w:t xml:space="preserve">of </w:t>
      </w:r>
      <w:r>
        <w:rPr>
          <w:color w:val="00FFCC"/>
        </w:rPr>
        <w:t xml:space="preserve">dog-carts </w:t>
      </w:r>
      <w:r>
        <w:rPr>
          <w:color w:val="CC3399"/>
        </w:rPr>
        <w:t xml:space="preserve">drove </w:t>
      </w:r>
      <w:r>
        <w:rPr>
          <w:color w:val="00787F"/>
        </w:rPr>
        <w:t xml:space="preserve">up </w:t>
      </w:r>
      <w:r>
        <w:rPr>
          <w:color w:val="000000"/>
        </w:rPr>
        <w:t xml:space="preserve">to the </w:t>
      </w:r>
      <w:r>
        <w:rPr>
          <w:color w:val="00FFCC"/>
        </w:rPr>
        <w:t xml:space="preserve">farm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00FFCC"/>
        </w:rPr>
        <w:t xml:space="preserve">deputation </w:t>
      </w:r>
      <w:r>
        <w:rPr>
          <w:color w:val="FF6600"/>
        </w:rPr>
        <w:t xml:space="preserve">of </w:t>
      </w:r>
      <w:r>
        <w:rPr>
          <w:color w:val="CC3399"/>
        </w:rPr>
        <w:t xml:space="preserve">neighbouring </w:t>
      </w:r>
      <w:r>
        <w:rPr>
          <w:color w:val="00FFCC"/>
        </w:rPr>
        <w:t xml:space="preserve">farmers </w:t>
      </w:r>
      <w:r>
        <w:rPr>
          <w:color w:val="CC3399"/>
        </w:rPr>
        <w:t xml:space="preserve">had been invited </w:t>
      </w:r>
      <w:r>
        <w:rPr>
          <w:color w:val="000000"/>
        </w:rPr>
        <w:t xml:space="preserve">to </w:t>
      </w:r>
      <w:r>
        <w:rPr>
          <w:color w:val="CC3399"/>
        </w:rPr>
        <w:t xml:space="preserve">make </w:t>
      </w:r>
      <w:r>
        <w:rPr>
          <w:color w:val="000000"/>
        </w:rPr>
        <w:t xml:space="preserve">a </w:t>
      </w:r>
      <w:r>
        <w:rPr>
          <w:color w:val="00FFCC"/>
        </w:rPr>
        <w:t xml:space="preserve">tour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inspection </w:t>
      </w:r>
      <w:r>
        <w:rPr>
          <w:color w:val="000000"/>
        </w:rPr>
        <w:t xml:space="preserve">. They </w:t>
      </w:r>
      <w:r>
        <w:rPr>
          <w:color w:val="CC3399"/>
        </w:rPr>
        <w:t xml:space="preserve">were shown </w:t>
      </w:r>
      <w:r>
        <w:rPr>
          <w:color w:val="000000"/>
        </w:rPr>
        <w:t xml:space="preserve">all </w:t>
      </w:r>
      <w:r>
        <w:rPr>
          <w:color w:val="FF6600"/>
        </w:rPr>
        <w:t xml:space="preserve">over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CC3399"/>
        </w:rPr>
        <w:t xml:space="preserve">expressed </w:t>
      </w:r>
      <w:r>
        <w:rPr>
          <w:color w:val="33CCFF"/>
        </w:rPr>
        <w:t xml:space="preserve">great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admiration </w:t>
      </w:r>
      <w:r>
        <w:rPr>
          <w:color w:val="FF6600"/>
        </w:rPr>
        <w:t xml:space="preserve">for </w:t>
      </w:r>
      <w:r>
        <w:rPr>
          <w:color w:val="00FFCC"/>
        </w:rPr>
        <w:t xml:space="preserve">everything </w:t>
      </w:r>
      <w:r>
        <w:rPr>
          <w:color w:val="000000"/>
        </w:rPr>
        <w:t xml:space="preserve">they </w:t>
      </w:r>
      <w:r>
        <w:rPr>
          <w:color w:val="CC3399"/>
        </w:rPr>
        <w:t xml:space="preserve">saw </w:t>
      </w:r>
      <w:r>
        <w:rPr>
          <w:color w:val="000000"/>
        </w:rPr>
        <w:t xml:space="preserve">, </w:t>
      </w:r>
      <w:r>
        <w:rPr>
          <w:color w:val="00787F"/>
        </w:rPr>
        <w:t xml:space="preserve">especially </w:t>
      </w:r>
      <w:r>
        <w:rPr>
          <w:color w:val="000000"/>
        </w:rPr>
        <w:t xml:space="preserve">the </w:t>
      </w:r>
      <w:r>
        <w:rPr>
          <w:color w:val="00FFCC"/>
        </w:rPr>
        <w:t xml:space="preserve">windmill </w:t>
      </w:r>
      <w:r>
        <w:rPr>
          <w:color w:val="000000"/>
        </w:rPr>
        <w:t xml:space="preserve">. The </w:t>
      </w:r>
      <w:r>
        <w:rPr>
          <w:color w:val="00FFCC"/>
        </w:rPr>
        <w:t xml:space="preserve">animals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weeding </w:t>
      </w:r>
      <w:r>
        <w:rPr>
          <w:color w:val="000000"/>
        </w:rPr>
        <w:t xml:space="preserve">the </w:t>
      </w:r>
      <w:r>
        <w:rPr>
          <w:color w:val="33CCFF"/>
        </w:rPr>
        <w:t xml:space="preserve">turnip </w:t>
      </w:r>
      <w:r>
        <w:rPr>
          <w:color w:val="00FFCC"/>
        </w:rPr>
        <w:t xml:space="preserve">field </w:t>
      </w:r>
      <w:r>
        <w:rPr>
          <w:color w:val="000000"/>
        </w:rPr>
        <w:t xml:space="preserve">. They </w:t>
      </w:r>
      <w:r>
        <w:rPr>
          <w:color w:val="CC3399"/>
        </w:rPr>
        <w:t xml:space="preserve">worked </w:t>
      </w:r>
      <w:r>
        <w:rPr>
          <w:color w:val="00787F"/>
        </w:rPr>
        <w:t xml:space="preserve">diligently hardly </w:t>
      </w:r>
      <w:r>
        <w:rPr>
          <w:color w:val="CC3399"/>
        </w:rPr>
        <w:t xml:space="preserve">raising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faces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ground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not </w:t>
      </w:r>
      <w:r>
        <w:rPr>
          <w:color w:val="CC3399"/>
        </w:rPr>
        <w:t xml:space="preserve">knowing </w:t>
      </w:r>
      <w:r>
        <w:rPr>
          <w:color w:val="FF6600"/>
        </w:rPr>
        <w:t xml:space="preserve">whether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00787F"/>
        </w:rPr>
        <w:t xml:space="preserve">more </w:t>
      </w:r>
      <w:r>
        <w:rPr>
          <w:color w:val="33CCFF"/>
        </w:rPr>
        <w:t xml:space="preserve">frightened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0066"/>
        </w:rPr>
        <w:t xml:space="preserve">or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human </w:t>
      </w:r>
      <w:r>
        <w:rPr>
          <w:color w:val="00FFCC"/>
        </w:rPr>
        <w:t xml:space="preserve">visitors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That </w:t>
      </w:r>
      <w:r>
        <w:rPr>
          <w:color w:val="CC3399"/>
        </w:rPr>
        <w:t xml:space="preserve">evening </w:t>
      </w:r>
      <w:r>
        <w:rPr>
          <w:color w:val="33CCFF"/>
        </w:rPr>
        <w:t xml:space="preserve">loud </w:t>
      </w:r>
      <w:r>
        <w:rPr>
          <w:color w:val="00FFCC"/>
        </w:rPr>
        <w:t xml:space="preserve">laughter </w:t>
      </w:r>
      <w:r>
        <w:rPr>
          <w:color w:val="FF0066"/>
        </w:rPr>
        <w:t xml:space="preserve">and </w:t>
      </w:r>
      <w:r>
        <w:rPr>
          <w:color w:val="00FFCC"/>
        </w:rPr>
        <w:t xml:space="preserve">bursts </w:t>
      </w:r>
      <w:r>
        <w:rPr>
          <w:color w:val="FF6600"/>
        </w:rPr>
        <w:t xml:space="preserve">of </w:t>
      </w:r>
      <w:r>
        <w:rPr>
          <w:color w:val="CC3399"/>
        </w:rPr>
        <w:t xml:space="preserve">singing came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suddenly </w:t>
      </w:r>
      <w:r>
        <w:rPr>
          <w:color w:val="000000"/>
        </w:rPr>
        <w:t xml:space="preserve">,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sound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mingled </w:t>
      </w:r>
      <w:r>
        <w:rPr>
          <w:color w:val="00FFCC"/>
        </w:rPr>
        <w:t xml:space="preserve">voices </w:t>
      </w:r>
      <w:r>
        <w:rPr>
          <w:color w:val="000000"/>
        </w:rPr>
        <w:t xml:space="preserve">, 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CC3399"/>
        </w:rPr>
        <w:lastRenderedPageBreak/>
        <w:t xml:space="preserve">stricken </w:t>
      </w:r>
      <w:r>
        <w:rPr>
          <w:color w:val="FF6600"/>
        </w:rPr>
        <w:t xml:space="preserve">with </w:t>
      </w:r>
      <w:r>
        <w:rPr>
          <w:color w:val="00FFCC"/>
        </w:rPr>
        <w:t xml:space="preserve">curiosity </w:t>
      </w:r>
      <w:r>
        <w:rPr>
          <w:color w:val="000000"/>
        </w:rPr>
        <w:t xml:space="preserve">. What </w:t>
      </w:r>
      <w:r>
        <w:rPr>
          <w:color w:val="003E3E"/>
        </w:rPr>
        <w:t xml:space="preserve">could </w:t>
      </w:r>
      <w:r>
        <w:rPr>
          <w:color w:val="CC3399"/>
        </w:rPr>
        <w:t xml:space="preserve">be happening </w:t>
      </w:r>
      <w:r>
        <w:rPr>
          <w:color w:val="FF6600"/>
        </w:rPr>
        <w:t xml:space="preserve">in </w:t>
      </w:r>
      <w:r>
        <w:rPr>
          <w:color w:val="00787F"/>
        </w:rPr>
        <w:t xml:space="preserve">there </w:t>
      </w:r>
      <w:r>
        <w:rPr>
          <w:color w:val="000000"/>
        </w:rPr>
        <w:t xml:space="preserve">, </w:t>
      </w:r>
      <w:r>
        <w:rPr>
          <w:color w:val="00787F"/>
        </w:rPr>
        <w:t xml:space="preserve">now </w:t>
      </w:r>
      <w:r>
        <w:rPr>
          <w:color w:val="FF6600"/>
        </w:rPr>
        <w:t>that fo</w:t>
      </w:r>
      <w:r>
        <w:rPr>
          <w:color w:val="FF6600"/>
        </w:rPr>
        <w:t xml:space="preserve">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33CCFF"/>
        </w:rPr>
        <w:t xml:space="preserve">first </w:t>
      </w:r>
      <w:r>
        <w:rPr>
          <w:color w:val="00FFCC"/>
        </w:rPr>
        <w:t xml:space="preserve">time animals </w:t>
      </w:r>
      <w:r>
        <w:rPr>
          <w:color w:val="FF0066"/>
        </w:rPr>
        <w:t xml:space="preserve">and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CC3399"/>
        </w:rPr>
        <w:t xml:space="preserve">were meeting </w:t>
      </w:r>
      <w:r>
        <w:rPr>
          <w:color w:val="FF6600"/>
        </w:rPr>
        <w:t xml:space="preserve">on </w:t>
      </w:r>
      <w:r>
        <w:rPr>
          <w:color w:val="00FFCC"/>
        </w:rPr>
        <w:t xml:space="preserve">terms </w:t>
      </w:r>
      <w:r>
        <w:rPr>
          <w:color w:val="FF6600"/>
        </w:rPr>
        <w:t xml:space="preserve">of </w:t>
      </w:r>
      <w:r>
        <w:rPr>
          <w:color w:val="00FFCC"/>
        </w:rPr>
        <w:t xml:space="preserve">equality </w:t>
      </w:r>
      <w:r>
        <w:rPr>
          <w:color w:val="000000"/>
        </w:rPr>
        <w:t xml:space="preserve">?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With </w:t>
      </w:r>
      <w:r>
        <w:rPr>
          <w:color w:val="000000"/>
        </w:rPr>
        <w:t xml:space="preserve">one </w:t>
      </w:r>
      <w:r>
        <w:rPr>
          <w:color w:val="00FFCC"/>
        </w:rPr>
        <w:t xml:space="preserve">accord </w:t>
      </w:r>
      <w:r>
        <w:rPr>
          <w:color w:val="000000"/>
        </w:rPr>
        <w:t xml:space="preserve">they </w:t>
      </w:r>
      <w:r>
        <w:rPr>
          <w:color w:val="CC3399"/>
        </w:rPr>
        <w:t xml:space="preserve">began </w:t>
      </w:r>
      <w:r>
        <w:rPr>
          <w:color w:val="000000"/>
        </w:rPr>
        <w:t xml:space="preserve">to </w:t>
      </w:r>
      <w:r>
        <w:rPr>
          <w:color w:val="CC3399"/>
        </w:rPr>
        <w:t xml:space="preserve">creep </w:t>
      </w:r>
      <w:r>
        <w:rPr>
          <w:color w:val="FF6600"/>
        </w:rPr>
        <w:t xml:space="preserve">as </w:t>
      </w:r>
      <w:r>
        <w:rPr>
          <w:color w:val="00787F"/>
        </w:rPr>
        <w:t xml:space="preserve">quietly </w:t>
      </w:r>
      <w:r>
        <w:rPr>
          <w:color w:val="FF6600"/>
        </w:rPr>
        <w:t xml:space="preserve">as </w:t>
      </w:r>
      <w:r>
        <w:rPr>
          <w:color w:val="33CCFF"/>
        </w:rPr>
        <w:t xml:space="preserve">possible </w:t>
      </w:r>
      <w:r>
        <w:rPr>
          <w:color w:val="FF6600"/>
        </w:rPr>
        <w:t xml:space="preserve">into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farmhouse </w:t>
      </w:r>
      <w:r>
        <w:rPr>
          <w:color w:val="00FFCC"/>
        </w:rPr>
        <w:t xml:space="preserve">garden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gate </w:t>
      </w:r>
      <w:r>
        <w:rPr>
          <w:color w:val="000000"/>
        </w:rPr>
        <w:t xml:space="preserve">they </w:t>
      </w:r>
      <w:r>
        <w:rPr>
          <w:color w:val="CC3399"/>
        </w:rPr>
        <w:t xml:space="preserve">paused </w:t>
      </w:r>
      <w:r>
        <w:rPr>
          <w:color w:val="000000"/>
        </w:rPr>
        <w:t xml:space="preserve">, </w:t>
      </w:r>
      <w:r>
        <w:rPr>
          <w:color w:val="00FFCC"/>
        </w:rPr>
        <w:t xml:space="preserve">half </w:t>
      </w:r>
      <w:r>
        <w:rPr>
          <w:color w:val="CC3399"/>
        </w:rPr>
        <w:t xml:space="preserve">frightened </w:t>
      </w:r>
      <w:r>
        <w:rPr>
          <w:color w:val="000000"/>
        </w:rPr>
        <w:t xml:space="preserve">to </w:t>
      </w:r>
      <w:r>
        <w:rPr>
          <w:color w:val="CC3399"/>
        </w:rPr>
        <w:t xml:space="preserve">go </w:t>
      </w:r>
      <w:r>
        <w:rPr>
          <w:color w:val="FF6600"/>
        </w:rPr>
        <w:t xml:space="preserve">on </w:t>
      </w:r>
      <w:r>
        <w:rPr>
          <w:color w:val="FF0066"/>
        </w:rPr>
        <w:t xml:space="preserve">but </w:t>
      </w:r>
      <w:r>
        <w:rPr>
          <w:color w:val="00FFCC"/>
        </w:rPr>
        <w:t xml:space="preserve">Clover </w:t>
      </w:r>
      <w:r>
        <w:rPr>
          <w:color w:val="CC3399"/>
        </w:rPr>
        <w:t xml:space="preserve">led </w:t>
      </w:r>
      <w:r>
        <w:rPr>
          <w:color w:val="000000"/>
        </w:rPr>
        <w:t xml:space="preserve">the </w:t>
      </w:r>
      <w:r>
        <w:rPr>
          <w:color w:val="00FFCC"/>
        </w:rPr>
        <w:t xml:space="preserve">way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. They </w:t>
      </w:r>
      <w:r>
        <w:rPr>
          <w:color w:val="CC3399"/>
        </w:rPr>
        <w:t xml:space="preserve">tiptoed </w:t>
      </w:r>
      <w:r>
        <w:rPr>
          <w:color w:val="00787F"/>
        </w:rPr>
        <w:t xml:space="preserve">up </w:t>
      </w:r>
      <w:r>
        <w:rPr>
          <w:color w:val="000000"/>
        </w:rPr>
        <w:t xml:space="preserve">to the </w:t>
      </w:r>
      <w:r>
        <w:rPr>
          <w:color w:val="00FFCC"/>
        </w:rPr>
        <w:t xml:space="preserve">house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33CCFF"/>
        </w:rPr>
        <w:t xml:space="preserve">such </w:t>
      </w:r>
      <w:r>
        <w:rPr>
          <w:color w:val="00FFCC"/>
        </w:rPr>
        <w:t xml:space="preserve">animals </w:t>
      </w:r>
      <w:r>
        <w:rPr>
          <w:color w:val="FF6600"/>
        </w:rPr>
        <w:t xml:space="preserve">as </w:t>
      </w:r>
      <w:r>
        <w:rPr>
          <w:color w:val="CC3399"/>
        </w:rPr>
        <w:t xml:space="preserve">were </w:t>
      </w:r>
      <w:r>
        <w:rPr>
          <w:color w:val="33CCFF"/>
        </w:rPr>
        <w:t xml:space="preserve">tall </w:t>
      </w:r>
      <w:r>
        <w:rPr>
          <w:color w:val="00787F"/>
        </w:rPr>
        <w:t xml:space="preserve">enough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peered </w:t>
      </w:r>
      <w:r>
        <w:rPr>
          <w:color w:val="FF6600"/>
        </w:rPr>
        <w:t xml:space="preserve">in at </w:t>
      </w:r>
      <w:r>
        <w:rPr>
          <w:color w:val="000000"/>
        </w:rPr>
        <w:t xml:space="preserve">the </w:t>
      </w:r>
      <w:r>
        <w:rPr>
          <w:color w:val="00FFCC"/>
        </w:rPr>
        <w:t xml:space="preserve">dining-room window </w:t>
      </w:r>
      <w:r>
        <w:rPr>
          <w:color w:val="000000"/>
        </w:rPr>
        <w:t xml:space="preserve">. There , </w:t>
      </w:r>
      <w:r>
        <w:rPr>
          <w:color w:val="CC3399"/>
        </w:rPr>
        <w:t xml:space="preserve">round </w:t>
      </w:r>
      <w:r>
        <w:rPr>
          <w:color w:val="000000"/>
        </w:rPr>
        <w:t xml:space="preserve">the </w:t>
      </w:r>
      <w:r>
        <w:rPr>
          <w:color w:val="33CCFF"/>
        </w:rPr>
        <w:t xml:space="preserve">long </w:t>
      </w:r>
      <w:r>
        <w:rPr>
          <w:color w:val="00FFCC"/>
        </w:rPr>
        <w:t xml:space="preserve">table </w:t>
      </w:r>
      <w:r>
        <w:rPr>
          <w:color w:val="000000"/>
        </w:rPr>
        <w:t xml:space="preserve">, </w:t>
      </w:r>
      <w:r>
        <w:rPr>
          <w:color w:val="CC3399"/>
        </w:rPr>
        <w:t xml:space="preserve">sat </w:t>
      </w:r>
      <w:r>
        <w:rPr>
          <w:color w:val="00FFCC"/>
        </w:rPr>
        <w:t xml:space="preserve">half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00FFCC"/>
        </w:rPr>
        <w:t xml:space="preserve">dozen farmers </w:t>
      </w:r>
      <w:r>
        <w:rPr>
          <w:color w:val="FF0066"/>
        </w:rPr>
        <w:t xml:space="preserve">and </w:t>
      </w:r>
      <w:r>
        <w:rPr>
          <w:color w:val="000000"/>
        </w:rPr>
        <w:t xml:space="preserve">half a </w:t>
      </w:r>
      <w:r>
        <w:rPr>
          <w:color w:val="00FFCC"/>
        </w:rPr>
        <w:t xml:space="preserve">dozen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787F"/>
        </w:rPr>
        <w:t xml:space="preserve">more </w:t>
      </w:r>
      <w:r>
        <w:rPr>
          <w:color w:val="33CCFF"/>
        </w:rPr>
        <w:t xml:space="preserve">eminent </w:t>
      </w:r>
      <w:r>
        <w:rPr>
          <w:color w:val="00FFCC"/>
        </w:rPr>
        <w:t xml:space="preserve">pigs </w:t>
      </w:r>
      <w:r>
        <w:rPr>
          <w:color w:val="000000"/>
        </w:rPr>
        <w:t xml:space="preserve">, </w:t>
      </w:r>
      <w:r>
        <w:rPr>
          <w:color w:val="00FFCC"/>
        </w:rPr>
        <w:t xml:space="preserve">Napoleon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himself </w:t>
      </w:r>
      <w:r>
        <w:rPr>
          <w:color w:val="CC3399"/>
        </w:rPr>
        <w:t xml:space="preserve">occupying </w:t>
      </w:r>
      <w:r>
        <w:rPr>
          <w:color w:val="000000"/>
        </w:rPr>
        <w:t xml:space="preserve">the </w:t>
      </w:r>
      <w:r>
        <w:rPr>
          <w:color w:val="00FFCC"/>
        </w:rPr>
        <w:t xml:space="preserve">seat </w:t>
      </w:r>
      <w:r>
        <w:rPr>
          <w:color w:val="FF6600"/>
        </w:rPr>
        <w:t xml:space="preserve">of </w:t>
      </w:r>
      <w:r>
        <w:rPr>
          <w:color w:val="00FFCC"/>
        </w:rPr>
        <w:t xml:space="preserve">honour </w:t>
      </w:r>
      <w:r>
        <w:rPr>
          <w:color w:val="FF6600"/>
        </w:rPr>
        <w:t xml:space="preserve">at </w:t>
      </w:r>
      <w:r>
        <w:rPr>
          <w:color w:val="000000"/>
        </w:rPr>
        <w:t>the</w:t>
      </w:r>
      <w:r>
        <w:rPr>
          <w:color w:val="000000"/>
        </w:rPr>
        <w:t xml:space="preserve"> </w:t>
      </w:r>
      <w:r>
        <w:rPr>
          <w:color w:val="00FFCC"/>
        </w:rPr>
        <w:t xml:space="preserve">head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table </w:t>
      </w:r>
      <w:r>
        <w:rPr>
          <w:color w:val="000000"/>
        </w:rPr>
        <w:t xml:space="preserve">. The </w:t>
      </w:r>
      <w:r>
        <w:rPr>
          <w:color w:val="00FFCC"/>
        </w:rPr>
        <w:t xml:space="preserve">pigs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appeared </w:t>
      </w:r>
      <w:r>
        <w:rPr>
          <w:color w:val="00787F"/>
        </w:rPr>
        <w:t xml:space="preserve">completely </w:t>
      </w:r>
      <w:r>
        <w:rPr>
          <w:color w:val="FF6600"/>
        </w:rPr>
        <w:t xml:space="preserve">at </w:t>
      </w:r>
      <w:r>
        <w:rPr>
          <w:color w:val="00FFCC"/>
        </w:rPr>
        <w:t xml:space="preserve">ease </w:t>
      </w:r>
      <w:r>
        <w:rPr>
          <w:color w:val="FF6600"/>
        </w:rPr>
        <w:t xml:space="preserve">in </w:t>
      </w:r>
      <w:r>
        <w:rPr>
          <w:color w:val="000000"/>
        </w:rPr>
        <w:t xml:space="preserve">their </w:t>
      </w:r>
      <w:r>
        <w:rPr>
          <w:color w:val="00FFCC"/>
        </w:rPr>
        <w:t xml:space="preserve">chairs </w:t>
      </w:r>
      <w:r>
        <w:rPr>
          <w:color w:val="000000"/>
        </w:rPr>
        <w:t xml:space="preserve">. The </w:t>
      </w:r>
      <w:r>
        <w:rPr>
          <w:color w:val="00FFCC"/>
        </w:rPr>
        <w:t xml:space="preserve">company </w:t>
      </w:r>
      <w:r>
        <w:rPr>
          <w:color w:val="CC3399"/>
        </w:rPr>
        <w:t xml:space="preserve">had been enjoying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00FFCC"/>
        </w:rPr>
        <w:t xml:space="preserve">game </w:t>
      </w:r>
      <w:r>
        <w:rPr>
          <w:color w:val="FF6600"/>
        </w:rPr>
        <w:t xml:space="preserve">of </w:t>
      </w:r>
      <w:r>
        <w:rPr>
          <w:color w:val="00FFCC"/>
        </w:rPr>
        <w:t xml:space="preserve">cards </w:t>
      </w:r>
      <w:r>
        <w:rPr>
          <w:color w:val="FF0066"/>
        </w:rPr>
        <w:t xml:space="preserve">but </w:t>
      </w:r>
      <w:r>
        <w:rPr>
          <w:color w:val="CC3399"/>
        </w:rPr>
        <w:t xml:space="preserve">had broken </w:t>
      </w:r>
      <w:r>
        <w:rPr>
          <w:color w:val="000000"/>
        </w:rPr>
        <w:t xml:space="preserve">off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00FFCC"/>
        </w:rPr>
        <w:t xml:space="preserve">moment </w:t>
      </w:r>
      <w:r>
        <w:rPr>
          <w:color w:val="000000"/>
        </w:rPr>
        <w:t xml:space="preserve">, </w:t>
      </w:r>
      <w:r>
        <w:rPr>
          <w:color w:val="00787F"/>
        </w:rPr>
        <w:t xml:space="preserve">evidently </w:t>
      </w:r>
      <w:r>
        <w:rPr>
          <w:color w:val="FF6600"/>
        </w:rPr>
        <w:t xml:space="preserve">in </w:t>
      </w:r>
      <w:r>
        <w:rPr>
          <w:color w:val="00FFCC"/>
        </w:rPr>
        <w:t xml:space="preserve">order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drink </w:t>
      </w:r>
      <w:r>
        <w:rPr>
          <w:color w:val="000000"/>
        </w:rPr>
        <w:t xml:space="preserve">a </w:t>
      </w:r>
      <w:r>
        <w:rPr>
          <w:color w:val="00FFCC"/>
        </w:rPr>
        <w:t xml:space="preserve">toast </w:t>
      </w:r>
      <w:r>
        <w:rPr>
          <w:color w:val="000000"/>
        </w:rPr>
        <w:t xml:space="preserve">. A </w:t>
      </w:r>
      <w:r>
        <w:rPr>
          <w:color w:val="33CCFF"/>
        </w:rPr>
        <w:t xml:space="preserve">large </w:t>
      </w:r>
      <w:r>
        <w:rPr>
          <w:color w:val="00FFCC"/>
        </w:rPr>
        <w:t xml:space="preserve">jug </w:t>
      </w:r>
      <w:r>
        <w:rPr>
          <w:color w:val="CC3399"/>
        </w:rPr>
        <w:t xml:space="preserve">was circulating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mugs </w:t>
      </w:r>
      <w:r>
        <w:rPr>
          <w:color w:val="CC3399"/>
        </w:rPr>
        <w:t xml:space="preserve">were being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refilled </w:t>
      </w:r>
      <w:r>
        <w:rPr>
          <w:color w:val="FF6600"/>
        </w:rPr>
        <w:t xml:space="preserve">with </w:t>
      </w:r>
      <w:r>
        <w:rPr>
          <w:color w:val="00FFCC"/>
        </w:rPr>
        <w:t xml:space="preserve">beer </w:t>
      </w:r>
      <w:r>
        <w:rPr>
          <w:color w:val="000000"/>
        </w:rPr>
        <w:t xml:space="preserve">. No </w:t>
      </w:r>
      <w:r>
        <w:rPr>
          <w:color w:val="00FFCC"/>
        </w:rPr>
        <w:t xml:space="preserve">one </w:t>
      </w:r>
      <w:r>
        <w:rPr>
          <w:color w:val="CC3399"/>
        </w:rPr>
        <w:t xml:space="preserve">noticed </w:t>
      </w:r>
      <w:r>
        <w:rPr>
          <w:color w:val="000000"/>
        </w:rPr>
        <w:t xml:space="preserve">the </w:t>
      </w:r>
      <w:r>
        <w:rPr>
          <w:color w:val="00FFCC"/>
        </w:rPr>
        <w:t xml:space="preserve">wondering </w:t>
      </w:r>
      <w:r>
        <w:rPr>
          <w:color w:val="CC3399"/>
        </w:rPr>
        <w:t xml:space="preserve">faces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0000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gazed </w:t>
      </w:r>
      <w:r>
        <w:rPr>
          <w:color w:val="FF6600"/>
        </w:rPr>
        <w:t xml:space="preserve">in at </w:t>
      </w:r>
      <w:r>
        <w:rPr>
          <w:color w:val="000000"/>
        </w:rPr>
        <w:t xml:space="preserve">the </w:t>
      </w:r>
      <w:r>
        <w:rPr>
          <w:color w:val="00FFCC"/>
        </w:rPr>
        <w:t xml:space="preserve">window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Mr. Pilkington </w:t>
      </w:r>
      <w:r>
        <w:rPr>
          <w:color w:val="000000"/>
        </w:rPr>
        <w:t xml:space="preserve">, </w:t>
      </w:r>
      <w:r>
        <w:rPr>
          <w:color w:val="FF6600"/>
        </w:rPr>
        <w:t xml:space="preserve">of </w:t>
      </w:r>
      <w:r>
        <w:rPr>
          <w:color w:val="00FFCC"/>
        </w:rPr>
        <w:t xml:space="preserve">Foxwood </w:t>
      </w:r>
      <w:r>
        <w:rPr>
          <w:color w:val="000000"/>
        </w:rPr>
        <w:t xml:space="preserve">, </w:t>
      </w:r>
      <w:r>
        <w:rPr>
          <w:color w:val="CC3399"/>
        </w:rPr>
        <w:t xml:space="preserve">had stood </w:t>
      </w:r>
      <w:r>
        <w:rPr>
          <w:color w:val="000000"/>
        </w:rPr>
        <w:t xml:space="preserve">up , his </w:t>
      </w:r>
      <w:r>
        <w:rPr>
          <w:color w:val="00FFCC"/>
        </w:rPr>
        <w:t xml:space="preserve">mug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00FFCC"/>
        </w:rPr>
        <w:t xml:space="preserve">hand </w:t>
      </w:r>
      <w:r>
        <w:rPr>
          <w:color w:val="000000"/>
        </w:rPr>
        <w:t xml:space="preserve">.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moment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he </w:t>
      </w:r>
      <w:r>
        <w:rPr>
          <w:color w:val="003E3E"/>
        </w:rPr>
        <w:t xml:space="preserve">would </w:t>
      </w:r>
      <w:r>
        <w:rPr>
          <w:color w:val="CC3399"/>
        </w:rPr>
        <w:t xml:space="preserve">ask </w:t>
      </w:r>
      <w:r>
        <w:rPr>
          <w:color w:val="000000"/>
        </w:rPr>
        <w:t xml:space="preserve">the </w:t>
      </w:r>
      <w:r>
        <w:rPr>
          <w:color w:val="33CCFF"/>
        </w:rPr>
        <w:t xml:space="preserve">present </w:t>
      </w:r>
      <w:r>
        <w:rPr>
          <w:color w:val="00FFCC"/>
        </w:rPr>
        <w:t xml:space="preserve">company </w:t>
      </w:r>
      <w:r>
        <w:rPr>
          <w:color w:val="000000"/>
        </w:rPr>
        <w:t xml:space="preserve">to </w:t>
      </w:r>
      <w:r>
        <w:rPr>
          <w:color w:val="CC3399"/>
        </w:rPr>
        <w:t xml:space="preserve">drink </w:t>
      </w:r>
      <w:r>
        <w:rPr>
          <w:color w:val="000000"/>
        </w:rPr>
        <w:t xml:space="preserve">a </w:t>
      </w:r>
      <w:r>
        <w:rPr>
          <w:color w:val="00FFCC"/>
        </w:rPr>
        <w:t xml:space="preserve">toast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before </w:t>
      </w:r>
      <w:r>
        <w:rPr>
          <w:color w:val="CC3399"/>
        </w:rPr>
        <w:t xml:space="preserve">doing </w:t>
      </w:r>
      <w:r>
        <w:rPr>
          <w:color w:val="00787F"/>
        </w:rPr>
        <w:t xml:space="preserve">so </w:t>
      </w:r>
      <w:r>
        <w:rPr>
          <w:color w:val="000000"/>
        </w:rPr>
        <w:t xml:space="preserve">, there </w:t>
      </w:r>
      <w:r>
        <w:rPr>
          <w:color w:val="CC3399"/>
        </w:rPr>
        <w:t xml:space="preserve">were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words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felt </w:t>
      </w:r>
      <w:r>
        <w:rPr>
          <w:color w:val="000000"/>
        </w:rPr>
        <w:t xml:space="preserve">it </w:t>
      </w:r>
      <w:r>
        <w:rPr>
          <w:color w:val="33CCFF"/>
        </w:rPr>
        <w:t xml:space="preserve">incumbent </w:t>
      </w:r>
      <w:r>
        <w:rPr>
          <w:color w:val="FF6600"/>
        </w:rPr>
        <w:t xml:space="preserve">upon </w:t>
      </w:r>
      <w:r>
        <w:rPr>
          <w:color w:val="000000"/>
        </w:rPr>
        <w:t xml:space="preserve">him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</w:t>
      </w:r>
      <w:r>
        <w:rPr>
          <w:color w:val="CC3399"/>
        </w:rPr>
        <w:t xml:space="preserve">say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00FFCC"/>
        </w:rPr>
        <w:t xml:space="preserve">source </w:t>
      </w:r>
      <w:r>
        <w:rPr>
          <w:color w:val="FF6600"/>
        </w:rPr>
        <w:t xml:space="preserve">of </w:t>
      </w:r>
      <w:r>
        <w:rPr>
          <w:color w:val="33CCFF"/>
        </w:rPr>
        <w:t xml:space="preserve">great </w:t>
      </w:r>
      <w:r>
        <w:rPr>
          <w:color w:val="00FFCC"/>
        </w:rPr>
        <w:t xml:space="preserve">satisfaction </w:t>
      </w:r>
      <w:r>
        <w:rPr>
          <w:color w:val="000000"/>
        </w:rPr>
        <w:t xml:space="preserve">to him 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-- </w:t>
      </w:r>
      <w:r>
        <w:rPr>
          <w:color w:val="FF0066"/>
        </w:rPr>
        <w:t xml:space="preserve">and </w:t>
      </w:r>
      <w:r>
        <w:rPr>
          <w:color w:val="000000"/>
        </w:rPr>
        <w:t xml:space="preserve">, he </w:t>
      </w:r>
      <w:r>
        <w:rPr>
          <w:color w:val="CC3399"/>
        </w:rPr>
        <w:t xml:space="preserve">was </w:t>
      </w:r>
      <w:r>
        <w:rPr>
          <w:color w:val="33CCFF"/>
        </w:rPr>
        <w:t xml:space="preserve">sure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to all </w:t>
      </w:r>
      <w:r>
        <w:rPr>
          <w:color w:val="00FFCC"/>
        </w:rPr>
        <w:t xml:space="preserve">others </w:t>
      </w:r>
      <w:r>
        <w:rPr>
          <w:color w:val="CC3399"/>
        </w:rPr>
        <w:t xml:space="preserve">present </w:t>
      </w:r>
      <w:r>
        <w:rPr>
          <w:color w:val="000000"/>
        </w:rPr>
        <w:t xml:space="preserve">-- to </w:t>
      </w:r>
      <w:r>
        <w:rPr>
          <w:color w:val="CC3399"/>
        </w:rPr>
        <w:t xml:space="preserve">feel </w:t>
      </w:r>
      <w:r>
        <w:rPr>
          <w:color w:val="FF6600"/>
        </w:rPr>
        <w:t xml:space="preserve">that </w:t>
      </w:r>
      <w:r>
        <w:rPr>
          <w:color w:val="000000"/>
        </w:rPr>
        <w:t xml:space="preserve">a </w:t>
      </w:r>
      <w:r>
        <w:rPr>
          <w:color w:val="33CCFF"/>
        </w:rPr>
        <w:t xml:space="preserve">long </w:t>
      </w:r>
      <w:r>
        <w:rPr>
          <w:color w:val="00FFCC"/>
        </w:rPr>
        <w:t xml:space="preserve">period </w:t>
      </w:r>
      <w:r>
        <w:rPr>
          <w:color w:val="FF6600"/>
        </w:rPr>
        <w:t xml:space="preserve">of </w:t>
      </w:r>
      <w:r>
        <w:rPr>
          <w:color w:val="00FFCC"/>
        </w:rPr>
        <w:t xml:space="preserve">mistrust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misunderstanding </w:t>
      </w:r>
      <w:r>
        <w:rPr>
          <w:color w:val="CC3399"/>
        </w:rPr>
        <w:t xml:space="preserve">had </w:t>
      </w:r>
      <w:r>
        <w:rPr>
          <w:color w:val="00787F"/>
        </w:rPr>
        <w:t xml:space="preserve">now </w:t>
      </w:r>
      <w:r>
        <w:rPr>
          <w:color w:val="CC3399"/>
        </w:rPr>
        <w:t xml:space="preserve">come </w:t>
      </w:r>
      <w:r>
        <w:rPr>
          <w:color w:val="000000"/>
        </w:rPr>
        <w:t xml:space="preserve">to an </w:t>
      </w:r>
      <w:r>
        <w:rPr>
          <w:color w:val="00FFCC"/>
        </w:rPr>
        <w:t xml:space="preserve">end </w:t>
      </w:r>
      <w:r>
        <w:rPr>
          <w:color w:val="000000"/>
        </w:rPr>
        <w:t xml:space="preserve">. There </w:t>
      </w:r>
      <w:r>
        <w:rPr>
          <w:color w:val="CC3399"/>
        </w:rPr>
        <w:t xml:space="preserve">had been </w:t>
      </w:r>
      <w:r>
        <w:rPr>
          <w:color w:val="000000"/>
        </w:rPr>
        <w:t xml:space="preserve">a </w:t>
      </w:r>
      <w:r>
        <w:rPr>
          <w:color w:val="00FFCC"/>
        </w:rPr>
        <w:t xml:space="preserve">time </w:t>
      </w:r>
      <w:r>
        <w:rPr>
          <w:color w:val="000000"/>
        </w:rPr>
        <w:t xml:space="preserve">-- </w:t>
      </w:r>
      <w:r>
        <w:rPr>
          <w:color w:val="00787F"/>
        </w:rPr>
        <w:t xml:space="preserve">not </w:t>
      </w:r>
      <w:r>
        <w:rPr>
          <w:color w:val="FF6600"/>
        </w:rPr>
        <w:t xml:space="preserve">that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, </w:t>
      </w:r>
      <w:r>
        <w:rPr>
          <w:color w:val="FF0066"/>
        </w:rPr>
        <w:t xml:space="preserve">or </w:t>
      </w:r>
      <w:r>
        <w:rPr>
          <w:color w:val="000000"/>
        </w:rPr>
        <w:t xml:space="preserve">any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present </w:t>
      </w:r>
      <w:r>
        <w:rPr>
          <w:color w:val="00FFCC"/>
        </w:rPr>
        <w:t xml:space="preserve">company </w:t>
      </w:r>
      <w:r>
        <w:rPr>
          <w:color w:val="000000"/>
        </w:rPr>
        <w:t xml:space="preserve">, </w:t>
      </w:r>
      <w:r>
        <w:rPr>
          <w:color w:val="CC3399"/>
        </w:rPr>
        <w:t xml:space="preserve">had shared </w:t>
      </w:r>
      <w:r>
        <w:rPr>
          <w:color w:val="33CCFF"/>
        </w:rPr>
        <w:t xml:space="preserve">such </w:t>
      </w:r>
      <w:r>
        <w:rPr>
          <w:color w:val="00FFCC"/>
        </w:rPr>
        <w:t xml:space="preserve">sentiments </w:t>
      </w:r>
      <w:r>
        <w:rPr>
          <w:color w:val="000000"/>
        </w:rPr>
        <w:t xml:space="preserve">-- </w:t>
      </w:r>
      <w:r>
        <w:rPr>
          <w:color w:val="FF0066"/>
        </w:rPr>
        <w:t xml:space="preserve">but </w:t>
      </w:r>
      <w:r>
        <w:rPr>
          <w:color w:val="000000"/>
        </w:rPr>
        <w:t xml:space="preserve">there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been </w:t>
      </w:r>
      <w:r>
        <w:rPr>
          <w:color w:val="000000"/>
        </w:rPr>
        <w:t xml:space="preserve">a </w:t>
      </w:r>
      <w:r>
        <w:rPr>
          <w:color w:val="00FFCC"/>
        </w:rPr>
        <w:t xml:space="preserve">time </w:t>
      </w:r>
      <w:r>
        <w:rPr>
          <w:color w:val="000000"/>
        </w:rPr>
        <w:t xml:space="preserve">when the </w:t>
      </w:r>
      <w:r>
        <w:rPr>
          <w:color w:val="CC3399"/>
        </w:rPr>
        <w:t xml:space="preserve">respected </w:t>
      </w:r>
      <w:r>
        <w:rPr>
          <w:color w:val="00FFCC"/>
        </w:rPr>
        <w:t xml:space="preserve">proprietors </w:t>
      </w:r>
      <w:r>
        <w:rPr>
          <w:color w:val="FF6600"/>
        </w:rPr>
        <w:t xml:space="preserve">of </w:t>
      </w:r>
      <w:r>
        <w:rPr>
          <w:color w:val="00FFCC"/>
        </w:rPr>
        <w:t xml:space="preserve">Animal Farm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regarded </w:t>
      </w:r>
      <w:r>
        <w:rPr>
          <w:color w:val="000000"/>
        </w:rPr>
        <w:t xml:space="preserve">, he </w:t>
      </w:r>
      <w:r>
        <w:rPr>
          <w:color w:val="003E3E"/>
        </w:rPr>
        <w:t xml:space="preserve">would </w:t>
      </w:r>
      <w:r>
        <w:rPr>
          <w:color w:val="00787F"/>
        </w:rPr>
        <w:t xml:space="preserve">not </w:t>
      </w:r>
      <w:r>
        <w:rPr>
          <w:color w:val="CC3399"/>
        </w:rPr>
        <w:t xml:space="preserve">say </w:t>
      </w:r>
      <w:r>
        <w:rPr>
          <w:color w:val="FF6600"/>
        </w:rPr>
        <w:t xml:space="preserve">with </w:t>
      </w:r>
      <w:r>
        <w:rPr>
          <w:color w:val="00FFCC"/>
        </w:rPr>
        <w:t xml:space="preserve">hostility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787F"/>
        </w:rPr>
        <w:t xml:space="preserve">perhaps </w:t>
      </w:r>
      <w:r>
        <w:rPr>
          <w:color w:val="FF6600"/>
        </w:rPr>
        <w:t xml:space="preserve">with </w:t>
      </w:r>
      <w:r>
        <w:rPr>
          <w:color w:val="000000"/>
        </w:rPr>
        <w:t xml:space="preserve">a </w:t>
      </w:r>
      <w:r>
        <w:rPr>
          <w:color w:val="33CCFF"/>
        </w:rPr>
        <w:t xml:space="preserve">certain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measure </w:t>
      </w:r>
      <w:r>
        <w:rPr>
          <w:color w:val="FF6600"/>
        </w:rPr>
        <w:t xml:space="preserve">of </w:t>
      </w:r>
      <w:r>
        <w:rPr>
          <w:color w:val="00FFCC"/>
        </w:rPr>
        <w:t xml:space="preserve">misgiving </w:t>
      </w:r>
      <w:r>
        <w:rPr>
          <w:color w:val="000000"/>
        </w:rPr>
        <w:t xml:space="preserve">, </w:t>
      </w:r>
      <w:r>
        <w:rPr>
          <w:color w:val="FF6600"/>
        </w:rPr>
        <w:t xml:space="preserve">by </w:t>
      </w:r>
      <w:r>
        <w:rPr>
          <w:color w:val="000000"/>
        </w:rPr>
        <w:t xml:space="preserve">their </w:t>
      </w:r>
      <w:r>
        <w:rPr>
          <w:color w:val="33CCFF"/>
        </w:rPr>
        <w:t xml:space="preserve">human </w:t>
      </w:r>
      <w:r>
        <w:rPr>
          <w:color w:val="00FFCC"/>
        </w:rPr>
        <w:t xml:space="preserve">neighbours </w:t>
      </w:r>
      <w:r>
        <w:rPr>
          <w:color w:val="000000"/>
        </w:rPr>
        <w:t xml:space="preserve">. </w:t>
      </w:r>
      <w:r>
        <w:rPr>
          <w:color w:val="33CCFF"/>
        </w:rPr>
        <w:t xml:space="preserve">Unfortunate </w:t>
      </w:r>
      <w:r>
        <w:rPr>
          <w:color w:val="00FFCC"/>
        </w:rPr>
        <w:t xml:space="preserve">incidents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occurred </w:t>
      </w:r>
      <w:r>
        <w:rPr>
          <w:color w:val="000000"/>
        </w:rPr>
        <w:t xml:space="preserve">, </w:t>
      </w:r>
      <w:r>
        <w:rPr>
          <w:color w:val="CC3399"/>
        </w:rPr>
        <w:t xml:space="preserve">mistaken </w:t>
      </w:r>
      <w:r>
        <w:rPr>
          <w:color w:val="00FFCC"/>
        </w:rPr>
        <w:t xml:space="preserve">ideas </w:t>
      </w:r>
      <w:r>
        <w:rPr>
          <w:color w:val="CC3399"/>
        </w:rPr>
        <w:t xml:space="preserve">had been </w:t>
      </w:r>
      <w:r>
        <w:rPr>
          <w:color w:val="33CCFF"/>
        </w:rPr>
        <w:t xml:space="preserve">current </w:t>
      </w:r>
      <w:r>
        <w:rPr>
          <w:color w:val="000000"/>
        </w:rPr>
        <w:t xml:space="preserve">. It </w:t>
      </w:r>
      <w:r>
        <w:rPr>
          <w:color w:val="CC3399"/>
        </w:rPr>
        <w:t xml:space="preserve">had been felt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existence </w:t>
      </w:r>
      <w:r>
        <w:rPr>
          <w:color w:val="FF6600"/>
        </w:rPr>
        <w:t xml:space="preserve">of </w:t>
      </w:r>
      <w:r>
        <w:rPr>
          <w:color w:val="000000"/>
        </w:rPr>
        <w:t xml:space="preserve">a </w:t>
      </w:r>
      <w:r>
        <w:rPr>
          <w:color w:val="00FFCC"/>
        </w:rPr>
        <w:t xml:space="preserve">farm </w:t>
      </w:r>
      <w:r>
        <w:rPr>
          <w:color w:val="CC3399"/>
        </w:rPr>
        <w:t xml:space="preserve">owned </w:t>
      </w:r>
      <w:r>
        <w:rPr>
          <w:color w:val="FF0066"/>
        </w:rPr>
        <w:t xml:space="preserve">and </w:t>
      </w:r>
      <w:r>
        <w:rPr>
          <w:color w:val="CC3399"/>
        </w:rPr>
        <w:t xml:space="preserve">operated </w:t>
      </w:r>
      <w:r>
        <w:rPr>
          <w:color w:val="FF6600"/>
        </w:rPr>
        <w:t xml:space="preserve">by </w:t>
      </w:r>
      <w:r>
        <w:rPr>
          <w:color w:val="00FFCC"/>
        </w:rPr>
        <w:t xml:space="preserve">pigs </w:t>
      </w:r>
      <w:r>
        <w:rPr>
          <w:color w:val="CC3399"/>
        </w:rPr>
        <w:t xml:space="preserve">was </w:t>
      </w:r>
      <w:r>
        <w:rPr>
          <w:color w:val="00787F"/>
        </w:rPr>
        <w:t xml:space="preserve">somehow </w:t>
      </w:r>
      <w:r>
        <w:rPr>
          <w:color w:val="33CCFF"/>
        </w:rPr>
        <w:t xml:space="preserve">abnormal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was </w:t>
      </w:r>
      <w:r>
        <w:rPr>
          <w:color w:val="33CCFF"/>
        </w:rPr>
        <w:t>l</w:t>
      </w:r>
      <w:r>
        <w:rPr>
          <w:color w:val="33CCFF"/>
        </w:rPr>
        <w:t xml:space="preserve">iable </w:t>
      </w:r>
      <w:r>
        <w:rPr>
          <w:color w:val="000000"/>
        </w:rPr>
        <w:t xml:space="preserve">to </w:t>
      </w:r>
      <w:r>
        <w:rPr>
          <w:color w:val="CC3399"/>
        </w:rPr>
        <w:t xml:space="preserve">have </w:t>
      </w:r>
      <w:r>
        <w:rPr>
          <w:color w:val="000000"/>
        </w:rPr>
        <w:t xml:space="preserve">an </w:t>
      </w:r>
      <w:r>
        <w:rPr>
          <w:color w:val="33CCFF"/>
        </w:rPr>
        <w:t xml:space="preserve">unsettling </w:t>
      </w:r>
      <w:r>
        <w:rPr>
          <w:color w:val="00FFCC"/>
        </w:rPr>
        <w:t xml:space="preserve">effect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neighbourhood </w:t>
      </w:r>
      <w:r>
        <w:rPr>
          <w:color w:val="000000"/>
        </w:rPr>
        <w:t xml:space="preserve">. </w:t>
      </w:r>
      <w:r>
        <w:rPr>
          <w:color w:val="00FFCC"/>
        </w:rPr>
        <w:t xml:space="preserve">Too </w:t>
      </w:r>
      <w:r>
        <w:rPr>
          <w:color w:val="33CCFF"/>
        </w:rPr>
        <w:t xml:space="preserve">many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farmers </w:t>
      </w:r>
      <w:r>
        <w:rPr>
          <w:color w:val="CC3399"/>
        </w:rPr>
        <w:t xml:space="preserve">had assumed </w:t>
      </w:r>
      <w:r>
        <w:rPr>
          <w:color w:val="000000"/>
        </w:rPr>
        <w:t xml:space="preserve">, </w:t>
      </w:r>
      <w:r>
        <w:rPr>
          <w:color w:val="FF6600"/>
        </w:rPr>
        <w:t xml:space="preserve">without </w:t>
      </w:r>
      <w:r>
        <w:rPr>
          <w:color w:val="33CCFF"/>
        </w:rPr>
        <w:t xml:space="preserve">due </w:t>
      </w:r>
      <w:r>
        <w:rPr>
          <w:color w:val="00FFCC"/>
        </w:rPr>
        <w:t xml:space="preserve">enquiry </w:t>
      </w:r>
      <w:r>
        <w:rPr>
          <w:color w:val="000000"/>
        </w:rPr>
        <w:t xml:space="preserve">, that </w:t>
      </w:r>
      <w:r>
        <w:rPr>
          <w:color w:val="FF6600"/>
        </w:rPr>
        <w:t xml:space="preserve">on </w:t>
      </w:r>
      <w:r>
        <w:rPr>
          <w:color w:val="000000"/>
        </w:rPr>
        <w:t xml:space="preserve">such a </w:t>
      </w:r>
      <w:r>
        <w:rPr>
          <w:color w:val="00FFCC"/>
        </w:rPr>
        <w:t xml:space="preserve">farm </w:t>
      </w:r>
      <w:r>
        <w:rPr>
          <w:color w:val="000000"/>
        </w:rPr>
        <w:t xml:space="preserve">a </w:t>
      </w:r>
      <w:r>
        <w:rPr>
          <w:color w:val="00FFCC"/>
        </w:rPr>
        <w:t xml:space="preserve">spirit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licence </w:t>
      </w:r>
      <w:r>
        <w:rPr>
          <w:color w:val="FF0066"/>
        </w:rPr>
        <w:t xml:space="preserve">and </w:t>
      </w:r>
      <w:r>
        <w:rPr>
          <w:color w:val="00FFCC"/>
        </w:rPr>
        <w:t xml:space="preserve">indiscipline </w:t>
      </w:r>
      <w:r>
        <w:rPr>
          <w:color w:val="003E3E"/>
        </w:rPr>
        <w:t xml:space="preserve">would </w:t>
      </w:r>
      <w:r>
        <w:rPr>
          <w:color w:val="CC3399"/>
        </w:rPr>
        <w:t xml:space="preserve">prevail </w:t>
      </w:r>
      <w:r>
        <w:rPr>
          <w:color w:val="000000"/>
        </w:rPr>
        <w:t xml:space="preserve">. They </w:t>
      </w:r>
      <w:r>
        <w:rPr>
          <w:color w:val="CC3399"/>
        </w:rPr>
        <w:t xml:space="preserve">had been </w:t>
      </w:r>
      <w:r>
        <w:rPr>
          <w:color w:val="33CCFF"/>
        </w:rPr>
        <w:t xml:space="preserve">nervous </w:t>
      </w:r>
      <w:r>
        <w:rPr>
          <w:color w:val="FF6600"/>
        </w:rPr>
        <w:t xml:space="preserve">about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effects </w:t>
      </w:r>
      <w:r>
        <w:rPr>
          <w:color w:val="FF6600"/>
        </w:rPr>
        <w:t xml:space="preserve">upon </w:t>
      </w: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FFCC"/>
        </w:rPr>
        <w:t xml:space="preserve">animals </w:t>
      </w:r>
      <w:r>
        <w:rPr>
          <w:color w:val="000000"/>
        </w:rPr>
        <w:t xml:space="preserve">, </w:t>
      </w:r>
      <w:r>
        <w:rPr>
          <w:color w:val="FF0066"/>
        </w:rPr>
        <w:t xml:space="preserve">or </w:t>
      </w:r>
      <w:r>
        <w:rPr>
          <w:color w:val="00787F"/>
        </w:rPr>
        <w:t xml:space="preserve">even </w:t>
      </w:r>
      <w:r>
        <w:rPr>
          <w:color w:val="FF6600"/>
        </w:rPr>
        <w:t xml:space="preserve">upon </w:t>
      </w:r>
      <w:r>
        <w:rPr>
          <w:color w:val="000000"/>
        </w:rPr>
        <w:t xml:space="preserve">their </w:t>
      </w:r>
      <w:r>
        <w:rPr>
          <w:color w:val="33CCFF"/>
        </w:rPr>
        <w:t xml:space="preserve">human </w:t>
      </w:r>
      <w:r>
        <w:rPr>
          <w:color w:val="00FFCC"/>
        </w:rPr>
        <w:t xml:space="preserve">employees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all </w:t>
      </w:r>
      <w:r>
        <w:rPr>
          <w:color w:val="33CCFF"/>
        </w:rPr>
        <w:t xml:space="preserve">such </w:t>
      </w:r>
      <w:r>
        <w:rPr>
          <w:color w:val="00FFCC"/>
        </w:rPr>
        <w:t xml:space="preserve">doubts </w:t>
      </w:r>
      <w:r>
        <w:rPr>
          <w:color w:val="CC3399"/>
        </w:rPr>
        <w:t xml:space="preserve">were </w:t>
      </w:r>
      <w:r>
        <w:rPr>
          <w:color w:val="00787F"/>
        </w:rPr>
        <w:t xml:space="preserve">now </w:t>
      </w:r>
      <w:r>
        <w:rPr>
          <w:color w:val="CC3399"/>
        </w:rPr>
        <w:t xml:space="preserve">dispelled </w:t>
      </w:r>
      <w:r>
        <w:rPr>
          <w:color w:val="000000"/>
        </w:rPr>
        <w:t xml:space="preserve">. </w:t>
      </w:r>
      <w:r>
        <w:rPr>
          <w:color w:val="00FFCC"/>
        </w:rPr>
        <w:t xml:space="preserve">Today </w:t>
      </w:r>
      <w:r>
        <w:rPr>
          <w:color w:val="000000"/>
        </w:rPr>
        <w:t xml:space="preserve">he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friends </w:t>
      </w:r>
      <w:r>
        <w:rPr>
          <w:color w:val="CC3399"/>
        </w:rPr>
        <w:t xml:space="preserve">had visited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Animal Farm </w:t>
      </w:r>
      <w:r>
        <w:rPr>
          <w:color w:val="FF0066"/>
        </w:rPr>
        <w:t xml:space="preserve">and </w:t>
      </w:r>
      <w:r>
        <w:rPr>
          <w:color w:val="CC3399"/>
        </w:rPr>
        <w:t xml:space="preserve">inspected </w:t>
      </w:r>
      <w:r>
        <w:rPr>
          <w:color w:val="000000"/>
        </w:rPr>
        <w:t xml:space="preserve">every </w:t>
      </w:r>
      <w:r>
        <w:rPr>
          <w:color w:val="00FFCC"/>
        </w:rPr>
        <w:t xml:space="preserve">inch </w:t>
      </w:r>
      <w:r>
        <w:rPr>
          <w:color w:val="FF6600"/>
        </w:rPr>
        <w:t xml:space="preserve">of </w:t>
      </w:r>
      <w:r>
        <w:rPr>
          <w:color w:val="000000"/>
        </w:rPr>
        <w:t xml:space="preserve">it </w:t>
      </w:r>
      <w:r>
        <w:rPr>
          <w:color w:val="FF6600"/>
        </w:rPr>
        <w:t xml:space="preserve">with </w:t>
      </w: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FFCC"/>
        </w:rPr>
        <w:t xml:space="preserve">eyes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what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did </w:t>
      </w:r>
      <w:r>
        <w:rPr>
          <w:color w:val="000000"/>
        </w:rPr>
        <w:t xml:space="preserve">they </w:t>
      </w:r>
      <w:r>
        <w:rPr>
          <w:color w:val="CC3399"/>
        </w:rPr>
        <w:t xml:space="preserve">find </w:t>
      </w:r>
      <w:r>
        <w:rPr>
          <w:color w:val="000000"/>
        </w:rPr>
        <w:t xml:space="preserve">? </w:t>
      </w:r>
      <w:r>
        <w:rPr>
          <w:color w:val="00787F"/>
        </w:rPr>
        <w:t xml:space="preserve">Not only </w:t>
      </w:r>
      <w:r>
        <w:rPr>
          <w:color w:val="000000"/>
        </w:rPr>
        <w:t xml:space="preserve">the </w:t>
      </w:r>
      <w:r>
        <w:rPr>
          <w:color w:val="00787F"/>
        </w:rPr>
        <w:t xml:space="preserve">most </w:t>
      </w:r>
      <w:r>
        <w:rPr>
          <w:color w:val="33CCFF"/>
        </w:rPr>
        <w:t xml:space="preserve">up-to-date </w:t>
      </w:r>
      <w:r>
        <w:rPr>
          <w:color w:val="00FFCC"/>
        </w:rPr>
        <w:t xml:space="preserve">methods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000000"/>
        </w:rPr>
        <w:t xml:space="preserve">a </w:t>
      </w:r>
      <w:r>
        <w:rPr>
          <w:color w:val="00FFCC"/>
        </w:rPr>
        <w:t>discip</w:t>
      </w:r>
      <w:r>
        <w:rPr>
          <w:color w:val="00FFCC"/>
        </w:rPr>
        <w:t xml:space="preserve">line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an </w:t>
      </w:r>
      <w:r>
        <w:rPr>
          <w:color w:val="00FFCC"/>
        </w:rPr>
        <w:t xml:space="preserve">orderliness </w:t>
      </w:r>
      <w:r>
        <w:rPr>
          <w:color w:val="000000"/>
        </w:rPr>
        <w:t xml:space="preserve">which </w:t>
      </w:r>
      <w:r>
        <w:rPr>
          <w:color w:val="003E3E"/>
        </w:rPr>
        <w:t xml:space="preserve">should </w:t>
      </w:r>
      <w:r>
        <w:rPr>
          <w:color w:val="CC3399"/>
        </w:rPr>
        <w:t xml:space="preserve">be </w:t>
      </w:r>
      <w:r>
        <w:rPr>
          <w:color w:val="000000"/>
        </w:rPr>
        <w:t xml:space="preserve">an </w:t>
      </w:r>
      <w:r>
        <w:rPr>
          <w:color w:val="00FFCC"/>
        </w:rPr>
        <w:t xml:space="preserve">example </w:t>
      </w:r>
      <w:r>
        <w:rPr>
          <w:color w:val="000000"/>
        </w:rPr>
        <w:t xml:space="preserve">to all </w:t>
      </w:r>
      <w:r>
        <w:rPr>
          <w:color w:val="00FFCC"/>
        </w:rPr>
        <w:t xml:space="preserve">farmers </w:t>
      </w:r>
      <w:r>
        <w:rPr>
          <w:color w:val="00787F"/>
        </w:rPr>
        <w:t xml:space="preserve">everywhere </w:t>
      </w:r>
      <w:r>
        <w:rPr>
          <w:color w:val="000000"/>
        </w:rPr>
        <w:t xml:space="preserve">. He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believed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00787F"/>
        </w:rPr>
        <w:t xml:space="preserve">right </w:t>
      </w:r>
      <w:r>
        <w:rPr>
          <w:color w:val="FF6600"/>
        </w:rPr>
        <w:t xml:space="preserve">in </w:t>
      </w:r>
      <w:r>
        <w:rPr>
          <w:color w:val="CC3399"/>
        </w:rPr>
        <w:t xml:space="preserve">saying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33CCFF"/>
        </w:rPr>
        <w:t xml:space="preserve">lower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on </w:t>
      </w:r>
      <w:r>
        <w:rPr>
          <w:color w:val="00FFCC"/>
        </w:rPr>
        <w:t xml:space="preserve">Animal Farm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did </w:t>
      </w:r>
      <w:r>
        <w:rPr>
          <w:color w:val="33CCFF"/>
        </w:rPr>
        <w:t xml:space="preserve">more </w:t>
      </w:r>
      <w:r>
        <w:rPr>
          <w:color w:val="00FFCC"/>
        </w:rPr>
        <w:t xml:space="preserve">work </w:t>
      </w:r>
      <w:r>
        <w:rPr>
          <w:color w:val="FF0066"/>
        </w:rPr>
        <w:t xml:space="preserve">and </w:t>
      </w:r>
      <w:r>
        <w:rPr>
          <w:color w:val="CC3399"/>
        </w:rPr>
        <w:t xml:space="preserve">received </w:t>
      </w:r>
      <w:r>
        <w:rPr>
          <w:color w:val="33CCFF"/>
        </w:rPr>
        <w:t xml:space="preserve">less </w:t>
      </w:r>
      <w:r>
        <w:rPr>
          <w:color w:val="00FFCC"/>
        </w:rPr>
        <w:t xml:space="preserve">food </w:t>
      </w:r>
      <w:r>
        <w:rPr>
          <w:color w:val="FF6600"/>
        </w:rPr>
        <w:t xml:space="preserve">than </w:t>
      </w:r>
      <w:r>
        <w:rPr>
          <w:color w:val="000000"/>
        </w:rPr>
        <w:t xml:space="preserve">any </w:t>
      </w:r>
      <w:r>
        <w:rPr>
          <w:color w:val="00FFCC"/>
        </w:rPr>
        <w:t xml:space="preserve">animals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county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Indeed </w:t>
      </w:r>
      <w:r>
        <w:rPr>
          <w:color w:val="000000"/>
        </w:rPr>
        <w:t xml:space="preserve">, he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fellow-visitors today </w:t>
      </w:r>
      <w:r>
        <w:rPr>
          <w:color w:val="CC3399"/>
        </w:rPr>
        <w:t xml:space="preserve">had observed </w:t>
      </w:r>
      <w:r>
        <w:rPr>
          <w:color w:val="33CCFF"/>
        </w:rPr>
        <w:t xml:space="preserve">many </w:t>
      </w:r>
      <w:r>
        <w:rPr>
          <w:color w:val="00FFCC"/>
        </w:rPr>
        <w:t xml:space="preserve">features </w:t>
      </w:r>
      <w:r>
        <w:rPr>
          <w:color w:val="000000"/>
        </w:rPr>
        <w:t xml:space="preserve">which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they </w:t>
      </w:r>
      <w:r>
        <w:rPr>
          <w:color w:val="CC3399"/>
        </w:rPr>
        <w:t xml:space="preserve">intended </w:t>
      </w:r>
      <w:r>
        <w:rPr>
          <w:color w:val="000000"/>
        </w:rPr>
        <w:t xml:space="preserve">to </w:t>
      </w:r>
      <w:r>
        <w:rPr>
          <w:color w:val="CC3399"/>
        </w:rPr>
        <w:t xml:space="preserve">introduce </w:t>
      </w:r>
      <w:r>
        <w:rPr>
          <w:color w:val="FF6600"/>
        </w:rPr>
        <w:t xml:space="preserve">on </w:t>
      </w:r>
      <w:r>
        <w:rPr>
          <w:color w:val="000000"/>
        </w:rPr>
        <w:t xml:space="preserve">their </w:t>
      </w:r>
      <w:r>
        <w:rPr>
          <w:color w:val="33CCFF"/>
        </w:rPr>
        <w:t xml:space="preserve">own </w:t>
      </w:r>
      <w:r>
        <w:rPr>
          <w:color w:val="00FFCC"/>
        </w:rPr>
        <w:t xml:space="preserve">farms </w:t>
      </w:r>
      <w:r>
        <w:rPr>
          <w:color w:val="00787F"/>
        </w:rPr>
        <w:t xml:space="preserve">immediately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He </w:t>
      </w:r>
      <w:r>
        <w:rPr>
          <w:color w:val="003E3E"/>
        </w:rPr>
        <w:t xml:space="preserve">would </w:t>
      </w:r>
      <w:r>
        <w:rPr>
          <w:color w:val="CC3399"/>
        </w:rPr>
        <w:t xml:space="preserve">end </w:t>
      </w:r>
      <w:r>
        <w:rPr>
          <w:color w:val="000000"/>
        </w:rPr>
        <w:t xml:space="preserve">his </w:t>
      </w:r>
      <w:r>
        <w:rPr>
          <w:color w:val="00FFCC"/>
        </w:rPr>
        <w:t xml:space="preserve">remarks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FF6600"/>
        </w:rPr>
        <w:t xml:space="preserve">by </w:t>
      </w:r>
      <w:r>
        <w:rPr>
          <w:color w:val="CC3399"/>
        </w:rPr>
        <w:t xml:space="preserve">emphasising </w:t>
      </w:r>
      <w:r>
        <w:rPr>
          <w:color w:val="00787F"/>
        </w:rPr>
        <w:t xml:space="preserve">once again </w:t>
      </w:r>
      <w:r>
        <w:rPr>
          <w:color w:val="000000"/>
        </w:rPr>
        <w:t xml:space="preserve">the </w:t>
      </w:r>
      <w:r>
        <w:rPr>
          <w:color w:val="33CCFF"/>
        </w:rPr>
        <w:t xml:space="preserve">friendly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feelings </w:t>
      </w:r>
      <w:r>
        <w:rPr>
          <w:color w:val="000000"/>
        </w:rPr>
        <w:t xml:space="preserve">that </w:t>
      </w:r>
      <w:r>
        <w:rPr>
          <w:color w:val="CC3399"/>
        </w:rPr>
        <w:t xml:space="preserve">subsisted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3E3E"/>
        </w:rPr>
        <w:t xml:space="preserve">ought </w:t>
      </w:r>
      <w:r>
        <w:rPr>
          <w:color w:val="000000"/>
        </w:rPr>
        <w:t xml:space="preserve">to </w:t>
      </w:r>
      <w:r>
        <w:rPr>
          <w:color w:val="CC3399"/>
        </w:rPr>
        <w:t xml:space="preserve">subsist </w:t>
      </w:r>
      <w:r>
        <w:rPr>
          <w:color w:val="000000"/>
        </w:rPr>
        <w:t xml:space="preserve">, </w:t>
      </w:r>
      <w:r>
        <w:rPr>
          <w:color w:val="FF6600"/>
        </w:rPr>
        <w:t xml:space="preserve">between </w:t>
      </w:r>
      <w:r>
        <w:rPr>
          <w:color w:val="00FFCC"/>
        </w:rPr>
        <w:t>Anim</w:t>
      </w:r>
      <w:r>
        <w:rPr>
          <w:color w:val="00FFCC"/>
        </w:rPr>
        <w:t xml:space="preserve">al Farm </w:t>
      </w:r>
      <w:r>
        <w:rPr>
          <w:color w:val="FF0066"/>
        </w:rPr>
        <w:t xml:space="preserve">and </w:t>
      </w:r>
      <w:r>
        <w:rPr>
          <w:color w:val="000000"/>
        </w:rPr>
        <w:t xml:space="preserve">its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neighbours </w:t>
      </w:r>
      <w:r>
        <w:rPr>
          <w:color w:val="000000"/>
        </w:rPr>
        <w:t xml:space="preserve">. </w:t>
      </w:r>
      <w:r>
        <w:rPr>
          <w:color w:val="00FFCC"/>
        </w:rPr>
        <w:t xml:space="preserve">Between pigs </w:t>
      </w:r>
      <w:r>
        <w:rPr>
          <w:color w:val="FF0066"/>
        </w:rPr>
        <w:t xml:space="preserve">and </w:t>
      </w:r>
      <w:r>
        <w:rPr>
          <w:color w:val="33CCFF"/>
        </w:rPr>
        <w:t xml:space="preserve">human </w:t>
      </w:r>
      <w:r>
        <w:rPr>
          <w:color w:val="00FFCC"/>
        </w:rPr>
        <w:t xml:space="preserve">beings </w:t>
      </w:r>
      <w:r>
        <w:rPr>
          <w:color w:val="00787F"/>
        </w:rPr>
        <w:t xml:space="preserve">there </w:t>
      </w:r>
      <w:r>
        <w:rPr>
          <w:color w:val="CC3399"/>
        </w:rPr>
        <w:t xml:space="preserve">was </w:t>
      </w:r>
      <w:r>
        <w:rPr>
          <w:color w:val="00787F"/>
        </w:rPr>
        <w:t xml:space="preserve">not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787F"/>
        </w:rPr>
        <w:t xml:space="preserve">there </w:t>
      </w:r>
      <w:r>
        <w:rPr>
          <w:color w:val="CC3399"/>
        </w:rPr>
        <w:t xml:space="preserve">need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not </w:t>
      </w:r>
      <w:r>
        <w:rPr>
          <w:color w:val="CC3399"/>
        </w:rPr>
        <w:t xml:space="preserve">be </w:t>
      </w:r>
      <w:r>
        <w:rPr>
          <w:color w:val="000000"/>
        </w:rPr>
        <w:t xml:space="preserve">, any </w:t>
      </w:r>
      <w:r>
        <w:rPr>
          <w:color w:val="00FFCC"/>
        </w:rPr>
        <w:t xml:space="preserve">clash </w:t>
      </w:r>
      <w:r>
        <w:rPr>
          <w:color w:val="FF6600"/>
        </w:rPr>
        <w:t xml:space="preserve">of </w:t>
      </w:r>
      <w:r>
        <w:rPr>
          <w:color w:val="00FFCC"/>
        </w:rPr>
        <w:t xml:space="preserve">interests </w:t>
      </w:r>
      <w:r>
        <w:rPr>
          <w:color w:val="000000"/>
        </w:rPr>
        <w:t xml:space="preserve">whatever . Their </w:t>
      </w:r>
      <w:r>
        <w:rPr>
          <w:color w:val="00FFCC"/>
        </w:rPr>
        <w:t xml:space="preserve">struggles </w:t>
      </w:r>
      <w:r>
        <w:rPr>
          <w:color w:val="FF0066"/>
        </w:rPr>
        <w:t xml:space="preserve">and </w:t>
      </w:r>
      <w:r>
        <w:rPr>
          <w:color w:val="000000"/>
        </w:rPr>
        <w:t xml:space="preserve">their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difficulties </w:t>
      </w:r>
      <w:r>
        <w:rPr>
          <w:color w:val="CC3399"/>
        </w:rPr>
        <w:t xml:space="preserve">were </w:t>
      </w:r>
      <w:r>
        <w:rPr>
          <w:color w:val="000000"/>
        </w:rPr>
        <w:t xml:space="preserve">one . </w:t>
      </w:r>
      <w:r>
        <w:rPr>
          <w:color w:val="003E3E"/>
        </w:rPr>
        <w:t xml:space="preserve">Was </w:t>
      </w:r>
      <w:r>
        <w:rPr>
          <w:color w:val="00787F"/>
        </w:rPr>
        <w:t xml:space="preserve">not </w:t>
      </w:r>
      <w:r>
        <w:rPr>
          <w:color w:val="000000"/>
        </w:rPr>
        <w:t xml:space="preserve">the </w:t>
      </w:r>
      <w:r>
        <w:rPr>
          <w:color w:val="00FFCC"/>
        </w:rPr>
        <w:t xml:space="preserve">labour problem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787F"/>
        </w:rPr>
        <w:t xml:space="preserve">everywhere </w:t>
      </w:r>
      <w:r>
        <w:rPr>
          <w:color w:val="000000"/>
        </w:rPr>
        <w:t xml:space="preserve">?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Here </w:t>
      </w:r>
      <w:r>
        <w:rPr>
          <w:color w:val="000000"/>
        </w:rPr>
        <w:t xml:space="preserve">it </w:t>
      </w:r>
      <w:r>
        <w:rPr>
          <w:color w:val="CC3399"/>
        </w:rPr>
        <w:t xml:space="preserve">became </w:t>
      </w:r>
      <w:r>
        <w:rPr>
          <w:color w:val="33CCFF"/>
        </w:rPr>
        <w:t xml:space="preserve">apparent </w:t>
      </w:r>
      <w:r>
        <w:rPr>
          <w:color w:val="FF6600"/>
        </w:rPr>
        <w:t xml:space="preserve">that </w:t>
      </w:r>
      <w:r>
        <w:rPr>
          <w:color w:val="00FFCC"/>
        </w:rPr>
        <w:t xml:space="preserve">Mr. Pilkington </w:t>
      </w:r>
      <w:r>
        <w:rPr>
          <w:color w:val="CC3399"/>
        </w:rPr>
        <w:t xml:space="preserve">was </w:t>
      </w:r>
      <w:r>
        <w:rPr>
          <w:color w:val="FF6600"/>
        </w:rPr>
        <w:t xml:space="preserve">about </w:t>
      </w:r>
      <w:r>
        <w:rPr>
          <w:color w:val="000000"/>
        </w:rPr>
        <w:t xml:space="preserve">to </w:t>
      </w:r>
      <w:r>
        <w:rPr>
          <w:color w:val="CC3399"/>
        </w:rPr>
        <w:t xml:space="preserve">spring </w:t>
      </w:r>
      <w:r>
        <w:rPr>
          <w:color w:val="000000"/>
        </w:rPr>
        <w:t xml:space="preserve">some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carefully </w:t>
      </w:r>
      <w:r>
        <w:rPr>
          <w:color w:val="33CCFF"/>
        </w:rPr>
        <w:t xml:space="preserve">prepared </w:t>
      </w:r>
      <w:r>
        <w:rPr>
          <w:color w:val="00FFCC"/>
        </w:rPr>
        <w:t xml:space="preserve">witticism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company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FF6600"/>
        </w:rPr>
        <w:t xml:space="preserve">for </w:t>
      </w:r>
      <w:r>
        <w:rPr>
          <w:color w:val="000000"/>
        </w:rPr>
        <w:t xml:space="preserve">a </w:t>
      </w:r>
      <w:r>
        <w:rPr>
          <w:color w:val="00FFCC"/>
        </w:rPr>
        <w:t xml:space="preserve">moment </w:t>
      </w:r>
      <w:r>
        <w:rPr>
          <w:color w:val="000000"/>
        </w:rPr>
        <w:t xml:space="preserve">he </w:t>
      </w:r>
      <w:r>
        <w:rPr>
          <w:color w:val="CC3399"/>
        </w:rPr>
        <w:t xml:space="preserve">was </w:t>
      </w:r>
      <w:r>
        <w:rPr>
          <w:color w:val="00787F"/>
        </w:rPr>
        <w:t xml:space="preserve">too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overcome </w:t>
      </w:r>
      <w:r>
        <w:rPr>
          <w:color w:val="FF6600"/>
        </w:rPr>
        <w:t xml:space="preserve">by </w:t>
      </w:r>
      <w:r>
        <w:rPr>
          <w:color w:val="00FFCC"/>
        </w:rPr>
        <w:t xml:space="preserve">amusement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33CCFF"/>
        </w:rPr>
        <w:t xml:space="preserve">able </w:t>
      </w:r>
      <w:r>
        <w:rPr>
          <w:color w:val="000000"/>
        </w:rPr>
        <w:t xml:space="preserve">to </w:t>
      </w:r>
      <w:r>
        <w:rPr>
          <w:color w:val="CC3399"/>
        </w:rPr>
        <w:t xml:space="preserve">utter </w:t>
      </w:r>
      <w:r>
        <w:rPr>
          <w:color w:val="000000"/>
        </w:rPr>
        <w:t xml:space="preserve">it . </w:t>
      </w:r>
      <w:r>
        <w:rPr>
          <w:color w:val="FF6600"/>
        </w:rPr>
        <w:t xml:space="preserve">After </w:t>
      </w:r>
      <w:r>
        <w:rPr>
          <w:color w:val="33CCFF"/>
        </w:rPr>
        <w:t xml:space="preserve">much </w:t>
      </w:r>
      <w:r>
        <w:rPr>
          <w:color w:val="00FFCC"/>
        </w:rPr>
        <w:t xml:space="preserve">choking </w:t>
      </w:r>
      <w:r>
        <w:rPr>
          <w:color w:val="000000"/>
        </w:rPr>
        <w:t xml:space="preserve">, </w:t>
      </w:r>
      <w:r>
        <w:rPr>
          <w:color w:val="FF6600"/>
        </w:rPr>
        <w:t xml:space="preserve">during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which his </w:t>
      </w:r>
      <w:r>
        <w:rPr>
          <w:color w:val="33CCFF"/>
        </w:rPr>
        <w:t xml:space="preserve">various </w:t>
      </w:r>
      <w:r>
        <w:rPr>
          <w:color w:val="00FFCC"/>
        </w:rPr>
        <w:t xml:space="preserve">chins </w:t>
      </w:r>
      <w:r>
        <w:rPr>
          <w:color w:val="CC3399"/>
        </w:rPr>
        <w:t xml:space="preserve">turned </w:t>
      </w:r>
      <w:r>
        <w:rPr>
          <w:color w:val="00787F"/>
        </w:rPr>
        <w:t xml:space="preserve">purple </w:t>
      </w:r>
      <w:r>
        <w:rPr>
          <w:color w:val="000000"/>
        </w:rPr>
        <w:t xml:space="preserve">, he </w:t>
      </w:r>
      <w:r>
        <w:rPr>
          <w:color w:val="CC3399"/>
        </w:rPr>
        <w:t>managed</w:t>
      </w:r>
      <w:r>
        <w:rPr>
          <w:color w:val="CC3399"/>
        </w:rPr>
        <w:t xml:space="preserve"> </w:t>
      </w:r>
      <w:r>
        <w:rPr>
          <w:color w:val="000000"/>
        </w:rPr>
        <w:t xml:space="preserve">to </w:t>
      </w:r>
      <w:r>
        <w:rPr>
          <w:color w:val="CC3399"/>
        </w:rPr>
        <w:t xml:space="preserve">get </w:t>
      </w:r>
      <w:r>
        <w:rPr>
          <w:color w:val="000000"/>
        </w:rPr>
        <w:t xml:space="preserve">it out : `` </w:t>
      </w:r>
      <w:r>
        <w:rPr>
          <w:color w:val="FF6600"/>
        </w:rPr>
        <w:t xml:space="preserve">If </w:t>
      </w:r>
      <w:r>
        <w:rPr>
          <w:color w:val="000000"/>
        </w:rPr>
        <w:t xml:space="preserve">you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have </w:t>
      </w:r>
      <w:r>
        <w:rPr>
          <w:color w:val="000000"/>
        </w:rPr>
        <w:t xml:space="preserve">your </w:t>
      </w:r>
      <w:r>
        <w:rPr>
          <w:color w:val="33CCFF"/>
        </w:rPr>
        <w:t xml:space="preserve">lower </w:t>
      </w:r>
      <w:r>
        <w:rPr>
          <w:color w:val="00FFCC"/>
        </w:rPr>
        <w:t xml:space="preserve">animals </w:t>
      </w:r>
      <w:r>
        <w:rPr>
          <w:color w:val="000000"/>
        </w:rPr>
        <w:t xml:space="preserve">to </w:t>
      </w:r>
      <w:r>
        <w:rPr>
          <w:color w:val="CC3399"/>
        </w:rPr>
        <w:t xml:space="preserve">contend </w:t>
      </w:r>
      <w:r>
        <w:rPr>
          <w:color w:val="FF6600"/>
        </w:rPr>
        <w:t xml:space="preserve">with </w:t>
      </w:r>
      <w:r>
        <w:rPr>
          <w:color w:val="000000"/>
        </w:rPr>
        <w:t xml:space="preserve">, ''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`` we </w:t>
      </w:r>
      <w:r>
        <w:rPr>
          <w:color w:val="CC3399"/>
        </w:rPr>
        <w:t xml:space="preserve">have </w:t>
      </w:r>
      <w:r>
        <w:rPr>
          <w:color w:val="000000"/>
        </w:rPr>
        <w:t xml:space="preserve">our </w:t>
      </w:r>
      <w:r>
        <w:rPr>
          <w:color w:val="33CCFF"/>
        </w:rPr>
        <w:t xml:space="preserve">lower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classes </w:t>
      </w:r>
      <w:r>
        <w:rPr>
          <w:color w:val="000000"/>
        </w:rPr>
        <w:t xml:space="preserve">! '' This </w:t>
      </w:r>
      <w:r>
        <w:rPr>
          <w:color w:val="00FFCC"/>
        </w:rPr>
        <w:t xml:space="preserve">BON MOT </w:t>
      </w:r>
      <w:r>
        <w:rPr>
          <w:color w:val="CC3399"/>
        </w:rPr>
        <w:t xml:space="preserve">set </w:t>
      </w:r>
      <w:r>
        <w:rPr>
          <w:color w:val="000000"/>
        </w:rPr>
        <w:t xml:space="preserve">the </w:t>
      </w:r>
      <w:r>
        <w:rPr>
          <w:color w:val="00FFCC"/>
        </w:rPr>
        <w:t xml:space="preserve">table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00FFCC"/>
        </w:rPr>
        <w:t xml:space="preserve">roar </w:t>
      </w:r>
      <w:r>
        <w:rPr>
          <w:color w:val="000000"/>
        </w:rPr>
        <w:t xml:space="preserve">; </w:t>
      </w:r>
      <w:r>
        <w:rPr>
          <w:color w:val="FF0066"/>
        </w:rPr>
        <w:t xml:space="preserve">and </w:t>
      </w:r>
      <w:r>
        <w:rPr>
          <w:color w:val="00FFCC"/>
        </w:rPr>
        <w:t xml:space="preserve">Mr. Pilkington </w:t>
      </w:r>
      <w:r>
        <w:rPr>
          <w:color w:val="00787F"/>
        </w:rPr>
        <w:t xml:space="preserve">once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again </w:t>
      </w:r>
      <w:r>
        <w:rPr>
          <w:color w:val="CC3399"/>
        </w:rPr>
        <w:t xml:space="preserve">congratulated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33CCFF"/>
        </w:rPr>
        <w:t xml:space="preserve">low </w:t>
      </w:r>
      <w:r>
        <w:rPr>
          <w:color w:val="00FFCC"/>
        </w:rPr>
        <w:t xml:space="preserve">rations </w:t>
      </w:r>
      <w:r>
        <w:rPr>
          <w:color w:val="000000"/>
        </w:rPr>
        <w:t xml:space="preserve">, the </w:t>
      </w:r>
      <w:r>
        <w:rPr>
          <w:color w:val="33CCFF"/>
        </w:rPr>
        <w:t xml:space="preserve">long </w:t>
      </w:r>
      <w:r>
        <w:rPr>
          <w:color w:val="00FFCC"/>
        </w:rPr>
        <w:t xml:space="preserve">working hours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33CCFF"/>
        </w:rPr>
        <w:t xml:space="preserve">general </w:t>
      </w:r>
      <w:r>
        <w:rPr>
          <w:color w:val="00FFCC"/>
        </w:rPr>
        <w:t xml:space="preserve">absence </w:t>
      </w:r>
      <w:r>
        <w:rPr>
          <w:color w:val="FF6600"/>
        </w:rPr>
        <w:t xml:space="preserve">of </w:t>
      </w:r>
      <w:r>
        <w:rPr>
          <w:color w:val="CC3399"/>
        </w:rPr>
        <w:t xml:space="preserve">pampering </w:t>
      </w:r>
      <w:r>
        <w:rPr>
          <w:color w:val="000000"/>
        </w:rPr>
        <w:t xml:space="preserve">which he </w:t>
      </w:r>
      <w:r>
        <w:rPr>
          <w:color w:val="CC3399"/>
        </w:rPr>
        <w:t xml:space="preserve">had observed </w:t>
      </w:r>
      <w:r>
        <w:rPr>
          <w:color w:val="FF6600"/>
        </w:rPr>
        <w:t xml:space="preserve">on </w:t>
      </w:r>
      <w:r>
        <w:rPr>
          <w:color w:val="00FFCC"/>
        </w:rPr>
        <w:t xml:space="preserve">Animal Farm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now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787F"/>
        </w:rPr>
        <w:t xml:space="preserve">finally </w:t>
      </w:r>
      <w:r>
        <w:rPr>
          <w:color w:val="000000"/>
        </w:rPr>
        <w:t xml:space="preserve">, he </w:t>
      </w:r>
      <w:r>
        <w:rPr>
          <w:color w:val="003E3E"/>
        </w:rPr>
        <w:t xml:space="preserve">would </w:t>
      </w:r>
      <w:r>
        <w:rPr>
          <w:color w:val="CC3399"/>
        </w:rPr>
        <w:t xml:space="preserve">ask </w:t>
      </w:r>
      <w:r>
        <w:rPr>
          <w:color w:val="000000"/>
        </w:rPr>
        <w:t xml:space="preserve">the </w:t>
      </w:r>
      <w:r>
        <w:rPr>
          <w:color w:val="00FFCC"/>
        </w:rPr>
        <w:t xml:space="preserve">company </w:t>
      </w:r>
      <w:r>
        <w:rPr>
          <w:color w:val="000000"/>
        </w:rPr>
        <w:t xml:space="preserve">to </w:t>
      </w:r>
      <w:r>
        <w:rPr>
          <w:color w:val="CC3399"/>
        </w:rPr>
        <w:t xml:space="preserve">rise </w:t>
      </w:r>
      <w:r>
        <w:rPr>
          <w:color w:val="000000"/>
        </w:rPr>
        <w:t xml:space="preserve">to their </w:t>
      </w:r>
      <w:r>
        <w:rPr>
          <w:color w:val="00FFCC"/>
        </w:rPr>
        <w:t xml:space="preserve">feet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CC3399"/>
        </w:rPr>
        <w:t xml:space="preserve">make </w:t>
      </w:r>
      <w:r>
        <w:rPr>
          <w:color w:val="33CCFF"/>
        </w:rPr>
        <w:t xml:space="preserve">certain </w:t>
      </w:r>
      <w:r>
        <w:rPr>
          <w:color w:val="FF6600"/>
        </w:rPr>
        <w:t xml:space="preserve">that </w:t>
      </w:r>
      <w:r>
        <w:rPr>
          <w:color w:val="000000"/>
        </w:rPr>
        <w:t xml:space="preserve">their </w:t>
      </w:r>
      <w:r>
        <w:rPr>
          <w:color w:val="00FFCC"/>
        </w:rPr>
        <w:t xml:space="preserve">glasses </w:t>
      </w:r>
      <w:r>
        <w:rPr>
          <w:color w:val="CC3399"/>
        </w:rPr>
        <w:t xml:space="preserve">were </w:t>
      </w:r>
      <w:r>
        <w:rPr>
          <w:color w:val="33CCFF"/>
        </w:rPr>
        <w:t xml:space="preserve">full </w:t>
      </w:r>
      <w:r>
        <w:rPr>
          <w:color w:val="000000"/>
        </w:rPr>
        <w:t xml:space="preserve">. `` </w:t>
      </w:r>
      <w:r>
        <w:rPr>
          <w:color w:val="00FFCC"/>
        </w:rPr>
        <w:t xml:space="preserve">Gentlemen </w:t>
      </w:r>
      <w:r>
        <w:rPr>
          <w:color w:val="000000"/>
        </w:rPr>
        <w:t xml:space="preserve">, '' </w:t>
      </w:r>
      <w:r>
        <w:rPr>
          <w:color w:val="CC3399"/>
        </w:rPr>
        <w:t xml:space="preserve">concluded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Mr. Pilkington </w:t>
      </w:r>
      <w:r>
        <w:rPr>
          <w:color w:val="000000"/>
        </w:rPr>
        <w:t xml:space="preserve">, `` </w:t>
      </w:r>
      <w:r>
        <w:rPr>
          <w:color w:val="00FFCC"/>
        </w:rPr>
        <w:t>ge</w:t>
      </w:r>
      <w:r>
        <w:rPr>
          <w:color w:val="00FFCC"/>
        </w:rPr>
        <w:t xml:space="preserve">ntlemen </w:t>
      </w:r>
      <w:r>
        <w:rPr>
          <w:color w:val="000000"/>
        </w:rPr>
        <w:t xml:space="preserve">, I </w:t>
      </w:r>
      <w:r>
        <w:rPr>
          <w:color w:val="CC3399"/>
        </w:rPr>
        <w:t xml:space="preserve">give </w:t>
      </w:r>
      <w:r>
        <w:rPr>
          <w:color w:val="000000"/>
        </w:rPr>
        <w:t xml:space="preserve">you a </w:t>
      </w:r>
      <w:r>
        <w:rPr>
          <w:color w:val="00FFCC"/>
        </w:rPr>
        <w:t xml:space="preserve">toast </w:t>
      </w:r>
      <w:r>
        <w:rPr>
          <w:color w:val="000000"/>
        </w:rPr>
        <w:t xml:space="preserve">: To the </w:t>
      </w:r>
      <w:r>
        <w:rPr>
          <w:color w:val="00FFCC"/>
        </w:rPr>
        <w:t xml:space="preserve">prosperity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Animal </w:t>
      </w:r>
      <w:r>
        <w:rPr>
          <w:color w:val="00FFCC"/>
        </w:rPr>
        <w:t xml:space="preserve">Farm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33CCFF"/>
        </w:rPr>
        <w:t xml:space="preserve">enthusiastic </w:t>
      </w:r>
      <w:r>
        <w:rPr>
          <w:color w:val="00FFCC"/>
        </w:rPr>
        <w:t xml:space="preserve">cheering </w:t>
      </w:r>
      <w:r>
        <w:rPr>
          <w:color w:val="FF0066"/>
        </w:rPr>
        <w:t xml:space="preserve">and </w:t>
      </w:r>
      <w:r>
        <w:rPr>
          <w:color w:val="00FFCC"/>
        </w:rPr>
        <w:t xml:space="preserve">stamping </w:t>
      </w:r>
      <w:r>
        <w:rPr>
          <w:color w:val="FF6600"/>
        </w:rPr>
        <w:t xml:space="preserve">of </w:t>
      </w:r>
      <w:r>
        <w:rPr>
          <w:color w:val="00FFCC"/>
        </w:rPr>
        <w:t xml:space="preserve">feet </w:t>
      </w:r>
      <w:r>
        <w:rPr>
          <w:color w:val="000000"/>
        </w:rPr>
        <w:t xml:space="preserve">. </w:t>
      </w:r>
      <w:r>
        <w:rPr>
          <w:color w:val="00FFCC"/>
        </w:rPr>
        <w:t xml:space="preserve">Napoleon </w:t>
      </w:r>
      <w:r>
        <w:rPr>
          <w:color w:val="CC3399"/>
        </w:rPr>
        <w:t xml:space="preserve">was </w:t>
      </w:r>
      <w:r>
        <w:rPr>
          <w:color w:val="00787F"/>
        </w:rPr>
        <w:t xml:space="preserve">so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gratified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CC3399"/>
        </w:rPr>
        <w:t xml:space="preserve">left </w:t>
      </w:r>
      <w:r>
        <w:rPr>
          <w:color w:val="000000"/>
        </w:rPr>
        <w:t xml:space="preserve">his </w:t>
      </w:r>
      <w:r>
        <w:rPr>
          <w:color w:val="00FFCC"/>
        </w:rPr>
        <w:t xml:space="preserve">place </w:t>
      </w:r>
      <w:r>
        <w:rPr>
          <w:color w:val="FF0066"/>
        </w:rPr>
        <w:t xml:space="preserve">and </w:t>
      </w:r>
      <w:r>
        <w:rPr>
          <w:color w:val="CC3399"/>
        </w:rPr>
        <w:t xml:space="preserve">came round </w:t>
      </w:r>
      <w:r>
        <w:rPr>
          <w:color w:val="000000"/>
        </w:rPr>
        <w:t xml:space="preserve">the </w:t>
      </w:r>
      <w:r>
        <w:rPr>
          <w:color w:val="00FFCC"/>
        </w:rPr>
        <w:t xml:space="preserve">table </w:t>
      </w:r>
      <w:r>
        <w:rPr>
          <w:color w:val="000000"/>
        </w:rPr>
        <w:t xml:space="preserve">to </w:t>
      </w:r>
      <w:r>
        <w:rPr>
          <w:color w:val="CC3399"/>
        </w:rPr>
        <w:t xml:space="preserve">clink </w:t>
      </w:r>
      <w:r>
        <w:rPr>
          <w:color w:val="000000"/>
        </w:rPr>
        <w:t xml:space="preserve">his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mug </w:t>
      </w:r>
      <w:r>
        <w:rPr>
          <w:color w:val="FF6600"/>
        </w:rPr>
        <w:t xml:space="preserve">against </w:t>
      </w:r>
      <w:r>
        <w:rPr>
          <w:color w:val="00FFCC"/>
        </w:rPr>
        <w:t xml:space="preserve">Mr. Pilkington </w:t>
      </w:r>
      <w:r>
        <w:rPr>
          <w:color w:val="000000"/>
        </w:rPr>
        <w:t xml:space="preserve">'s </w:t>
      </w:r>
      <w:r>
        <w:rPr>
          <w:color w:val="FF6600"/>
        </w:rPr>
        <w:t xml:space="preserve">before </w:t>
      </w:r>
      <w:r>
        <w:rPr>
          <w:color w:val="CC3399"/>
        </w:rPr>
        <w:t xml:space="preserve">emptying </w:t>
      </w:r>
      <w:r>
        <w:rPr>
          <w:color w:val="000000"/>
        </w:rPr>
        <w:t xml:space="preserve">it . When the </w:t>
      </w:r>
      <w:r>
        <w:rPr>
          <w:color w:val="00FFCC"/>
        </w:rPr>
        <w:t xml:space="preserve">cheering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died </w:t>
      </w:r>
      <w:r>
        <w:rPr>
          <w:color w:val="00787F"/>
        </w:rPr>
        <w:t xml:space="preserve">down </w:t>
      </w:r>
      <w:r>
        <w:rPr>
          <w:color w:val="000000"/>
        </w:rPr>
        <w:t xml:space="preserve">,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who </w:t>
      </w:r>
      <w:r>
        <w:rPr>
          <w:color w:val="CC3399"/>
        </w:rPr>
        <w:t xml:space="preserve">had remained </w:t>
      </w:r>
      <w:r>
        <w:rPr>
          <w:color w:val="FF6600"/>
        </w:rPr>
        <w:t xml:space="preserve">on </w:t>
      </w:r>
      <w:r>
        <w:rPr>
          <w:color w:val="000000"/>
        </w:rPr>
        <w:t xml:space="preserve">his </w:t>
      </w:r>
      <w:r>
        <w:rPr>
          <w:color w:val="00FFCC"/>
        </w:rPr>
        <w:t xml:space="preserve">feet </w:t>
      </w:r>
      <w:r>
        <w:rPr>
          <w:color w:val="000000"/>
        </w:rPr>
        <w:t xml:space="preserve">, </w:t>
      </w:r>
      <w:r>
        <w:rPr>
          <w:color w:val="CC3399"/>
        </w:rPr>
        <w:t xml:space="preserve">intimated </w:t>
      </w:r>
      <w:r>
        <w:rPr>
          <w:color w:val="FF6600"/>
        </w:rPr>
        <w:t xml:space="preserve">that </w:t>
      </w:r>
      <w:r>
        <w:rPr>
          <w:color w:val="000000"/>
        </w:rPr>
        <w:t xml:space="preserve">he </w:t>
      </w:r>
      <w:r>
        <w:rPr>
          <w:color w:val="00787F"/>
        </w:rPr>
        <w:t xml:space="preserve">too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</w:t>
      </w:r>
      <w:r>
        <w:rPr>
          <w:color w:val="000000"/>
        </w:rPr>
        <w:t xml:space="preserve">a </w:t>
      </w:r>
      <w:r>
        <w:rPr>
          <w:color w:val="33CCFF"/>
        </w:rPr>
        <w:t xml:space="preserve">few </w:t>
      </w:r>
      <w:r>
        <w:rPr>
          <w:color w:val="00FFCC"/>
        </w:rPr>
        <w:t xml:space="preserve">words </w:t>
      </w:r>
      <w:r>
        <w:rPr>
          <w:color w:val="000000"/>
        </w:rPr>
        <w:t xml:space="preserve">to </w:t>
      </w:r>
      <w:r>
        <w:rPr>
          <w:color w:val="CC3399"/>
        </w:rPr>
        <w:t xml:space="preserve">say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6600"/>
        </w:rPr>
        <w:t xml:space="preserve">Like </w:t>
      </w:r>
      <w:r>
        <w:rPr>
          <w:color w:val="000000"/>
        </w:rPr>
        <w:t xml:space="preserve">all </w:t>
      </w:r>
      <w:r>
        <w:rPr>
          <w:color w:val="FF6600"/>
        </w:rPr>
        <w:t xml:space="preserve">of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's </w:t>
      </w:r>
      <w:r>
        <w:rPr>
          <w:color w:val="00FFCC"/>
        </w:rPr>
        <w:t xml:space="preserve">speeches </w:t>
      </w:r>
      <w:r>
        <w:rPr>
          <w:color w:val="000000"/>
        </w:rPr>
        <w:t xml:space="preserve">, it </w:t>
      </w:r>
      <w:r>
        <w:rPr>
          <w:color w:val="CC3399"/>
        </w:rPr>
        <w:t xml:space="preserve">was </w:t>
      </w:r>
      <w:r>
        <w:rPr>
          <w:color w:val="33CCFF"/>
        </w:rPr>
        <w:t xml:space="preserve">short </w:t>
      </w:r>
      <w:r>
        <w:rPr>
          <w:color w:val="FF0066"/>
        </w:rPr>
        <w:t xml:space="preserve">and </w:t>
      </w:r>
      <w:r>
        <w:rPr>
          <w:color w:val="000000"/>
        </w:rPr>
        <w:t xml:space="preserve">to the </w:t>
      </w:r>
      <w:r>
        <w:rPr>
          <w:color w:val="00FFCC"/>
        </w:rPr>
        <w:t xml:space="preserve">point </w:t>
      </w:r>
      <w:r>
        <w:rPr>
          <w:color w:val="000000"/>
        </w:rPr>
        <w:t xml:space="preserve">. He </w:t>
      </w:r>
      <w:r>
        <w:rPr>
          <w:color w:val="00787F"/>
        </w:rPr>
        <w:t xml:space="preserve">too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33CCFF"/>
        </w:rPr>
        <w:t xml:space="preserve">happy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period </w:t>
      </w:r>
      <w:r>
        <w:rPr>
          <w:color w:val="FF6600"/>
        </w:rPr>
        <w:t xml:space="preserve">of </w:t>
      </w:r>
      <w:r>
        <w:rPr>
          <w:color w:val="00FFCC"/>
        </w:rPr>
        <w:t xml:space="preserve">misunderstanding </w:t>
      </w:r>
      <w:r>
        <w:rPr>
          <w:color w:val="CC3399"/>
        </w:rPr>
        <w:t xml:space="preserve">was </w:t>
      </w:r>
      <w:r>
        <w:rPr>
          <w:color w:val="FF6600"/>
        </w:rPr>
        <w:t xml:space="preserve">at </w:t>
      </w:r>
      <w:r>
        <w:rPr>
          <w:color w:val="000000"/>
        </w:rPr>
        <w:t xml:space="preserve">an </w:t>
      </w:r>
      <w:r>
        <w:rPr>
          <w:color w:val="00FFCC"/>
        </w:rPr>
        <w:t xml:space="preserve">end </w:t>
      </w:r>
      <w:r>
        <w:rPr>
          <w:color w:val="000000"/>
        </w:rPr>
        <w:t xml:space="preserve">. </w:t>
      </w:r>
      <w:r>
        <w:rPr>
          <w:color w:val="FF6600"/>
        </w:rPr>
        <w:t xml:space="preserve">For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a </w:t>
      </w:r>
      <w:r>
        <w:rPr>
          <w:color w:val="33CCFF"/>
        </w:rPr>
        <w:t xml:space="preserve">long </w:t>
      </w:r>
      <w:r>
        <w:rPr>
          <w:color w:val="00FFCC"/>
        </w:rPr>
        <w:t xml:space="preserve">time </w:t>
      </w:r>
      <w:r>
        <w:rPr>
          <w:color w:val="000000"/>
        </w:rPr>
        <w:t xml:space="preserve">there </w:t>
      </w:r>
      <w:r>
        <w:rPr>
          <w:color w:val="CC3399"/>
        </w:rPr>
        <w:t xml:space="preserve">had been </w:t>
      </w:r>
      <w:r>
        <w:rPr>
          <w:color w:val="00FFCC"/>
        </w:rPr>
        <w:t xml:space="preserve">rumours </w:t>
      </w:r>
      <w:r>
        <w:rPr>
          <w:color w:val="000000"/>
        </w:rPr>
        <w:t xml:space="preserve">-- </w:t>
      </w:r>
      <w:r>
        <w:rPr>
          <w:color w:val="CC3399"/>
        </w:rPr>
        <w:t xml:space="preserve">circulated </w:t>
      </w:r>
      <w:r>
        <w:rPr>
          <w:color w:val="000000"/>
        </w:rPr>
        <w:t xml:space="preserve">, he </w:t>
      </w:r>
      <w:r>
        <w:rPr>
          <w:color w:val="CC3399"/>
        </w:rPr>
        <w:t xml:space="preserve">had </w:t>
      </w:r>
      <w:r>
        <w:rPr>
          <w:color w:val="00FFCC"/>
        </w:rPr>
        <w:t xml:space="preserve">reason </w:t>
      </w:r>
      <w:r>
        <w:rPr>
          <w:color w:val="000000"/>
        </w:rPr>
        <w:t xml:space="preserve">to </w:t>
      </w:r>
      <w:r>
        <w:rPr>
          <w:color w:val="CC3399"/>
        </w:rPr>
        <w:t xml:space="preserve">think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by </w:t>
      </w:r>
      <w:r>
        <w:rPr>
          <w:color w:val="000000"/>
        </w:rPr>
        <w:t xml:space="preserve">some </w:t>
      </w:r>
      <w:r>
        <w:rPr>
          <w:color w:val="33CCFF"/>
        </w:rPr>
        <w:t xml:space="preserve">malignant </w:t>
      </w:r>
      <w:r>
        <w:rPr>
          <w:color w:val="00FFCC"/>
        </w:rPr>
        <w:t xml:space="preserve">enemy </w:t>
      </w:r>
      <w:r>
        <w:rPr>
          <w:color w:val="000000"/>
        </w:rPr>
        <w:t xml:space="preserve">-- </w:t>
      </w:r>
      <w:r>
        <w:rPr>
          <w:color w:val="FF6600"/>
        </w:rPr>
        <w:t xml:space="preserve">that </w:t>
      </w: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FFCC"/>
        </w:rPr>
        <w:t xml:space="preserve">something </w:t>
      </w:r>
      <w:r>
        <w:rPr>
          <w:color w:val="33CCFF"/>
        </w:rPr>
        <w:t xml:space="preserve">subversive </w:t>
      </w:r>
      <w:r>
        <w:rPr>
          <w:color w:val="FF0066"/>
        </w:rPr>
        <w:t xml:space="preserve">and </w:t>
      </w:r>
      <w:r>
        <w:rPr>
          <w:color w:val="00787F"/>
        </w:rPr>
        <w:t xml:space="preserve">even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revolutionary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outlook </w:t>
      </w:r>
      <w:r>
        <w:rPr>
          <w:color w:val="FF6600"/>
        </w:rPr>
        <w:t xml:space="preserve">of </w:t>
      </w:r>
      <w:r>
        <w:rPr>
          <w:color w:val="000000"/>
        </w:rPr>
        <w:t xml:space="preserve">himself </w:t>
      </w:r>
      <w:r>
        <w:rPr>
          <w:color w:val="FF0066"/>
        </w:rPr>
        <w:t xml:space="preserve">and </w:t>
      </w:r>
      <w:r>
        <w:rPr>
          <w:color w:val="000000"/>
        </w:rPr>
        <w:t xml:space="preserve">his </w:t>
      </w:r>
      <w:r>
        <w:rPr>
          <w:color w:val="00FFCC"/>
        </w:rPr>
        <w:t xml:space="preserve">colleagues </w:t>
      </w:r>
      <w:r>
        <w:rPr>
          <w:color w:val="000000"/>
        </w:rPr>
        <w:t>. They</w:t>
      </w:r>
      <w:r>
        <w:rPr>
          <w:color w:val="000000"/>
        </w:rPr>
        <w:t xml:space="preserve"> </w:t>
      </w:r>
      <w:r>
        <w:rPr>
          <w:color w:val="CC3399"/>
        </w:rPr>
        <w:t xml:space="preserve">had 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credited </w:t>
      </w:r>
      <w:r>
        <w:rPr>
          <w:color w:val="FF6600"/>
        </w:rPr>
        <w:t xml:space="preserve">with </w:t>
      </w:r>
      <w:r>
        <w:rPr>
          <w:color w:val="CC3399"/>
        </w:rPr>
        <w:t xml:space="preserve">attempting </w:t>
      </w:r>
      <w:r>
        <w:rPr>
          <w:color w:val="000000"/>
        </w:rPr>
        <w:t xml:space="preserve">to </w:t>
      </w:r>
      <w:r>
        <w:rPr>
          <w:color w:val="CC3399"/>
        </w:rPr>
        <w:t xml:space="preserve">stir </w:t>
      </w:r>
      <w:r>
        <w:rPr>
          <w:color w:val="000000"/>
        </w:rPr>
        <w:t xml:space="preserve">up </w:t>
      </w:r>
      <w:r>
        <w:rPr>
          <w:color w:val="00FFCC"/>
        </w:rPr>
        <w:t xml:space="preserve">rebellion </w:t>
      </w:r>
      <w:r>
        <w:rPr>
          <w:color w:val="FF6600"/>
        </w:rPr>
        <w:t xml:space="preserve">among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neighbouring </w:t>
      </w:r>
      <w:r>
        <w:rPr>
          <w:color w:val="00FFCC"/>
        </w:rPr>
        <w:t xml:space="preserve">farms </w:t>
      </w:r>
      <w:r>
        <w:rPr>
          <w:color w:val="000000"/>
        </w:rPr>
        <w:t xml:space="preserve">. </w:t>
      </w:r>
      <w:r>
        <w:rPr>
          <w:color w:val="00FFCC"/>
        </w:rPr>
        <w:t xml:space="preserve">Nothing </w:t>
      </w:r>
      <w:r>
        <w:rPr>
          <w:color w:val="003E3E"/>
        </w:rPr>
        <w:t xml:space="preserve">could </w:t>
      </w:r>
      <w:r>
        <w:rPr>
          <w:color w:val="CC3399"/>
        </w:rPr>
        <w:t xml:space="preserve">be </w:t>
      </w:r>
      <w:r>
        <w:rPr>
          <w:color w:val="00787F"/>
        </w:rPr>
        <w:t xml:space="preserve">further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truth </w:t>
      </w:r>
      <w:r>
        <w:rPr>
          <w:color w:val="000000"/>
        </w:rPr>
        <w:t xml:space="preserve">! Their </w:t>
      </w:r>
      <w:r>
        <w:rPr>
          <w:color w:val="00FFCC"/>
        </w:rPr>
        <w:t xml:space="preserve">sole </w:t>
      </w:r>
    </w:p>
    <w:p w:rsidR="00D83EF7" w:rsidRDefault="00CA4524" w:rsidP="00CA4524">
      <w:pPr>
        <w:spacing w:after="0"/>
      </w:pPr>
      <w:r>
        <w:rPr>
          <w:color w:val="33CCFF"/>
        </w:rPr>
        <w:t xml:space="preserve">wish </w:t>
      </w:r>
      <w:r>
        <w:rPr>
          <w:color w:val="000000"/>
        </w:rPr>
        <w:t xml:space="preserve">, </w:t>
      </w:r>
      <w:r>
        <w:rPr>
          <w:color w:val="00787F"/>
        </w:rPr>
        <w:t xml:space="preserve">now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past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live </w:t>
      </w:r>
      <w:r>
        <w:rPr>
          <w:color w:val="FF6600"/>
        </w:rPr>
        <w:t xml:space="preserve">at </w:t>
      </w:r>
      <w:r>
        <w:rPr>
          <w:color w:val="00FFCC"/>
        </w:rPr>
        <w:t xml:space="preserve">peace </w:t>
      </w:r>
      <w:r>
        <w:rPr>
          <w:color w:val="FF0066"/>
        </w:rPr>
        <w:t xml:space="preserve">and </w:t>
      </w:r>
      <w:r>
        <w:rPr>
          <w:color w:val="FF6600"/>
        </w:rPr>
        <w:t xml:space="preserve">in </w:t>
      </w:r>
      <w:r>
        <w:rPr>
          <w:color w:val="33CCFF"/>
        </w:rPr>
        <w:t xml:space="preserve">normal </w:t>
      </w:r>
      <w:r>
        <w:rPr>
          <w:color w:val="00FFCC"/>
        </w:rPr>
        <w:t xml:space="preserve">business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relations </w:t>
      </w:r>
      <w:r>
        <w:rPr>
          <w:color w:val="FF6600"/>
        </w:rPr>
        <w:t xml:space="preserve">with </w:t>
      </w:r>
      <w:r>
        <w:rPr>
          <w:color w:val="000000"/>
        </w:rPr>
        <w:t xml:space="preserve">their </w:t>
      </w:r>
      <w:r>
        <w:rPr>
          <w:color w:val="00FFCC"/>
        </w:rPr>
        <w:t xml:space="preserve">neighbours </w:t>
      </w:r>
      <w:r>
        <w:rPr>
          <w:color w:val="000000"/>
        </w:rPr>
        <w:t xml:space="preserve">. This </w:t>
      </w:r>
      <w:r>
        <w:rPr>
          <w:color w:val="00FFCC"/>
        </w:rPr>
        <w:t xml:space="preserve">farm </w:t>
      </w:r>
      <w:r>
        <w:rPr>
          <w:color w:val="000000"/>
        </w:rPr>
        <w:t xml:space="preserve">which he </w:t>
      </w:r>
      <w:r>
        <w:rPr>
          <w:color w:val="CC3399"/>
        </w:rPr>
        <w:t xml:space="preserve">had </w:t>
      </w:r>
      <w:r>
        <w:rPr>
          <w:color w:val="000000"/>
        </w:rPr>
        <w:t xml:space="preserve">the </w:t>
      </w:r>
      <w:r>
        <w:rPr>
          <w:color w:val="00FFCC"/>
        </w:rPr>
        <w:t xml:space="preserve">honour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control </w:t>
      </w:r>
      <w:r>
        <w:rPr>
          <w:color w:val="000000"/>
        </w:rPr>
        <w:t xml:space="preserve">, he </w:t>
      </w:r>
      <w:r>
        <w:rPr>
          <w:color w:val="CC3399"/>
        </w:rPr>
        <w:t xml:space="preserve">added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0000"/>
        </w:rPr>
        <w:t xml:space="preserve">a </w:t>
      </w:r>
      <w:r>
        <w:rPr>
          <w:color w:val="33CCFF"/>
        </w:rPr>
        <w:t xml:space="preserve">co-operative </w:t>
      </w:r>
      <w:r>
        <w:rPr>
          <w:color w:val="00FFCC"/>
        </w:rPr>
        <w:t xml:space="preserve">enterprise </w:t>
      </w:r>
      <w:r>
        <w:rPr>
          <w:color w:val="000000"/>
        </w:rPr>
        <w:t xml:space="preserve">. The </w:t>
      </w:r>
      <w:r>
        <w:rPr>
          <w:color w:val="00FFCC"/>
        </w:rPr>
        <w:t xml:space="preserve">title-deeds </w:t>
      </w:r>
      <w:r>
        <w:rPr>
          <w:color w:val="000000"/>
        </w:rPr>
        <w:t xml:space="preserve">, which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were </w:t>
      </w:r>
      <w:r>
        <w:rPr>
          <w:color w:val="FF6600"/>
        </w:rPr>
        <w:t xml:space="preserve">in </w:t>
      </w:r>
      <w:r>
        <w:rPr>
          <w:color w:val="000000"/>
        </w:rPr>
        <w:t xml:space="preserve">his </w:t>
      </w:r>
      <w:r>
        <w:rPr>
          <w:color w:val="33CCFF"/>
        </w:rPr>
        <w:t xml:space="preserve">own </w:t>
      </w:r>
      <w:r>
        <w:rPr>
          <w:color w:val="00FFCC"/>
        </w:rPr>
        <w:t xml:space="preserve">possession </w:t>
      </w:r>
      <w:r>
        <w:rPr>
          <w:color w:val="000000"/>
        </w:rPr>
        <w:t xml:space="preserve">, </w:t>
      </w:r>
      <w:r>
        <w:rPr>
          <w:color w:val="CC3399"/>
        </w:rPr>
        <w:t xml:space="preserve">were owned </w:t>
      </w:r>
      <w:r>
        <w:rPr>
          <w:color w:val="FF6600"/>
        </w:rPr>
        <w:t xml:space="preserve">by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787F"/>
        </w:rPr>
        <w:t xml:space="preserve">jointly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did </w:t>
      </w:r>
      <w:r>
        <w:rPr>
          <w:color w:val="00787F"/>
        </w:rPr>
        <w:t xml:space="preserve">not </w:t>
      </w:r>
      <w:r>
        <w:rPr>
          <w:color w:val="CC3399"/>
        </w:rPr>
        <w:t xml:space="preserve">believe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</w:t>
      </w:r>
      <w:r>
        <w:rPr>
          <w:color w:val="FF6600"/>
        </w:rPr>
        <w:t xml:space="preserve">that </w:t>
      </w:r>
      <w:r>
        <w:rPr>
          <w:color w:val="000000"/>
        </w:rPr>
        <w:t xml:space="preserve">any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33CCFF"/>
        </w:rPr>
        <w:t xml:space="preserve">old </w:t>
      </w:r>
      <w:r>
        <w:rPr>
          <w:color w:val="00FFCC"/>
        </w:rPr>
        <w:t xml:space="preserve">suspicions </w:t>
      </w:r>
      <w:r>
        <w:rPr>
          <w:color w:val="00787F"/>
        </w:rPr>
        <w:t>s</w:t>
      </w:r>
      <w:r>
        <w:rPr>
          <w:color w:val="00787F"/>
        </w:rPr>
        <w:t xml:space="preserve">till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lingered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33CCFF"/>
        </w:rPr>
        <w:t xml:space="preserve">certain </w:t>
      </w:r>
      <w:r>
        <w:rPr>
          <w:color w:val="00FFCC"/>
        </w:rPr>
        <w:t xml:space="preserve">changes </w:t>
      </w:r>
      <w:r>
        <w:rPr>
          <w:color w:val="CC3399"/>
        </w:rPr>
        <w:t xml:space="preserve">had been made </w:t>
      </w:r>
      <w:r>
        <w:rPr>
          <w:color w:val="00787F"/>
        </w:rPr>
        <w:t xml:space="preserve">recently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00FFCC"/>
        </w:rPr>
        <w:t xml:space="preserve">routine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000000"/>
        </w:rPr>
        <w:t xml:space="preserve">which </w:t>
      </w:r>
      <w:r>
        <w:rPr>
          <w:color w:val="003E3E"/>
        </w:rPr>
        <w:t xml:space="preserve">should </w:t>
      </w:r>
      <w:r>
        <w:rPr>
          <w:color w:val="CC3399"/>
        </w:rPr>
        <w:t xml:space="preserve">have </w:t>
      </w:r>
      <w:r>
        <w:rPr>
          <w:color w:val="000000"/>
        </w:rPr>
        <w:t xml:space="preserve">the </w:t>
      </w:r>
      <w:r>
        <w:rPr>
          <w:color w:val="00FFCC"/>
        </w:rPr>
        <w:t xml:space="preserve">effect </w:t>
      </w:r>
      <w:r>
        <w:rPr>
          <w:color w:val="FF6600"/>
        </w:rPr>
        <w:t xml:space="preserve">of </w:t>
      </w:r>
      <w:r>
        <w:rPr>
          <w:color w:val="CC3399"/>
        </w:rPr>
        <w:t xml:space="preserve">promoting </w:t>
      </w:r>
      <w:r>
        <w:rPr>
          <w:color w:val="00FFCC"/>
        </w:rPr>
        <w:t xml:space="preserve">confidence </w:t>
      </w:r>
      <w:r>
        <w:rPr>
          <w:color w:val="00787F"/>
        </w:rPr>
        <w:t xml:space="preserve">still further </w:t>
      </w:r>
      <w:r>
        <w:rPr>
          <w:color w:val="000000"/>
        </w:rPr>
        <w:t xml:space="preserve">.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Hitherto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had had </w:t>
      </w:r>
      <w:r>
        <w:rPr>
          <w:color w:val="000000"/>
        </w:rPr>
        <w:t xml:space="preserve">a </w:t>
      </w:r>
      <w:r>
        <w:rPr>
          <w:color w:val="00787F"/>
        </w:rPr>
        <w:t xml:space="preserve">rather </w:t>
      </w:r>
      <w:r>
        <w:rPr>
          <w:color w:val="33CCFF"/>
        </w:rPr>
        <w:t xml:space="preserve">foolish </w:t>
      </w:r>
      <w:r>
        <w:rPr>
          <w:color w:val="00FFCC"/>
        </w:rPr>
        <w:t xml:space="preserve">custom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addressing </w:t>
      </w:r>
      <w:r>
        <w:rPr>
          <w:color w:val="000000"/>
        </w:rPr>
        <w:t xml:space="preserve">one another </w:t>
      </w:r>
      <w:r>
        <w:rPr>
          <w:color w:val="FF6600"/>
        </w:rPr>
        <w:t xml:space="preserve">as </w:t>
      </w:r>
      <w:r>
        <w:rPr>
          <w:color w:val="000000"/>
        </w:rPr>
        <w:t xml:space="preserve">`` </w:t>
      </w:r>
      <w:r>
        <w:rPr>
          <w:color w:val="00FFCC"/>
        </w:rPr>
        <w:t xml:space="preserve">Comrade </w:t>
      </w:r>
      <w:r>
        <w:rPr>
          <w:color w:val="000000"/>
        </w:rPr>
        <w:t xml:space="preserve">. '' This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be suppressed </w:t>
      </w:r>
      <w:r>
        <w:rPr>
          <w:color w:val="000000"/>
        </w:rPr>
        <w:t xml:space="preserve">. There </w:t>
      </w:r>
      <w:r>
        <w:rPr>
          <w:color w:val="CC3399"/>
        </w:rPr>
        <w:t xml:space="preserve">had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also </w:t>
      </w:r>
      <w:r>
        <w:rPr>
          <w:color w:val="CC3399"/>
        </w:rPr>
        <w:t xml:space="preserve">been </w:t>
      </w:r>
      <w:r>
        <w:rPr>
          <w:color w:val="000000"/>
        </w:rPr>
        <w:t xml:space="preserve">a </w:t>
      </w:r>
      <w:r>
        <w:rPr>
          <w:color w:val="00787F"/>
        </w:rPr>
        <w:t xml:space="preserve">very </w:t>
      </w:r>
      <w:r>
        <w:rPr>
          <w:color w:val="33CCFF"/>
        </w:rPr>
        <w:t xml:space="preserve">strange </w:t>
      </w:r>
      <w:r>
        <w:rPr>
          <w:color w:val="00FFCC"/>
        </w:rPr>
        <w:t xml:space="preserve">custom </w:t>
      </w:r>
      <w:r>
        <w:rPr>
          <w:color w:val="000000"/>
        </w:rPr>
        <w:t xml:space="preserve">, whose </w:t>
      </w:r>
      <w:r>
        <w:rPr>
          <w:color w:val="00FFCC"/>
        </w:rPr>
        <w:t xml:space="preserve">origin </w:t>
      </w:r>
      <w:r>
        <w:rPr>
          <w:color w:val="CC3399"/>
        </w:rPr>
        <w:t xml:space="preserve">was </w:t>
      </w:r>
      <w:r>
        <w:rPr>
          <w:color w:val="33CCFF"/>
        </w:rPr>
        <w:t xml:space="preserve">unknown </w:t>
      </w:r>
      <w:r>
        <w:rPr>
          <w:color w:val="000000"/>
        </w:rPr>
        <w:t xml:space="preserve">, </w:t>
      </w:r>
      <w:r>
        <w:rPr>
          <w:color w:val="FF6600"/>
        </w:rPr>
        <w:t xml:space="preserve">of </w:t>
      </w:r>
      <w:r>
        <w:rPr>
          <w:color w:val="CC3399"/>
        </w:rPr>
        <w:t xml:space="preserve">marching </w:t>
      </w:r>
    </w:p>
    <w:p w:rsidR="00D83EF7" w:rsidRDefault="00CA4524" w:rsidP="00CA4524">
      <w:pPr>
        <w:spacing w:after="0"/>
      </w:pPr>
      <w:r>
        <w:rPr>
          <w:color w:val="000000"/>
        </w:rPr>
        <w:lastRenderedPageBreak/>
        <w:t xml:space="preserve">every </w:t>
      </w:r>
      <w:r>
        <w:rPr>
          <w:color w:val="00FFCC"/>
        </w:rPr>
        <w:t xml:space="preserve">Sunday morning </w:t>
      </w:r>
      <w:r>
        <w:rPr>
          <w:color w:val="FF6600"/>
        </w:rPr>
        <w:t xml:space="preserve">past </w:t>
      </w:r>
      <w:r>
        <w:rPr>
          <w:color w:val="000000"/>
        </w:rPr>
        <w:t xml:space="preserve">a </w:t>
      </w:r>
      <w:r>
        <w:rPr>
          <w:color w:val="00FFCC"/>
        </w:rPr>
        <w:t xml:space="preserve">boar </w:t>
      </w:r>
      <w:r>
        <w:rPr>
          <w:color w:val="000000"/>
        </w:rPr>
        <w:t xml:space="preserve">'s </w:t>
      </w:r>
      <w:r>
        <w:rPr>
          <w:color w:val="00FFCC"/>
        </w:rPr>
        <w:t xml:space="preserve">skull </w:t>
      </w:r>
      <w:r>
        <w:rPr>
          <w:color w:val="000000"/>
        </w:rPr>
        <w:t xml:space="preserve">which </w:t>
      </w:r>
      <w:r>
        <w:rPr>
          <w:color w:val="CC3399"/>
        </w:rPr>
        <w:t xml:space="preserve">was nailed </w:t>
      </w:r>
      <w:r>
        <w:rPr>
          <w:color w:val="000000"/>
        </w:rPr>
        <w:t xml:space="preserve">to a </w:t>
      </w:r>
      <w:r>
        <w:rPr>
          <w:color w:val="00FFCC"/>
        </w:rPr>
        <w:t xml:space="preserve">post </w:t>
      </w: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garden </w:t>
      </w:r>
      <w:r>
        <w:rPr>
          <w:color w:val="000000"/>
        </w:rPr>
        <w:t xml:space="preserve">. This , </w:t>
      </w:r>
      <w:r>
        <w:rPr>
          <w:color w:val="00787F"/>
        </w:rPr>
        <w:t xml:space="preserve">too </w:t>
      </w:r>
      <w:r>
        <w:rPr>
          <w:color w:val="000000"/>
        </w:rPr>
        <w:t xml:space="preserve">,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suppressed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>s</w:t>
      </w:r>
      <w:r>
        <w:rPr>
          <w:color w:val="00FFCC"/>
        </w:rPr>
        <w:t xml:space="preserve">kull </w:t>
      </w:r>
      <w:r>
        <w:rPr>
          <w:color w:val="CC3399"/>
        </w:rPr>
        <w:t xml:space="preserve">had </w:t>
      </w:r>
      <w:r>
        <w:rPr>
          <w:color w:val="00787F"/>
        </w:rPr>
        <w:t xml:space="preserve">already </w:t>
      </w:r>
      <w:r>
        <w:rPr>
          <w:color w:val="CC3399"/>
        </w:rPr>
        <w:t xml:space="preserve">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buried </w:t>
      </w:r>
      <w:r>
        <w:rPr>
          <w:color w:val="000000"/>
        </w:rPr>
        <w:t xml:space="preserve">. His </w:t>
      </w:r>
      <w:r>
        <w:rPr>
          <w:color w:val="00FFCC"/>
        </w:rPr>
        <w:t xml:space="preserve">visitors </w:t>
      </w:r>
      <w:r>
        <w:rPr>
          <w:color w:val="003E3E"/>
        </w:rPr>
        <w:t xml:space="preserve">might </w:t>
      </w:r>
      <w:r>
        <w:rPr>
          <w:color w:val="CC3399"/>
        </w:rPr>
        <w:t xml:space="preserve">have observed </w:t>
      </w:r>
      <w:r>
        <w:rPr>
          <w:color w:val="000000"/>
        </w:rPr>
        <w:t xml:space="preserve">, </w:t>
      </w:r>
      <w:r>
        <w:rPr>
          <w:color w:val="00787F"/>
        </w:rPr>
        <w:t xml:space="preserve">too </w:t>
      </w:r>
      <w:r>
        <w:rPr>
          <w:color w:val="000000"/>
        </w:rPr>
        <w:t xml:space="preserve">, the </w:t>
      </w:r>
      <w:r>
        <w:rPr>
          <w:color w:val="33CCFF"/>
        </w:rPr>
        <w:t xml:space="preserve">green </w:t>
      </w:r>
      <w:r>
        <w:rPr>
          <w:color w:val="00FFCC"/>
        </w:rPr>
        <w:t xml:space="preserve">flag </w:t>
      </w:r>
      <w:r>
        <w:rPr>
          <w:color w:val="000000"/>
        </w:rPr>
        <w:t xml:space="preserve">which </w:t>
      </w:r>
      <w:r>
        <w:rPr>
          <w:color w:val="CC3399"/>
        </w:rPr>
        <w:t xml:space="preserve">flew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masthead </w:t>
      </w:r>
      <w:r>
        <w:rPr>
          <w:color w:val="000000"/>
        </w:rPr>
        <w:t xml:space="preserve">. </w:t>
      </w:r>
      <w:r>
        <w:rPr>
          <w:color w:val="FF6600"/>
        </w:rPr>
        <w:t xml:space="preserve">If </w:t>
      </w:r>
      <w:r>
        <w:rPr>
          <w:color w:val="00787F"/>
        </w:rPr>
        <w:t xml:space="preserve">so </w:t>
      </w:r>
      <w:r>
        <w:rPr>
          <w:color w:val="000000"/>
        </w:rPr>
        <w:t xml:space="preserve">, they </w:t>
      </w:r>
      <w:r>
        <w:rPr>
          <w:color w:val="003E3E"/>
        </w:rPr>
        <w:t xml:space="preserve">would </w:t>
      </w:r>
      <w:r>
        <w:rPr>
          <w:color w:val="00787F"/>
        </w:rPr>
        <w:t xml:space="preserve">perhaps </w:t>
      </w:r>
      <w:r>
        <w:rPr>
          <w:color w:val="CC3399"/>
        </w:rPr>
        <w:t xml:space="preserve">have noted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33CCFF"/>
        </w:rPr>
        <w:t xml:space="preserve">white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hoof </w:t>
      </w:r>
      <w:r>
        <w:rPr>
          <w:color w:val="FF0066"/>
        </w:rPr>
        <w:t xml:space="preserve">and </w:t>
      </w:r>
      <w:r>
        <w:rPr>
          <w:color w:val="00FFCC"/>
        </w:rPr>
        <w:t xml:space="preserve">horn </w:t>
      </w:r>
      <w:r>
        <w:rPr>
          <w:color w:val="FF6600"/>
        </w:rPr>
        <w:t xml:space="preserve">with </w:t>
      </w:r>
      <w:r>
        <w:rPr>
          <w:color w:val="000000"/>
        </w:rPr>
        <w:t xml:space="preserve">which it </w:t>
      </w:r>
      <w:r>
        <w:rPr>
          <w:color w:val="CC3399"/>
        </w:rPr>
        <w:t xml:space="preserve">had </w:t>
      </w:r>
      <w:r>
        <w:rPr>
          <w:color w:val="00787F"/>
        </w:rPr>
        <w:t xml:space="preserve">previously </w:t>
      </w:r>
      <w:r>
        <w:rPr>
          <w:color w:val="CC3399"/>
        </w:rPr>
        <w:t xml:space="preserve">been marked had </w:t>
      </w:r>
      <w:r>
        <w:rPr>
          <w:color w:val="00787F"/>
        </w:rPr>
        <w:t xml:space="preserve">now </w:t>
      </w:r>
      <w:r>
        <w:rPr>
          <w:color w:val="CC3399"/>
        </w:rPr>
        <w:t xml:space="preserve">been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removed </w:t>
      </w:r>
      <w:r>
        <w:rPr>
          <w:color w:val="000000"/>
        </w:rPr>
        <w:t xml:space="preserve">. It </w:t>
      </w:r>
      <w:r>
        <w:rPr>
          <w:color w:val="003E3E"/>
        </w:rPr>
        <w:t xml:space="preserve">would </w:t>
      </w:r>
      <w:r>
        <w:rPr>
          <w:color w:val="CC3399"/>
        </w:rPr>
        <w:t xml:space="preserve">be </w:t>
      </w:r>
      <w:r>
        <w:rPr>
          <w:color w:val="000000"/>
        </w:rPr>
        <w:t xml:space="preserve">a </w:t>
      </w:r>
      <w:r>
        <w:rPr>
          <w:color w:val="00FFCC"/>
        </w:rPr>
        <w:t xml:space="preserve">plain </w:t>
      </w:r>
      <w:r>
        <w:rPr>
          <w:color w:val="33CCFF"/>
        </w:rPr>
        <w:t xml:space="preserve">green </w:t>
      </w:r>
      <w:r>
        <w:rPr>
          <w:color w:val="00FFCC"/>
        </w:rPr>
        <w:t xml:space="preserve">flag </w:t>
      </w:r>
      <w:r>
        <w:rPr>
          <w:color w:val="FF6600"/>
        </w:rPr>
        <w:t xml:space="preserve">from </w:t>
      </w:r>
      <w:r>
        <w:rPr>
          <w:color w:val="00787F"/>
        </w:rPr>
        <w:t xml:space="preserve">now </w:t>
      </w:r>
      <w:r>
        <w:rPr>
          <w:color w:val="00FFCC"/>
        </w:rPr>
        <w:t xml:space="preserve">onwards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He </w:t>
      </w:r>
      <w:r>
        <w:rPr>
          <w:color w:val="CC3399"/>
        </w:rPr>
        <w:t xml:space="preserve">had </w:t>
      </w:r>
      <w:r>
        <w:rPr>
          <w:color w:val="00787F"/>
        </w:rPr>
        <w:t xml:space="preserve">only </w:t>
      </w:r>
      <w:r>
        <w:rPr>
          <w:color w:val="000000"/>
        </w:rPr>
        <w:t xml:space="preserve">one </w:t>
      </w:r>
      <w:r>
        <w:rPr>
          <w:color w:val="00FFCC"/>
        </w:rPr>
        <w:t xml:space="preserve">criticism </w:t>
      </w:r>
      <w:r>
        <w:rPr>
          <w:color w:val="000000"/>
        </w:rPr>
        <w:t xml:space="preserve">, he </w:t>
      </w:r>
      <w:r>
        <w:rPr>
          <w:color w:val="CC3399"/>
        </w:rPr>
        <w:t xml:space="preserve">said </w:t>
      </w:r>
      <w:r>
        <w:rPr>
          <w:color w:val="000000"/>
        </w:rPr>
        <w:t xml:space="preserve">, to </w:t>
      </w:r>
      <w:r>
        <w:rPr>
          <w:color w:val="CC3399"/>
        </w:rPr>
        <w:t xml:space="preserve">make </w:t>
      </w:r>
      <w:r>
        <w:rPr>
          <w:color w:val="FF6600"/>
        </w:rPr>
        <w:t xml:space="preserve">of </w:t>
      </w:r>
      <w:r>
        <w:rPr>
          <w:color w:val="00FFCC"/>
        </w:rPr>
        <w:t xml:space="preserve">Mr. Pilkington </w:t>
      </w:r>
      <w:r>
        <w:rPr>
          <w:color w:val="000000"/>
        </w:rPr>
        <w:t xml:space="preserve">'s </w:t>
      </w:r>
      <w:r>
        <w:rPr>
          <w:color w:val="00FFCC"/>
        </w:rPr>
        <w:t xml:space="preserve">excellent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and </w:t>
      </w:r>
      <w:r>
        <w:rPr>
          <w:color w:val="00787F"/>
        </w:rPr>
        <w:t xml:space="preserve">neighbourly </w:t>
      </w:r>
      <w:r>
        <w:rPr>
          <w:color w:val="00FFCC"/>
        </w:rPr>
        <w:t xml:space="preserve">speech </w:t>
      </w:r>
      <w:r>
        <w:rPr>
          <w:color w:val="000000"/>
        </w:rPr>
        <w:t xml:space="preserve">. </w:t>
      </w:r>
      <w:r>
        <w:rPr>
          <w:color w:val="00FFCC"/>
        </w:rPr>
        <w:t xml:space="preserve">Mr. Pilkington </w:t>
      </w:r>
      <w:r>
        <w:rPr>
          <w:color w:val="CC3399"/>
        </w:rPr>
        <w:t xml:space="preserve">had referred </w:t>
      </w:r>
      <w:r>
        <w:rPr>
          <w:color w:val="FF6600"/>
        </w:rPr>
        <w:t xml:space="preserve">throughout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33CCFF"/>
        </w:rPr>
        <w:t xml:space="preserve">Animal </w:t>
      </w:r>
      <w:r>
        <w:rPr>
          <w:color w:val="00FFCC"/>
        </w:rPr>
        <w:t xml:space="preserve">Farm </w:t>
      </w:r>
      <w:r>
        <w:rPr>
          <w:color w:val="000000"/>
        </w:rPr>
        <w:t xml:space="preserve">. '' He </w:t>
      </w:r>
      <w:r>
        <w:rPr>
          <w:color w:val="003E3E"/>
        </w:rPr>
        <w:t xml:space="preserve">could </w:t>
      </w:r>
      <w:r>
        <w:rPr>
          <w:color w:val="00787F"/>
        </w:rPr>
        <w:t xml:space="preserve">not </w:t>
      </w:r>
      <w:r>
        <w:rPr>
          <w:color w:val="FF6600"/>
        </w:rPr>
        <w:t xml:space="preserve">of </w:t>
      </w:r>
      <w:r>
        <w:rPr>
          <w:color w:val="00FFCC"/>
        </w:rPr>
        <w:t xml:space="preserve">course </w:t>
      </w:r>
      <w:r>
        <w:rPr>
          <w:color w:val="CC3399"/>
        </w:rPr>
        <w:t xml:space="preserve">know </w:t>
      </w:r>
      <w:r>
        <w:rPr>
          <w:color w:val="000000"/>
        </w:rPr>
        <w:t xml:space="preserve">-- </w:t>
      </w:r>
      <w:r>
        <w:rPr>
          <w:color w:val="FF6600"/>
        </w:rPr>
        <w:t xml:space="preserve">for </w:t>
      </w:r>
      <w:r>
        <w:rPr>
          <w:color w:val="000000"/>
        </w:rPr>
        <w:t xml:space="preserve">he , </w:t>
      </w:r>
      <w:r>
        <w:rPr>
          <w:color w:val="00FFCC"/>
        </w:rPr>
        <w:t>N</w:t>
      </w:r>
      <w:r>
        <w:rPr>
          <w:color w:val="00FFCC"/>
        </w:rPr>
        <w:t xml:space="preserve">apoleon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787F"/>
        </w:rPr>
        <w:t xml:space="preserve">only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now </w:t>
      </w:r>
      <w:r>
        <w:rPr>
          <w:color w:val="FF6600"/>
        </w:rPr>
        <w:t xml:space="preserve">for </w:t>
      </w:r>
      <w:r>
        <w:rPr>
          <w:color w:val="000000"/>
        </w:rPr>
        <w:t xml:space="preserve">the </w:t>
      </w:r>
      <w:r>
        <w:rPr>
          <w:color w:val="33CCFF"/>
        </w:rPr>
        <w:t xml:space="preserve">first </w:t>
      </w:r>
      <w:r>
        <w:rPr>
          <w:color w:val="00FFCC"/>
        </w:rPr>
        <w:t xml:space="preserve">time </w:t>
      </w:r>
      <w:r>
        <w:rPr>
          <w:color w:val="CC3399"/>
        </w:rPr>
        <w:t xml:space="preserve">announcing </w:t>
      </w:r>
      <w:r>
        <w:rPr>
          <w:color w:val="000000"/>
        </w:rPr>
        <w:t xml:space="preserve">it -- </w:t>
      </w:r>
      <w:r>
        <w:rPr>
          <w:color w:val="FF6600"/>
        </w:rPr>
        <w:t xml:space="preserve">that </w:t>
      </w:r>
      <w:r>
        <w:rPr>
          <w:color w:val="000000"/>
        </w:rPr>
        <w:t xml:space="preserve">the </w:t>
      </w:r>
      <w:r>
        <w:rPr>
          <w:color w:val="00FFCC"/>
        </w:rPr>
        <w:t xml:space="preserve">name </w:t>
      </w:r>
      <w:r>
        <w:rPr>
          <w:color w:val="000000"/>
        </w:rPr>
        <w:t xml:space="preserve">`` </w:t>
      </w:r>
      <w:r>
        <w:rPr>
          <w:color w:val="33CCFF"/>
        </w:rPr>
        <w:t xml:space="preserve">Animal </w:t>
      </w:r>
      <w:r>
        <w:rPr>
          <w:color w:val="00FFCC"/>
        </w:rPr>
        <w:t xml:space="preserve">Farm </w:t>
      </w:r>
      <w:r>
        <w:rPr>
          <w:color w:val="000000"/>
        </w:rPr>
        <w:t xml:space="preserve">''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had been abolished </w:t>
      </w:r>
      <w:r>
        <w:rPr>
          <w:color w:val="000000"/>
        </w:rPr>
        <w:t xml:space="preserve">. </w:t>
      </w:r>
      <w:r>
        <w:rPr>
          <w:color w:val="00FFCC"/>
        </w:rPr>
        <w:t xml:space="preserve">Henceforward </w:t>
      </w:r>
      <w:r>
        <w:rPr>
          <w:color w:val="000000"/>
        </w:rPr>
        <w:t xml:space="preserve">the </w:t>
      </w:r>
      <w:r>
        <w:rPr>
          <w:color w:val="00FFCC"/>
        </w:rPr>
        <w:t xml:space="preserve">farm </w:t>
      </w:r>
      <w:r>
        <w:rPr>
          <w:color w:val="CC3399"/>
        </w:rPr>
        <w:t xml:space="preserve">was </w:t>
      </w:r>
      <w:r>
        <w:rPr>
          <w:color w:val="000000"/>
        </w:rPr>
        <w:t xml:space="preserve">to </w:t>
      </w:r>
      <w:r>
        <w:rPr>
          <w:color w:val="CC3399"/>
        </w:rPr>
        <w:t xml:space="preserve">be known </w:t>
      </w:r>
      <w:r>
        <w:rPr>
          <w:color w:val="FF6600"/>
        </w:rPr>
        <w:t xml:space="preserve">as </w:t>
      </w:r>
      <w:r>
        <w:rPr>
          <w:color w:val="000000"/>
        </w:rPr>
        <w:t xml:space="preserve">`` The </w:t>
      </w:r>
      <w:r>
        <w:rPr>
          <w:color w:val="00FFCC"/>
        </w:rPr>
        <w:t xml:space="preserve">Manor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Farm </w:t>
      </w:r>
      <w:r>
        <w:rPr>
          <w:color w:val="000000"/>
        </w:rPr>
        <w:t xml:space="preserve">'' -- which , he </w:t>
      </w:r>
      <w:r>
        <w:rPr>
          <w:color w:val="CC3399"/>
        </w:rPr>
        <w:t xml:space="preserve">believed </w:t>
      </w:r>
      <w:r>
        <w:rPr>
          <w:color w:val="000000"/>
        </w:rPr>
        <w:t xml:space="preserve">, </w:t>
      </w:r>
      <w:r>
        <w:rPr>
          <w:color w:val="CC3399"/>
        </w:rPr>
        <w:t xml:space="preserve">was </w:t>
      </w:r>
      <w:r>
        <w:rPr>
          <w:color w:val="000000"/>
        </w:rPr>
        <w:t xml:space="preserve">its </w:t>
      </w:r>
      <w:r>
        <w:rPr>
          <w:color w:val="33CCFF"/>
        </w:rPr>
        <w:t xml:space="preserve">correct </w:t>
      </w:r>
      <w:r>
        <w:rPr>
          <w:color w:val="FF0066"/>
        </w:rPr>
        <w:t xml:space="preserve">and </w:t>
      </w:r>
      <w:r>
        <w:rPr>
          <w:color w:val="33CCFF"/>
        </w:rPr>
        <w:t xml:space="preserve">original </w:t>
      </w:r>
      <w:r>
        <w:rPr>
          <w:color w:val="00FFCC"/>
        </w:rPr>
        <w:t xml:space="preserve">name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`` </w:t>
      </w:r>
      <w:r>
        <w:rPr>
          <w:color w:val="00FFCC"/>
        </w:rPr>
        <w:t xml:space="preserve">Gentlemen </w:t>
      </w:r>
      <w:r>
        <w:rPr>
          <w:color w:val="000000"/>
        </w:rPr>
        <w:t xml:space="preserve">, </w:t>
      </w:r>
      <w:r>
        <w:rPr>
          <w:color w:val="000000"/>
        </w:rPr>
        <w:t xml:space="preserve">'' </w:t>
      </w:r>
      <w:r>
        <w:rPr>
          <w:color w:val="CC3399"/>
        </w:rPr>
        <w:t xml:space="preserve">concluded </w:t>
      </w:r>
      <w:r>
        <w:rPr>
          <w:color w:val="00FFCC"/>
        </w:rPr>
        <w:t xml:space="preserve">Napoleon </w:t>
      </w:r>
      <w:r>
        <w:rPr>
          <w:color w:val="000000"/>
        </w:rPr>
        <w:t xml:space="preserve">, `` I </w:t>
      </w:r>
      <w:r>
        <w:rPr>
          <w:color w:val="003E3E"/>
        </w:rPr>
        <w:t xml:space="preserve">will </w:t>
      </w:r>
      <w:r>
        <w:rPr>
          <w:color w:val="CC3399"/>
        </w:rPr>
        <w:t xml:space="preserve">give </w:t>
      </w:r>
      <w:r>
        <w:rPr>
          <w:color w:val="000000"/>
        </w:rPr>
        <w:t xml:space="preserve">you the </w:t>
      </w:r>
      <w:r>
        <w:rPr>
          <w:color w:val="33CCFF"/>
        </w:rPr>
        <w:t xml:space="preserve">same </w:t>
      </w:r>
      <w:r>
        <w:rPr>
          <w:color w:val="00FFCC"/>
        </w:rPr>
        <w:t xml:space="preserve">toast </w:t>
      </w:r>
      <w:r>
        <w:rPr>
          <w:color w:val="FF6600"/>
        </w:rPr>
        <w:t xml:space="preserve">as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before </w:t>
      </w:r>
      <w:r>
        <w:rPr>
          <w:color w:val="000000"/>
        </w:rPr>
        <w:t xml:space="preserve">, </w:t>
      </w:r>
      <w:r>
        <w:rPr>
          <w:color w:val="FF0066"/>
        </w:rPr>
        <w:t xml:space="preserve">but </w:t>
      </w:r>
      <w:r>
        <w:rPr>
          <w:color w:val="FF6600"/>
        </w:rPr>
        <w:t xml:space="preserve">in </w:t>
      </w:r>
      <w:r>
        <w:rPr>
          <w:color w:val="000000"/>
        </w:rPr>
        <w:t xml:space="preserve">a </w:t>
      </w:r>
      <w:r>
        <w:rPr>
          <w:color w:val="33CCFF"/>
        </w:rPr>
        <w:t xml:space="preserve">different </w:t>
      </w:r>
      <w:r>
        <w:rPr>
          <w:color w:val="00FFCC"/>
        </w:rPr>
        <w:t xml:space="preserve">form </w:t>
      </w:r>
      <w:r>
        <w:rPr>
          <w:color w:val="000000"/>
        </w:rPr>
        <w:t xml:space="preserve">. </w:t>
      </w:r>
      <w:r>
        <w:rPr>
          <w:color w:val="CC3399"/>
        </w:rPr>
        <w:t xml:space="preserve">Fill </w:t>
      </w:r>
      <w:r>
        <w:rPr>
          <w:color w:val="000000"/>
        </w:rPr>
        <w:t xml:space="preserve">your </w:t>
      </w:r>
      <w:r>
        <w:rPr>
          <w:color w:val="00FFCC"/>
        </w:rPr>
        <w:t xml:space="preserve">glasses </w:t>
      </w:r>
      <w:r>
        <w:rPr>
          <w:color w:val="000000"/>
        </w:rPr>
        <w:t xml:space="preserve">to the </w:t>
      </w:r>
      <w:r>
        <w:rPr>
          <w:color w:val="00FFCC"/>
        </w:rPr>
        <w:t xml:space="preserve">brim </w:t>
      </w:r>
      <w:r>
        <w:rPr>
          <w:color w:val="000000"/>
        </w:rPr>
        <w:t xml:space="preserve">. </w:t>
      </w:r>
      <w:r>
        <w:rPr>
          <w:color w:val="00FFCC"/>
        </w:rPr>
        <w:t xml:space="preserve">Gentlemen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here </w:t>
      </w:r>
      <w:r>
        <w:rPr>
          <w:color w:val="CC3399"/>
        </w:rPr>
        <w:t xml:space="preserve">is </w:t>
      </w:r>
      <w:r>
        <w:rPr>
          <w:color w:val="000000"/>
        </w:rPr>
        <w:t xml:space="preserve">my </w:t>
      </w:r>
      <w:r>
        <w:rPr>
          <w:color w:val="00FFCC"/>
        </w:rPr>
        <w:t xml:space="preserve">toast </w:t>
      </w:r>
      <w:r>
        <w:rPr>
          <w:color w:val="000000"/>
        </w:rPr>
        <w:t xml:space="preserve">: To the </w:t>
      </w:r>
      <w:r>
        <w:rPr>
          <w:color w:val="00FFCC"/>
        </w:rPr>
        <w:t xml:space="preserve">prosperity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Manor Farm </w:t>
      </w:r>
      <w:r>
        <w:rPr>
          <w:color w:val="000000"/>
        </w:rPr>
        <w:t xml:space="preserve">! ''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There </w:t>
      </w:r>
      <w:r>
        <w:rPr>
          <w:color w:val="CC3399"/>
        </w:rPr>
        <w:t xml:space="preserve">was </w:t>
      </w:r>
      <w:r>
        <w:rPr>
          <w:color w:val="000000"/>
        </w:rPr>
        <w:t xml:space="preserve">the </w:t>
      </w:r>
      <w:r>
        <w:rPr>
          <w:color w:val="33CCFF"/>
        </w:rPr>
        <w:t xml:space="preserve">same </w:t>
      </w:r>
      <w:r>
        <w:rPr>
          <w:color w:val="00FFCC"/>
        </w:rPr>
        <w:t xml:space="preserve">hearty cheering </w:t>
      </w:r>
      <w:r>
        <w:rPr>
          <w:color w:val="FF6600"/>
        </w:rPr>
        <w:t xml:space="preserve">as before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mugs </w:t>
      </w:r>
      <w:r>
        <w:rPr>
          <w:color w:val="CC3399"/>
        </w:rPr>
        <w:t xml:space="preserve">were emptied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dregs </w:t>
      </w:r>
      <w:r>
        <w:rPr>
          <w:color w:val="000000"/>
        </w:rPr>
        <w:t xml:space="preserve">. </w:t>
      </w:r>
      <w:r>
        <w:rPr>
          <w:color w:val="FF0066"/>
        </w:rPr>
        <w:t xml:space="preserve">But </w:t>
      </w:r>
      <w:r>
        <w:rPr>
          <w:color w:val="FF6600"/>
        </w:rPr>
        <w:t xml:space="preserve">as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FF6600"/>
        </w:rPr>
        <w:t xml:space="preserve">outside </w:t>
      </w:r>
      <w:r>
        <w:rPr>
          <w:color w:val="CC3399"/>
        </w:rPr>
        <w:t xml:space="preserve">gazed </w:t>
      </w:r>
      <w:r>
        <w:rPr>
          <w:color w:val="FF6600"/>
        </w:rPr>
        <w:t xml:space="preserve">at </w:t>
      </w:r>
      <w:r>
        <w:rPr>
          <w:color w:val="000000"/>
        </w:rPr>
        <w:t xml:space="preserve">the </w:t>
      </w:r>
      <w:r>
        <w:rPr>
          <w:color w:val="00FFCC"/>
        </w:rPr>
        <w:t xml:space="preserve">scene </w:t>
      </w:r>
      <w:r>
        <w:rPr>
          <w:color w:val="000000"/>
        </w:rPr>
        <w:t xml:space="preserve">, it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them that some </w:t>
      </w:r>
      <w:r>
        <w:rPr>
          <w:color w:val="33CCFF"/>
        </w:rPr>
        <w:t xml:space="preserve">strange </w:t>
      </w:r>
      <w:r>
        <w:rPr>
          <w:color w:val="00FFCC"/>
        </w:rPr>
        <w:t xml:space="preserve">thing </w:t>
      </w:r>
      <w:r>
        <w:rPr>
          <w:color w:val="CC3399"/>
        </w:rPr>
        <w:t xml:space="preserve">was happening </w:t>
      </w:r>
      <w:r>
        <w:rPr>
          <w:color w:val="000000"/>
        </w:rPr>
        <w:t xml:space="preserve">. What </w:t>
      </w:r>
      <w:r>
        <w:rPr>
          <w:color w:val="CC3399"/>
        </w:rPr>
        <w:t xml:space="preserve">was </w:t>
      </w:r>
      <w:r>
        <w:rPr>
          <w:color w:val="000000"/>
        </w:rPr>
        <w:t xml:space="preserve">it that </w:t>
      </w:r>
      <w:r>
        <w:rPr>
          <w:color w:val="CC3399"/>
        </w:rPr>
        <w:t xml:space="preserve">had altered </w:t>
      </w:r>
    </w:p>
    <w:p w:rsidR="00D83EF7" w:rsidRDefault="00CA4524" w:rsidP="00CA4524">
      <w:pPr>
        <w:spacing w:after="0"/>
      </w:pPr>
      <w:r>
        <w:rPr>
          <w:color w:val="FF6600"/>
        </w:rPr>
        <w:t xml:space="preserve">in </w:t>
      </w:r>
      <w:r>
        <w:rPr>
          <w:color w:val="000000"/>
        </w:rPr>
        <w:t xml:space="preserve">the </w:t>
      </w:r>
      <w:r>
        <w:rPr>
          <w:color w:val="CC3399"/>
        </w:rPr>
        <w:t xml:space="preserve">faces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? </w:t>
      </w:r>
      <w:r>
        <w:rPr>
          <w:color w:val="00FFCC"/>
        </w:rPr>
        <w:t xml:space="preserve">Clover </w:t>
      </w:r>
      <w:r>
        <w:rPr>
          <w:color w:val="000000"/>
        </w:rPr>
        <w:t xml:space="preserve">'s </w:t>
      </w:r>
      <w:r>
        <w:rPr>
          <w:color w:val="33CCFF"/>
        </w:rPr>
        <w:t xml:space="preserve">old dim </w:t>
      </w:r>
      <w:r>
        <w:rPr>
          <w:color w:val="00FFCC"/>
        </w:rPr>
        <w:t xml:space="preserve">eyes </w:t>
      </w:r>
      <w:r>
        <w:rPr>
          <w:color w:val="CC3399"/>
        </w:rPr>
        <w:t xml:space="preserve">flitted </w:t>
      </w:r>
      <w:r>
        <w:rPr>
          <w:color w:val="FF6600"/>
        </w:rPr>
        <w:t xml:space="preserve">from </w:t>
      </w:r>
      <w:r>
        <w:rPr>
          <w:color w:val="000000"/>
        </w:rPr>
        <w:t xml:space="preserve">one </w:t>
      </w:r>
      <w:r>
        <w:rPr>
          <w:color w:val="00FFCC"/>
        </w:rPr>
        <w:t xml:space="preserve">face </w:t>
      </w:r>
      <w:r>
        <w:rPr>
          <w:color w:val="000000"/>
        </w:rPr>
        <w:t xml:space="preserve">to </w:t>
      </w:r>
    </w:p>
    <w:p w:rsidR="00D83EF7" w:rsidRDefault="00CA4524" w:rsidP="00CA4524">
      <w:pPr>
        <w:spacing w:after="0"/>
      </w:pPr>
      <w:r>
        <w:rPr>
          <w:color w:val="000000"/>
        </w:rPr>
        <w:t>anoth</w:t>
      </w:r>
      <w:r>
        <w:rPr>
          <w:color w:val="000000"/>
        </w:rPr>
        <w:t xml:space="preserve">er . Some </w:t>
      </w:r>
      <w:r>
        <w:rPr>
          <w:color w:val="FF6600"/>
        </w:rPr>
        <w:t xml:space="preserve">of </w:t>
      </w:r>
      <w:r>
        <w:rPr>
          <w:color w:val="000000"/>
        </w:rPr>
        <w:t xml:space="preserve">them </w:t>
      </w:r>
      <w:r>
        <w:rPr>
          <w:color w:val="CC3399"/>
        </w:rPr>
        <w:t xml:space="preserve">had </w:t>
      </w:r>
      <w:r>
        <w:rPr>
          <w:color w:val="000000"/>
        </w:rPr>
        <w:t xml:space="preserve">five </w:t>
      </w:r>
      <w:r>
        <w:rPr>
          <w:color w:val="00FFCC"/>
        </w:rPr>
        <w:t xml:space="preserve">chins </w:t>
      </w:r>
      <w:r>
        <w:rPr>
          <w:color w:val="000000"/>
        </w:rPr>
        <w:t xml:space="preserve">, some </w:t>
      </w:r>
      <w:r>
        <w:rPr>
          <w:color w:val="CC3399"/>
        </w:rPr>
        <w:t xml:space="preserve">had </w:t>
      </w:r>
      <w:r>
        <w:rPr>
          <w:color w:val="000000"/>
        </w:rPr>
        <w:t xml:space="preserve">four , some </w:t>
      </w:r>
      <w:r>
        <w:rPr>
          <w:color w:val="CC3399"/>
        </w:rPr>
        <w:t xml:space="preserve">had </w:t>
      </w:r>
      <w:r>
        <w:rPr>
          <w:color w:val="000000"/>
        </w:rPr>
        <w:t xml:space="preserve">three . </w:t>
      </w:r>
      <w:r>
        <w:rPr>
          <w:color w:val="FF0066"/>
        </w:rPr>
        <w:t xml:space="preserve">But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what </w:t>
      </w:r>
      <w:r>
        <w:rPr>
          <w:color w:val="CC3399"/>
        </w:rPr>
        <w:t xml:space="preserve">was </w:t>
      </w:r>
      <w:r>
        <w:rPr>
          <w:color w:val="000000"/>
        </w:rPr>
        <w:t xml:space="preserve">it that </w:t>
      </w:r>
      <w:r>
        <w:rPr>
          <w:color w:val="CC3399"/>
        </w:rPr>
        <w:t xml:space="preserve">seemed </w:t>
      </w:r>
      <w:r>
        <w:rPr>
          <w:color w:val="000000"/>
        </w:rPr>
        <w:t xml:space="preserve">to </w:t>
      </w:r>
      <w:r>
        <w:rPr>
          <w:color w:val="CC3399"/>
        </w:rPr>
        <w:t xml:space="preserve">be melting </w:t>
      </w:r>
      <w:r>
        <w:rPr>
          <w:color w:val="FF0066"/>
        </w:rPr>
        <w:t xml:space="preserve">and </w:t>
      </w:r>
      <w:r>
        <w:rPr>
          <w:color w:val="CC3399"/>
        </w:rPr>
        <w:t xml:space="preserve">changing </w:t>
      </w:r>
      <w:r>
        <w:rPr>
          <w:color w:val="000000"/>
        </w:rPr>
        <w:t xml:space="preserve">? </w:t>
      </w:r>
      <w:r>
        <w:rPr>
          <w:color w:val="00787F"/>
        </w:rPr>
        <w:t xml:space="preserve">Then </w:t>
      </w:r>
      <w:r>
        <w:rPr>
          <w:color w:val="000000"/>
        </w:rPr>
        <w:t xml:space="preserve">, the </w:t>
      </w:r>
      <w:r>
        <w:rPr>
          <w:color w:val="00FFCC"/>
        </w:rPr>
        <w:t xml:space="preserve">applause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having come </w:t>
      </w:r>
      <w:r>
        <w:rPr>
          <w:color w:val="000000"/>
        </w:rPr>
        <w:t xml:space="preserve">to an </w:t>
      </w:r>
      <w:r>
        <w:rPr>
          <w:color w:val="00FFCC"/>
        </w:rPr>
        <w:t xml:space="preserve">end </w:t>
      </w:r>
      <w:r>
        <w:rPr>
          <w:color w:val="000000"/>
        </w:rPr>
        <w:t xml:space="preserve">, the </w:t>
      </w:r>
      <w:r>
        <w:rPr>
          <w:color w:val="00FFCC"/>
        </w:rPr>
        <w:t xml:space="preserve">company </w:t>
      </w:r>
      <w:r>
        <w:rPr>
          <w:color w:val="CC3399"/>
        </w:rPr>
        <w:t xml:space="preserve">took </w:t>
      </w:r>
      <w:r>
        <w:rPr>
          <w:color w:val="000000"/>
        </w:rPr>
        <w:t xml:space="preserve">up their </w:t>
      </w:r>
      <w:r>
        <w:rPr>
          <w:color w:val="00FFCC"/>
        </w:rPr>
        <w:t xml:space="preserve">cards </w:t>
      </w:r>
      <w:r>
        <w:rPr>
          <w:color w:val="FF0066"/>
        </w:rPr>
        <w:t xml:space="preserve">and </w:t>
      </w:r>
      <w:r>
        <w:rPr>
          <w:color w:val="CC3399"/>
        </w:rPr>
        <w:t xml:space="preserve">continued </w:t>
      </w:r>
      <w:r>
        <w:rPr>
          <w:color w:val="000000"/>
        </w:rPr>
        <w:t xml:space="preserve">the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game </w:t>
      </w:r>
      <w:r>
        <w:rPr>
          <w:color w:val="000000"/>
        </w:rPr>
        <w:t xml:space="preserve">that </w:t>
      </w:r>
      <w:r>
        <w:rPr>
          <w:color w:val="CC3399"/>
        </w:rPr>
        <w:t xml:space="preserve">had been interrupted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 </w:t>
      </w:r>
      <w:r>
        <w:rPr>
          <w:color w:val="00FFCC"/>
        </w:rPr>
        <w:t xml:space="preserve">animals </w:t>
      </w:r>
      <w:r>
        <w:rPr>
          <w:color w:val="CC3399"/>
        </w:rPr>
        <w:t xml:space="preserve">crept </w:t>
      </w:r>
      <w:r>
        <w:rPr>
          <w:color w:val="00787F"/>
        </w:rPr>
        <w:t xml:space="preserve">silently away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000000"/>
        </w:rPr>
        <w:t xml:space="preserve">they </w:t>
      </w:r>
      <w:r>
        <w:rPr>
          <w:color w:val="CC3399"/>
        </w:rPr>
        <w:t xml:space="preserve">had </w:t>
      </w:r>
      <w:r>
        <w:rPr>
          <w:color w:val="00787F"/>
        </w:rPr>
        <w:t xml:space="preserve">not </w:t>
      </w:r>
      <w:r>
        <w:rPr>
          <w:color w:val="CC3399"/>
        </w:rPr>
        <w:t xml:space="preserve">gone </w:t>
      </w:r>
      <w:r>
        <w:rPr>
          <w:color w:val="33CCFF"/>
        </w:rPr>
        <w:t xml:space="preserve">twenty </w:t>
      </w:r>
      <w:r>
        <w:rPr>
          <w:color w:val="00FFCC"/>
        </w:rPr>
        <w:t xml:space="preserve">yards </w:t>
      </w:r>
      <w:r>
        <w:rPr>
          <w:color w:val="000000"/>
        </w:rPr>
        <w:t xml:space="preserve">when they </w:t>
      </w:r>
      <w:r>
        <w:rPr>
          <w:color w:val="CC3399"/>
        </w:rPr>
        <w:t xml:space="preserve">stopped short </w:t>
      </w:r>
      <w:r>
        <w:rPr>
          <w:color w:val="000000"/>
        </w:rPr>
        <w:t xml:space="preserve">. An </w:t>
      </w:r>
      <w:r>
        <w:rPr>
          <w:color w:val="00FFCC"/>
        </w:rPr>
        <w:t xml:space="preserve">uproar </w:t>
      </w:r>
      <w:r>
        <w:rPr>
          <w:color w:val="FF6600"/>
        </w:rPr>
        <w:t xml:space="preserve">of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voices </w:t>
      </w:r>
      <w:r>
        <w:rPr>
          <w:color w:val="CC3399"/>
        </w:rPr>
        <w:t xml:space="preserve">was coming </w:t>
      </w:r>
      <w:r>
        <w:rPr>
          <w:color w:val="FF6600"/>
        </w:rPr>
        <w:t xml:space="preserve">from </w:t>
      </w:r>
      <w:r>
        <w:rPr>
          <w:color w:val="000000"/>
        </w:rPr>
        <w:t xml:space="preserve">the </w:t>
      </w:r>
      <w:r>
        <w:rPr>
          <w:color w:val="00FFCC"/>
        </w:rPr>
        <w:t xml:space="preserve">farmhouse </w:t>
      </w:r>
      <w:r>
        <w:rPr>
          <w:color w:val="000000"/>
        </w:rPr>
        <w:t xml:space="preserve">. They </w:t>
      </w:r>
      <w:r>
        <w:rPr>
          <w:color w:val="CC3399"/>
        </w:rPr>
        <w:t xml:space="preserve">rushed </w:t>
      </w:r>
      <w:r>
        <w:rPr>
          <w:color w:val="00787F"/>
        </w:rPr>
        <w:t xml:space="preserve">back </w:t>
      </w:r>
      <w:r>
        <w:rPr>
          <w:color w:val="FF0066"/>
        </w:rPr>
        <w:t xml:space="preserve">and </w:t>
      </w:r>
      <w:r>
        <w:rPr>
          <w:color w:val="CC3399"/>
        </w:rPr>
        <w:t xml:space="preserve">looked </w:t>
      </w:r>
      <w:r>
        <w:rPr>
          <w:color w:val="FF6600"/>
        </w:rPr>
        <w:t xml:space="preserve">through </w:t>
      </w: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window </w:t>
      </w:r>
      <w:r>
        <w:rPr>
          <w:color w:val="00787F"/>
        </w:rPr>
        <w:t xml:space="preserve">again </w:t>
      </w:r>
      <w:r>
        <w:rPr>
          <w:color w:val="000000"/>
        </w:rPr>
        <w:t xml:space="preserve">. Yes , a </w:t>
      </w:r>
      <w:r>
        <w:rPr>
          <w:color w:val="33CCFF"/>
        </w:rPr>
        <w:t xml:space="preserve">violent </w:t>
      </w:r>
      <w:r>
        <w:rPr>
          <w:color w:val="00FFCC"/>
        </w:rPr>
        <w:t xml:space="preserve">quarrel </w:t>
      </w:r>
      <w:r>
        <w:rPr>
          <w:color w:val="CC3399"/>
        </w:rPr>
        <w:t xml:space="preserve">was </w:t>
      </w:r>
      <w:r>
        <w:rPr>
          <w:color w:val="FF6600"/>
        </w:rPr>
        <w:t xml:space="preserve">in </w:t>
      </w:r>
      <w:r>
        <w:rPr>
          <w:color w:val="00FFCC"/>
        </w:rPr>
        <w:t xml:space="preserve">progress </w:t>
      </w:r>
      <w:r>
        <w:rPr>
          <w:color w:val="000000"/>
        </w:rPr>
        <w:t>. Ther</w:t>
      </w:r>
      <w:r>
        <w:rPr>
          <w:color w:val="000000"/>
        </w:rPr>
        <w:t xml:space="preserve">e </w:t>
      </w:r>
      <w:r>
        <w:rPr>
          <w:color w:val="CC3399"/>
        </w:rPr>
        <w:t xml:space="preserve">were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shoutings </w:t>
      </w:r>
      <w:r>
        <w:rPr>
          <w:color w:val="000000"/>
        </w:rPr>
        <w:t xml:space="preserve">, </w:t>
      </w:r>
      <w:r>
        <w:rPr>
          <w:color w:val="00FFCC"/>
        </w:rPr>
        <w:t xml:space="preserve">bangings </w:t>
      </w:r>
      <w:r>
        <w:rPr>
          <w:color w:val="FF6600"/>
        </w:rPr>
        <w:t xml:space="preserve">on </w:t>
      </w:r>
      <w:r>
        <w:rPr>
          <w:color w:val="000000"/>
        </w:rPr>
        <w:t xml:space="preserve">the </w:t>
      </w:r>
      <w:r>
        <w:rPr>
          <w:color w:val="00FFCC"/>
        </w:rPr>
        <w:t xml:space="preserve">table </w:t>
      </w:r>
      <w:r>
        <w:rPr>
          <w:color w:val="000000"/>
        </w:rPr>
        <w:t xml:space="preserve">, </w:t>
      </w:r>
      <w:r>
        <w:rPr>
          <w:color w:val="33CCFF"/>
        </w:rPr>
        <w:t xml:space="preserve">sharp suspicious </w:t>
      </w:r>
      <w:r>
        <w:rPr>
          <w:color w:val="00FFCC"/>
        </w:rPr>
        <w:t xml:space="preserve">glances </w:t>
      </w:r>
      <w:r>
        <w:rPr>
          <w:color w:val="000000"/>
        </w:rPr>
        <w:t xml:space="preserve">, </w:t>
      </w:r>
      <w:r>
        <w:rPr>
          <w:color w:val="33CCFF"/>
        </w:rPr>
        <w:t xml:space="preserve">furious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denials </w:t>
      </w:r>
      <w:r>
        <w:rPr>
          <w:color w:val="000000"/>
        </w:rPr>
        <w:t xml:space="preserve">. The </w:t>
      </w:r>
      <w:r>
        <w:rPr>
          <w:color w:val="00FFCC"/>
        </w:rPr>
        <w:t xml:space="preserve">source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trouble </w:t>
      </w:r>
      <w:r>
        <w:rPr>
          <w:color w:val="CC3399"/>
        </w:rPr>
        <w:t xml:space="preserve">appeared </w:t>
      </w:r>
      <w:r>
        <w:rPr>
          <w:color w:val="000000"/>
        </w:rPr>
        <w:t xml:space="preserve">to </w:t>
      </w:r>
      <w:r>
        <w:rPr>
          <w:color w:val="CC3399"/>
        </w:rPr>
        <w:t xml:space="preserve">be </w:t>
      </w:r>
      <w:r>
        <w:rPr>
          <w:color w:val="FF6600"/>
        </w:rPr>
        <w:t xml:space="preserve">that </w:t>
      </w:r>
      <w:r>
        <w:rPr>
          <w:color w:val="00FFCC"/>
        </w:rPr>
        <w:t xml:space="preserve">Napoleon </w:t>
      </w:r>
      <w:r>
        <w:rPr>
          <w:color w:val="FF0066"/>
        </w:rPr>
        <w:t xml:space="preserve">and </w:t>
      </w:r>
    </w:p>
    <w:p w:rsidR="00D83EF7" w:rsidRDefault="00CA4524" w:rsidP="00CA4524">
      <w:pPr>
        <w:spacing w:after="0"/>
      </w:pPr>
      <w:r>
        <w:rPr>
          <w:color w:val="00FFCC"/>
        </w:rPr>
        <w:t xml:space="preserve">Mr. Pilkington </w:t>
      </w:r>
      <w:r>
        <w:rPr>
          <w:color w:val="CC3399"/>
        </w:rPr>
        <w:t xml:space="preserve">had </w:t>
      </w:r>
      <w:r>
        <w:rPr>
          <w:color w:val="000000"/>
        </w:rPr>
        <w:t xml:space="preserve">each </w:t>
      </w:r>
      <w:r>
        <w:rPr>
          <w:color w:val="CC3399"/>
        </w:rPr>
        <w:t xml:space="preserve">played </w:t>
      </w:r>
      <w:r>
        <w:rPr>
          <w:color w:val="000000"/>
        </w:rPr>
        <w:t xml:space="preserve">an </w:t>
      </w:r>
      <w:r>
        <w:rPr>
          <w:color w:val="00FFCC"/>
        </w:rPr>
        <w:t xml:space="preserve">ace </w:t>
      </w:r>
      <w:r>
        <w:rPr>
          <w:color w:val="FF6600"/>
        </w:rPr>
        <w:t xml:space="preserve">of </w:t>
      </w:r>
      <w:r>
        <w:rPr>
          <w:color w:val="00FFCC"/>
        </w:rPr>
        <w:t xml:space="preserve">spades </w:t>
      </w:r>
      <w:r>
        <w:rPr>
          <w:color w:val="00787F"/>
        </w:rPr>
        <w:t xml:space="preserve">simultaneously </w:t>
      </w:r>
      <w:r>
        <w:rPr>
          <w:color w:val="000000"/>
        </w:rPr>
        <w:t xml:space="preserve">. </w:t>
      </w: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Twelve voices </w:t>
      </w:r>
      <w:r>
        <w:rPr>
          <w:color w:val="CC3399"/>
        </w:rPr>
        <w:t xml:space="preserve">were shouting </w:t>
      </w:r>
      <w:r>
        <w:rPr>
          <w:color w:val="FF6600"/>
        </w:rPr>
        <w:t xml:space="preserve">in </w:t>
      </w:r>
      <w:r>
        <w:rPr>
          <w:color w:val="00FFCC"/>
        </w:rPr>
        <w:t xml:space="preserve">anger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000000"/>
        </w:rPr>
        <w:t xml:space="preserve">they </w:t>
      </w:r>
      <w:r>
        <w:rPr>
          <w:color w:val="CC3399"/>
        </w:rPr>
        <w:t xml:space="preserve">were </w:t>
      </w:r>
      <w:r>
        <w:rPr>
          <w:color w:val="000000"/>
        </w:rPr>
        <w:t xml:space="preserve">all </w:t>
      </w:r>
      <w:r>
        <w:rPr>
          <w:color w:val="00787F"/>
        </w:rPr>
        <w:t xml:space="preserve">alike </w:t>
      </w:r>
      <w:r>
        <w:rPr>
          <w:color w:val="000000"/>
        </w:rPr>
        <w:t xml:space="preserve">. No </w:t>
      </w:r>
      <w:r>
        <w:rPr>
          <w:color w:val="00FFCC"/>
        </w:rPr>
        <w:t xml:space="preserve">question </w:t>
      </w:r>
      <w:r>
        <w:rPr>
          <w:color w:val="000000"/>
        </w:rPr>
        <w:t xml:space="preserve">, </w:t>
      </w:r>
    </w:p>
    <w:p w:rsidR="00D83EF7" w:rsidRDefault="00CA4524" w:rsidP="00CA4524">
      <w:pPr>
        <w:spacing w:after="0"/>
      </w:pPr>
      <w:r>
        <w:rPr>
          <w:color w:val="00787F"/>
        </w:rPr>
        <w:t xml:space="preserve">now </w:t>
      </w:r>
      <w:r>
        <w:rPr>
          <w:color w:val="000000"/>
        </w:rPr>
        <w:t xml:space="preserve">, what </w:t>
      </w:r>
      <w:r>
        <w:rPr>
          <w:color w:val="CC3399"/>
        </w:rPr>
        <w:t xml:space="preserve">had happened </w:t>
      </w:r>
      <w:r>
        <w:rPr>
          <w:color w:val="000000"/>
        </w:rPr>
        <w:t xml:space="preserve">to the </w:t>
      </w:r>
      <w:r>
        <w:rPr>
          <w:color w:val="CC3399"/>
        </w:rPr>
        <w:t xml:space="preserve">faces </w:t>
      </w:r>
      <w:r>
        <w:rPr>
          <w:color w:val="FF6600"/>
        </w:rPr>
        <w:t xml:space="preserve">of </w:t>
      </w:r>
      <w:r>
        <w:rPr>
          <w:color w:val="000000"/>
        </w:rPr>
        <w:t xml:space="preserve">the </w:t>
      </w:r>
      <w:r>
        <w:rPr>
          <w:color w:val="00FFCC"/>
        </w:rPr>
        <w:t xml:space="preserve">pigs </w:t>
      </w:r>
      <w:r>
        <w:rPr>
          <w:color w:val="000000"/>
        </w:rPr>
        <w:t xml:space="preserve">. The </w:t>
      </w:r>
      <w:r>
        <w:rPr>
          <w:color w:val="00FFCC"/>
        </w:rPr>
        <w:t xml:space="preserve">creatures </w:t>
      </w:r>
      <w:r>
        <w:rPr>
          <w:color w:val="FF6600"/>
        </w:rPr>
        <w:t xml:space="preserve">outside </w:t>
      </w:r>
    </w:p>
    <w:p w:rsidR="00D83EF7" w:rsidRDefault="00CA4524" w:rsidP="00CA4524">
      <w:pPr>
        <w:spacing w:after="0"/>
      </w:pPr>
      <w:r>
        <w:rPr>
          <w:color w:val="CC3399"/>
        </w:rPr>
        <w:t xml:space="preserve">looked </w:t>
      </w:r>
      <w:r>
        <w:rPr>
          <w:color w:val="FF6600"/>
        </w:rPr>
        <w:t xml:space="preserve">from </w:t>
      </w:r>
      <w:r>
        <w:rPr>
          <w:color w:val="00FFCC"/>
        </w:rPr>
        <w:t xml:space="preserve">pig </w:t>
      </w:r>
      <w:r>
        <w:rPr>
          <w:color w:val="000000"/>
        </w:rPr>
        <w:t xml:space="preserve">to </w:t>
      </w:r>
      <w:r>
        <w:rPr>
          <w:color w:val="00FFCC"/>
        </w:rPr>
        <w:t xml:space="preserve">man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from </w:t>
      </w:r>
      <w:r>
        <w:rPr>
          <w:color w:val="00FFCC"/>
        </w:rPr>
        <w:t xml:space="preserve">man </w:t>
      </w:r>
      <w:r>
        <w:rPr>
          <w:color w:val="000000"/>
        </w:rPr>
        <w:t xml:space="preserve">to </w:t>
      </w:r>
      <w:r>
        <w:rPr>
          <w:color w:val="00FFCC"/>
        </w:rPr>
        <w:t xml:space="preserve">pig </w:t>
      </w:r>
      <w:r>
        <w:rPr>
          <w:color w:val="000000"/>
        </w:rPr>
        <w:t xml:space="preserve">, </w:t>
      </w:r>
      <w:r>
        <w:rPr>
          <w:color w:val="FF0066"/>
        </w:rPr>
        <w:t xml:space="preserve">and </w:t>
      </w:r>
      <w:r>
        <w:rPr>
          <w:color w:val="FF6600"/>
        </w:rPr>
        <w:t xml:space="preserve">from </w:t>
      </w:r>
      <w:r>
        <w:rPr>
          <w:color w:val="00FFCC"/>
        </w:rPr>
        <w:t xml:space="preserve">pig </w:t>
      </w:r>
      <w:r>
        <w:rPr>
          <w:color w:val="000000"/>
        </w:rPr>
        <w:t xml:space="preserve">to </w:t>
      </w:r>
      <w:r>
        <w:rPr>
          <w:color w:val="00FFCC"/>
        </w:rPr>
        <w:t xml:space="preserve">man </w:t>
      </w:r>
      <w:r>
        <w:rPr>
          <w:color w:val="00787F"/>
        </w:rPr>
        <w:t xml:space="preserve">again </w:t>
      </w:r>
      <w:r>
        <w:rPr>
          <w:color w:val="000000"/>
        </w:rPr>
        <w:t xml:space="preserve">; </w:t>
      </w:r>
    </w:p>
    <w:p w:rsidR="00D83EF7" w:rsidRDefault="00CA4524" w:rsidP="00CA4524">
      <w:pPr>
        <w:spacing w:after="0"/>
      </w:pPr>
      <w:r>
        <w:rPr>
          <w:color w:val="FF0066"/>
        </w:rPr>
        <w:t xml:space="preserve">but </w:t>
      </w:r>
      <w:r>
        <w:rPr>
          <w:color w:val="00787F"/>
        </w:rPr>
        <w:t xml:space="preserve">already </w:t>
      </w:r>
      <w:r>
        <w:rPr>
          <w:color w:val="000000"/>
        </w:rPr>
        <w:t xml:space="preserve">it </w:t>
      </w:r>
      <w:r>
        <w:rPr>
          <w:color w:val="CC3399"/>
        </w:rPr>
        <w:t xml:space="preserve">was </w:t>
      </w:r>
      <w:r>
        <w:rPr>
          <w:color w:val="33CCFF"/>
        </w:rPr>
        <w:t xml:space="preserve">impossible </w:t>
      </w:r>
      <w:r>
        <w:rPr>
          <w:color w:val="000000"/>
        </w:rPr>
        <w:t xml:space="preserve">to </w:t>
      </w:r>
      <w:r>
        <w:rPr>
          <w:color w:val="CC3399"/>
        </w:rPr>
        <w:t xml:space="preserve">say </w:t>
      </w:r>
      <w:r>
        <w:rPr>
          <w:color w:val="000000"/>
        </w:rPr>
        <w:t xml:space="preserve">which </w:t>
      </w:r>
      <w:r>
        <w:rPr>
          <w:color w:val="CC3399"/>
        </w:rPr>
        <w:t xml:space="preserve">was </w:t>
      </w:r>
      <w:r>
        <w:rPr>
          <w:color w:val="000000"/>
        </w:rPr>
        <w:t xml:space="preserve">which .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>Novembe</w:t>
      </w:r>
      <w:r>
        <w:rPr>
          <w:color w:val="00FFCC"/>
        </w:rPr>
        <w:t xml:space="preserve">r </w:t>
      </w:r>
      <w:r>
        <w:rPr>
          <w:color w:val="33CCFF"/>
        </w:rPr>
        <w:t xml:space="preserve">1943-February </w:t>
      </w:r>
      <w:r>
        <w:rPr>
          <w:color w:val="000000"/>
        </w:rPr>
        <w:t xml:space="preserve">1944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0000"/>
        </w:rPr>
        <w:t xml:space="preserve">THE </w:t>
      </w:r>
      <w:r>
        <w:rPr>
          <w:color w:val="00FFCC"/>
        </w:rPr>
        <w:t xml:space="preserve">END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p w:rsidR="00D83EF7" w:rsidRDefault="00CA4524" w:rsidP="00CA4524">
      <w:pPr>
        <w:spacing w:after="0"/>
      </w:pPr>
      <w:r>
        <w:rPr>
          <w:color w:val="00FFCC"/>
        </w:rPr>
        <w:t xml:space="preserve">Project Gutenberg Australia </w:t>
      </w:r>
    </w:p>
    <w:p w:rsidR="00D83EF7" w:rsidRDefault="00D83EF7" w:rsidP="00CA4524">
      <w:pPr>
        <w:spacing w:after="0"/>
      </w:pPr>
    </w:p>
    <w:p w:rsidR="00D83EF7" w:rsidRDefault="00D83EF7" w:rsidP="00CA4524">
      <w:pPr>
        <w:spacing w:after="0"/>
      </w:pPr>
    </w:p>
    <w:sectPr w:rsidR="00D83EF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A4524"/>
    <w:rsid w:val="00CB0664"/>
    <w:rsid w:val="00D83E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96CFDB-8438-4DAC-858A-E22C36DAF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67</Pages>
  <Words>26262</Words>
  <Characters>149694</Characters>
  <Application>Microsoft Office Word</Application>
  <DocSecurity>0</DocSecurity>
  <Lines>1247</Lines>
  <Paragraphs>351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175605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bharat</cp:lastModifiedBy>
  <cp:revision>2</cp:revision>
  <dcterms:created xsi:type="dcterms:W3CDTF">2013-12-23T23:15:00Z</dcterms:created>
  <dcterms:modified xsi:type="dcterms:W3CDTF">2026-07-29T10:01:00Z</dcterms:modified>
  <cp:category/>
</cp:coreProperties>
</file>